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hinallata Laodicea llaqtapi qhepa p’unchay qanchis kaq samana p’unchay adventista Iglesiamanta - Tawa chunka iskayniyuq número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Yupay Chunka Iskayniyuq</w:t>
      </w:r>
    </w:p>
    <w:p>
      <w:pPr>
        <w:pStyle w:val="ArticleBody"/>
        <w:jc w:val="left"/>
      </w:pPr>
      <w:r>
        <w:rPr>
          <w:rFonts w:ascii="Times New Roman" w:hAnsi="Times New Roman" w:eastAsia="Times New Roman" w:cs="Times New Roman"/>
        </w:rPr>
        <w:t>Levítico iskay chunka kimsayuqta iskay kikinta siq’iman rak’ispa, sapaq siq’ipi iskay chunka iskayniyuq versículokunawan, Cristo-pa siqinwan kuskachasqa, maypichus pawqar raymikunaqa antitiponkuwan tupakurqan, huk siq’ita rikuchiyta atinchik, chay siq’i qallarin viernes ch’isi Pascua-pa kimsa puriykunamanta, Sábado-pa levadurayuq mana t’anta, hinallataq semana-pa ñawpaq p’unchaypi ñawpaq rurukunamanta. Kayqa huk waymarkmi, Cristo-pa bautismonwan rikuchisqa hina, ichaqa chay huk waymarkqa kimsayuq puriykunayuqmi.</w:t>
      </w:r>
    </w:p>
    <w:p>
      <w:pPr>
        <w:pStyle w:val="ArticleBody"/>
        <w:jc w:val="left"/>
      </w:pPr>
      <w:r>
        <w:rPr>
          <w:rFonts w:ascii="Times New Roman" w:hAnsi="Times New Roman" w:eastAsia="Times New Roman" w:cs="Times New Roman"/>
        </w:rPr>
        <w:t>Kawsarimusqanmanta qallarispa, qhipa pacha tawa chunka p’unchawkunaman mast’ariptinchik, huk kutirikuy punkuman chayanchik; chaypim Cristoqa uya uya yachachiyta saqespa, phuyukunapi hanaq pachaman wicharirqan. Pachak tawa chunka tawa waranqa runakunapas phuyukunapi wicharinqaku.</w:t>
      </w:r>
    </w:p>
    <w:p>
      <w:pPr>
        <w:pStyle w:val="ArticleScripture"/>
        <w:jc w:val="left"/>
      </w:pPr>
      <w:r>
        <w:rPr>
          <w:rFonts w:ascii="Times New Roman" w:hAnsi="Times New Roman" w:eastAsia="Times New Roman" w:cs="Times New Roman"/>
        </w:rPr>
        <w:t>Hinaspan huk hatun kunkata hanaq pacha-manta rimamuqta uyarirqanku: “Kayman wichariychik.” Chaymantataq phuyupi hanaq pachaman wicharirqanku; awqankunataq paykunata qhawarirqanku. Chay pachallapitaq hatun allpa kuyuy karqa, llaqtapa chunka kaqninmanta huknin urmarqa, allpa kuyuypitaq qanchis waranqa runakuna wañusqa karqanku; puchuqkunañataq mancharisqa kaspa hanaq pacha Diosman yupaychayta qurqanku. Iskay kaq ay niqisqa ñam pasarunña; qhawariy, kinsa kaq ay utqayllam hamushan. Qanchis kaq angeltaq waqra-ta pukurqa; hinaspan hanaq pachapi hatun kunkakuna karqa, nispanku: “Kay pachapa qhapaq suyuyninkunaqa Señorninchikpa, paypa Cristonpataq qhapaq suyuyninkunam tukupun; paytaq wiñay wiñaypaqmi kamachinqa.” Apocalipsis 11:12–15.</w:t>
      </w:r>
    </w:p>
    <w:p>
      <w:pPr>
        <w:pStyle w:val="ArticleBody"/>
        <w:jc w:val="left"/>
      </w:pPr>
      <w:r>
        <w:rPr>
          <w:rFonts w:ascii="Times New Roman" w:hAnsi="Times New Roman" w:eastAsia="Times New Roman" w:cs="Times New Roman"/>
        </w:rPr>
        <w:t>Iskay ñak’ariykunaq, kimsa kaq ñak’ariykunapas Islammi kanku, qanchis kaq angelpas kimsa kaq ñak’ariymi, yapamantaqa Islamllataqmi. Kimsa kaq ñak’ariyqa utqayllam chayan temblorpi. Temblorqa Estados Unidos llaqtapi domingo kamachikuymi; Estados Unidosqa Apocalipsis chunka kimsayoqpi allpa uywawan rikuchisqa kashan, domingo kamachikuypas chukchuymi, chaymi khatatay. Allpa uywaqa chunka reykunaq ñawpaq reyinmi, hinaspa Estados Unidos domingo kamachikuypi urmachisqa kaptinqa, llaqtamanta chunkan kaqninmi urmasqa kanqa. Chay kikin horapi, domingo kamachikuypi, ishkay testigokuna Elíaswan Moiséswan sutichasqa, Cristowan kuska tikrasqa rikurimusqankumanta Pedro, Santiago, Juanman, chay kikin ishkay testigokunaqa phuyu ukhunpi hanaq pachaman oqarisqa kanku, llapa runakunapas rikunku, imaraykuchus awqankunaqa paykunata qhawarqanku.</w:t>
      </w:r>
    </w:p>
    <w:p>
      <w:pPr>
        <w:pStyle w:val="ArticleBody"/>
        <w:jc w:val="left"/>
      </w:pPr>
      <w:r>
        <w:rPr>
          <w:rFonts w:ascii="Times New Roman" w:hAnsi="Times New Roman" w:eastAsia="Times New Roman" w:cs="Times New Roman"/>
        </w:rPr>
        <w:t>Kawsarimusqamanta qhipa tawa chunka p’unchawkunamanta Jesusqa puyukunaman “wicharirqan”, hinamanta altokunapi cuartopi chunka p’unchawkuna qallariq. Wichariyninqa rikuywan huk prueban, kimsa angelkunamanta iskay kaqninqa hinallataq. Wichariyninpi angelkuna nirqanku payqa puyukunawan kutimunanpaq, imaynan puyukunawan chayraq wicharirqan hinata.</w:t>
      </w:r>
    </w:p>
    <w:p>
      <w:pPr>
        <w:pStyle w:val="ArticleScripture"/>
        <w:jc w:val="left"/>
      </w:pPr>
      <w:r>
        <w:rPr>
          <w:rFonts w:ascii="Times New Roman" w:hAnsi="Times New Roman" w:eastAsia="Times New Roman" w:cs="Times New Roman"/>
        </w:rPr>
        <w:t>Chaykunata rimarispaña, paykuna qhawashaqtin, hananman oqarisqa karqa; hinaspan phuyu payta chaskirqan, ñawinkumantataq pakarqan. Hanan pacha lado-man sinchita qhawarispa kashaqtinku, pay oqarishaqtin, qhawariychik, iskay qari paykuna qayllanpi sayarirqaku yuraq p’achayuq; paykunataq nirqaku: Galilea runakuna, imaraykutaq hanaq pachaman qhawarispa sayashankichik? Kay kikin Jesusmi, qankunamanta hanaq pachaman oqarisqa kaspa, kikillan hinallataq kutimunqa, imaynatachus qankuna payta hanaq pachaman rishaqta rikurqankichik hina. Hechos 1:9–11.</w:t>
      </w:r>
    </w:p>
    <w:p>
      <w:pPr>
        <w:pStyle w:val="ArticleBody"/>
        <w:jc w:val="left"/>
      </w:pPr>
      <w:r>
        <w:rPr>
          <w:rFonts w:ascii="Times New Roman" w:hAnsi="Times New Roman" w:eastAsia="Times New Roman" w:cs="Times New Roman"/>
        </w:rPr>
        <w:t>Paypa kutimuyñin, Iskay Kaq Hamuyninpi, qhapaq kayninmanta “gloriapi” kashan.</w:t>
      </w:r>
    </w:p>
    <w:p>
      <w:pPr>
        <w:pStyle w:val="ArticleScripture"/>
        <w:jc w:val="left"/>
      </w:pPr>
      <w:r>
        <w:rPr>
          <w:rFonts w:ascii="Times New Roman" w:hAnsi="Times New Roman" w:eastAsia="Times New Roman" w:cs="Times New Roman"/>
        </w:rPr>
        <w:t>Pipas ñoqamanta, hinallataq rimayninkunamantapas p'enqakunan kay wachuq huchasapa miraypiqa, runap Churinqa paymantapas p'enqakullanqataqmi, Taytanpa hatun k'anchayninpi hamuspa, ch'uya angelkunawan kuska. Marcos 8:38.</w:t>
      </w:r>
    </w:p>
    <w:p>
      <w:pPr>
        <w:pStyle w:val="ArticleBody"/>
        <w:jc w:val="left"/>
      </w:pPr>
      <w:r>
        <w:rPr>
          <w:rFonts w:ascii="Times New Roman" w:hAnsi="Times New Roman" w:eastAsia="Times New Roman" w:cs="Times New Roman"/>
        </w:rPr>
        <w:t>Kay kikin “gloria” nisqaqa Pedro, Santiago, Juan ima, Transfiguración Orqopi rikurqanku. Transfiguración Orqoqa hinallataq iskay kaq puriyniyuqmi karqa, ñawpaqninpi Caesarea Philippi kaptin, qhipanpiqa Caesarea Maritima kaptin. Iskay kaq pruebanweqa animalpa rikchayninpa pruebanweqmi hinallataq, huk pruebanweqmi, mayqenmantachus animalpa rikchayninqa ruwakusqanta profético riqsiyta mañan. Iskay kaq pruebanweqa hinallataq Melzar Danielta, masinkunatawan qhawarisqanmi, uyankuta tupachinampaq mana legumbres mikhuqkunapa uyankuwan. Qhawanapa pruebanweqmi chayqa. Abrampa pactonpa historiankunapi kimsa pacto puriyninkunamanta iskay kaq puriyninqa circuncisiónpa “señal” nisqanmi karqa. Iskay kaq puriyninqa Diospa llaqtanta sellasqanta sut’inchan, estandarteta hina hoqarisqa kashaqtinku. Iskay kaq puriyninpiqa “gloria” rikuchikun, ñawpaq angelpa kimsa puriyninkunaqa manchakuy, “gloria”, hinaspa juicio kasqanrayku. Pentecostés pacha tiempopa tawa chunka p’unchawninqa Transfiguración Orqowan tupachakun. Usut’aykikunata surquy, santo allpapi kashankirayku.</w:t>
      </w:r>
    </w:p>
    <w:p>
      <w:pPr>
        <w:pStyle w:val="ArticleBody"/>
        <w:jc w:val="left"/>
      </w:pPr>
      <w:r>
        <w:rPr>
          <w:rFonts w:ascii="Times New Roman" w:hAnsi="Times New Roman" w:eastAsia="Times New Roman" w:cs="Times New Roman"/>
        </w:rPr>
        <w:t>Wichaykuyqa rikuywan suyaykuna yuyaychanapaq huk prueban, chaymi raymikunaq sutinpi, tawa chunka p’unchayman chayashaq wichaykuyqa ñawpaqman hamun pichqa p’unchaykunawan, Cornetakuna Raymiwan. Cornetakuna Raymiqa reqsichin qanchis ñiqin cornetaq waqyayninmanta willakuyta, chay willakuyqa Islammanta willakuymi.</w:t>
      </w:r>
    </w:p>
    <w:p>
      <w:pPr>
        <w:pStyle w:val="ArticleBody"/>
        <w:jc w:val="left"/>
      </w:pPr>
      <w:r>
        <w:rPr>
          <w:rFonts w:ascii="Times New Roman" w:hAnsi="Times New Roman" w:eastAsia="Times New Roman" w:cs="Times New Roman"/>
        </w:rPr>
        <w:t>Wiñayman wichariyqa trompetakunata qatiqmi phisqa punchawkunawan; hinaspataq, wiñayman wichariymanta phisqa punchaw qipaman, pampachakuy p’unchayqa taripayta señalan. Trompetaqa ñawpa ñankunami, Laodicea willakuymi, Islammi, hinaspataq huk ñiqin angelpa sapiyachisqa willakuyninmi. Phisqa punchaw qipaman, “uya-uyawan” yachachiy tukukuptin, iskay ñiqin angelpa iskay ñiqin rikuyniyuq pruebantaqa wiñayman wichariy señalan. Chaymanta phisqa punchaw qipamanqa, taripaymi kinsa ñiqin angelta señalan.</w:t>
      </w:r>
    </w:p>
    <w:p>
      <w:pPr>
        <w:pStyle w:val="ArticleBody"/>
        <w:jc w:val="left"/>
      </w:pPr>
      <w:r>
        <w:rPr>
          <w:rFonts w:ascii="Times New Roman" w:hAnsi="Times New Roman" w:eastAsia="Times New Roman" w:cs="Times New Roman"/>
        </w:rPr>
        <w:t>Diospa wasinpi huchachaymanta taripakuynin tukusqamanta pichqa punchaw qhipamanmi, Estados Unidos mamallaqtaman taripakuy hamun Pentecostés p’unchaywan señalasqa hina.</w:t>
      </w:r>
    </w:p>
    <w:p>
      <w:pPr>
        <w:pStyle w:val="ArticleScripture"/>
        <w:jc w:val="left"/>
      </w:pPr>
      <w:r>
        <w:rPr>
          <w:rFonts w:ascii="Times New Roman" w:hAnsi="Times New Roman" w:eastAsia="Times New Roman" w:cs="Times New Roman"/>
        </w:rPr>
        <w:t>Hinaspataq Abramtataq nirqan: Cheqaqtapuni yachay, qanpa miraynikiqa mana paykunapaq kaq allpapi mitmaq hina kanqa, paykunata servinqaku; paykunaqa tawa pachak watakunañataq ñak'arichinqaku. Hinallataq chay naciontapas, piman servinqaku, noqaqa juzgasaq; chay qhipamantataq hatun qhapak kaywan lluqsimunqaku. Génesis 15:13, 14.</w:t>
      </w:r>
    </w:p>
    <w:p>
      <w:pPr>
        <w:pStyle w:val="ArticleBody"/>
        <w:jc w:val="left"/>
      </w:pPr>
      <w:r>
        <w:rPr>
          <w:rFonts w:ascii="Times New Roman" w:hAnsi="Times New Roman" w:eastAsia="Times New Roman" w:cs="Times New Roman"/>
        </w:rPr>
        <w:t>“Hatun sustancia” pachak tawa chunka tawa waranqa runakuna domingo kamachikuypi charisqankuqa, maypichus Estados Unidos nisqa “nación” juzgasqa kachkan, Isaías qillqap soqta kaq kapitulonpi sustancianmi, Divinidadta rikuchispa. Abrahampa pactonmanta profecían nin “hinallataq chay naciónpas”, chaywan reqsichispa Diospa llaqtan domingo kamachikuy manaraq hamuptin sellasqa kasqanta. Chaymanta domingo kamachikuypi, Tabernáculos Raymipa qanchis p’unchayninwan rikuchisqa huk pacha ukhupi, qhepa tamya mana tupuyniyuqta hich’asqa kachkan, juzgamiento hunt’asqa kaptin hatun achka runakuna Diospa wasinmanta hawapi kaqkunapi.</w:t>
      </w:r>
    </w:p>
    <w:p>
      <w:pPr>
        <w:pStyle w:val="ArticleBody"/>
        <w:jc w:val="left"/>
      </w:pPr>
      <w:r>
        <w:rPr>
          <w:rFonts w:ascii="Times New Roman" w:hAnsi="Times New Roman" w:eastAsia="Times New Roman" w:cs="Times New Roman"/>
        </w:rPr>
        <w:t>2020 watapi qhapaq julio killapa 18 p’unchayninpi iskay testigokuna wañuchisqa karqanku Sodoma hinaspa Egipto llaqtakunapa kallenkunapi. Chay iskay testigokunaqa Moisés hinaspa Elías karqanku, hinaspa William Millerqa paypa historiampi Elías karqa. Musquyninpi huk ratollapaq ñawinkunata wichq’arqa, hinaspa 2020 watapi julio killapa 18 p’unchayninpi proféticamente wañuypi ñawinkunata wichq’arqa. Ñawinkunata kicharispaqa, cuartoqa ch’usaq karqa, huk punku hinaspa ventanakunapas kichasqa karqanku. Chaymanta Millerqa allpa pichana runaq rurasqanta rikuspa, allinta cuidakunanpaq rugakurqa, hinaspa allpa pichana runaqa llapallan allin kananpaq payta qhispichirqan.</w:t>
      </w:r>
    </w:p>
    <w:p>
      <w:pPr>
        <w:pStyle w:val="ArticleBody"/>
        <w:jc w:val="left"/>
      </w:pPr>
      <w:r>
        <w:rPr>
          <w:rFonts w:ascii="Times New Roman" w:hAnsi="Times New Roman" w:eastAsia="Times New Roman" w:cs="Times New Roman"/>
        </w:rPr>
        <w:t>Millerqa ch’in pacha ch’inpi rikch’arispan, 2023 wataq julio killapi, levaduraynaq t’ant’a raymi chayaramurqa, 2023 wataq diciembre 31 p’unchaypi kawsarimuy manaraq chayashaqtin. Chay pachapin—cheqpa Chawpi Tutaq Qapariyninmanta profetiku willakuy, chay “qapariy” mayqin huk llapan ñawpaqmanta kichasqa profetiku willakuykunapas rikch’achisqan, kichakuyta qallariqqa, imaraykuchus kimsa p’unchay kuskanpa tukukuyninmi huk “tukupay pacha”ta reqsichin, hinaspa “tukupay pachapi”qa sapa kuti profetiku kichakuy kan. Kayqa sapa kutim kashan, imaraykuchus Cristoqa qaynan p’unchay, kunan p’unchay, wiñaypaqpas kikillanmi. Runakunawan rurasqankunaqa wiñaypaq kikillanmi, payqa kunanpas sapa kuti rurasqan hina kikin “siq’ikuna” patallam llank’an. Kimsa p’unchay kuskan tukukuyninpin Jesucristomanta Revelación kichasqa karqa.</w:t>
      </w:r>
    </w:p>
    <w:p>
      <w:pPr>
        <w:pStyle w:val="ArticleBody"/>
        <w:jc w:val="left"/>
      </w:pPr>
      <w:r>
        <w:rPr>
          <w:rFonts w:ascii="Times New Roman" w:hAnsi="Times New Roman" w:eastAsia="Times New Roman" w:cs="Times New Roman"/>
        </w:rPr>
        <w:t>Kawsarimusqa aychaqa Adánmi rikuchirqan, payqa ñawpaqta kamasqa karqan, chaymantaq kawsay samayninwan samasqa karqan. Ezequiel 37 nisqapi wañusqa ch’aki tullukunaqa, huk willakusqawan ñawpaqta takyachisqa karqanku, chaymantaq iskay ñiqin willakusqawan kawsarichisqa karqanku; chay willakusqaqa kawsay samayta apan, mana kawsayniyuq aychaman tawa wayrakunamanta willakuywan, chaymi sellasqa willakuy. Iskay rikuchiykunapipas, mana wichq’asqa willakuyqa iskay rakiyuqmi, imaymana hinakunapi rikuchisqa. Chaykunaqa ukhupi kaqwan hawapi kaqwanmi; Ulai, Hiddekel mayukunapa rikch’ayninmi; chazon, mareh rikch’ayninkunami; iskay testigokunami, iskay quri t’uqyakunami, hinallataq huk-aswan huk-aswanmi.</w:t>
      </w:r>
    </w:p>
    <w:p>
      <w:pPr>
        <w:pStyle w:val="ArticleBody"/>
        <w:jc w:val="left"/>
      </w:pPr>
      <w:r>
        <w:rPr>
          <w:rFonts w:ascii="Times New Roman" w:hAnsi="Times New Roman" w:eastAsia="Times New Roman" w:cs="Times New Roman"/>
        </w:rPr>
        <w:t>Millerita historiapiqa, Chawpi Tuta Qapariyqa iskay ñiqin angelpa profecianwan huñunakusqa profecia karqan. Iskay patayniyuq profecia. Chaki tullukuna wañusqakuna hina 2023 watapi kawsarimusqankuman hinaqa, profetiko munasqanrayku allinta pruebayman churaykusqa kanan karqan, imaraykuchus huk profeciapa kichasqa kayninqa sapa kuti kimsa patayniyuq pruebay llank’anata qallarin. Ñawpaq iskay pruebakunaqa, hukninmi tiyasqa cimientopa prueban karqan, chaymanta hukñataq templopa prueban.</w:t>
      </w:r>
    </w:p>
    <w:p>
      <w:pPr>
        <w:pStyle w:val="ArticleBody"/>
        <w:jc w:val="left"/>
      </w:pPr>
      <w:r>
        <w:rPr>
          <w:rFonts w:ascii="Times New Roman" w:hAnsi="Times New Roman" w:eastAsia="Times New Roman" w:cs="Times New Roman"/>
        </w:rPr>
        <w:t>Pisqa p’unchawkunamanta kawsarimpuy qhipaman—ch’in pampapi qapariq simi, levadúrayuq mana t’ant’a pacha nisqawan rikuchisqa, tukukun; imaraykuchus Elías, Millerwan Juan Bautistawan rikuchisqa, iskayninkutaq ñannta waqaycharqanku chaki usutanankunata apayta mana allinchasqa Kaqpaq. Kawsarimpuypi, Jesús qallarin Yachachiy pachat “uya uya” tawa chunka p’unchawkunapaq. Chay “uya uya” yachachiyqa iskay chunka iskayniyuq p’unchawpi Danielpaq qallarisqa, chunka kaq capítulope. Chaypim kimsa puriyninkuna hina, kimsa llamk’aykuna hina rikuchisqa kachkan, chaymantapas kallpa kasqapa iskaychaqchasqa nisqawan kuska.</w:t>
      </w:r>
    </w:p>
    <w:p>
      <w:pPr>
        <w:pStyle w:val="ArticleBody"/>
        <w:jc w:val="left"/>
      </w:pPr>
      <w:r>
        <w:rPr>
          <w:rFonts w:ascii="Times New Roman" w:hAnsi="Times New Roman" w:eastAsia="Times New Roman" w:cs="Times New Roman"/>
        </w:rPr>
        <w:t>Pisqa punchawmi chusku chunka punchawkuna tukukunankumanta ñawpaqta, Islampa trompetanpa willakuynin waqyasqa kachkan. Islampa willakuyninqa chay asnowan rikuchisqa karqan, maypinmi Cristoqa Jerusalenman atipaynin yaykuyninpi purirqan. Manaraq Olivos Orqopa uray laderankunamanta Jerusalenman uraykamuchkaspallaraq, ñawpaqta yachachiqninkunata kamachirqan asnota paskamunankupaq.</w:t>
      </w:r>
    </w:p>
    <w:p>
      <w:pPr>
        <w:pStyle w:val="ArticleScripture"/>
        <w:jc w:val="left"/>
      </w:pPr>
      <w:r>
        <w:rPr>
          <w:rFonts w:ascii="Times New Roman" w:hAnsi="Times New Roman" w:eastAsia="Times New Roman" w:cs="Times New Roman"/>
        </w:rPr>
        <w:t>Kay qhawariyqa 1847 watapi qosqa karqan, chay p’unchaykunapiqa ancha pisilla Adventista wawqikuna samana p’unchayta waqaychaspa kasqanku; chaykunamantaqa pisillaraqmi yuyarqanku chayta waqaychayqa Diospa llaqtanwan mana iñiqkunata t’aqananpaq hina ancha hatun importanciayuq kasqanta. Kunanqa chay qhawariypa hunt’akuyninqa rikuyta qallarinña. Kaypi nisqa, “chay sasachakuy pacha qallariynin” manam plaguekuna qallarispa hich’akunankupaq pachamanta rimanchu, aswanqa manaraq chaykuna hich’akuspaqa pisillapaq ñawpaqninpi, Cristo santuario ukhupi kashaqtin. Chay pachapi, salvacionpa ruwasqan tukukuypi kashaqtin, kay pachaman sasachakuy hamunqa, nacionkunapas phiñakunqaku, ichaqa hark’asqa kashankaku kimsa kaq angelpa ruwasqanta ama hark’anankupaq. Chay pachallataqmi “qhipa para”, utaq Señorpa qayllanmanta samaykachiy hamunqa, kimsa kaq angelpa hatun qapariyninta kallpachananpaq, hinallataq santokunata wakichinanpaq qanchis qhipa plaguekuna hich’akumunan pacha sayarinankupaq. Early Writings, 85.</w:t>
      </w:r>
    </w:p>
    <w:p>
      <w:pPr>
        <w:pStyle w:val="ArticleBody"/>
        <w:jc w:val="left"/>
      </w:pPr>
      <w:r>
        <w:rPr>
          <w:rFonts w:ascii="Times New Roman" w:hAnsi="Times New Roman" w:eastAsia="Times New Roman" w:cs="Times New Roman"/>
        </w:rPr>
        <w:t>9/11 p’unchaypi Payqa angelninkunata kamachirqan asnota cacharinankupaq; chaymantataq George Bush sullk’aq asnota hark’arqan. Ciroqa ñawpaq angelta rikch’achin, ñawpaq kamachiyta willasqanrayku. Chayrayku payqa iskaynintan rikch’achin: August 11, 1840 hinallataq 9/11-ta; hinaspapas 9/11 p’unchaypi Islamqa, “naciónkunaq phiñakuynin” nisqawan rikch’achisqa, cacharisqa karqan hinaspataq sayachisqa karqan. Chay pachapin qhipa para urayta qallariq. Ciroqa iskaynin Islampa waymarkninkunatan rikch’achin: August 11, 1840 hinallataq 9/11.</w:t>
      </w:r>
    </w:p>
    <w:p>
      <w:pPr>
        <w:pStyle w:val="ArticleScripture"/>
        <w:jc w:val="left"/>
      </w:pPr>
      <w:r>
        <w:rPr>
          <w:rFonts w:ascii="Times New Roman" w:hAnsi="Times New Roman" w:eastAsia="Times New Roman" w:cs="Times New Roman"/>
        </w:rPr>
        <w:t>“Kimsa simanakama Gabrielqa tutayaq atiyninkunawan maqanakurqan, Cirospa yuyayninpi llamk’ashaq kallpaykunata hark’ananpaq; chay atipanakuy tukukunankamaqa, Cristo kikinmi Gabrielpa yanapayninman hamurqan. ‘Persia qhapaq suyuq kamachiqninmi iskay chunka hukniyuq p’unchaykunakama hark’awarqan,’ nispa Gabrielqa willakun; ‘ichaqa qhaway, Miguel, kuraq kamachiqkunamanta huknin, yanapawanaypaq hamurqan; ñuqataq Persiaq reykunawan chaypi qheparqani.’ Daniel 10:13. Hanaqpachaq ruwanan tukuy ima Diospa llaqtanrayku ruwasqa karqan. Atipayqa tukuypaqmi tarisqa karqan; awqaq kallpankunataq Cirospa tukuy p’unchayninkunapi, hinaspa churin Cambisespa tukuy p’unchayninkunapipas, mayqinchus qanchis wata kuskanman hina kamachikurqan, hark’asqa karqanku.” Profetas y Reyes, 571.</w:t>
      </w:r>
    </w:p>
    <w:p>
      <w:pPr>
        <w:pStyle w:val="ArticleBody"/>
        <w:jc w:val="left"/>
      </w:pPr>
      <w:r>
        <w:rPr>
          <w:rFonts w:ascii="Times New Roman" w:hAnsi="Times New Roman" w:eastAsia="Times New Roman" w:cs="Times New Roman"/>
        </w:rPr>
        <w:t>Ciro, agosto 11, 1840, hina kaqllarinpaq kamachikuynin tukukuptin, imaynachus ñawpaq pionerokuna nisqankuman hina, iskay kaq ay ayllup islamismoqa hark’asqa karqa. Chay hark’ayqa señalarqan kimsa pachak isqon chunka hukniyuq watakuna chunka pichqa p’unchayniyuq pacha-profecíapa tukukuyninta, mayqinchus qallariq karqan suqta kaq angelpa rayku tawa angelkuna kacharisqa kaptin, paykuna tawa islamico sultankunata rikch’achiqkuna karqanku; chay suqta kaq angelqa islampa kimsa ayllunkumanta iskay kaq aylluta rikch’achirqan. 9/11 p’unchawpi islamqa maqariq hamurqan, hinaspa qatiqmanta hark’asqa karqan, imaynachus Ciroq historiampi hinallataq 1840 watapa historiampipas chay hark’aywan rikch’achisqa kasqan hina. Chay kimsa testigokunapas islampa hark’asqa kayninta otaq kacharisqa kayninta reqsichinku, hinaspa Cristopa atipayninwan yaykuynin qallariyninpi, asnutaqa kacharisqañan karqan.</w:t>
      </w:r>
    </w:p>
    <w:p>
      <w:pPr>
        <w:pStyle w:val="ArticleBody"/>
        <w:jc w:val="left"/>
      </w:pPr>
      <w:r>
        <w:rPr>
          <w:rFonts w:ascii="Times New Roman" w:hAnsi="Times New Roman" w:eastAsia="Times New Roman" w:cs="Times New Roman"/>
        </w:rPr>
        <w:t>Aspinpa aycha hayk’uchisqanman manaraq yaykushaspa asnuta paskasqa kasqanmi waqachina willakuyta reqsichin, wichqanman wichariymanta pichqa p’unchawkuna ñawpaqta chayamunata. Islam nisqaqa yapamanta kacharisqa kasqan willakuymi — 9/11 p’unchawpi hina, hinallataq chunka pichqa p’unchaw qhipaman Domingo kamachikuypi, Pentecostés kasqanpi, yapamanta kacharisqa kanqa — chawpi tuta qapariy qallarikuyninta señalasqa willakuymi. Asnu paskasqa kasqanmi Chawpi Tuta Qapariy willakuypa willakusqan qallarikuyninta, icha alpha nispata, reqsichin; chaymanta Domingo kamachikuypi, maypichus Chawpi Tuta Qapariy hatun qapariyman tikran, Islamqa yapamanta allpa animalta maqan.</w:t>
      </w:r>
    </w:p>
    <w:p>
      <w:pPr>
        <w:pStyle w:val="ArticleBody"/>
        <w:jc w:val="left"/>
      </w:pPr>
      <w:r>
        <w:rPr>
          <w:rFonts w:ascii="Times New Roman" w:hAnsi="Times New Roman" w:eastAsia="Times New Roman" w:cs="Times New Roman"/>
        </w:rPr>
        <w:t>Chaupi Tuta Qapariypa pacha qallarin Islammanta hamuq alpha maqaywan, tukukapunmi Islammanta hamuq omega maqaywan. Islampa maqayninkuna Estados Unidos pataman rikuchisqa kachkan Balaampa hinaspa paypa asnontaq willakuyninpi, chayqa, yachasqanchikman hina, Números iskay chunka iskayniyuq kaq kapitulupi qhawaychasqa kachkan. Laodiceapi qanchis p’unchaw adventista iglesiapa kawsaynin, allpapi animalpa protestante waqran hina, rikuchisqa kachkan Isaías 22:22 (ukhupi) nisqapi; Republican waqrataqpa kawsayninqa qhawaychasqa kachkan Números 22:22 (hawapi) nisqapi, hinaspa chaymanta ñawpaqman.</w:t>
      </w:r>
    </w:p>
    <w:p>
      <w:pPr>
        <w:pStyle w:val="ArticleScripture"/>
        <w:jc w:val="left"/>
      </w:pPr>
      <w:r>
        <w:rPr>
          <w:rFonts w:ascii="Times New Roman" w:hAnsi="Times New Roman" w:eastAsia="Times New Roman" w:cs="Times New Roman"/>
        </w:rPr>
        <w:t>Diospa piñakuyninqa rawrarirqan pay riptin; Señorpa angelninmi ñanpi sayarqan paypa contranpi awqaq hina. Chaypim payqa asnunta sillakuspa richkarqan, iskay yanapaqninkunapas paywan kasharqanku.</w:t>
      </w:r>
    </w:p>
    <w:p>
      <w:pPr>
        <w:pStyle w:val="ArticleScripture"/>
        <w:jc w:val="left"/>
      </w:pPr>
      <w:r>
        <w:rPr>
          <w:rFonts w:ascii="Times New Roman" w:hAnsi="Times New Roman" w:eastAsia="Times New Roman" w:cs="Times New Roman"/>
        </w:rPr>
        <w:t>Hina asnupis Señorpa angelninta rikurqan ñanpi sayashaqta, makinpin sut’uchisqa espadata apaqta; hinaspa asnupis ñanmanta lluqsirqan, chakraman yaykuspa. Balaampaqa asnuta maqaykurqan, ñanman kutichinampaq. Números 22:22, 23.</w:t>
      </w:r>
    </w:p>
    <w:p>
      <w:pPr>
        <w:pStyle w:val="ArticleBody"/>
        <w:jc w:val="left"/>
      </w:pPr>
      <w:r>
        <w:rPr>
          <w:rFonts w:ascii="Times New Roman" w:hAnsi="Times New Roman" w:eastAsia="Times New Roman" w:cs="Times New Roman"/>
        </w:rPr>
        <w:t>9/11 nisqapi, llulla profeta Balaam, Estados Unidos-ta hinaspa George Bush sullk’ata rikch’akuspa, taytan George Bush ñawpaq kaq qallarisqanta tukuchiyta maskharqan, globalistakunaq Estados Unidos-ta urmachiyta munasqankupi, chaymanta pay sutichasqan “huk musuq pacha kamachiy”-ta sayarichispa. Globalistakunaq bíblico kallpachakuyninqa Diospa puchuq llaqtanta wañuchiymi; chayrayku George Bush sullk’a taytanpa profético saqesqanta tukuyninta rikch’akun, imaynachus pay suticharqan “huk musuq pacha kamachiy” nisqawan yaykuchispa. Bushpa “musuq pacha kamachiy” chayamun dragón, bestia, llulla profeta ima kimsa hukllayman domingo kamachiypi; hinaspa George Bush sullk’a qallariyninta señalan domingo kamachiywan tukukuq pachapa, chaymi sellakuy pacha, bestiapa rikch’aynin pruebay pacha, Apocalipsis chunka pusaqniyuqpa ñawpaq vozninwan rikch’akusqa pacha, aswan achka imakunapas. Balaampa asnon globalistakunaq agenda-ninta huklawman muyurichirqan pachak tawa chunka tawa waranqa runakuna urqunkupi sellasqa kanankukama.</w:t>
      </w:r>
    </w:p>
    <w:p>
      <w:pPr>
        <w:pStyle w:val="ArticleScripture"/>
        <w:jc w:val="left"/>
      </w:pPr>
      <w:r>
        <w:rPr>
          <w:rFonts w:ascii="Times New Roman" w:hAnsi="Times New Roman" w:eastAsia="Times New Roman" w:cs="Times New Roman"/>
        </w:rPr>
        <w:t>Asafpa takin salmonnin utaqnin. Ama upallaychu, Dios; ama ch'inyaychu, amataq ama ch'usaqlla kaychu, Dios. Qhawariy, cheqaqmi awqaykikuna qapariyta hatarichkanku; qanman cheqnikuqkunaqa umankuta oqarichkanku. Llaqtaykipa contranpi sasachakuywan yuyaymanakunku, pakasqa runaykikunapa contranpitaq rimanakunku. Nispankutaq: “Hamuychik, suyu kanankumanta paykunata tukuchisunchik, Israelpa sutinqa manaña yuyarisqa kanampaq,” nisqanku. Huk sunqulla, huk yuyaylla tantanakuspa yuyaymanakunku; qampa contraykipi hukllachasqa kanku. Salmos 83:1–5.</w:t>
      </w:r>
    </w:p>
    <w:p>
      <w:pPr>
        <w:pStyle w:val="ArticleBody"/>
        <w:jc w:val="left"/>
      </w:pPr>
      <w:r>
        <w:rPr>
          <w:rFonts w:ascii="Times New Roman" w:hAnsi="Times New Roman" w:eastAsia="Times New Roman" w:cs="Times New Roman"/>
        </w:rPr>
        <w:t>Qanchis kaq versiculomanta ñawpaqmanqa “awqakuna” nisqakunaqa “chunka” nacionkuna kasqanta reqsichin, kaykunaqa Apocalipsis chunka qanchispi chunka reykunahinam rikuchisqa kanku. Chaypi chunka reykunaqa huk yuyayllapi kanku, ichaqa Asafqa nin: “huk sonqollawan yuyayninkuta huñusqaku: qampa contrayki rimanakuspa huñunakusqaku.” Chay chunka reykunaqa qhepa p’unchaykunapi globalista mana allin huñunakuymi, paykunaqa “Israel”-ta, “qampa pakasqa runaykikunata,” “nacion” kaymanta “qichuyta” munaspa yuyaychakusqaku. Chay chunka reykunap huñunakusqan rurayninqa, paykunaq “hoqariy” papal atiyniyuqta, kimsa kuti huñunakuyp “uma” hina, espiritual “Israel”-ta chinkachiyta, paykunaqa “Ancha Hanaqpaq pakasqa cheqanpi” pakasqa kanku.</w:t>
      </w:r>
    </w:p>
    <w:p>
      <w:pPr>
        <w:pStyle w:val="ArticleBody"/>
        <w:jc w:val="left"/>
      </w:pPr>
      <w:r>
        <w:rPr>
          <w:rFonts w:ascii="Times New Roman" w:hAnsi="Times New Roman" w:eastAsia="Times New Roman" w:cs="Times New Roman"/>
        </w:rPr>
        <w:t>9/11 nisqapi p’unchawpi, Islampa asnununqa dragónpa yuyayninta ñanninkumanta lluqsichirqan, Apocalipsis 18 nisqapi atiyniyuq angelqa makimpi espadata apaspa uraykamusqanrayku. Chay ukhupi pruebaqa karqan ñawpaq ñankunaman kutiy. Chay pachamantaq qallarikurqan Millerita historiakunapa kutipaynin, ñawpaq angelpa hinaspa iskay ñiqin angelpapaqpas, imaynachus Apocalipsis chunka pusaqniyuq capítuloq ñawpaq kimsa versículonkunapa historiapi churaska kasqan hina. Chay ñawpaq kimsa versículokunaqa, Hermana White nisqanman hina, hunt’akunan karqanmi Nueva York llaqtapa hatun wasikuna urmachisqa kaptin.</w:t>
      </w:r>
    </w:p>
    <w:p>
      <w:pPr>
        <w:pStyle w:val="ArticleBody"/>
        <w:jc w:val="left"/>
      </w:pPr>
      <w:r>
        <w:rPr>
          <w:rFonts w:ascii="Times New Roman" w:hAnsi="Times New Roman" w:eastAsia="Times New Roman" w:cs="Times New Roman"/>
        </w:rPr>
        <w:t>9/11 p’unchawmi, Apocalipsis 18:1–3 nisqapi qelqasqa simikuna hunt’akusun, hinaspata 1840 wata, agosto killapa 11 p’unchawninpi ñawpaq angel uraykamuq, kay pachata hatun k’anchariyninwan achikyachiq nisqapa paralelon, chaymanta iskay ñiqin angelwan huñusqa karqan, paymi Babiloniapa urmayninta willakurqan. Balaamqa ñawpaq angelpa unanchaqnin karqan, hinaspata Balaamqa iskay yanapaqninkunawan kuska karqan, paykunaqa iskay ñiqin angelta rikuchirqanku.</w:t>
      </w:r>
    </w:p>
    <w:p>
      <w:pPr>
        <w:pStyle w:val="ArticleBody"/>
        <w:jc w:val="left"/>
      </w:pPr>
      <w:r>
        <w:rPr>
          <w:rFonts w:ascii="Times New Roman" w:hAnsi="Times New Roman" w:eastAsia="Times New Roman" w:cs="Times New Roman"/>
        </w:rPr>
        <w:t>Balaampa willakuyninpi, llulla profetapa republicano waqranmanta rimashaqtin, Balaamqa iskay kutitaqmi Islampa asnununwan tinkunakunqa karqan. Kimsa kaq tinkuyninpiqa asnuqa “rimarinqa,” hinaspa profecíapa rimariyninqa domingo kamachikuyta señalan. 2023 watapa octubre killapa 7 p’unchayninpiqa asnuqa yapamantaqmi maqariq karqan, ichaqa mana espiritualmente moderno hatun allpa nisqatachu. Chayqa literal antiguo hatun allpatan maqariq, hinaspa Balaamqa asnunwan kuskañataqmi iskay kaq tinkuyninpiña karqan.</w:t>
      </w:r>
    </w:p>
    <w:p>
      <w:pPr>
        <w:pStyle w:val="ArticleScripture"/>
        <w:jc w:val="left"/>
      </w:pPr>
      <w:r>
        <w:rPr>
          <w:rFonts w:ascii="Times New Roman" w:hAnsi="Times New Roman" w:eastAsia="Times New Roman" w:cs="Times New Roman"/>
        </w:rPr>
        <w:t>Ichaqa Señorpa angelninqa uvas chakra-kunapa ñanpi sayasqa karqa, kay ladopi perqa kaspa, chay ladopipas perqa kaspa. Asnutaq Señorpa angelinta rikuspá, perqaman ñit’iruspa Balaampa chakin­ta perqawan ñit’irqan; hinaspataq payqa yapamanta maqaraq. Números 22:24, 25.</w:t>
      </w:r>
    </w:p>
    <w:p>
      <w:pPr>
        <w:pStyle w:val="ArticleBody"/>
        <w:jc w:val="left"/>
      </w:pPr>
      <w:r>
        <w:rPr>
          <w:rFonts w:ascii="Times New Roman" w:hAnsi="Times New Roman" w:eastAsia="Times New Roman" w:cs="Times New Roman"/>
        </w:rPr>
        <w:t>Ñawpaq Israelpa uvas chakraqa, Laodicea nisqapi qanchis p’unchaw adventistakunapa uvas chakranta rikuchin. Iskayllankupas pactopi llaqtanmi kanku, paykunamanmi churasqa karqa Diospa Leyninta waqaychanankupaq, chaymi “pirqa” hina unanchasqa, hinaspataq uvas chakrata ruwachiq imaymanakunamanta hukninmi.</w:t>
      </w:r>
    </w:p>
    <w:p>
      <w:pPr>
        <w:pStyle w:val="ArticleScripture"/>
        <w:jc w:val="left"/>
      </w:pPr>
      <w:r>
        <w:rPr>
          <w:rFonts w:ascii="Times New Roman" w:hAnsi="Times New Roman" w:eastAsia="Times New Roman" w:cs="Times New Roman"/>
        </w:rPr>
        <w:t>¿Imataq aswan ruwayta atiniman karqan uvasniy-pampaypaq, mana chaypi ruwasqaymanta? ¿Imaraykutaq, uvas apamunanpaq suyasqaykitaq, sallqa uvastaña aparimurqan? Kunanqa, hamuychik; willaykuykichis imatachus uvasniy-pampaywan ruwasaq: muyuriqnin pirqata qichusaq, hinaspa mikhusqa kanqa; perqanta urmachisaq, hinaspa sarusqa kanqa. Isaías 5:4, 5.</w:t>
      </w:r>
    </w:p>
    <w:p>
      <w:pPr>
        <w:pStyle w:val="ArticleBody"/>
        <w:jc w:val="left"/>
      </w:pPr>
      <w:r>
        <w:rPr>
          <w:rFonts w:ascii="Times New Roman" w:hAnsi="Times New Roman" w:eastAsia="Times New Roman" w:cs="Times New Roman"/>
        </w:rPr>
        <w:t>Ñawpa literal Israelpas, kunan pacha espiritual Israelpas iskayninku hatarirqanku hinaspa churasqa sagrado ruwanakunkuta qhesachirqanku. 9/11-manta Domingo kamachikama, huk profético asunto “pirqa” nisqawan rikuchisqa kachkan. Chay profético asuntoqa Estados Unidospa Constituciónnin ukhupi iglesiatawan estadotawan t’aqay “pirqa” nisqapa thunisqanmi. 9/11-pi Bushqa Patriot Act nisqata churapurqan, Constituciónta urmachinapaq hatun puriynin hina; chaypim Constituciónta pusasqa yuyay hamuqnin tikrasqa karqan, Romanopa kamachinpa principiosnin, mayqinmi runaqa huchasapa kasqanta nin mana manaqqa mana qhawarichisqa kashaqtinpas, chaskisqa karqan, inglés kamachinpa principioyninmanta aswan hanaqpi, mayqinmi sayachin runaqa mana huchayuq kasqanta huchasapa kasqan qhawarichisqa kaman.</w:t>
      </w:r>
    </w:p>
    <w:p>
      <w:pPr>
        <w:pStyle w:val="ArticleBody"/>
        <w:jc w:val="left"/>
      </w:pPr>
      <w:r>
        <w:rPr>
          <w:rFonts w:ascii="Times New Roman" w:hAnsi="Times New Roman" w:eastAsia="Times New Roman" w:cs="Times New Roman"/>
        </w:rPr>
        <w:t>9/11-manta Domingo ley kamaq pacha ukhupin “pirqa” nisqamanta profétikareferenciakuna kan. Islamqa Balaampa asnon hina pirqakunata urmachisqanwan reqsichin, Islam nisqa asunto kasqanta, Constitución ukhupi kaq principokunata kutirachinapaq pantasqa lógicata qusqanta. Kay profétiko yuyaypiqa Islamqa, bíblicamente llulla profeta kaspan, bestiapa imagenpa pruebapa tiemponpi Estados Unidos-ta pantachin; hinallataq Estados Unidospa llulla profetan mundontinta pantachin, mundopa bestiapa imagenpa pruebapa tiemponpi.</w:t>
      </w:r>
    </w:p>
    <w:p>
      <w:pPr>
        <w:pStyle w:val="ArticleBody"/>
        <w:jc w:val="left"/>
      </w:pPr>
      <w:r>
        <w:rPr>
          <w:rFonts w:ascii="Times New Roman" w:hAnsi="Times New Roman" w:eastAsia="Times New Roman" w:cs="Times New Roman"/>
        </w:rPr>
        <w:t>2023 watay chunka qanchis p’unchaypi Islampa asnun ñawpaq pacha cheqaq k’anchay allpata maqaykurqan; chay asnu Kuskay Ch’isip T’aqyay willakuypa ñawpaqninpi paskakuspaqa, Islam yapamanta Estados Unidos-ta maqankqa, kunan pacha espiritumanta k’anchay allpata, imaynachus 9/11-pi ruwarqan hina. Iskay kaq kutipi Balaamqa asnuta maqaykun, chayqa iskay kaq angelmi; iskay kaq angelqa sapa kuti iskaychayta paqarichin, “viñakuna ñan” nisqawan rikuchisqa, iskay perqayuq.</w:t>
      </w:r>
    </w:p>
    <w:p>
      <w:pPr>
        <w:pStyle w:val="ArticleScripture"/>
        <w:jc w:val="left"/>
      </w:pPr>
      <w:r>
        <w:rPr>
          <w:rFonts w:ascii="Times New Roman" w:hAnsi="Times New Roman" w:eastAsia="Times New Roman" w:cs="Times New Roman"/>
        </w:rPr>
        <w:t>Hinaspan Señorpa angelnin aswan ñawpaqman rirqan, hinaspataq sayarqan k’iti chiqapi, maypichus mana karqanchu lloqsina paña ladomanpas ni lluq’i ladomanpas. Chaymanta, asnuchá Señorpa angelninta rikuspantaq, Balaampa uranman urmaqan; hinaspataq Balaampa phiñakuynin hap’irqan, payqa asnuta tawqananwan maqaraqan. Chaymi Señorqa asnupa siminta kicharirqan, hinaspataq payqa Balaamta nirqan: “¿Imatataq ruraykuyki qanman, kay kimsa kuti maqawanaykipaq?” Números 22:26–28.</w:t>
      </w:r>
    </w:p>
    <w:p>
      <w:pPr>
        <w:pStyle w:val="ArticleBody"/>
        <w:jc w:val="left"/>
      </w:pPr>
      <w:r>
        <w:rPr>
          <w:rFonts w:ascii="Times New Roman" w:hAnsi="Times New Roman" w:eastAsia="Times New Roman" w:cs="Times New Roman"/>
        </w:rPr>
        <w:t>Chunka iskay chunka iskayniyuq chaymanta kimsa yapasqata nisqakunata aswan allinta qhawarispa, tarisunchik cheqaqtapuni iskay chunka kimsayuq chaypi asnuta ñawpaq kutita maqanku.</w:t>
      </w:r>
    </w:p>
    <w:p>
      <w:pPr>
        <w:pStyle w:val="ArticleScripture"/>
        <w:jc w:val="left"/>
      </w:pPr>
      <w:r>
        <w:rPr>
          <w:rFonts w:ascii="Times New Roman" w:hAnsi="Times New Roman" w:eastAsia="Times New Roman" w:cs="Times New Roman"/>
        </w:rPr>
        <w:t>Hinaspan Diospa piñakuynin rawrarirqan risqanrayku; Señorpa angelnintaq ñanpi sayarichkan paypa contrañanpaq. Chaypacha payqa asnunta sillakuspa richkarqan, iskay sirvienteninkunataq paywan kasharqanku.</w:t>
      </w:r>
    </w:p>
    <w:p>
      <w:pPr>
        <w:pStyle w:val="ArticleScripture"/>
        <w:jc w:val="left"/>
      </w:pPr>
      <w:r>
        <w:rPr>
          <w:rFonts w:ascii="Times New Roman" w:hAnsi="Times New Roman" w:eastAsia="Times New Roman" w:cs="Times New Roman"/>
        </w:rPr>
        <w:t>Asnutaqmi taytapa angelni ñanpi sayashaqta rikuran, makinpi espada hurqusqata apachkan: hinaspan asnutaqmi ñanmanta lloqsispa chakraman rerqan. Balaamtaqmi asnuta maqaraq, ñanman kutichinampaq. Números 22:22, 23.</w:t>
      </w:r>
    </w:p>
    <w:p>
      <w:pPr>
        <w:pStyle w:val="ArticleBody"/>
        <w:jc w:val="left"/>
      </w:pPr>
      <w:r>
        <w:rPr>
          <w:rFonts w:ascii="Times New Roman" w:hAnsi="Times New Roman" w:eastAsia="Times New Roman" w:cs="Times New Roman"/>
        </w:rPr>
        <w:t>Diospa phiñakuynin Balaamman llulla willakuq profeta kananpaq mañakuyninta chaskisqanrayku, parallelmi karqa Cristoq rimananta tukuchisqanwan qhichuyman mana allinpi rimariq judíokunawan Mateo 22 qhipa versículopi. Números 22 capítuloq iskay chunka kimsayuq versículonmi Mateo capítulo 23-man tupachakun, chaymanta Números 22 capítuloq iskay chunka tawayuqwan iskay chunka pichqayuq versículonkuna Mateo capítulo 24wan 25wanmi tupachakun. Iskay chunka soqtayuq, iskay chunka qanchisniyuq, iskay chunka pusayuq versículokunaqa Mateo capítulos 26, 27, 28-manmi tupachakun.</w:t>
      </w:r>
    </w:p>
    <w:p>
      <w:pPr>
        <w:pStyle w:val="ArticleBody"/>
        <w:jc w:val="left"/>
      </w:pPr>
      <w:r>
        <w:rPr>
          <w:rFonts w:ascii="Times New Roman" w:hAnsi="Times New Roman" w:eastAsia="Times New Roman" w:cs="Times New Roman"/>
        </w:rPr>
        <w:t>Mateo 23qa ñawpaq angelmi, 24 chaymanta 25 iskay ñiqin angelmi, 26, 27 hinaspa 28 kinsa ñiqin angelmi. Números 22pi, versículo 23qa ñawpaq angelmi, versículos 24 hinaspa 25 iskay ñiqin angelmi, versículos 26, 27 hinaspa 28 kinsa ñiqin angelmi. Mateoqa rimasqa kachkan pactopi llaqtaman, machu hinaspa musuq: Númerosqa reqsichin Islam nisqapa rurasqanta Diospa muchuchinapaq llamk’anan kasqanta domingo yupaychaypa contranpi, chaymi qallarin Estados Unidospi hinaspa chaymanta qhepaman tukuy pachapi. Kinsa ñiqin maqanakuy qhepata, asno rimaptin, Balaamqa sut’ita yacharin ima pasasqanta chayraq.</w:t>
      </w:r>
    </w:p>
    <w:p>
      <w:pPr>
        <w:pStyle w:val="ArticleScripture"/>
        <w:jc w:val="left"/>
      </w:pPr>
      <w:r>
        <w:rPr>
          <w:rFonts w:ascii="Times New Roman" w:hAnsi="Times New Roman" w:eastAsia="Times New Roman" w:cs="Times New Roman"/>
        </w:rPr>
        <w:t>Chayqa qhepaman Señorqa Balaampa ñawinkunata kicharirqan, hinaspan payqa rikurqan Señorpa angelninta ñanpi sayasqta, makinpitaq espada hurqusqata apasqta. Hinaspan umanta uraykachirqan, uyanta pampaman churaykuspan qonqorikurqan. Señorpa angelnintaq payta nirqan: “Imaraykutaq kimsa kutita asnoykita maqaykurqanki? Qhawariy, ñoqaqa lloqsirqani qanman hark’anaypaq, ñanniykiqa ñawpaqniypi millayman tukusqanrayku. Asnoykitaq ñoqata rikuwaspan kimsa kuti ñoqamanta karunchakurqan; mana ñoqamanta karunchakuspaqa, cheqaqtapunin kunanqa qanta wañuchirqayki, paytataq kawsachirqayman karqan.” Hinaqtin Balaamqa Señorpa angelninman nirqan: “Huchallikurqani; mana yacharqanichu qanqa ñanpi sayaspa ñoqapa contraypi kashasqaykita. Kunanqa, sichus mana kusisunkichu, kutirqasaq.” Números 22:31–34.</w:t>
      </w:r>
    </w:p>
    <w:p>
      <w:pPr>
        <w:pStyle w:val="ArticleBody"/>
        <w:jc w:val="left"/>
      </w:pPr>
      <w:r>
        <w:rPr>
          <w:rFonts w:ascii="Times New Roman" w:hAnsi="Times New Roman" w:eastAsia="Times New Roman" w:cs="Times New Roman"/>
        </w:rPr>
        <w:t>Balaamqa llulla willaqoqta reqsichin, paymi Estados Unidos, mayqinchus inti samana p’unchay kamachiypi dragón hina rimarin. Inti samana p’unchay kamachiy chaypi, achkayayta chaskispa, payqa chaykunata reqsichin, mayqinkunachusraq Babilonia ukhupi kachkanku; chaymantaqa inti samana p’unchay kamachiypa sasachakuyninman rikch’achisqa kanku, hinaspataq Babiloniamanta waqyamusqa kanku.</w:t>
      </w:r>
    </w:p>
    <w:p>
      <w:pPr>
        <w:pStyle w:val="ArticleBody"/>
        <w:jc w:val="left"/>
      </w:pPr>
      <w:r>
        <w:rPr>
          <w:rFonts w:ascii="Times New Roman" w:hAnsi="Times New Roman" w:eastAsia="Times New Roman" w:cs="Times New Roman"/>
        </w:rPr>
        <w:t>Pichqa p’unchaykuna Millerpa yachachisqan mana pukuyniyuq t’antamanta willakuyta, chaymanta kimsa chunka p’unchaykuna Cristopa paypa sacerdotenkunata yachachisqan, kimsa chunca yupaywan rikuchisqa, chaymi pusan waqaychasqa qaparichiy willakuyman, asnopa kacharichisqanman, chayqa pichqa p’unchaywan ñawpaqninpi kaspa señalta oqarichiyta ñawpaqcharin, chayqa yapamanta pichqa p’unchaywan ñawpaqninpi kaspa chunka sipaskunapa rikch’ayninpi wisq’asqa punkuta ñawpaqcharin, chayqa yapamanta pichqa p’unchaywan ñawpaqninpi kaspa Pentecostés Domingo leyta ñawpaqcharin, chaymi Qarpay Wasikunaq qanchis p’unchayniyuq tiemponta qallarin, chayqa qhepa para hunt’asqa hich’ayninmi Domingo ley sasachakuypi, imaraykuchus chay tiempopa pruebanqa qanchisñiqin p’unchaymanta kasqanrayku.</w:t>
      </w:r>
    </w:p>
    <w:p>
      <w:pPr>
        <w:pStyle w:val="ArticleBody"/>
        <w:jc w:val="left"/>
      </w:pPr>
      <w:r>
        <w:rPr>
          <w:rFonts w:ascii="Times New Roman" w:hAnsi="Times New Roman" w:eastAsia="Times New Roman" w:cs="Times New Roman"/>
        </w:rPr>
        <w:t>Pichqay yupayqa virgenkunapa unanchanmi, yachaqkuna kaptinpas mana yachaqkuna kaptinpas. Kimsa chunka yupayqa sacerdotekunapa unanchanmi, chaytan Levítico sutipa sutichaynin riqsichin. Qanchis yupayqa samana punchawmi. Levítico iskay chunka kimsayuqmi sacerdotekunapa willakuyninta rikuchin, Malaquías kimsaqpi Levitakunata, yachaq virgenkunata, hinallataq pachak tawa chunka tawa waranqa runakunata samana punchawpi pruebay tiempo ukhupi.</w:t>
      </w:r>
    </w:p>
    <w:p>
      <w:pPr>
        <w:pStyle w:val="ArticleBody"/>
        <w:jc w:val="left"/>
      </w:pPr>
      <w:r>
        <w:rPr>
          <w:rFonts w:ascii="Times New Roman" w:hAnsi="Times New Roman" w:eastAsia="Times New Roman" w:cs="Times New Roman"/>
        </w:rPr>
        <w:t>Qatiq qelqaypi kay imakunataqa qatiqllam rimarisunchik.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hinallata Laodicea llaqtapi qhepa p’unchay qanchis kaq samana p’unchay adventista Iglesiamanta - Tawa chunka iskayniyuq número</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