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llaqta sayachin rikch’ayninta - Chunka iskayniyuq número</w:t>
      </w:r>
    </w:p>
    <w:p>
      <w:pPr>
        <w:pStyle w:val="ArticleSubtitle"/>
        <w:jc w:val="left"/>
      </w:pPr>
      <w:r>
        <w:rPr>
          <w:rFonts w:ascii="Arial" w:hAnsi="Arial" w:eastAsia="Arial" w:cs="Arial"/>
        </w:rPr>
        <w:t>Profecíaq Kimsa Kutin Churakuynin: Chinkachiyta Ruwachiq Millay Ruwaymi, hinaspa Qhipa P’unchaykunapi Ayqekuyta Willakuy Tukuypaq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Profeta Daniel nisqan rimasqan chinkachiq millay abominaciónqa quimsa sapa pacha tiempopi cristianokunapaq ayqekunankupaq señalm. Jerusalén llaqtapi cristianokunaqa ayqekurqanku, wata 66 d.C. nisqapi Romamanta soldadokunapa estandartekuna Jerusalén llaqtata muyuriykusqankuta rikuspanku. Pichqa pachak watapa qhipa tawan chunka watankunapi hinaspa soqta pachak watapa qallariyninpi cristianokunaqa chunlla purunman ayqekurqanku, Diospa templonpi hucha runaqa pay kikinta Dios kasqanta willakusqanta rikuspanku. Wata 1888-pi, senador Blair sutiyuq runamanta, Estados Unidos nisqa suyupa Congresonman achka domingo p’unchaw kamachiykuna apamurqan. Chay kamachiykunataqa “Blair bills” nisqankum, hinaspa domingo p’unchawta Naciónpa Yupaychay P’unchawnin hina riqsichiyta munarqanku. Domingo yupaychayqa animalpa señalanmi, papal autoridadpa señalanmi, hinaspa Estados Unidos nisqa suyupa Constituciónninqa chiqapta hark’an llapa nacionmanta religiónta kallpachayta, Estados Unidos nisqa suyupa llaqta runakunapaq prueba hina churanankuta.</w:t>
      </w:r>
    </w:p>
    <w:p>
      <w:pPr>
        <w:pStyle w:val="ArticleBody"/>
        <w:jc w:val="left"/>
      </w:pPr>
      <w:r>
        <w:rPr>
          <w:rFonts w:ascii="Times New Roman" w:hAnsi="Times New Roman" w:eastAsia="Times New Roman" w:cs="Times New Roman"/>
        </w:rPr>
        <w:t>Kaymi chiqaqmi pantasqa churakusqanmi huk pantasqa churaywan hukchasqa Estados Unidos-ta kunan pacha Roma hina riqsichiywan tantasqapi saqisqa. Huk kimsakuti willakuy hunt’asqaqa chiqap kamachiykunayoqmi, chaykuna churayninta kamachinku. Chay kamachiykuna reqsichinku ñawpaq hunt’akuyqipa willakuy siñalkunata iskay ñiqin hunt’akuyqipa willakuy siñalkunawan huñunaypaq, chaymantataq kinsa ñiqin hunt’akuyqipa willakuy siñalkunata sayarichinapaq.</w:t>
      </w:r>
    </w:p>
    <w:p>
      <w:pPr>
        <w:pStyle w:val="ArticleBody"/>
        <w:jc w:val="left"/>
      </w:pPr>
      <w:r>
        <w:rPr>
          <w:rFonts w:ascii="Times New Roman" w:hAnsi="Times New Roman" w:eastAsia="Times New Roman" w:cs="Times New Roman"/>
        </w:rPr>
        <w:t>Ayqekunamanta ayqenapaq willakuyqa, hamuq qatiykachaymanta ayqenapaq willakuymi. Cristoq pacha tiempompi chay qatiykachayqa karqa Jerusalén llaqtapa hinaspa templopa thuñichisqan wata 70 nisqapi. Chay hamuspa qayllaykamuq qatiykachaypa reqsichiq señalninqa qosqa karqa wata 66 d.C. nisqapi. Pichqa kaq qipa pachaq tukukuyninpi hinaspa soqta kaq qipa pachaq qallariyninpi ayqenapaq willakuyqa, Pabloq nisqanman hina reqsichisqa karqa urmayta Pergamo proféticopi rikuywan, mayqinchus pagano Roma-ta rikuchirqan. Ñawpaqta urmay kanan karqa, huchayoq runa, pay kikinta Dios hina willakuq, rikurichisqa kananpaq. 538-man qayllaykamuq historiapi, pagano Roma, hark’aq kasqanrayku, ichaqa Pabloq nisqanman hina “hark’an” kaq, qechusqa karqa; hinaspa Pergamo urmaqtin, ayqenapaq señal chayaramurqa hinaspa sapaq iñiqkunata kamachirqan papal iglesiakunapa comuniónninkumanta t’aqakunankupaq. Chaymanta 538 watapi, Orleans yuyay tantanakuypi, papal atiyniyoq kayqa domingo p’unchaw kamachiyta pasarqan, hinaspa papal qatiykachaypa waranqa iskay pachak soqta chunka watakuna qallariq karqan.</w:t>
      </w:r>
    </w:p>
    <w:p>
      <w:pPr>
        <w:pStyle w:val="ArticleBody"/>
        <w:jc w:val="left"/>
      </w:pPr>
      <w:r>
        <w:rPr>
          <w:rFonts w:ascii="Times New Roman" w:hAnsi="Times New Roman" w:eastAsia="Times New Roman" w:cs="Times New Roman"/>
        </w:rPr>
        <w:t>Ñawpaq iskay testigokuna sut’inchanku mana pantayniyoqta, Cristo qosqan ayqekuypaq waqyaypa kimsa kaq hunt’akuyqa cheqaq ñak’ariy manaraq qallariqtin ñawpaqta risaq kasqanta. Jerusalén llaqtapa t’uñisqanqa cheqapuni hamurqan kimsa wata soqta killayuq chawpinmanta qhepanman, Cestioq muyurichisqanqa 66 d.C. watapi qallariqtin; chayhinaqa cristianokunaman saqerqan ñawpaqmantapuni ayqekunankupaq, iskay kaq muyurichiypa manchay ñak’ariyninkunamanta ñawpaqta, chay muyurichiyqa Titoq oqarisqan karqan, tukuynintaq templopa llaqtapa ima Jerusalén llaqtapa t’uñisqanwan tukukurqan. 538 wata manaraq chayamuchkaptin, cristianokuna t’aqarikurqanku papal Roma iglesiamanta, hinaspataq profecía hina ayqekurqanku chunlla pampaman; chayqa espiritual Jerusalénpa t’uñisqanta reqsichin.</w:t>
      </w:r>
    </w:p>
    <w:p>
      <w:pPr>
        <w:pStyle w:val="ArticleScripture"/>
        <w:jc w:val="left"/>
      </w:pPr>
      <w:r>
        <w:rPr>
          <w:rFonts w:ascii="Times New Roman" w:hAnsi="Times New Roman" w:eastAsia="Times New Roman" w:cs="Times New Roman"/>
        </w:rPr>
        <w:t>Ichaqa wasi hawapi kaq patiotaqa saqey, ama tupuychu; imaraykuchus mana Israel runakunamanmi qosqa. Chay hatun llaqtataq tawa chunka iskayniyoq killakunata sarusqa kasqanku. Ñuqataq iskay testigoykunaman atiyniyta qosaq, paykunaqa waranqa iskay pachak soqta chunka pichqa punchawkunata willakuyta ruwasqanku, llakikuy p’achawan p’achallisqa. Apocalipsis 11:2, 3.</w:t>
      </w:r>
    </w:p>
    <w:p>
      <w:pPr>
        <w:pStyle w:val="ArticleBody"/>
        <w:jc w:val="left"/>
      </w:pPr>
      <w:r>
        <w:rPr>
          <w:rFonts w:ascii="Times New Roman" w:hAnsi="Times New Roman" w:eastAsia="Times New Roman" w:cs="Times New Roman"/>
        </w:rPr>
        <w:t>Ishkay rikch’achiykunapi ayqekuypaq willakuyqa qatiykachaymanta ñawpaqta hamun, chay qatiykachaytaq Romaqwanmi rikuchisqa kachkan, paganopas papalpas kaspa, Jerusalenta saruch’aspa, literalpas espiritualpas kaptin. Qanchis p’unchaw Adventistakunapaq ayqekuy willakuyqa 1888 watapi Blair bill karqan. Ñawpaq hunt’akuypi, pagano Romaq historiampi, cristianokunaqa Jerusalénmanta ayqekunan karqan; papal Romaq hunt’akuyninpiñataq, cristianokunaqa chunlla purunman ayqekurqan. Adventismopaqa willakuyqa llaqtamanta ayqespa pampaman rinapaqmi karqan.</w:t>
      </w:r>
    </w:p>
    <w:p>
      <w:pPr>
        <w:pStyle w:val="ArticleScripture"/>
        <w:jc w:val="left"/>
      </w:pPr>
      <w:r>
        <w:rPr>
          <w:rFonts w:ascii="Times New Roman" w:hAnsi="Times New Roman" w:eastAsia="Times New Roman" w:cs="Times New Roman"/>
        </w:rPr>
        <w:t>“Kunanqa manan Diospa llaqtanpa runakunapa tiempochu kay pachapi munakuyninkuta churakunanpaq, nitaq qhapaq kayninkuta waqaychanankupaq. Manan karupichu chayamunqa pacha maypichus, ñawpaq discipulokuna hina, ch’usaq, sapallan lugar-kunapi pakakuyta maskananchikpaq kallpachisqa kasunchik. Imanas Jerusalén llaqtata romano soldadokunapa muyurikuynin Judea cristianokunapa ayqekunankupaq señalkarqan, chay hinallataq suyunchikpa atiyta jap’iyñin, papal sábado nisqata kallpachaq kamachiypi, noqanchikpaq huk uyariy kanqa. Chaypiraqmi hatun llaqtakunamanta lluqsiy tiempo kanqa, huch’uy llaqtakunamantapas lluqsiyta wakichikuspa, urqukunachaw sapaq, karu, ch’uyaq wasikunaman ripunapaq.” Testimonies, volumen 5, 464.</w:t>
      </w:r>
    </w:p>
    <w:p>
      <w:pPr>
        <w:pStyle w:val="ArticleBody"/>
        <w:jc w:val="left"/>
      </w:pPr>
      <w:r>
        <w:rPr>
          <w:rFonts w:ascii="Times New Roman" w:hAnsi="Times New Roman" w:eastAsia="Times New Roman" w:cs="Times New Roman"/>
        </w:rPr>
        <w:t>“Ñuqanchik nacionninchispa atiyninta jap’iy, papal samana p’unchawta kamachispa hunt’achinapaq kamachipi, ñuqanchikpaq huk willakuyniyuq señal kanqa”, nisqa simiqa hunt’akusunmi, chay ch’usaqyachiq millay ruway, Marcospa nisqanman hina, “mana maypipas sayananpaq kaqpi sayasqa” kaptin. 1888 watapi, Estados Unidospa Congreso-nin huk kamachita yuyaychakusharqan, Constitucionpa huk ñawpaq kaq aswan hatun imapas nisqanwan chiqap kontrapi kaqta, chay pachapiq Seventh-day Adventists llaqtakunamanta lluqsispa chakra lawman kuyukapunankupaq karqan.</w:t>
      </w:r>
    </w:p>
    <w:p>
      <w:pPr>
        <w:pStyle w:val="ArticleScripture"/>
        <w:jc w:val="left"/>
      </w:pPr>
      <w:r>
        <w:rPr>
          <w:rFonts w:ascii="Times New Roman" w:hAnsi="Times New Roman" w:eastAsia="Times New Roman" w:cs="Times New Roman"/>
        </w:rPr>
        <w:t>“Manam huk kristianupas Jerusalén llaqtapa thuñichiyninpi wañusqachu. Cristoqa disipulonkuman willakuyta qorasqa karqan, hinaspan llapa paypa siminkunata creenqakunaqa suyasqaku prometisqa señalta.... Mana unayachispa ayqekurqanku huk allin waqaychasqa cheqaman—Pella llaqtaman, Perea suyupi, Jordán mayumanta chimpanpi.” The Great Controversy, 30.</w:t>
      </w:r>
    </w:p>
    <w:p>
      <w:pPr>
        <w:pStyle w:val="ArticleBody"/>
        <w:jc w:val="left"/>
      </w:pPr>
      <w:r>
        <w:rPr>
          <w:rFonts w:ascii="Times New Roman" w:hAnsi="Times New Roman" w:eastAsia="Times New Roman" w:cs="Times New Roman"/>
        </w:rPr>
        <w:t>Ñawpaq ayqekunapa qispinapaq willakuy unanchakuykunamanta ñawpaqninpa profétik característicankuna, kimsakaq hinaspa tukukuq hunt’akuyta rikuchinku. Wakinkaqa chay profétik característicakuna iskay kuti hunt’akuyta ruranku chay kimsakaq hunt’akuypi. Kaymanta huk ejemplum kan kinsa Elías-kuna. Elíaspa siq’in, Jezabelwan, Acabwan, hinaspa Baalpa profétankunawan tupasqanmanta, Juan Bautistaq, iskay kaq Elíaspa, Herodíaswan, Herodwan, hinaspa Saloméwan tupasqanpa característicankunawan kuska, sayachinmi qhipa punchawkunaqpi, imaraykuchus kimsa kuti apasqa yachachikuyq kimsakaq hinaspa tukukuq hunt’akuyninqa sapa kutim qhipa punchawkunaqpi kan, Elíaswan Juanwan Diostaq llaqtanpa iskay clasekunata rikuchisqankuta. Huk clase, Elíaswan representasqa, mana wañunkuchu; huknin claseqa, Juanwan representasqa, wañunkum. Chay iskay clasekunapas Revelación qanchis kaq capítulopi representasqallataqmi kanku, pachak tawa chunka tawa waranqa, mana wañuqkuna, hinaspa hatun achka runakuna, wañuqkuna.</w:t>
      </w:r>
    </w:p>
    <w:p>
      <w:pPr>
        <w:pStyle w:val="ArticleBody"/>
        <w:jc w:val="left"/>
      </w:pPr>
      <w:r>
        <w:rPr>
          <w:rFonts w:ascii="Times New Roman" w:hAnsi="Times New Roman" w:eastAsia="Times New Roman" w:cs="Times New Roman"/>
        </w:rPr>
        <w:t>Kimsa Babiloniakunapi, huk sutinchakuq rikch’ayninmi kachkan kay willakuy proféticopi: ñawpaq Babiloniaqa Nimrodwanmi rikuchisqa kachkan, ichaqa iskay kaq Babiloniaqa ñawpaq hinallataq qhipa reykunawanmi rikuchisqa kachkan, Nabucodonosorwan Belshazarwan. Nabucodonosorqa Babiloniapi kaq, qespichisqa kanankupaq kaqkunatan rikuchin, Belshazarqa Babiloniapi kaq, chinkachisqa kanankupaq kaqkunatan rikuchin.</w:t>
      </w:r>
    </w:p>
    <w:p>
      <w:pPr>
        <w:pStyle w:val="ArticleBody"/>
        <w:jc w:val="left"/>
      </w:pPr>
      <w:r>
        <w:rPr>
          <w:rFonts w:ascii="Times New Roman" w:hAnsi="Times New Roman" w:eastAsia="Times New Roman" w:cs="Times New Roman"/>
        </w:rPr>
        <w:t>Qhipa p’unchaykunapi iskay Domingo kamachikuykuna kan, chaykunaqa Bibliaq willakuyninpi rimarisqanmi. Ñawpaq kaqmi huk pisi tiempollapi hamuq Domingo kamachikuy Estados Unidos llaqtapi, iskay kaqtaqmi tukuynin pachapi runakunaq hawanpi kallpachakusqa Domingo kamachikuy. Chay iskaynin Domingo kamachikuykunaqa gentil Romaq Domingo kamachikuyninwan ñawpaqchasqa karqan, maypichus wata 321-pi Constantino ñawpaq Domingo kamachikuyta kallpachakurqan, chaymanta qatiqtaq papal Romaq Domingo kamachikuynin 538-pi. Gentil Romaqa achka profetiku rikch’ayninkunamanta hukninmi, chaykunaqa Estados Unidostam ñawpaqchaspa rikuchin; hinallataq 321 watapi Domingo kamachikuyqa, pisi tiempollapi hamuq Domingo kamachikuy Estados Unidos llaqtapim rikch’achin. Papal Domingo kamachikuy 538 watapiqa chay Domingo kamachikuytam rikch’achin, mayqinchus tukuynin pachaman kallpachakusqa. Pantasqa qhaway, mayqinchus Estados Unidos llaqtata Daniel chunka hukniyuqpi suwa runakunawan rikch’achisqa nin, munanmi pisi tiempollapi hamuq Domingo kamachikuyta Estados Unidos llaqtapi sut’inchay hina apaykachayta, nispa Estados Unidos llaqtapi Domingo kamachikuyqa pruebanmi Estados Unidosqa kunan pacha Roma kasqanta; ichaqa mana yupaychanchu huknin Domingo kamachikuy kasqanta, mayqinchus kay pachapi sapa naciónmanpas dragón, bestia, llulla profeta nisqa kimsa-hukllachasqa t’aqapi kallpachakusqa.</w:t>
      </w:r>
    </w:p>
    <w:p>
      <w:pPr>
        <w:pStyle w:val="ArticleBody"/>
        <w:jc w:val="left"/>
      </w:pPr>
      <w:r>
        <w:rPr>
          <w:rFonts w:ascii="Times New Roman" w:hAnsi="Times New Roman" w:eastAsia="Times New Roman" w:cs="Times New Roman"/>
        </w:rPr>
        <w:t>Sichus Estados Unidospi domingo p’unchaw kamachiyqa Estados Unidos-taq Kunan Roma nisqatan riqsichin chayqa, hinaptin, llapan pachapi domingo p’unchaw kamachiyqa imatan riqsichin? Kimsa Roma-kunaqa chay Kunan Roma, kimsa rikch’ayninyoq kasqanta, iskay sapaq domingo p’unchaw kamachiykunata hunt’achinqa nisqatan riqsichin. Ñawpaqninqa Estados Unidospi kasqanmi, chaytaq Constantinoq domingo p’unchaw kamachinwan 321 watapi rikch’achisqa karqan; iskayñiqintaq llapan pacha kashan, chaytaq papal domingo p’unchaw kamachiy 538 watapi rikch’achisqa kasqan hina. Estados Unidospi domingo p’unchaw kamachiyta, willakuy ñawpaq rimaypa kimsa kuti churayninpa contexto-ninpi llamk’achispa, domingo p’unchaw kamachiyqa pitas Kunan Roma kasqanta prueban nispa ninqa, pagano Romaq papal Romaqwan takyasqa profetico rikcharikuyninkunata mana yupaychaymi. Qhipa p’unchaykunapi iskay sapaq domingo p’unchaw kamachiykuna kan, hinaspa mayqinpas manan prueba-chu llaqtapa suwaqkunaqa Estados Unidos kasqanta riqsichinapaq. Pagano Romaq papal Romaq testimoniunta pantasqa rikuchispa, sapankaq interpretacionninta sayachinapaq, kunan p’unchaykunapi ruwasqa hina, sut’inchamunmi chay sapankaq interpretacionninkuta sayachiyta maskaqkunaqa tipo antitipota mana entiendesqankuta.</w:t>
      </w:r>
    </w:p>
    <w:p>
      <w:pPr>
        <w:pStyle w:val="ArticleBody"/>
        <w:jc w:val="left"/>
      </w:pPr>
      <w:r>
        <w:rPr>
          <w:rFonts w:ascii="Times New Roman" w:hAnsi="Times New Roman" w:eastAsia="Times New Roman" w:cs="Times New Roman"/>
        </w:rPr>
        <w:t>Roma paganaqa Estados Unidos nacionpa rikch’ayninmi, chaymanta Roma papalqa kunan pacha Romata rikch’achin. Kay pantasqa masta kimsakutitaq profeciata mana allinpi churaywan kuska, hinallataq yachachisqankuqa “rikch’aywan hunt’achiqninwan” nisqap contexto-pi churakusqa kasqanta nispanku, huk pantaypas kan: “ch’usaqyachiypa millay abominación” nisqata mana allinta sut’inchay, imaynachus chayqa kimsakutitaq profeciapa contexto-ninpi rikuchisqa kachkan chayman hina.</w:t>
      </w:r>
    </w:p>
    <w:p>
      <w:pPr>
        <w:pStyle w:val="ArticleBody"/>
        <w:jc w:val="left"/>
      </w:pPr>
      <w:r>
        <w:rPr>
          <w:rFonts w:ascii="Times New Roman" w:hAnsi="Times New Roman" w:eastAsia="Times New Roman" w:cs="Times New Roman"/>
        </w:rPr>
        <w:t>Wata 66manta 70 AD watakama, iskay romano general-kuna Jerusalén llaqtata maqarkanku. Iskay general-kunapas, Cestiuspas Titospas, muyuychakuywanmi qallarikurqanku; ichaqa hukllanmi chay muyuychakuyta huk pisi p’unchawkama saqerqan, chaymi Diospa kamachiyninrayku cristiano-kunaman ayqekuy atiyta qorqan. Cestiuspa ñawpaq muyuychakusqanpin cristiano-kuna ayqekunankupaq kamachikuyta reqsirqanku. Tito wata 70 ADpi Jerusalénpa contranpi maqanakuyta qatipaq chayamuspaqa, muyuychakuywanmi qallarikurqan, hinaspan mana sayaspa Jerusaléntapas templota-pas thuñisqa kanan kama purirqan. Jesuspa willakuyninqa iskay patamanmi rakisqa kachkan. Ñawpaqtaqa ayqekunapaq señalkunam; chaymantataq ñak’ariykachayqa hamun. Chay willakuy hunt’akusqanpi, pichqa kaqta suqta kaq pachak watakunapi, cristiano-kuna manaraq 538 chayamushaqtinmi iskayninkuqlla, mana allinman tukusqa romano iglesiamanta t’aqakurqanku; chaymantañataq ñak’ariykachayqa qallarikurqan.</w:t>
      </w:r>
    </w:p>
    <w:p>
      <w:pPr>
        <w:pStyle w:val="ArticleBody"/>
        <w:jc w:val="left"/>
      </w:pPr>
      <w:r>
        <w:rPr>
          <w:rFonts w:ascii="Times New Roman" w:hAnsi="Times New Roman" w:eastAsia="Times New Roman" w:cs="Times New Roman"/>
        </w:rPr>
        <w:t>Pabloqa ancha sut’ita nin, ñawpaq Israel llaqtapa llapan qillqasqa willakuy historiankuna qelqasqa kasqanta qhepa p’unchaykunapi kawsakunaqpaq, hinallataq chay llapan historiakuna rikch’akuynin kasqanta, ichaqa griego simipi “typos” nisqa simi, nispa rikch’akuyninkunata niq, kay cheqaq kayta allin riqsichisqanpi “ensamples” nisqaman tikrasqa kashaqtinpas.</w:t>
      </w:r>
    </w:p>
    <w:p>
      <w:pPr>
        <w:pStyle w:val="ArticleScripture"/>
        <w:jc w:val="left"/>
      </w:pPr>
      <w:r>
        <w:rPr>
          <w:rFonts w:ascii="Times New Roman" w:hAnsi="Times New Roman" w:eastAsia="Times New Roman" w:cs="Times New Roman"/>
        </w:rPr>
        <w:t>Kunankuna kay llapankuna paykunaman pasakurqan yachachinapaq rikch’achisqa hina; chaykunataq qelqasqa kanku ñoqanchikta yuyaychananpaq, pimanpas kay pacha tukukuyninkuna chayamun. 1 Corintios 10:11.</w:t>
      </w:r>
    </w:p>
    <w:p>
      <w:pPr>
        <w:pStyle w:val="ArticleBody"/>
        <w:jc w:val="left"/>
      </w:pPr>
      <w:r>
        <w:rPr>
          <w:rFonts w:ascii="Times New Roman" w:hAnsi="Times New Roman" w:eastAsia="Times New Roman" w:cs="Times New Roman"/>
        </w:rPr>
        <w:t>Chunka ñiqinpi willakuykunata Pablo kay chiqaqta churaypaq contextota churananpaq llamk’achkan, manam ñawpa Israel runakuna allin kawsaywan purisqankumanta willakuychu karqan.</w:t>
      </w:r>
    </w:p>
    <w:p>
      <w:pPr>
        <w:pStyle w:val="ArticleScripture"/>
        <w:jc w:val="left"/>
      </w:pPr>
      <w:r>
        <w:rPr>
          <w:rFonts w:ascii="Times New Roman" w:hAnsi="Times New Roman" w:eastAsia="Times New Roman" w:cs="Times New Roman"/>
        </w:rPr>
        <w:t>Ichaqaqa Dios mana kusisqachu karqa; chayrayku paykunaqa ch’in pampa pi urmachisqa wañuchisqa karqaku. Kaykunan noqanchispaq ejemplokuna karqan, ama millay kaqkunata munapayananchispaq, imaynan paykunapas munapayarqaku hina. Amaña ídolo yupaychaqkuna kaychikchu, wakinninkuna hina; imaynan qelqasqa kasqanman hina: Llaqtaqa tiyaykurqan mikhunampaq, ukyanampaq, hinaspataq hatarirqan pukllanampaq. Amaña qhelli hucha ruwayman urmachunchikchu, imaynan wakinninkuna urmarqaku hina, hinaspataq huk p’unchayllapi iskay chunka kinsayuq waranqa urmamurqaku. Amaña Cristota watukuchunchikchu, imaynan wakinninkuna payta watukurchaq karqaku hina, hinaspataq mach’aqwaykunawan tukuchisqa karqaku. 1 Corintios 10:5–9.</w:t>
      </w:r>
    </w:p>
    <w:p>
      <w:pPr>
        <w:pStyle w:val="ArticleBody"/>
        <w:jc w:val="left"/>
      </w:pPr>
      <w:r>
        <w:rPr>
          <w:rFonts w:ascii="Times New Roman" w:hAnsi="Times New Roman" w:eastAsia="Times New Roman" w:cs="Times New Roman"/>
        </w:rPr>
        <w:t>Historia sagradaqa qillqasqanmi Diospa llaqtanpa chanin kayninta hinallataq mana chanin kaynintapas; ichaqa mayqin qillqaqpiña kaspapas, chay historiaraqmi qhipa p’unchaykunapi kawsaq Diospa llaqtanpaq huk unanchakuy. Minneapolis llaqtapi 1888 watapi hatarinakuypa historianninqa mana chanin kaymanta qillqasqam, Adventista historiadorakunapa nisqankuta mana qhawarispa. Chay hatarinakuyqa sinchi hinata karqan, chayrayku Ellen Whiteqa tantanakuyta saqiyta munarqan; ichaqa huk angelya payta nirqan qhipakunanpaq, paypa ruwaqnin kasqanrayku chay hatarinakuyta qillqanampaq, mayqinchus Moisespa historiampi Coré, Datán, Abiram ima hatarinakuyninkuwan tupaq parallelokarqan. Chay tantanakuypi Apocalipsis pusaq chunka qanchisniyuq kapitulumanta atiyniyuq angel uraykamurqan, ichaqa apamusqan willakuyninqa mana chaskisqa karqan.</w:t>
      </w:r>
    </w:p>
    <w:p>
      <w:pPr>
        <w:pStyle w:val="ArticleBody"/>
        <w:jc w:val="left"/>
      </w:pPr>
      <w:r>
        <w:rPr>
          <w:rFonts w:ascii="Times New Roman" w:hAnsi="Times New Roman" w:eastAsia="Times New Roman" w:cs="Times New Roman"/>
        </w:rPr>
        <w:t>Chay historiamanta rikch’achisqa karqa 11 ñiqin septiembre 2001 watapi, New York llaqtapa hatun wasi-hatunkuna urmachisqa kaptin. Chay historiaqa ukhawanraqmi karqa Senador Blair rikhurichinanpaq kaq ñawpaq domingo kamachiy willakuyta. Paypa kallpachakuyninkuna domingo p’unchayta Llaqtap Ayllupi Yupaychana P’unchay hina kamachinapaqqa mana atisqachu, ichaqa chayqa huk sagrado historiapa partinmi karqa, qhepa p’unchaykunata rikch’achiq. Senador Blairpa kamachiy willakuyninqa llaqtakunamanta ayqenapaq waqyaymi karqa. 1888 watamanta ñawpaqta, Hermana White llaqtakunamanta hawapi kawsanapaq necesitadmanta rimaspan, hamuq pacha simipi rimarqa. Payqa señalarqa huk qaylla hamuq pachata maypim Diospa llaqtan runakuna chakra suyuman kuyunanku karqa. 1888 watamanta qhepaman, llapan Hermana Whitepa willakuyninkuna chakra suyupi kawsanapaq necesitadmantaqa yachachikuyninta churarqa chay contextope, maypim chakra suyupi kananpaq tiempoqa ñam chayamushasqaña karqa. Blairpa 1888 watapi kamachiy willakuyninqa domingo kamachiyta qallarichina señalmi karqa, imaynachus Lucas nisqanpi churarqa, maypim mana kananpaq kasqanpi. Domingo kamachiqqa mana Estados Unidospa Congreso-man apasqa kananpaqchu karqa, imaraykuchus chayqa Constituciónpa huk ñawpaq kaq prinsipionta ñiqichiy karqa.</w:t>
      </w:r>
    </w:p>
    <w:p>
      <w:pPr>
        <w:pStyle w:val="ArticleBody"/>
        <w:jc w:val="left"/>
      </w:pPr>
      <w:r>
        <w:rPr>
          <w:rFonts w:ascii="Times New Roman" w:hAnsi="Times New Roman" w:eastAsia="Times New Roman" w:cs="Times New Roman"/>
        </w:rPr>
        <w:t>1888 watapi willakuyqa qillqasqa karqa, 2001 watapi septiembre killapa 11 punchawninpi qallarisqa profético historiata rikch’achinampaq. 1888 watapi Blair Bill nisqaqa 2001 watapi Patriot Act nisqata rikch’acharqa. Chayqa karqa uywapa señalninpa cheqaqta kamachisqa kananmanta ñawpaq rimarisqa waqyay. Manam pipas Cristo-ta qatipaqqa llaqtapi kawsananachu 2001 watapi septiembre killapa 11 punchawninmanta qhipaman. Chaymi karqa profético muyuriq muyuychasqa hark’ay, Diospa llaqtanta ayqekunanpaq pusasqa. Hinallataq, imaynachus iskay domingo kamachikuykuna kanku p’unchaykuna tukukuyninmanta profético modelo-pa yuyayninpi, mana iñiq Romaq chaymanta papal Romaq domingo kamachikuyninkunawan rikuchisqa hina, iskaynin domingo kamachikuykunapas ñawpaqta ayqekunapaq waqyaywanmi hamunku.</w:t>
      </w:r>
    </w:p>
    <w:p>
      <w:pPr>
        <w:pStyle w:val="ArticleBody"/>
        <w:jc w:val="left"/>
      </w:pPr>
      <w:r>
        <w:rPr>
          <w:rFonts w:ascii="Times New Roman" w:hAnsi="Times New Roman" w:eastAsia="Times New Roman" w:cs="Times New Roman"/>
        </w:rPr>
        <w:t>Paqarin qanchis p’unchaw Adventistakuna kasqankuta willakusqankunapaq, paykunaqa profetikamente reqsinankukama karqan Patriot Act nisqata, llaqtakunamanta hallp’a llaqtakunaman ayqekunankupaq señalta hina, utqaylla hamuq domingo kamachiy manaraq chayamuchkaptin. Chay kikin domingo kamachiyqa Diospa huk ovejankunapaqpas señalm karqan, paykunaqa Babiloniapiraq kashaqkuna, domingo nisqa qatiqchasqa kamachikuy manaraq llapan nacionkunaman apamuchkaptin, Babiloniamanta lluqsinkankupaq.</w:t>
      </w:r>
    </w:p>
    <w:p>
      <w:pPr>
        <w:pStyle w:val="ArticleScripture"/>
        <w:jc w:val="left"/>
      </w:pPr>
      <w:r>
        <w:rPr>
          <w:rFonts w:ascii="Times New Roman" w:hAnsi="Times New Roman" w:eastAsia="Times New Roman" w:cs="Times New Roman"/>
        </w:rPr>
        <w:t>“América, hinaspa religiónpi qespikuy libertadpa hallp’an kasqanrayku, Papadowan huñunakuspa yuyay-ukhu sonqota munayman churaspa runakunata llulla sábadota yupaychanankupaq kallpachaptin, kay pachapi llapa llaqtakunapi tiyaj runakuna paypa ejemplonta qatinqaku.” Testimonies, volumen 6, 18.</w:t>
      </w:r>
    </w:p>
    <w:p>
      <w:pPr>
        <w:pStyle w:val="ArticleBody"/>
        <w:jc w:val="left"/>
      </w:pPr>
      <w:r>
        <w:rPr>
          <w:rFonts w:ascii="Times New Roman" w:hAnsi="Times New Roman" w:eastAsia="Times New Roman" w:cs="Times New Roman"/>
        </w:rPr>
        <w:t>Imaynatachus kimsa Elías-kunapa kimsa kutin churakusqan qawachin tukuy p’unchawkunapi Diospa llaqtanpi iskay clase kasqanta, chay hinallataq Roma-manta kimsa kutin churakusqan reqsichin iskay sapaq Domingo kamachikuykuna kasqanta. Paykunaqa, Estados Unidos nisqata “qankunapa llaqtaykimanta suwaqkuna” nispa hap’iyta munaspa, chayrayku Estados Unidospa profético ruwanasnin visionta takyachisqanta ninakunku; hinaspataq yuyanku Estados Unidospi utqayllam hamuq Domingo kamachikuyqa Christospa reqsichisqan chinkachiy millay ruway kasqanta, paypa llaqtanpaq hamuq ñak’ariymanta ayqekunankupaq willakuynin hina. Mana reqsinku muyuykuywan muyurisqa muyuq simpa qhawariyta, mayqinchus ayqenapaq señalkuna, hinaspa iskay ñiqin muyuykuyta, mayqinchus cheqaq Domingo kamachikuy hunt’asqa kaspa qhepa p’unchawkunaq ñak’ariyninta qallarin. Manataq kutichinkuchu iskay testigokunaq takyachisqan sapaqchayta, mayqinchus qhepa p’unchawkunapi profecíata hunt’ananpaq iskay sapaq Domingo kamachikuykuna kananmanta. Chay hina ruwaspankutaq rimanku Estados Unidospi utqayllam hamuq Domingo kamachikuyqa Daniel profetapa nisqan chinkachiy millay ruway hina willakusqa señal kasqanta; arí, chaymi, ichaqa mana paykuna sut’inchanku hinachu.</w:t>
      </w:r>
    </w:p>
    <w:p>
      <w:pPr>
        <w:pStyle w:val="ArticleBody"/>
        <w:jc w:val="left"/>
      </w:pPr>
      <w:r>
        <w:rPr>
          <w:rFonts w:ascii="Times New Roman" w:hAnsi="Times New Roman" w:eastAsia="Times New Roman" w:cs="Times New Roman"/>
        </w:rPr>
        <w:t>Estados Unidospi Domingo p’unchay kamachiyqa Diospa wakin ovejankunapaq, chayraq Babiloniapi kaqkunapaq, paypa huñukuyninmanta ayqekunanpaq willakuymi. Chayraykun kayqa hamuq Domingo p’unchay kamachiyta, llapa nacionkunaman churanakuqta, willaq señalm.</w:t>
      </w:r>
    </w:p>
    <w:p>
      <w:pPr>
        <w:pStyle w:val="ArticleScripture"/>
        <w:jc w:val="left"/>
      </w:pPr>
      <w:r>
        <w:rPr>
          <w:rFonts w:ascii="Times New Roman" w:hAnsi="Times New Roman" w:eastAsia="Times New Roman" w:cs="Times New Roman"/>
        </w:rPr>
        <w:t>“Waq llaqtakunaqa Estados Unidos nisqapa ejemplonta qatiqkanku. Payqa ñawpaqman riqsichiptinpas, chaylla sasachakuyqa ñuqanchik llaqtanchikmanpas hamunqa kay pachapa tukuy cheqnenkunapi.” Testimonies, volume 6, 395.</w:t>
      </w:r>
    </w:p>
    <w:p>
      <w:pPr>
        <w:pStyle w:val="ArticleBody"/>
        <w:jc w:val="left"/>
      </w:pPr>
      <w:r>
        <w:rPr>
          <w:rFonts w:ascii="Times New Roman" w:hAnsi="Times New Roman" w:eastAsia="Times New Roman" w:cs="Times New Roman"/>
        </w:rPr>
        <w:t>Paykunaqa nisqankuqa kaymi: Estados Unidos llaqtapi domingo p’unchaw kamachiyqa Estados Unidos-ta reqsichin profético rikch’ayninta sayarichiq unanchachisqa hina; ichaqa Cristo qespispa ayqekuyta willakusqanpa contexto-pi, chay domingo p’unchaw kamachiyqa kay pachapi llapa llaqtakunaman chayasqa huk willakuyta rikuchin, chunka hukniyuq hora llamk’aqkunaman Babiloniamanta ayqekunankupaq.</w:t>
      </w:r>
    </w:p>
    <w:p>
      <w:pPr>
        <w:pStyle w:val="ArticleBody"/>
        <w:jc w:val="left"/>
      </w:pPr>
      <w:r>
        <w:rPr>
          <w:rFonts w:ascii="Times New Roman" w:hAnsi="Times New Roman" w:eastAsia="Times New Roman" w:cs="Times New Roman"/>
        </w:rPr>
        <w:t>Wawqi White panipaqa ayqekuyta qhawariq willakuyta rimarishan chay domingo kamachiymanta, mayqenchus llapan kay pachata atipan. Chay kuyuyqa qallarin Estados Unidos suyupi domingo kamachiypi. Paymi sut’inchan Estados Unidos suyupi domingo kamachiyqa hamuq qatiykachakuyqepa willakuynin kasqanta.</w:t>
      </w:r>
    </w:p>
    <w:p>
      <w:pPr>
        <w:pStyle w:val="ArticleScripture"/>
        <w:jc w:val="left"/>
      </w:pPr>
      <w:r>
        <w:rPr>
          <w:rFonts w:ascii="Times New Roman" w:hAnsi="Times New Roman" w:eastAsia="Times New Roman" w:cs="Times New Roman"/>
        </w:rPr>
        <w:t>“Diospa leyninpa contranpi papado nisqapa hatarichisqan kamachiyta kallpachanapaq decreto rurasqawanmi, suyunchik allin kawsaymanta hunt’asqata t’aqakunqa. Protestantismo nisqa makinta chay chinkariq ch’asmata chimpaspa Romanopa atiyninpa makinta hap’inanpaq mast’arispa, ukhu puchquyta chimpaspa espiritualismo nisqawan makikukunanpaq chayananqa; hinallataq, kay kimsa hukllachasqa huñuyninpa kallpachasqan ukhupi, suyunchik Constituciónninqa llapa kamachiyninkunata Protestantetaq republicano gobiernopaq kasqanmanta qichuspa saqerpanqa, papal llullakuyninkunatawan pantachikuyninkunata mast’arichinapaq wakichiyta ruranqa; chaypim yachasunman Satanaspa musphay atipay rurayninpa pacha chayamushasqanta, tukukuypas qayllaña kasqanta.”</w:t>
      </w:r>
    </w:p>
    <w:p>
      <w:pPr>
        <w:pStyle w:val="ArticleScripture"/>
        <w:jc w:val="left"/>
      </w:pPr>
      <w:r>
        <w:rPr>
          <w:rFonts w:ascii="Times New Roman" w:hAnsi="Times New Roman" w:eastAsia="Times New Roman" w:cs="Times New Roman"/>
        </w:rPr>
        <w:t>“Imaynan hina soldadokuna Roma llaqtam qayllaykusqanku kasqan, chay hinaqa discípulokunapaq señal karqan Jerusalén llaqtapa qayllamusaq chinkachisqa kasqanmantam; chay hinallataq kay apostasiapas ñoqanchispaq señal kananman, Diospa muchuywan qispichisqan pacienciapa tupun hunt’asqaña kasqanmanta, suyuyninchispa huchanpa tupun hunt’aña kasqanmanta, hinaspa khuyapayakuq angelpas ripukunantaña, mana hayk’aq kutimunanta. Chaypim Diospa llaqtan yaykunqaku profetakuna nisqanku ñak’ariywan llaquywan hunt’a escenakunaman, Jacobpa sasachakuynin pacha nisqaman. Iñiyniyuq, qatiykachasqa runakunapa waqayninkuna hanaq pachaman wichari. Hinaspa imaynan Abelpa yawarnin allpamanta qaparisqa, chay hinallataq kunanpas kanku voces Diosman qaparikuq martirkunapa p’ampasqankumanta, qochaq aya p’ampanakunamanta, urqu mach’aykunamanta, conventokunapa p’akakuna wasinkumanta: ‘Hayk’aqkamataq, Apuy, santo, cheqaq, mana juzganki, mana venganki yawarninchista kay pachapi tiyaqkunamanta?’” Testimonios, volumen 5, 451.</w:t>
      </w:r>
    </w:p>
    <w:p>
      <w:pPr>
        <w:pStyle w:val="ArticleBody"/>
        <w:jc w:val="left"/>
      </w:pPr>
      <w:r>
        <w:rPr>
          <w:rFonts w:ascii="Times New Roman" w:hAnsi="Times New Roman" w:eastAsia="Times New Roman" w:cs="Times New Roman"/>
        </w:rPr>
        <w:t>Paní Whiteqa Estados Unidospi domingo p’unchay kamachikuyta reqsichkan, hinaspataq chayta “señal” nispa reqsichin, chaywanqa Estados Unidospaq pruebay tiempo tukusqanta. Ichaqa Diospa llaqtan runakuna kay pachapi huk nacionkunapipas chayllataq pruebaywan uyarichisqa kananmi. Estados Unidospi domingo p’unchay kamachikuy manta Michael hatarinqankama, hinaspa runakunapa pruebay tiempo wisq’akapunankama, huk tiempo kan. Chay wisq’akapuqtinqa, “khuyapayakuq angelqa ripun.”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llaqta sayachin rikch’ayninta - Chunka iskayniyuq número</dc:title>
  <dc:subject>Profecíaq Kimsa Kutin Churakuynin: Chinkachiyta Ruwachiq Millay Ruwaymi, hinaspa Qhipa P’unchaykunapi Ayqekuyta Willakuy Tukuypaq</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