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sut’inchan rikch’ariyta — Chunka kimsaqniyuq yupay</w:t>
      </w:r>
    </w:p>
    <w:p>
      <w:pPr>
        <w:pStyle w:val="ArticleSubtitle"/>
        <w:jc w:val="left"/>
      </w:pPr>
      <w:r>
        <w:rPr>
          <w:rFonts w:ascii="Arial" w:hAnsi="Arial" w:eastAsia="Arial" w:cs="Arial"/>
        </w:rPr>
        <w:t>Roma llaqtapa ch’aqwayninkuna: Uywaq rikch’ayninpa qhepa pruebanta entiendenapaq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Times New Roman" w:hAnsi="Times New Roman" w:eastAsia="Times New Roman" w:cs="Times New Roman"/>
        </w:rPr>
        <w:t>Imayna hina Advento willakuy paqariyninpi imaymana churanakuykuna karqanku chaykunata hukmanta hukmanta churaykuptinchik, kunan p’unchawpi kaq sasachakuyta allinmanta tukuchispa entiendenanchikpaq, pichqa profetiko siq’ikunaq akllasqa imayna kayninkunamanta hap’irqanchik. Ñawpaq siq’iqa qhipa siq’ipas kikinmi, iskaynin churanakuykunapas Daniel chunka hukniyuq qhelqapi chunka tawañiyuq versiculopi nisqa “llaqtayki runakunamanta suwaqkuna” nisqaman chiqanmanta sayasqa kasqanrayku. Uriah Smithpa, James Whitepa churanakuykunatam, hinaspa Daniel qhelqapi “sapa p’unchaw” nisqamanta churanakuytapas qhawarirqanchik. Chaymanta, 1989 watapi Daniel chunka hukniyuq qhelqapa qhipa suqta versiculonkuna kichasqa qhipaman rikhurisqa churanakuyta qhawarirqanchik, norteq rey nimanta. Chaymantataq Joel qhelqapi tawa kuru kunatapas qhawarirqanchik. Sapa kay siq’iman yapaykunapaq aswan achka imakuna kanman karqa, ichaqa Roma nisqa yachaymanta tinkisqa cheqaqkuna mana chaskisqa yuyaykunaman yanapaq wakin kayninkunallatam sapanchaspa qhawachkanchik.</w:t>
      </w:r>
    </w:p>
    <w:p>
      <w:pPr>
        <w:pStyle w:val="ArticleBody"/>
        <w:jc w:val="left"/>
      </w:pPr>
      <w:r>
        <w:rPr>
          <w:rFonts w:ascii="Times New Roman" w:hAnsi="Times New Roman" w:eastAsia="Times New Roman" w:cs="Times New Roman"/>
        </w:rPr>
        <w:t>Pichqa willakuykuna, ichaqa ñawpaq kaqpas qhipa kaq hina kasqanrayku, soqta siq’ikuna­ta rikuchin. Kay ch’aqway siq’ikunapa profético nisqa maypi churakusqanqa qhipa p’unchaykunam, chayraykun kay siq’ikunaqa bestiapa unanchanpa prueba tiempopin hap’ipakunankupaq.</w:t>
      </w:r>
    </w:p>
    <w:p>
      <w:pPr>
        <w:pStyle w:val="ArticleScripture"/>
        <w:jc w:val="left"/>
      </w:pPr>
      <w:r>
        <w:rPr>
          <w:rFonts w:ascii="Times New Roman" w:hAnsi="Times New Roman" w:eastAsia="Times New Roman" w:cs="Times New Roman"/>
        </w:rPr>
        <w:t>“Señorqa sut’ita rikuchiwashan uywaq rikch’aynin manaraq prueba tiempokuna tukukuptin ruwasqa kananta; imaraykuchus chayqa Diospa llaqtanpaq hatun pruebam kanqa, maynintachus paykunaq wiñay destino-ninku nisqa yachachisqa kanqa....”</w:t>
      </w:r>
    </w:p>
    <w:p>
      <w:pPr>
        <w:pStyle w:val="ArticleScripture"/>
        <w:jc w:val="left"/>
      </w:pPr>
      <w:r>
        <w:rPr>
          <w:rFonts w:ascii="Times New Roman" w:hAnsi="Times New Roman" w:eastAsia="Times New Roman" w:cs="Times New Roman"/>
        </w:rPr>
        <w:t>“Kayqa Diospa llaqtanpaq pruebanmi, sellasqa kanankupaq manaraq kayta hap’inankupaq.” Manuscript Releases, volumen 15, 15.</w:t>
      </w:r>
    </w:p>
    <w:p>
      <w:pPr>
        <w:pStyle w:val="ArticleBody"/>
        <w:jc w:val="left"/>
      </w:pPr>
      <w:r>
        <w:rPr>
          <w:rFonts w:ascii="Times New Roman" w:hAnsi="Times New Roman" w:eastAsia="Times New Roman" w:cs="Times New Roman"/>
        </w:rPr>
        <w:t>Uywa uywasqapa rikch’ayninpa kamasqan pruebam, chay huk soqta ch’aqway chimpakunawan hina, Roma nisqa profétiko yachayninmanta huk prueban. Hatun prueba Diospa llaqtan sellasqa kanankumanta ñawpaqta pasaqa, Romano uywapa imagenpa kamasqanmantan. Uywaha papal atiniymi; Estados Unidos sutiyoq nacióntaq, chay pisi pisi qayllamuykuchkanña domingo kamachiyman puriptin, papal atinipa rikch’ayninta kamachin.</w:t>
      </w:r>
    </w:p>
    <w:p>
      <w:pPr>
        <w:pStyle w:val="ArticleScripture"/>
        <w:jc w:val="left"/>
      </w:pPr>
      <w:r>
        <w:rPr>
          <w:rFonts w:ascii="Times New Roman" w:hAnsi="Times New Roman" w:eastAsia="Times New Roman" w:cs="Times New Roman"/>
        </w:rPr>
        <w:t>“Estados Unidos llaqta uywakunapa millay uywapa rikchayninta rurachinanpaq, religiónpa atiyninmi hina allinta kamachinan civil gobiernota, chayhinapi estadoq autoridadninqa iglesiapapas llamk’achisqa kanqa paypa kikin munayninkunata hunt’achinanpaq.” The Great Controversy, 443.</w:t>
      </w:r>
    </w:p>
    <w:p>
      <w:pPr>
        <w:pStyle w:val="ArticleBody"/>
        <w:jc w:val="left"/>
      </w:pPr>
      <w:r>
        <w:rPr>
          <w:rFonts w:ascii="Times New Roman" w:hAnsi="Times New Roman" w:eastAsia="Times New Roman" w:cs="Times New Roman"/>
        </w:rPr>
        <w:t>Chay Domingo p’unchaw kamachiy Estados Unidospi sut’inchan uywaqa rikch’aynin chaypi hunt’asqaña kasqanta, Estados Unidospi.</w:t>
      </w:r>
    </w:p>
    <w:p>
      <w:pPr>
        <w:pStyle w:val="ArticleScripture"/>
        <w:jc w:val="left"/>
      </w:pPr>
      <w:r>
        <w:rPr>
          <w:rFonts w:ascii="Times New Roman" w:hAnsi="Times New Roman" w:eastAsia="Times New Roman" w:cs="Times New Roman"/>
        </w:rPr>
        <w:t>«Ichaqa hinallataq, huk religioso ruwayta secular atiyniyoq kamachiywan kallpachaspanku, iglesiakunalla kikinmanta uywaman rikch’akuyninta ruwankuman; chayraykun, Estados Unidos llaqtapi domingo p’unchaw waqaychayta kallpachayqa uywata hinallataq rikch’akuyninta yupaychayta kallpachay kanman.» The Great Controversy, 449.</w:t>
      </w:r>
    </w:p>
    <w:p>
      <w:pPr>
        <w:pStyle w:val="ArticleBody"/>
        <w:jc w:val="left"/>
      </w:pPr>
      <w:r>
        <w:rPr>
          <w:rFonts w:ascii="Times New Roman" w:hAnsi="Times New Roman" w:eastAsia="Times New Roman" w:cs="Times New Roman"/>
        </w:rPr>
        <w:t>Intichá domingo kamachikuypi, uywaqa rikch’aynin Estados Unidos llaqtapi hunt’asqaña karqan, hinaspataq Estados Unidos llaqtapas Diosmanta llapanmanta rakisqaña karqan; chaymantaq qallarin profético llamk’ayninta, llapa kay pachapi suyu-kunata kallpachaspa uywaq rikch’ayninta rurasqankuta. Intichá domingo kamachikuy Estados Unidos llaqtapi chaypi, Satanás qallarin musphaypaq rikhurikuq llamk’ayninta, kay pachapi llapa nacion-kunata pusaspa chay proceso kutichinankupaq, uywaq rikch’ayninta ruraspa, mayqinmi llapa kay pachapi nacion-kunata uqllachin.</w:t>
      </w:r>
    </w:p>
    <w:p>
      <w:pPr>
        <w:pStyle w:val="ArticleScripture"/>
        <w:jc w:val="left"/>
      </w:pPr>
      <w:r>
        <w:rPr>
          <w:rFonts w:ascii="Times New Roman" w:hAnsi="Times New Roman" w:eastAsia="Times New Roman" w:cs="Times New Roman"/>
        </w:rPr>
        <w:t>“Papapa kamachisqan hatun kamachiyta kallpachaspa, Diospa leyin contra, llaqtanchik hunt’asqataqmi cheqakaymanta rakikunqa. Protestantismo makinta mast’arikuspa chay hatun chinkay patamanta Romapa atiyninpa makinta hap’inanpaq, ukhu tuta wayq’umanta chimpakuspa Espiritualismowan makikukunanpaq, chayna kinsa kuskan huñuyninpa kamachiynin urapi llaqtanchik Protestante hinataq republicano gobiernonpa Constituciónnismanta llapa kamachiyninkunata ñiqichaspa saqerparinqa, hinaspa papal llullakuyninkuna hinaspa pantachikuyninkuna mast’arikunankupaq ñan kunanqa, chaypachañataq yachasun Supaypa musphaylla ruwasqankunaq pacha chayamunña, tukukuyninpas qayllaña kasqanta.” Testimonies, tomo 5, 451.</w:t>
      </w:r>
    </w:p>
    <w:p>
      <w:pPr>
        <w:pStyle w:val="ArticleBody"/>
        <w:jc w:val="left"/>
      </w:pPr>
      <w:r>
        <w:rPr>
          <w:rFonts w:ascii="Times New Roman" w:hAnsi="Times New Roman" w:eastAsia="Times New Roman" w:cs="Times New Roman"/>
        </w:rPr>
        <w:t>Estados Unidospi domingo p’unchaw kamachiy aswan utqaylla hamuqtin, Satanásqa, Estados Unidoswan kuska llamk’aspa, llapa nacionkunataqa kallpachinqa Estados Unidospa ejemplonta qatipakunanpaq, iglesiatawan estadotawan hukllachasqa sistemata sayachispa, domingo p’unchaw yupaychayta obligaspa.</w:t>
      </w:r>
    </w:p>
    <w:p>
      <w:pPr>
        <w:pStyle w:val="ArticleScripture"/>
        <w:jc w:val="left"/>
      </w:pPr>
      <w:r>
        <w:rPr>
          <w:rFonts w:ascii="Times New Roman" w:hAnsi="Times New Roman" w:eastAsia="Times New Roman" w:cs="Times New Roman"/>
        </w:rPr>
        <w:t>“Satanásqa milagrokunata ruwaspa kay allpapi tiyaqkunata llullachinqa. Espiritualismonqa llamk’asqanwan wañusqakunata rikch’achispa personifikachinqa. Chay religión cuerpokuna Diospa willakuyninkuna yuyaychasqa waqyaykuna uyariyta mana munasqankurayku sinchi llullachisqa kanqaku, hinaspan civil poderman hukllawaspa santo-kunata qatiykachinqaku. Iglesia protestantekunaqa papal poderman hukllawaspa Diospa kamachiykunata waqaychaq llaqtanta qatiykachinqaku. Kaymi chay atiyniyuq, hatun qatiykachiy sistema nisqanta sayarichiq, runakunapa concienciankunapi espiritual tiraníata ruwananpaq.”</w:t>
      </w:r>
    </w:p>
    <w:p>
      <w:pPr>
        <w:pStyle w:val="ArticleScripture"/>
        <w:jc w:val="left"/>
      </w:pPr>
      <w:r>
        <w:rPr>
          <w:rFonts w:ascii="Times New Roman" w:hAnsi="Times New Roman" w:eastAsia="Times New Roman" w:cs="Times New Roman"/>
        </w:rPr>
        <w:t>“‘Payqa iskay waqran karqan ovejaman rikch’akuspa, hinallataq dragón hina rimarqan.’ Diospa Corderonpa qatipakuqkuna kasqankuta niqkunaqa, dragónpa espiritunwan hunt’asqa tukunku. Llamp’u, huch’uy sunqu kasqankuta niyanku, ichaqa Satanaspa espiritunwanmi rimanku, kamachikunku ima; ruwasqankuwanmi rikuchinku imaynachus mana kasqankuta chaymi kasqankuta niqkumanqa chinkachispa. Kay oveja-hina atiyniyuqqa dragónwan huñunakun Diospa kamachikuyninkunata waqaychaqkunapaq, Jesucristoq testimoniunta hap’iqkunapaqpas maqanakuy ruwanankupaq. Satanaspis protestantekunawan papistaakunawan huñunakun, paykunawan kuska llamk’aspa kay pachapa diosnin hina, runakunaman kamachispa, paypa qhapaq suyumpa runankuna hina, munasqanman hina apaykachanapaq, kamachinapaq, munayninman churaykachanapaq.”</w:t>
      </w:r>
    </w:p>
    <w:p>
      <w:pPr>
        <w:pStyle w:val="ArticleScripture"/>
        <w:jc w:val="left"/>
      </w:pPr>
      <w:r>
        <w:rPr>
          <w:rFonts w:ascii="Times New Roman" w:hAnsi="Times New Roman" w:eastAsia="Times New Roman" w:cs="Times New Roman"/>
        </w:rPr>
        <w:t>“Sichus runakuna mana munankuchu Diospa kamachikuyninkunata saruspa urayman churayta, dragónpa espiritunmi rikuchikun. Carcelman wichq’ankanku, consejokunapa ñawpaqenman apankanku, hinaspa multata churankanku. ‘Paymi llapantinta, huch’uyta hatunta, qhapaqta wakchata, libreta watasqatawan, paña makinpi utaq urqunkunapi señalta chaskinankupaq ruwan’ [Apocalipsis 13:16]. ‘Payqa atiyniyoq karqan animalpa rikch’ayninman kawsayta qonampaq, chay animalpa rikch’ayninqa rimananpaq, hinaspa animalpa rikch’ayninta mana yupaychaqkunata wañuchinankupaq kamachinanpaq’ [verso 15]. Chhaynapi Satanásmi Jehovápa sapallanmanta kaq atiyninkunata qechun. Hucha runaqa Diospa tiyananpi tiyaykun, kikinta Dios kasqanta willakuspa, hinaspa Diosmanta aswan hanaqpi purispa.” Manuscript Releases, volumen 14, 162.</w:t>
      </w:r>
    </w:p>
    <w:p>
      <w:pPr>
        <w:pStyle w:val="ArticleBody"/>
        <w:jc w:val="left"/>
      </w:pPr>
      <w:r>
        <w:rPr>
          <w:rFonts w:ascii="Times New Roman" w:hAnsi="Times New Roman" w:eastAsia="Times New Roman" w:cs="Times New Roman"/>
        </w:rPr>
        <w:t>Papal atiynin kallpanqa manchay uywa-mi, Naciones Unidas nisqaqa dragón-mi, Estados Unidos nisqataq llulla profeta-mi. Anticristo nisqap ima ninanmantapas pantasqa rikukuqkunaqa, payqa iskayninmi kashan: Satanáspas, Satanáspa kay pachapi rantinchasqanpas, Roma llaqtapi papa; chay hinallataq anticristopa lado ninapi tukunku.</w:t>
      </w:r>
    </w:p>
    <w:p>
      <w:pPr>
        <w:pStyle w:val="ArticleBody"/>
        <w:jc w:val="left"/>
      </w:pPr>
      <w:r>
        <w:rPr>
          <w:rFonts w:ascii="Times New Roman" w:hAnsi="Times New Roman" w:eastAsia="Times New Roman" w:cs="Times New Roman"/>
        </w:rPr>
        <w:t>Estados Unidosqa manan huchayoq runachu. Huchayoq runaqa anticristom, paymi Satanaspa kay pachapi temsilantinqa. Papadoyta kay pachapa tronanman churaykuq atiywan papadoyta pantaspa hukllachayta, Pablom sut’inchan cheqaqta mana munasqanmanta rikuchiq kasqanta. 2 Tesalonicenses capítulo iskaypi nisqa hina, pagano Roma papal atiyta hark’arqan, chay pagano Roma qichusqa kanan kama, papal atiy rikurinanpaq; chay profetico tupanakuyninta qichuyqa Santo Espiritupa hich’aykusqanta qichuymi, chaymanta mana santo espiritupa hich’aykusqanta chaskiymi, chaytataq Pablom sinchi pantachiy nispa reqsichin. Chayta nispaqa, ñawpaq profetakuna sapaqninmi kawsasqanku p’unchaykunamantapas aswan sut’ita qhipa p’unchaykunamanta rimarqanku.</w:t>
      </w:r>
    </w:p>
    <w:p>
      <w:pPr>
        <w:pStyle w:val="ArticleScripture"/>
        <w:jc w:val="left"/>
      </w:pPr>
      <w:r>
        <w:rPr>
          <w:rFonts w:ascii="Times New Roman" w:hAnsi="Times New Roman" w:eastAsia="Times New Roman" w:cs="Times New Roman"/>
        </w:rPr>
        <w:t>“Sapa ñawpa willakuy qhapaqkunaqa kikinkup pacha raykumanta aswanqa ñuqanchikpaqmi rimarqanku, chaymi paykunap willakusqanku ñuqanchikpaq kallpanpi kachkan. ‘Kunanqa tukuy kaykuna paykunamanpas ejemplokuna hina pasaran; hinaspan qelqasqa kanku ñuqanchikpa yuyaychananchikpaq, kay pachakunaq tukukuynin chayamusqan ñuqanchikman.’ 1 Corintios 10:11. ‘Mana paykuna kikinkupaqchu, aswanqa ñuqanchikpaqmi sirvirqanku chay imakunata, kunan qankunaman willasqasña kaqta, hanaq pacha-manta Cachasqa Espíritu Santowan qankunaman evangelio willaqkunamanta; chay imakunamanmi angelkunapas qhawariyta munanku.’ 1 Pedro 1:12.…”</w:t>
      </w:r>
    </w:p>
    <w:p>
      <w:pPr>
        <w:pStyle w:val="ArticleScripture"/>
        <w:jc w:val="left"/>
      </w:pPr>
      <w:r>
        <w:rPr>
          <w:rFonts w:ascii="Times New Roman" w:hAnsi="Times New Roman" w:eastAsia="Times New Roman" w:cs="Times New Roman"/>
        </w:rPr>
        <w:t>“Bibliamqa kay qhipa miraypaqmi llapan qhapaq kayninkunata huñuspa, hukllachaspa waqaycharqan. Tukuy hatun ruraykuna, chaymanta ñawpa Testamentopi llakiywan hunt’a solemne ruwanakunaqa karqan, hinallataq kananpas kutimuchkanku kay qhipa p’unchaykunapi iglesiapi.” Selected Messages, libro 3, 338, 339.</w:t>
      </w:r>
    </w:p>
    <w:p>
      <w:pPr>
        <w:pStyle w:val="ArticleBody"/>
        <w:jc w:val="left"/>
      </w:pPr>
      <w:r>
        <w:rPr>
          <w:rFonts w:ascii="Times New Roman" w:hAnsi="Times New Roman" w:eastAsia="Times New Roman" w:cs="Times New Roman"/>
        </w:rPr>
        <w:t>Roma pagana hinallataq huchayoq runa 2 Tesalonicensespi qillqasqapi, qhipa p’unchaykunapi Estados Unidos-tawan papal Roma-tawanmi rikuchin. Kay cheqaqta mana allinta entiendenqa, huk imakunapas ukhunpi, mayqin runachus ninman sapanka yuyayninmanta sut’ichasqanta “tipo y antitipo” nisqa kamachikuy hinapi sayachispa, chayqa chiqaqtapunin “tipo y antitipo” nisqata mana entiendenchu. Estados Unidosqa achka atiykunawanmi santo historiapi tipificasqa karqan. Tukuy iskay waqrayuq atiyqa qhipa p’unchaykunapi Estados Unidos-ta rikuchin, chayqa Israelpa hanaq suyuyninpas uray suyuyninpas kaptin, Medo-Persia Imperiopas kaptin, utaq Sodomawan Egiptowan rikuchisqa mana Diospi iñiq Francia kaptinpas.</w:t>
      </w:r>
    </w:p>
    <w:p>
      <w:pPr>
        <w:pStyle w:val="ArticleBody"/>
        <w:jc w:val="left"/>
      </w:pPr>
      <w:r>
        <w:rPr>
          <w:rFonts w:ascii="Times New Roman" w:hAnsi="Times New Roman" w:eastAsia="Times New Roman" w:cs="Times New Roman"/>
        </w:rPr>
        <w:t>Pachakuna Estados Unidosqa uywaman rikch’akuqta, chay uywapa rikch’ayninta ruwayta qallarisqan pachaqa, Daniel ishkaypi fierrowan allp’amanta t’uruwan unanchasqa karqan; hinallataq Daniel pusaqpi uchuy waqra qhari warmi rikurimuq hina rikurisqanwan, Baalpa profetakunawan sacha-mallkipa sacerdotekunawanpas, Elíaspa Carmelo Orqopi qhawayninta testigopi. Saloméqa Estados Unidos-ta unanchan, Herodespa machasqa p’unchawraymi fiestanmanta testigopi. Pérgamoqa Estados Unidos-ta unanchan, hinaspa chay allin-tukuq ayninakuyta reqsichin, chaymi Tiatiraman pusaq, mayqinchus qhipa p’unchaykunapi papal atiyninta unanchan.</w:t>
      </w:r>
    </w:p>
    <w:p>
      <w:pPr>
        <w:pStyle w:val="ArticleBody"/>
        <w:jc w:val="left"/>
      </w:pPr>
      <w:r>
        <w:rPr>
          <w:rFonts w:ascii="Times New Roman" w:hAnsi="Times New Roman" w:eastAsia="Times New Roman" w:cs="Times New Roman"/>
        </w:rPr>
        <w:t>Clovis, Francokunapa reyñin, 496 watapi, Ronald Reagan pacha Estados Unidos nacionta rikch’an. Justinianoqa 533 watapi Donald Trump-ta domingo ley manaraq hamuqkama rikch’an. Sapa rikch’anapi Estados Unidosqa qhepa p’unchaykunapa papal atiyninman kasukuspa kumuykuq atiyta rikch’an. Chay kasukuspa kumuykuq atiyqa Roma llaqtaman yupaychayta pagaq hina rikuchisqa kachkan. “Homage” nisqa rurayqa reyman kumuykuyta hap’in, paymi umalliq kasqanrayku.</w:t>
      </w:r>
    </w:p>
    <w:p>
      <w:pPr>
        <w:pStyle w:val="ArticleScripture"/>
        <w:jc w:val="left"/>
      </w:pPr>
      <w:r>
        <w:rPr>
          <w:rFonts w:ascii="Times New Roman" w:hAnsi="Times New Roman" w:eastAsia="Times New Roman" w:cs="Times New Roman"/>
        </w:rPr>
        <w:t>Rikuchisqañam kachkan, Estados Unidos nacionmi chay cordero hina waqrayuq animalwan rikuchisqa atiy, hinallataq kay willakuyqa hunt’asqa kanqa maypachachus Estados Unidosqa domingo p’unchaw waqaychayta kamachinqa, chaytaq Roma nin paypa hatun kamachikuyninpa sapaq reqsichikuy kasqanta. Ichaqa kay yupaychaypi Papamanqa Estados Unidos sapallan manam kanqachu. Romaq kallpayninqa chay suyukunapi, mayqenkunachus huk kutipi paypa kamachikuyninta reqsiranku, manaraqmi chinkachisqa tukusqachu. Hinallataq willakuyqa ñawpaqmantam nin paypa atiyin kutichisqa kananta. “Rikarirqani huk umanta wañuyman hina k’irichisqa; ichaqa wañuchiq k’iriyqa allinyasqa karqa: hinaptinmi llapa pachak allpapi runakuna animalta qatispa admirakurqanku.” Verso 3. Chay wañuchiq k’iriyta churayqa señalan Papapa urmayninta 1798 watapi.</w:t>
      </w:r>
    </w:p>
    <w:p>
      <w:pPr>
        <w:pStyle w:val="ArticleScripture"/>
        <w:jc w:val="left"/>
      </w:pPr>
      <w:r>
        <w:rPr>
          <w:rFonts w:ascii="Times New Roman" w:hAnsi="Times New Roman" w:eastAsia="Times New Roman" w:cs="Times New Roman"/>
        </w:rPr>
        <w:t>Kay qhepamanmi, nin profetaqa: “wañuyman apaq chukchusqan hampisqa karqa; hinaspan llapa pacha animalmanta muspharirqanku” nispa. Pabloqa sut’inmi rimarin “hucha runa” iskay kaq hamuq kutikuykama qhiparinqa nispa. 2 Tesalonicenses 2:3-8. Pacha tukukuypaq qayllankamaqa engañoy ruwayninta apaykachaspa qatinqa. Hinaspapas reveladorqa, papadota rimarispa, kayhinata willan: “Llapa kay pachapi tiyaqkuna payta yupaychanqaku, pipa sutinkunachus kawsay librope mana qelqasqa kanku chaykunaqa.” Apocalipsis 13:8. Ñawpaq Pachapipas, Musuq Pachapipas, papadoqa hatun yupaychayta chaskinqa domingo institucionman qosqa hatunchasqapi, chayqa sapallan Roma Iglesiapa kamachikuyninpi sayasqa kachkan. El Gran Conflicto, 578.</w:t>
      </w:r>
    </w:p>
    <w:p>
      <w:pPr>
        <w:pStyle w:val="ArticleBody"/>
        <w:jc w:val="left"/>
      </w:pPr>
      <w:r>
        <w:rPr>
          <w:rFonts w:ascii="Times New Roman" w:hAnsi="Times New Roman" w:eastAsia="Times New Roman" w:cs="Times New Roman"/>
        </w:rPr>
        <w:t>Qhipa rimayqa aswan achka willakuyta qunmi Sister White nisqanta allinta entiendesqanmanta, “musuq pacha ñawpaq” nisqaqa Europa-ta rikuchisqanmanta, hinaspa “musuq pacha” nisqaqa América-kunata rikuchisqanmanta. Chay hina kaptinqa, Estados Unidosqa papal atiyninman yupaychayta qun, hinaspa pacha llapanta chayllatata ruranankupaq kallpachin. Kayqa reqsichinmi Estados Unidos-ta papal atiynin kamachikuyninkunaman uyarisqa kasqanta. Isaías nisqan reqsichiyqa, hinaspa “uma” allinta entiendenapaq kallpachaynin, sayariq kananpaq, Diospa munayninpi tarin tukuychananta: “uma” nisqa unanchaqa tukuymi wichayman rikuriq willakuy qatiqta entiendenapaq huk kichana tukusqanta, hinallataq uku qatiq willakuyta entiendenapaqpas.</w:t>
      </w:r>
    </w:p>
    <w:p>
      <w:pPr>
        <w:pStyle w:val="ArticleScripture"/>
        <w:jc w:val="left"/>
      </w:pPr>
      <w:r>
        <w:rPr>
          <w:rFonts w:ascii="Times New Roman" w:hAnsi="Times New Roman" w:eastAsia="Times New Roman" w:cs="Times New Roman"/>
        </w:rPr>
        <w:t>Siria suyupa umanqaqa Damascom, Damasco suyupa umanqaqataq Rezinmi; soqta chunka pichqayuq watakuna ukhupitaq Efraín llaqtaqa pakisqa kanqa, manaña huk llaqta hina kananpaq. Efraín suyupa umanqaqa Samariam, Samaria suyupa umanqaqataq Remalíaspa churinmi. Mana iñinkichikchu chayqa, cheqaqtapuni mana sayasqa kanqachikchu. Isaías 7:8, 9.</w:t>
      </w:r>
    </w:p>
    <w:p>
      <w:pPr>
        <w:pStyle w:val="ArticleBody"/>
        <w:jc w:val="left"/>
      </w:pPr>
      <w:r>
        <w:rPr>
          <w:rFonts w:ascii="Times New Roman" w:hAnsi="Times New Roman" w:eastAsia="Times New Roman" w:cs="Times New Roman"/>
        </w:rPr>
        <w:t>Qhipa p’unchaykunapi, maypin sapa profetapa qespichisqan willakuynin kallpapi kashan chaypi, “llaqtaykipa suwankuna” rikch’ayninta sayachinku. Profecía Espírituypa atiniyninpi, hinaspa Adventismoq t’iqsi cheqaq kaykunawan tinkuspa, iskay santu Habacucpa qillqasqa chartakunapi rikuchisqa hina, “suwankunaqa” Romaq unanchaqninmi kanku. Ñawpa Roma, mana cristianokunaq Roma nisqa, watapi 200 a.C. ñawpaq kuti historiaman yaykuspan, qhipa p’unchaykunapa kunan Romaq nirqanman rikch’akuq karqan. Kay profetiko cheqaq kaymi qhipa p’unchaykunapa profetiko rikch’ayninta sayachin, hinaspa mana munanki chayta rikuspa kunan Romaq “uman” papal atiynin kasqanta, chayqa cheqaqtapuni mana sayachisqa kanki.</w:t>
      </w:r>
    </w:p>
    <w:p>
      <w:pPr>
        <w:pStyle w:val="ArticleScripture"/>
        <w:jc w:val="left"/>
      </w:pPr>
      <w:r>
        <w:rPr>
          <w:rFonts w:ascii="Times New Roman" w:hAnsi="Times New Roman" w:eastAsia="Times New Roman" w:cs="Times New Roman"/>
        </w:rPr>
        <w:t>Kay pachakunaqa tempestadwan, guñunakuywan, ch’aqwaywan hunt’asqa kachkan. Ichaqa huk umallapa uranpi—papal atiypa uranpi—llaqtakuna huñunakuspa Diosman sayarinqaku, Paypa testigonkuna personanpi. Testimonies, volume 7, 182.</w:t>
      </w:r>
    </w:p>
    <w:p>
      <w:pPr>
        <w:pStyle w:val="ArticleBody"/>
        <w:jc w:val="left"/>
      </w:pPr>
      <w:r>
        <w:rPr>
          <w:rFonts w:ascii="Times New Roman" w:hAnsi="Times New Roman" w:eastAsia="Times New Roman" w:cs="Times New Roman"/>
        </w:rPr>
        <w:t>Sichus rinriykikuna uyariypaq, hinaptinqa entiendenkimanmi Cristopa pacha judíokunapa huk hatun pantasqan kayta: paykunaqa “llantu”ta “sustancia”-hinam reqsirqanku. Chakata manaraq kaptinpas hinaspa chakatamanta qhipamanpas judíokunaqa yupaychay sistemankupa rikch’akusqankunapi confiakurqanku, hinaspa Antitipotam rechazakurqanku. Paykunaqa sut’incharqanku “llantu”qa “sustancia” kasqanta, chayta ruwaspataq Diospa saminchakusqa qillqasqanpi saqerqanku qhipa p’unchaykunapi kawsay runakunata, paykunapas llantuta sustancia-hina reqsinankupaq.</w:t>
      </w:r>
    </w:p>
    <w:p>
      <w:pPr>
        <w:pStyle w:val="ArticleBody"/>
        <w:jc w:val="left"/>
      </w:pPr>
      <w:r>
        <w:rPr>
          <w:rFonts w:ascii="Times New Roman" w:hAnsi="Times New Roman" w:eastAsia="Times New Roman" w:cs="Times New Roman"/>
        </w:rPr>
        <w:t>Estados Unidosqa uywata ruraspaqa, uywapa llanthunta ruran. Sustanciapa llanthunta ruran, imaraykuchus huk imagenqa huk tipificaciónmi. Estados Unidosta reqsinapaq, uywapa imagenninta rurasqanmanta, Roma Modernapa símbolun hina, Israel ñawpaqmanta Hatun Antitipota qhespichisqanta chaymanta chakatapas crucificasqanta paralejoman churaymi.</w:t>
      </w:r>
    </w:p>
    <w:p>
      <w:pPr>
        <w:pStyle w:val="ArticleBody"/>
        <w:jc w:val="left"/>
      </w:pPr>
      <w:r>
        <w:rPr>
          <w:rFonts w:ascii="Times New Roman" w:hAnsi="Times New Roman" w:eastAsia="Times New Roman" w:cs="Times New Roman"/>
        </w:rPr>
        <w:t>Pantayku qhawayta yachachiqkuna, Estados Unidos nisqata “llaqtayki runakunapa suwaqkuna” nispa rimaykuqkunaqa, ancha achkata rimanku imayna rikch’achiywan hunt’achiywan llamk’asqankumanta, chaymanta sapa kuti Estados Unidos nisqataqa bestiapa rikch’aynin kasqanta reqsichinku; hinaspataq yuyanku Estados Unidos nisqata bestiapa rikch’aynin kasqanta reqsichispa, imaynamantapas chaylla “suwaqkuna” kasqanta sut’inchasqankuta. Cheqaqtapuni “rikch’achiy” hinallataq “hunt’achiy” nisqakunapa aswan ñawpaq kamachikuyninkunaman apakuyta saqiykuman chayqa, utqayllam qhawankuman Diospa Simpinpi kutin-kutin rikch’achisqa Estados Unidospa profetiku ruwninqa, Estados Unidos nisqata papa autoridadpa kamachisqan uraman churakusqa atiy kasqanta reqsichisqanta. Qhawankumanmi bestia mana t’iqsi qhawariy hina kaptinqa, mana hayk’aq karqanmanchu bestiaman rikch’akuq rikch’ayta sut’ichayqa mana allin yuyay kasqanta. Bestiapa rikch’ayninta sut’ita qhawachiyta atinqa bestia kikinllam, papa atiyqa espejo qhawariypi rikch’ayta sayarichiqmi chayrayku.</w:t>
      </w:r>
    </w:p>
    <w:p>
      <w:pPr>
        <w:pStyle w:val="ArticleBody"/>
        <w:jc w:val="left"/>
      </w:pPr>
      <w:r>
        <w:rPr>
          <w:rFonts w:ascii="Times New Roman" w:hAnsi="Times New Roman" w:eastAsia="Times New Roman" w:cs="Times New Roman"/>
        </w:rPr>
        <w:t>Profecíapaq paralelonpi, Estados Unidos uywaqa rikch’ayninta rurachkaptin, chayqa cheqaq Protestantismopa waqran Cristopa rikch’ayninta rurachkanmi. Chay rikch’aynin rurasqaqa nisqalla reqsisqa kashan Daniel qanchis chunka t’aqapi, maypichus Daniel “marah” nisqa qhawayta rikun, chaymi “espejo” qhaway. Danielqa Cristo qhawaqkunata sut’inchan, chayta ruwaspataq Cristopa kawsayninpa kasqanta rikuchinku. Sichus Cristopa qhawaynin Danielman mana qhawachisqa kanmanchu karqa, manam atinqachu karqan Cristopa kasqanta rikuchiyta. Pachak tawa chunka tawa waranqa, Danielwan sut’ichasqa kaqkuna chunka t’aqapi, ukhunpi Cristopa rikch’ayninta ruranankupaq, paypa kasqanta qhawananmi tiyan. Qhawaspaqa hukman tukuchisqa kanku.</w:t>
      </w:r>
    </w:p>
    <w:p>
      <w:pPr>
        <w:pStyle w:val="ArticleScripture"/>
        <w:jc w:val="left"/>
      </w:pPr>
      <w:r>
        <w:rPr>
          <w:rFonts w:ascii="Times New Roman" w:hAnsi="Times New Roman" w:eastAsia="Times New Roman" w:cs="Times New Roman"/>
        </w:rPr>
        <w:t>Ñuqanchik llapanchikmi, kichasqa uyañiqwan, hina espejopi qhawaspa Señormanta k’anchayninta, chay kikin rikch’ayninman tikrasqa kashanchik k’anchaymanta k’anchaykama, imaynachus Señorpa Espíritunwan. 2 Corintios 3:18.</w:t>
      </w:r>
    </w:p>
    <w:p>
      <w:pPr>
        <w:pStyle w:val="ArticleBody"/>
        <w:jc w:val="left"/>
      </w:pPr>
      <w:r>
        <w:rPr>
          <w:rFonts w:ascii="Times New Roman" w:hAnsi="Times New Roman" w:eastAsia="Times New Roman" w:cs="Times New Roman"/>
        </w:rPr>
        <w:t>Danielpa chunka kapitulo iskayniyuqpi rikusqan “marah” sutiyuq rikch’aypa hebreo simipi nisqanqa kaymi: “huk rikch’ay; hinallataq (causativo hina) huk espeho: —qhawana qispillu, rikch’ay.” Ñawpaq versículopi “qispi” nispa tikrasqa griego simiqa kikinman espejokuyta nin, chaymi chaypi rikuchisqa kaqta qhawana (figurativo hina): —espejopi hina qhawariy.</w:t>
      </w:r>
    </w:p>
    <w:p>
      <w:pPr>
        <w:pStyle w:val="ArticleBody"/>
        <w:jc w:val="left"/>
      </w:pPr>
      <w:r>
        <w:rPr>
          <w:rFonts w:ascii="Times New Roman" w:hAnsi="Times New Roman" w:eastAsia="Times New Roman" w:cs="Times New Roman"/>
        </w:rPr>
        <w:t>Santiagoqa chaymanta willakunpas huk chiqap yachachiyta, qhawaq espejowan tupaqtin.</w:t>
      </w:r>
    </w:p>
    <w:p>
      <w:pPr>
        <w:pStyle w:val="ArticleScripture"/>
        <w:jc w:val="left"/>
      </w:pPr>
      <w:r>
        <w:rPr>
          <w:rFonts w:ascii="Times New Roman" w:hAnsi="Times New Roman" w:eastAsia="Times New Roman" w:cs="Times New Roman"/>
        </w:rPr>
        <w:t>Sichus pipas rimayta uyarinlla, mana ruwaspaqa, huk qhari hina kachkan, paypa paqarisqa uyanta espejopi qhawariq: payqa kikinta qhawarin, chaymanta ripun, chaylla ratopiña qonqapun ima hina qhari kasqanta. Ichaqa pichus qhawarin kachariypa hunt’asqa kamachikuyta, chaypitaq sayan, mana qonqaq uyarisqalla kaspa, aswanpas ruwayta ruwaq, chay runaqa kusisqa kanqa ruwasqanpi. Santiago 1:23–25.</w:t>
      </w:r>
    </w:p>
    <w:p>
      <w:pPr>
        <w:pStyle w:val="ArticleBody"/>
        <w:jc w:val="left"/>
      </w:pPr>
      <w:r>
        <w:rPr>
          <w:rFonts w:ascii="Times New Roman" w:hAnsi="Times New Roman" w:eastAsia="Times New Roman" w:cs="Times New Roman"/>
        </w:rPr>
        <w:t>Sichus cheqaqta munasunchik chayqa, chayrayku Rimayta ruraj kanchik chayqa, hinaptin qhawasqanchik espejokunaqa kachkan kacharichiypa hunt’asqa kamachikuy; ichaqa sichus mana cheqaqta munasunchikchu, chaymanta qhipaman kikillanchik ñanninta purisunchik, Danielwan kashaqkuna ayqekuspa rurasqankuta hina, hinaptin chay espejokunaqa aswanqa kikillanchikpa rikch’aynillanta kutichin.</w:t>
      </w:r>
    </w:p>
    <w:p>
      <w:pPr>
        <w:pStyle w:val="ArticleScripture"/>
        <w:jc w:val="left"/>
      </w:pPr>
      <w:r>
        <w:rPr>
          <w:rFonts w:ascii="Times New Roman" w:hAnsi="Times New Roman" w:eastAsia="Times New Roman" w:cs="Times New Roman"/>
        </w:rPr>
        <w:t>“Diospa kamachikuyninqa huk espejomi, runata imayna kasqanta hunt’asqa rikch’aywan qhawachiq, hinallataq ñawpaqenman cheqaq rikchayninta churapayaq. Wakinkunaqa kay rikch’aymanta kutiripunqaku hinaspa qonqarpunqaku; wakinkunataq kamachikuypa contranpi millay sutichaykunata rimarinqaku, hina ruwasqankuwanpas characterninkupa pantasqankunata hampinqakuchu hina. Huk wakinkunataq kamachikuywan huchachasqa kaspanku, huchankumanta arrepentikunku, hinaspa Cristopa allin kayninkunapi iñispa, cristianopa characterninta hunt’achinqaku.” Faith and Works, 31.</w:t>
      </w:r>
    </w:p>
    <w:p>
      <w:pPr>
        <w:pStyle w:val="ArticleBody"/>
        <w:jc w:val="left"/>
      </w:pPr>
      <w:r>
        <w:rPr>
          <w:rFonts w:ascii="Times New Roman" w:hAnsi="Times New Roman" w:eastAsia="Times New Roman" w:cs="Times New Roman"/>
        </w:rPr>
        <w:t>Danielqa manam qhawanapa rikch’ayninpiqa mana pay kikintaqachu rikurqan; aswanqa Cristotam rikurqan, paymi Santiagoq libertadpa hunt’asqa kamachiyinpa hunt’asqa rikch’aynin.</w:t>
      </w:r>
    </w:p>
    <w:p>
      <w:pPr>
        <w:pStyle w:val="ArticleScripture"/>
        <w:jc w:val="left"/>
      </w:pPr>
      <w:r>
        <w:rPr>
          <w:rFonts w:ascii="Times New Roman" w:hAnsi="Times New Roman" w:eastAsia="Times New Roman" w:cs="Times New Roman"/>
        </w:rPr>
        <w:t>“Cristopa kaynin kay pachapiqa huk hunt’asqa rikch’ayninmi kachkan Diospa kamachikuyninmanta. Paypiqa kawsaymi, suyaymi, hinaspa k’anchaymi kachkan. Qhawariychis Payta, hinaspa kikillan rikch’ayninmanmi tukuchisqa kankichis, huk karaktermanta huk karakterman.” Signs of the Times, May 10, 1910.</w:t>
      </w:r>
    </w:p>
    <w:p>
      <w:pPr>
        <w:pStyle w:val="ArticleBody"/>
        <w:jc w:val="left"/>
      </w:pPr>
      <w:r>
        <w:rPr>
          <w:rFonts w:ascii="Times New Roman" w:hAnsi="Times New Roman" w:eastAsia="Times New Roman" w:cs="Times New Roman"/>
        </w:rPr>
        <w:t>Uywa rikch’ayninqa uywata rikch’achin, hinaspa uywa rikch’ayninpa kamasqanmi Diospa llaqtanpaq hatun prueban kanqa, chaywanmi wiñay kawsayninkupa destino nirqasqa kanqa. Protestant iglesiakuna Estados Unidospa gobiernoninta kamachiyta hap’iqtinku, papal atiyniyoq ñawpaqmantapacha hayk’aqpas apasqan iglesia-estado nisqa sistema rikch’ayninta ruwasqankum. Chay kikin pacha ukhupinmi Cristopa rikch’ayninpas qhepa p’unchaykunapi llaqtanpi rurakapunqa. Ichaqa, Danielwan kuska kaqkunaqa manam musqhayninta rikurqakuchu, musqhakuymanta ayqekusqankurayku.</w:t>
      </w:r>
    </w:p>
    <w:p>
      <w:pPr>
        <w:pStyle w:val="ArticleBody"/>
        <w:jc w:val="left"/>
      </w:pPr>
      <w:r>
        <w:rPr>
          <w:rFonts w:ascii="Times New Roman" w:hAnsi="Times New Roman" w:eastAsia="Times New Roman" w:cs="Times New Roman"/>
        </w:rPr>
        <w:t>Cristopa rikchayninpa rurakuyninqa iskay kastak yupaychakuqkunapa rikurimuynta paqarichin. Huk kastaqa qawarikuy kamachiyta mana chaskinchu. Chay qawarikuy kamachiyqa huk espejopi rikuchisqa kachkan, imaraykuchus Cristoga kay pachapi cheqaq kaqkunata llamk’achin hanaq pacha espiritu cheqaqkuna rikuchinapaq.</w:t>
      </w:r>
    </w:p>
    <w:p>
      <w:pPr>
        <w:pStyle w:val="ArticleScripture"/>
        <w:jc w:val="left"/>
      </w:pPr>
      <w:r>
        <w:rPr>
          <w:rFonts w:ascii="Times New Roman" w:hAnsi="Times New Roman" w:eastAsia="Times New Roman" w:cs="Times New Roman"/>
        </w:rPr>
        <w:t>“Cristopa yachachisqanmi rikuchin chaylla kaq kamachiyta, imaynatachus Paypa kikin kawsayninpi kay pachaman hamusqanpi rikurqan. Hinaqa noqanchik Paypa divina kasqanta, paypa kawsaynintapas reqsinanchikpaqmi, Cristoqa noqanchikpa runa kayninchikta hap’irqan hinaspa noqanchik ukhupi tiyarqan. Dios kayqa runa kaypi rikuchisqa karqan; mana rikuy atina hatun k’anchayqa rikuy atina runa rikch’ayninpi rikurirqan. Runakunaqa reqsisqankuwanmi mana reqsisqankuta yachayta atirqaku; hanaq pachapi kaqkunam kay pachapi kaqkunawan rikuchisqa karqan; Diosqa runakuna rikch’ayninpi sut’inchasqa karqan. Chay hinallataqmi Cristopa yachachisqanpipas karqan: mana reqsisqaqa reqsisqawanmi sut’inchasqa karqan; divina cheqaq kaykunapas kay pachapi kaqkunawanmi, runakuna aswan reqsisqankuwan, rikuchisqa karqan.”</w:t>
      </w:r>
    </w:p>
    <w:p>
      <w:pPr>
        <w:pStyle w:val="ArticleScripture"/>
        <w:jc w:val="left"/>
      </w:pPr>
      <w:r>
        <w:rPr>
          <w:rFonts w:ascii="Times New Roman" w:hAnsi="Times New Roman" w:eastAsia="Times New Roman" w:cs="Times New Roman"/>
        </w:rPr>
        <w:t>“Qillqaqa nin: ‘Jesusqa tukuy kaykunata runa achkakunaman yachachirqa tinkuchiykunawan; … chaymi hunt’akunman karqa profetapa nisqan, nispa: Simiyta kicharisaq tinkuchiykunapi; rimasaq kay pachaq qallariyninmanta pacha pakasqa kasqankunata.’ Mateo 13:34, 35. Pachamamaq imankunaqa karqan espíritu nisqapaq chawpi; naturalezapa imankuna, hinallataq uyarisqankunapa kawsaypi rikusqankuwan, qillqasqa simipa cheqaq-kunawan t’inkisqa karqan. Chaynaqa, naturalmanta espiritual reinoman pusaspa, Cristopa tinkuchiykunanqa cheqaq kaypa waskhanpi t’inkikuna kanku, chaymi runata Dioswan, kay pachataq hanaq pachawan hukllachasqa.” Christ’s Object Lessons, 17.</w:t>
      </w:r>
    </w:p>
    <w:p>
      <w:pPr>
        <w:pStyle w:val="ArticleBody"/>
        <w:jc w:val="left"/>
      </w:pPr>
      <w:r>
        <w:rPr>
          <w:rFonts w:ascii="Times New Roman" w:hAnsi="Times New Roman" w:eastAsia="Times New Roman" w:cs="Times New Roman"/>
        </w:rPr>
        <w:t>Yuyayman chay rikch’ariy kamachiynin hunt’akun Cristota sut’inchaj huk espejoman qhawarispa, chaymanta “marah” rikuyqa huk ima ruwachiq rikuy kaptin, espejopi Cristo rikch’ayninqa runakaynipi Cristo rikch’ayninta paqarichin.</w:t>
      </w:r>
    </w:p>
    <w:p>
      <w:pPr>
        <w:pStyle w:val="ArticleBody"/>
        <w:jc w:val="left"/>
      </w:pPr>
      <w:r>
        <w:rPr>
          <w:rFonts w:ascii="Times New Roman" w:hAnsi="Times New Roman" w:eastAsia="Times New Roman" w:cs="Times New Roman"/>
        </w:rPr>
        <w:t>Nispa Estados Unidosmi visiónta sayachin nispa, Danielpa lantinmi Cristota sayachin ninallatam. Cristomi paypa carácterninmanta rurasqanmanta visiónninta sayachin, anticristotaqmi paypa carácterninmanta rurasqanmanta visiónninta sayachin. Visiónmi espejopi rikuchikusqa hina k’anchaykusqa, hinaspataq visiónqa suwaqkunaq raykun sayachisqam. Uywaq lantinta mana allinta entiendespa, lantita kikillan uywawan sut’ichaspa reqsisqa, paralel líneas nisqakunatam paqarichin.</w:t>
      </w:r>
    </w:p>
    <w:p>
      <w:pPr>
        <w:pStyle w:val="ArticleBody"/>
        <w:jc w:val="left"/>
      </w:pPr>
      <w:r>
        <w:rPr>
          <w:rFonts w:ascii="Times New Roman" w:hAnsi="Times New Roman" w:eastAsia="Times New Roman" w:cs="Times New Roman"/>
        </w:rPr>
        <w:t>Mana t’ikrasqa runaqa rikch’akuqpi kikinta qhawarin, utaq Diospa kamachikuyninta rikuspanpas, mañakuyninkunamanta ayqekuyta munaspa, chay kamachikuyta p’enqachin. Huk tikrasqa runaqa qhawakuqpi Cristota hinaspa Paypa kamachikuyninta qhawarin. Estados Unidosqa qhapaq papal atiyniyuqman rikuspam, chayta iskaychaspa, papal atiyniyuqman rikch’akuqta rurarin. Anticristoqa Estados Unidoswan iskaychasqa kachkan.</w:t>
      </w:r>
    </w:p>
    <w:p>
      <w:pPr>
        <w:pStyle w:val="ArticleBody"/>
        <w:jc w:val="left"/>
      </w:pPr>
      <w:r>
        <w:rPr>
          <w:rFonts w:ascii="Times New Roman" w:hAnsi="Times New Roman" w:eastAsia="Times New Roman" w:cs="Times New Roman"/>
        </w:rPr>
        <w:t>Lucifer munarqan Diospa políticotaq hinaspa religiosotaq trono-kunapi tiyayta.</w:t>
      </w:r>
    </w:p>
    <w:p>
      <w:pPr>
        <w:pStyle w:val="ArticleScripture"/>
        <w:jc w:val="left"/>
      </w:pPr>
      <w:r>
        <w:rPr>
          <w:rFonts w:ascii="Times New Roman" w:hAnsi="Times New Roman" w:eastAsia="Times New Roman" w:cs="Times New Roman"/>
        </w:rPr>
        <w:t>¡Imaynataq hanaq pachamanta urmamurqanki, ay Lucifer, paqarinapa churin! ¡Imaynataq allpaman urmachisqa karqanki, suyukunata kallpannaqaq! Sonqoykipiqa nirqankim: Hanaq pachaman wicharisqaq, Diospa qoyllurninkunamanta aswan hanaqman tiyanayta oqarisaq; huñunakuq urqupi, chiri wichay ladopi tiyasqaq; puyukunapa altunninmanta aswan hanaqman wicharisqaq; Ancha Hanaq Kaq hina kasaq. Ezequiel 14:12–14.</w:t>
      </w:r>
    </w:p>
    <w:p>
      <w:pPr>
        <w:pStyle w:val="ArticleBody"/>
        <w:jc w:val="left"/>
      </w:pPr>
      <w:r>
        <w:rPr>
          <w:rFonts w:ascii="Times New Roman" w:hAnsi="Times New Roman" w:eastAsia="Times New Roman" w:cs="Times New Roman"/>
        </w:rPr>
        <w:t>Satanaspas anticriston, hinallataqmi papal atiyninpas. Papal atiyninqa iglesiapi tiyachisqa karqan, hinaspan Europapa polítik trónonkunata kamachirqan. Danielpa chunka kaq capitulonpi causativo rikch’akuq espejopa qhawariynin, espiritualmente churakusqanpi qhawasqa kaspa, qhawakuqkunata Cristopa rikch’ayninman tukuchin. Chay cheqaq kaqmi anticristopa siq’inta kamachin. Huk nación utaq huk runa chay espejopi rikuchisqa qhawariyman qhawariptinqa, causativo ruwayta paqarichin, imaraykuchus chay qhawariyqa kikinpa rikch’ayninta mirachin qhawakuq runapi utaq naciónpi; chaymi paqarichin Cristopa rikch’ayninta utaq bestiapa rikch’ayninta. Chayqa Danielwan rikuchisqa kaq kikin ruwaywanmi paralelonpi purin. Cristomi Danielpaq chay qhawariyta sayarichirqan, anticristotaqmi Estados Unidospaq chay qhawariyta sayarichin bestiapa rikch’ayninta rurasqanpi.</w:t>
      </w:r>
    </w:p>
    <w:p>
      <w:pPr>
        <w:pStyle w:val="ArticleBody"/>
        <w:jc w:val="left"/>
      </w:pPr>
      <w:r>
        <w:rPr>
          <w:rFonts w:ascii="Times New Roman" w:hAnsi="Times New Roman" w:eastAsia="Times New Roman" w:cs="Times New Roman"/>
        </w:rPr>
        <w:t>Kay yuyaykunata qatiq qillqapi qatiqkusun.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sut’inchan rikch’ariyta — Chunka kimsaqniyuq yupay</dc:title>
  <dc:subject>Roma llaqtapa ch’aqwayninkuna: Uywaq rikch’ayninpa qhepa pruebanta entiendenapaq</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