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Iskay Yupa</w:t>
      </w:r>
      <w:r>
        <w:rPr>
          <w:rFonts w:ascii="Leelawadee UI" w:hAnsi="Leelawadee UI" w:eastAsia="Leelawadee UI" w:cs="Leelawadee UI"/>
        </w:rPr>
        <w:t>៎</w:t>
      </w:r>
    </w:p>
    <w:p>
      <w:pPr>
        <w:pStyle w:val="ArticleSubtitle"/>
        <w:jc w:val="left"/>
      </w:pPr>
      <w:r>
        <w:rPr>
          <w:rFonts w:ascii="Arial" w:hAnsi="Arial" w:eastAsia="Arial" w:cs="Arial"/>
        </w:rPr>
        <w:t>Rey Uraymantaqpa Hatariyninpas Urmayninpas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Qhipa qillqapi kayhina qillqaspa tukurqayku: “10–15 nisqa versiculokuna kimsa wakcha maqanakuykunatan rikuchin, norte llaqtapa reynin, papal kallpapa rurasqanta, 1989 watamanta Domingo kamachikuykama.” Kay kimsa wakcha maqanakuykuna qallarin 40 nisqa versiculopi Estados Unidos nisqapa reqsichisqanwan, “carretakuna, buquekuna, hinaspa caballopi puriq runakuna” nisqahina.</w:t>
      </w:r>
    </w:p>
    <w:p>
      <w:pPr>
        <w:pStyle w:val="ArticleBody"/>
        <w:jc w:val="left"/>
      </w:pPr>
      <w:r>
        <w:rPr>
          <w:rFonts w:ascii="Times New Roman" w:hAnsi="Times New Roman" w:eastAsia="Times New Roman" w:cs="Times New Roman"/>
        </w:rPr>
        <w:t>Qatiq proxy awqanakuna maqanakuy, chay 11 ñiqin ch’iqnipi rikuchisqa kasqanman hina, hinallataq ñawpaq pacha hunt’akusqanman Raphia Maqanakuypi wata 217 Manaraq Cristo Paqarisqanmanta, karqan Ptolemaios IV Philopator, Egipto llaqtapi uray reywan, hinaspa Antiochus Hatunwan, paytaq Antiochus Magnus sutiyoqpas, Imperio Seléucida-manta. Antiochusqa 10 ñiqin ch’iqnita hunt’arqan, Egiptoman kutichispa maqanakusqanrayku, norte reinonpa atisqa kasqanrayku hinaspa imaymanan kaqninmanta qichusqa kasqanrayku; chay hina kutichispa, llapa hallp’a sayaykunata kutichimurqan, mayqintachus uray reinoqa ñawpaqta paypa reinonmanta qichurqan. Chayta ruwarqan, ichaqa Egiptopa tinkuy muyuriyninpi sayarqan; chay hina 10 ñiqin ch’iqnita hunt’aspa, 1989 watatapas unanchaspa rikuchirqan.</w:t>
      </w:r>
    </w:p>
    <w:p>
      <w:pPr>
        <w:pStyle w:val="ArticleScripture"/>
        <w:jc w:val="left"/>
      </w:pPr>
      <w:r>
        <w:rPr>
          <w:rFonts w:ascii="Times New Roman" w:hAnsi="Times New Roman" w:eastAsia="Times New Roman" w:cs="Times New Roman"/>
        </w:rPr>
        <w:t>Ichaqa churikunaqa kacharinqa, achka hatun kallpayuq soldadokunata huñunqaku; hukniytaq cheqaqtapuni hamunqa, lloqsinqa hinallataq pasapunqa; chaymanta kutimunqa, hinaspataq yapamanta kachariskam kanqa, chay hatun amparakusqanman kama. Daniel 11:10.</w:t>
      </w:r>
    </w:p>
    <w:p>
      <w:pPr>
        <w:pStyle w:val="ArticleBody"/>
        <w:jc w:val="left"/>
      </w:pPr>
      <w:r>
        <w:rPr>
          <w:rFonts w:ascii="Times New Roman" w:hAnsi="Times New Roman" w:eastAsia="Times New Roman" w:cs="Times New Roman"/>
        </w:rPr>
        <w:t>Iskay kaq proxy guerram karqan Raphia Maqanakuymi. Raphia ninanqa tinku linderollam, frontera allpam. Chay maqanakuy pampaqa rikuchin maypinchus Antiochusqa tukuchirqan ñawpaq yaykuyninta, chay versículo 10 nisqapi. Kimsa proxy guerranakuykunaqa chiqaq kaywan kamachisqami, kay yuyaypi: ñawpaq proxy guerram qhipa proxy guerraman tupachkan. Llapan kimsa guerranakuykuna —versículos 10, 11, hinaspa chay kimsak warqha versículos 13–15 nisqapi— ñawpaq hunt’akuyninkupi hukllaña historiapi runa ruwasqanmi kanku. Antiochus Magnusqa sapaqnin kimsa maqanakuykunapim kashan, profecía hina paykunata huk sapa siq’iman wataykuspa. Antiochusqa atipan ñawpaq hinaspa qhipa maqanakuykunata, ichaqa mana chawpi kaqtaqa, maypichus uray llaqtapa reynin atipan.</w:t>
      </w:r>
    </w:p>
    <w:p>
      <w:pPr>
        <w:pStyle w:val="ArticleBody"/>
        <w:jc w:val="left"/>
      </w:pPr>
      <w:r>
        <w:rPr>
          <w:rFonts w:ascii="Times New Roman" w:hAnsi="Times New Roman" w:eastAsia="Times New Roman" w:cs="Times New Roman"/>
        </w:rPr>
        <w:t>Imaynan Raphia sut’in tinku muyu llaqtata niykuhin, chayhinallataq Ucraniapas. Iskay kaq wakmanta ruwasqa maqanakuyqa, ñawpaqta Raphia Maqanakuywan hunt’asqa kaspa, kunanqa Ucrania maqanakuywanmi hunt’akushan. Vladimir Putinqa uray suyuq qhapaqninmi, ñawpaq musuq pacha uray suyuq qhapaqnin Vladimir Leninmanta willakuy nisqapi miray qatiqnin. Putinqa achka kutita nirqan Rusiaq Ucraniaman kutichiyñinqa huk sasachakusqa rimanakuy patapi sayasqanta: Alemania hukllachasqa kaptin, NATO mana mast’aqta ñawpaq USSR suyuq allpankunaman yaykunanpaq. Putinqa imarayku chayta ruwan, chayqa Ptolemeoq 5–9 chaniykunapi kasqanwan, hinallataq Napoleonpa 1797 watapi kasqanwan rikch’akun. Kimsa uray qhapaqkunapas urqu suyuq qhapaqpa contranpi ruwasqankuta chaninchasqaku huk p’akisqa rimanakuyrayku.</w:t>
      </w:r>
    </w:p>
    <w:p>
      <w:pPr>
        <w:pStyle w:val="ArticleBody"/>
        <w:jc w:val="left"/>
      </w:pPr>
      <w:r>
        <w:rPr>
          <w:rFonts w:ascii="Times New Roman" w:hAnsi="Times New Roman" w:eastAsia="Times New Roman" w:cs="Times New Roman"/>
        </w:rPr>
        <w:t>Isaías 23 nisqaman hina, Tiro llaqta warmi qhelli, papal atiyninta rikuchispa, qanchis chunka watakuna qespisqa hina qonqasqa kanman huk reypa p’unchayninkuna hina—kay pacha kutimuy kutimuy rikuchisqa kasqanta, Bibliapa profecíanpi soqtaq ñiqin qhapaq suyu, Apocalipsis 13 nisqapi allpa uywa (Estados Unidos), kamachikusqan pacha kasqanta.</w:t>
      </w:r>
    </w:p>
    <w:p>
      <w:pPr>
        <w:pStyle w:val="ArticleScripture"/>
        <w:jc w:val="left"/>
      </w:pPr>
      <w:r>
        <w:rPr>
          <w:rFonts w:ascii="Times New Roman" w:hAnsi="Times New Roman" w:eastAsia="Times New Roman" w:cs="Times New Roman"/>
        </w:rPr>
        <w:t>Chay p’unchaypi pasasqa kachunmi: Tiro llaqtata qhispichisqa hina qunqakusqa kanqa qanchis chunka wata, huk reypa p’unchayninkunaman hina. Chay qanchis chunka watakuna tukukuptinmi, Tiro warmi waynaqkuna hina takinqa. Arpata hap’iy, llaqtata muyuriy, qan qunqakusqa pampachakuq warmi; misk’i takiyta ruray, achka takikunata takiy, yuyarisqa kananpaq. Chay qanchis chunka watakuna tukukuptinmi pasaq, Señorqa Tirota watukuyninqa, payqa kutimunqa chaninman, kay pachapa llapan qhapaq suyuqkunawanmi waqlliyta ruwanqa hallp’a patapi. Isaías 23:15–17.</w:t>
      </w:r>
    </w:p>
    <w:p>
      <w:pPr>
        <w:pStyle w:val="ArticleBody"/>
        <w:jc w:val="left"/>
      </w:pPr>
      <w:r>
        <w:rPr>
          <w:rFonts w:ascii="Times New Roman" w:hAnsi="Times New Roman" w:eastAsia="Times New Roman" w:cs="Times New Roman"/>
        </w:rPr>
        <w:t>Qanchis chunka watayuq simbóliku pacha 1798 watamanta domingo ley kama mast’arin, chaymi versículo 40 nisqapi rikuchisqa historiata. Qanchis chunka watakuna tukukuyninman, icha domingo ley qayllaykamuptinraqmi, qaran warmi yapamanta rikurimun. Chayraykum versículokunapi 10–15 nisqapi kimsa maqanakuykunapa awqanakuyqa papal atiyniyuqpa rantinpi ruwakun, payqa kay pachapi proféticamente qonqasqa kasqanrayku.</w:t>
      </w:r>
    </w:p>
    <w:p>
      <w:pPr>
        <w:pStyle w:val="ArticleBody"/>
        <w:jc w:val="left"/>
      </w:pPr>
      <w:r>
        <w:rPr>
          <w:rFonts w:ascii="Times New Roman" w:hAnsi="Times New Roman" w:eastAsia="Times New Roman" w:cs="Times New Roman"/>
        </w:rPr>
        <w:t>Ñawpaq chaymanta qhipa rantinrayku maqanakuykunapiqa, norte llaqtapa reynenqa sur llaqtapa reyñinmanta atipan. Chaupi kaq maqanakuypiqa, sur llaqtapa reyñinmi norte llaqtapa reyñinmanta atipan. Raphia Maqanakuyqa versículo 11 nisqapa ñawpaq historiapi hunt’asqan karqa, chay versículupas historiapi hunt’asqanwan kuskachasqa iskay testigokunata ruwan, chaykunaqa Roma papalpa kimsa wata kuskan profético p’unchayninkunamanta paralelopi kaq pasajekunawan huñunakuq kananpaq. Chayhinaqa, Daniel 11 ukhupi iskay Escritura pasajekuna, historiapi hunt’asqankunawan kuska, versículo 11-pa frontera allpapi maqanakuyninpa profético karakterísticankunata rikuchin; ñawpaqta Raphia Maqanakuypi hunt’asqa, hinaspataq kutin tukukuypa p’unchayninpi 1798 watapi.</w:t>
      </w:r>
    </w:p>
    <w:p>
      <w:pPr>
        <w:pStyle w:val="ArticleBody"/>
        <w:jc w:val="left"/>
      </w:pPr>
      <w:r>
        <w:rPr>
          <w:rFonts w:ascii="Times New Roman" w:hAnsi="Times New Roman" w:eastAsia="Times New Roman" w:cs="Times New Roman"/>
        </w:rPr>
        <w:t>Kay testigokunapaq sutinchaykunaqa sayachinmi Vladimir Putin kasqanta qhepa Vladimir hina, kunan pacha uray qhapaqpa. “Vladimir” sutitaqa achkallataqmi sut’inchanku “pacha kamachiq” nispa, ichaqa mir simiqa allintataqmi “ayllu masikuna” nin. Chayrayku, Vladimir ninmi “ayllu masikunapa kamachiq,” utaq “comunismopa kamachiq.” Putinqa reqsichinmi Ucraniapi ruwasqanmanta kaq chaskiynta, Alemania huñusqa kaymanta qhipaman acuerdopi rimarisqa lindero kunamanta aswan hawaman NATO haykuykusqanmantam paypa llakikuyninkuna p’akisqa kasqanman hina. Putinpa pusayninqa NATOpaq, hinallataq EUpaq contra sasachakuywanmi kasqa, imaynachus Zelenskyypaqwan Ucraniapaqwan contra kasqan hina. NATOpa, EUpa ima haykuykusqanku, allpaman chayaspa, mayqentaq Putin nirqan NATO mana kananpaq qhipachisqa kananpaq, chayqa tupachakunmi Ptolemyoq phiñasqawan, Seleucid qhapaq Egiptomanta ñusta warminta saqerparispa ñawpaq warminman kutirisqanpi. Chay p’akisqa tratadom qa qhawarichirqanmi 1797 watapi p’akisqa Tratado de Tolentino-man. Daniel 11 nisqapi, uray qhapaq hanaq qhapaqta atipaqtin, chaypiqa p’akisqa tratado kasqanmi.</w:t>
      </w:r>
    </w:p>
    <w:p>
      <w:pPr>
        <w:pStyle w:val="ArticleBody"/>
        <w:jc w:val="left"/>
      </w:pPr>
      <w:r>
        <w:rPr>
          <w:rFonts w:ascii="Times New Roman" w:hAnsi="Times New Roman" w:eastAsia="Times New Roman" w:cs="Times New Roman"/>
        </w:rPr>
        <w:t>Kay p’akisqa tratadomanta rimarin, Alemania hukllachasqa kaptin, Unión Europea mana munasqanmantam NATOpa mast’ariyninta suyasqan linderonkunamanta hawaman hark’ayta. Chay hina yuyaypiqa, Putin, uraymanta rey, hanaqmanta reypa contranpi maqanakuypi kashan, paypa rantin atiyninwan rikuchisqa. Imanallataq Iskay Kutin Mundial Maqanakuypi naziykuna Iglesia Católicaq rantin kasqankuman hina, Ukrainapa naziykunapas tukunku tawa chunka versículokunamanta chunka pichqa kama iskay kaq rantin maqanakuypa unanchanman. Kimsa mundu maqanakuykuna chaymanta kimsa rantin maqanakuykunapas—iskaynin siq’ikunapim, chawpi conflicto tiempopi naziykuna Iglesia Católicaq rantin rikuchiqnin kanku.</w:t>
      </w:r>
    </w:p>
    <w:p>
      <w:pPr>
        <w:pStyle w:val="ArticleBody"/>
        <w:jc w:val="left"/>
      </w:pPr>
      <w:r>
        <w:rPr>
          <w:rFonts w:ascii="Times New Roman" w:hAnsi="Times New Roman" w:eastAsia="Times New Roman" w:cs="Times New Roman"/>
        </w:rPr>
        <w:t>Kay kimsa ñawpaq pacha hunt’akuykuna proxy guerrakunap kinsa historiankupi, Antiochus Magnus sapa maqanakuypi kasharqa. Achka kuti rikuchisqa kashan imaynatas “Antiochus” sutipa etimologían, hinallataq norte rey hina Seleúcida qhapaq suyuwan tinkisqa simbolismon, Antiochusta anticristopa—Romaq papapa—simbolonman riqsichin. Ichaqa kinsa proxy guerrakunapa historiankupi, Tiro llaqtaq warmi q’añuqa qonqasqa saqesqa kashan, chayrayku “Antiochus” sutipi rikuchisqa “papa” simboloqa paypa proxy atiyninrayku sayan. Ñawpaq kaqpi hinallataq qhipa kaq maqanakuypi, Estados Unidosmi sut’inchasqa Romaq munasqanta ruwan. Versículo 11-pi, proxy atiyninqa Ucraniaq nazismonmi, ichaqa Zelenskyyta guerranpi sayachiqqa ñawpaqpas kunanpas Estados Unidospa buquskunanwan carreta-kunanwanmi karqa. Iskay kaq proxy guerrapa hawapi rikuriyninpiqa, Estados Unidos pakasqañam kashan, imaynachus papaqa Isaías 23-pa qanchis chunka watakunapi pakasqa kashan hinata. Estados Unidosqa chaylla historiapi pakasqa kashan maypichus animalpa llapa unanchankunata wiñachin, chayrayku proféticamente allinmi kan iskay kaq proxy guerra qallarisqanmanta pacha, Estados Unidosqa Ucraniapi nazismo proxy atiyninwan chinkachisqa rikurinanpaq, astawanpas pacha animalpa soldado atiyninwan qullqi atiyninwanmi Ucraniata paykuna tukukuyninkama sayachin.</w:t>
      </w:r>
    </w:p>
    <w:p>
      <w:pPr>
        <w:pStyle w:val="ArticleBody"/>
        <w:jc w:val="left"/>
      </w:pPr>
      <w:r>
        <w:rPr>
          <w:rFonts w:ascii="Times New Roman" w:hAnsi="Times New Roman" w:eastAsia="Times New Roman" w:cs="Times New Roman"/>
        </w:rPr>
        <w:t>Uray llaqtapa qhapaqninqa Babiloniaman rispa hanaq llaqtapa qhapaqninta prësu hap’irqan chaymanta, hinallataq General Berthier papata prësu hap’iptin, chiqanmi Vaticano ukhuman haykurqan; chayqa yuyachinmi Ucrania suyupi guerra tukukunanta Putinpa atipaywan, maypachachus Ucraniamanta ima hark’akuypas chinkachisqa kanqa chay p’unchaypi. Reino nisqa Ptolomeo hap’irqanqa Babilonia karqan, Napoleonpa hap’isqan reinotaq karqan espíritu nisqapi Babilonia. Chhaynaqa, Zelenskyypa reinonqa rikuchisqa kachkan chay runakunawan payta yanapakuqkunawan. Kunanqa Trumpqa orqo ukhu allpa animalpa carretankunata, caballopi puriq soldadokunata, buquekunataq qichusqanrayku, Ucraniapa yanapayninqa Unión Europea nishqa huñuyllañam, chayllataq Putinpa nisqankunata mana uyariyta munasqa, NATOpa yaykuyninrayku p’akisqa tratadomanta.</w:t>
      </w:r>
    </w:p>
    <w:p>
      <w:pPr>
        <w:pStyle w:val="ArticleBody"/>
        <w:jc w:val="left"/>
      </w:pPr>
      <w:r>
        <w:rPr>
          <w:rFonts w:ascii="Times New Roman" w:hAnsi="Times New Roman" w:eastAsia="Times New Roman" w:cs="Times New Roman"/>
        </w:rPr>
        <w:t>EU nisqapi eurocratakunata pushaq yuyay hamun Greenpeace kuyuy llaqtamanta. Chayrayku, Zelenskyy sutiyoq nin “q’umir”. Zelenskyyqa EU nisqapi maqanakuyta munaykunaq unanchasqa umanmi, paykunaqa pachamamapa qhawariynin sutiyoq pisi yuyayniyuq pacha llapaq kamachiywan pusasqa kashanku. Ucrania maqanakuy tukukuptin Putin raymikunqa mana Ucrania hawllachu atipayta, aswanpas tukuy EU hinallataq NATO-ta.</w:t>
      </w:r>
    </w:p>
    <w:p>
      <w:pPr>
        <w:pStyle w:val="ArticleBody"/>
        <w:jc w:val="left"/>
      </w:pPr>
      <w:r>
        <w:rPr>
          <w:rFonts w:ascii="Times New Roman" w:hAnsi="Times New Roman" w:eastAsia="Times New Roman" w:cs="Times New Roman"/>
        </w:rPr>
        <w:t>Chaymi kinsa proxy guerrakunaqa cheqaq kaypa siñalninta apanku. Ñawpaq kaqpas qhepa kaqpas proxy guerrapiqa uray llaqtapa reyqa atipasqa kachkan Apocalipsis chunka kimsayuqpi lamar qhapaq animalwan hallp’a qhapaq animalwan huñuy rikch’ayninwan. Qallariypiqa hanaq llaqtapa reypa atipayninqa hamurqan huk huñuy rikch’ayninmanta, chayqa karqan huk conservador, Vaticano I papa, mayqinchus catolicismopa Fatima pakasqa willakuyninkunapa yachay pacha ukhupi yuraq utaq allin papa nisqa. Kunan pacha papaqa, kayta qillqashaspaymi wañuypa patapi kachkan, huk Vaticano II, liberal papa, mayqinchus Fatima pakasqa willakuyninkunapa yachay pacha ukhupi yana utaq mana allin papa nisqa.</w:t>
      </w:r>
    </w:p>
    <w:p>
      <w:pPr>
        <w:pStyle w:val="ArticleBody"/>
        <w:jc w:val="left"/>
      </w:pPr>
      <w:r>
        <w:rPr>
          <w:rFonts w:ascii="Times New Roman" w:hAnsi="Times New Roman" w:eastAsia="Times New Roman" w:cs="Times New Roman"/>
        </w:rPr>
        <w:t>Chunka tawaq ñiqin rikuchin, “llaqtaykimanta suwa runakuna” paykuna hatunchakuspa urmaspanku, profecía historiaman yaykupkanku chaypacha, musquy sayachisqa kasqanta. Chunka kimsaqniyuqmanta chunka pichqayuqkama ñiqikunapa hunt’akuyninpi, wata 200 ñawpaq Kristomanta Panium Maqanakuypi, pagano Roma chay kikin maqanakuymanta rimanakunaman churakusqa. Kimsaq ñiqikunapi Panium Maqanakuyta rimarqanku, chunka tawaq ñiqiqa rikuchin Romaqwan musquy sayachisqa kasqanta.</w:t>
      </w:r>
    </w:p>
    <w:p>
      <w:pPr>
        <w:pStyle w:val="ArticleBody"/>
        <w:jc w:val="left"/>
      </w:pPr>
      <w:r>
        <w:rPr>
          <w:rFonts w:ascii="Times New Roman" w:hAnsi="Times New Roman" w:eastAsia="Times New Roman" w:cs="Times New Roman"/>
        </w:rPr>
        <w:t>Panium maqanakuypa historiapi, huk waqaychay yuyayniyuq, Vaticano I yuraq papa, Reaganpa pacha qallariq pusaq presidentekunamanta qhepa kaqwan hukllachasqa kanqa, chay qhepaqqa ñawpaqta huk waqaychay yuyayniyuq Vaticano I papawan rimanakuyta ruwasqaña karqan. Chayta ruwarqaku 1989 watapi ñawpaq URSS-ta urmachinankupaq, hinaspataq tukuyninpi chayllata ruwankuq chayllapuni reinoq qhepa kamachiqninta urmachinankupaq.</w:t>
      </w:r>
    </w:p>
    <w:p>
      <w:pPr>
        <w:pStyle w:val="ArticleBody"/>
        <w:jc w:val="left"/>
      </w:pPr>
      <w:r>
        <w:rPr>
          <w:rFonts w:ascii="Times New Roman" w:hAnsi="Times New Roman" w:eastAsia="Times New Roman" w:cs="Times New Roman"/>
        </w:rPr>
        <w:t>Reagan wataqakunapi, papa Juan Pablo IIwan Estados Unidoswan huñunakusqankuwan kuska, Juan Pablo IIqa creeqmi karqa payqa Fátima sutiyoq willakusqakunapi allin papa kasqanta. Chay yuyayman kallpachasqa, qallariqmi karqa kay pachapa tukuy hinantinpi puriyta, Fátimapa nisqan willakuykunapa hunt’asqan kasqanta pay yachasqanman hina mast’arinqapah. Chayta ruwaspanmi, payqa tukuy historiapi aswan achka puriq papa tukurqa, hinallataq tukuy pacha wiñaypah aswan reqsisqa papa, Apocalipsis chunka kimsayuq nisqanta hunt’aspa, maypachachus tukuy kay pacha uywakunata qhepataraq admiranka nisqanta. Papa Juan Pablo IIpa llapaqpaq rikuriyninqa sut’inchan conservador Vaticano I papata, paymi Estados Unidospa qhipa presidentenwan huñunakuyman yaykun.</w:t>
      </w:r>
    </w:p>
    <w:p>
      <w:pPr>
        <w:pStyle w:val="ArticleBody"/>
        <w:jc w:val="left"/>
      </w:pPr>
      <w:r>
        <w:rPr>
          <w:rFonts w:ascii="Times New Roman" w:hAnsi="Times New Roman" w:eastAsia="Times New Roman" w:cs="Times New Roman"/>
        </w:rPr>
        <w:t>Chaymi, Reagan contemporáneo papaq huk profético rasgonninqa kaymi: huk punto kan maypichus paypa público rikchaynin huk waymark hina señalasqa kachkan. Chay señalqa chunka tawa versículopi kachkan, maypichus “llaqtayki runakunamanta saqueadores visionta sayarichinqaku” nisqa. Papa Juan Pablo II hunt’an huk profético rasgota, kaytaqmi kan papa maymantachus llapa kay pachapi runakuna admiraciónwan qhawaqkanku; chaywanmi ñawpaqman rikuchin conservador tiempo del fin Vaticano I papata, paymi Trumpwan alianza ukhuman hamun. Chay pasaqtinmi visionqa sayarichisqa kan, hinallataq visionta sayarichiqqa papa kikinmi Paniumpa historiannimpiwan chay watapi, 200 a.C., churakusqan.</w:t>
      </w:r>
    </w:p>
    <w:p>
      <w:pPr>
        <w:pStyle w:val="ArticleBody"/>
        <w:jc w:val="left"/>
      </w:pPr>
      <w:r>
        <w:rPr>
          <w:rFonts w:ascii="Times New Roman" w:hAnsi="Times New Roman" w:eastAsia="Times New Roman" w:cs="Times New Roman"/>
        </w:rPr>
        <w:t>Pusaq presidentekunapa qallariyninmi qhawachin pusaq presidentekunapa tukukuyninta, chaymantataq chunka suqta versículopi domingo kamachiy manaraq chayamuchkaptin, qonqapusqa Tiro llaqtaq warmi qutikunmi historia kichasqaman, Reaganpa tupaqnin Donald Trumpwan hukllachaspa. Iskayninkutaq, Antiochuswan Macedoniamanta Felipepa huñunakuyninwan rikuchisqa hina, urmachinku uray suyuq qhipa mirayninta, wawa rey Ptolemywan rikuchisqata. Wawaqa Bibliapi profeciapi qhipa miraypaq unanchanmi, Ucrania maqanakuy qhipamantataq Putin yapamantanqa uray reykunapa historianta, paykunaqa soldadokuna atipayninkumanta hatarichisqa kaspa, iglesiawan estadopa ima sasachakuyninpi pantanku.</w:t>
      </w:r>
    </w:p>
    <w:p>
      <w:pPr>
        <w:pStyle w:val="ArticleBody"/>
        <w:jc w:val="left"/>
      </w:pPr>
      <w:r>
        <w:rPr>
          <w:rFonts w:ascii="Times New Roman" w:hAnsi="Times New Roman" w:eastAsia="Times New Roman" w:cs="Times New Roman"/>
        </w:rPr>
        <w:t>Chaynaqa, chunka kaq versículoqa, 1989 watata hinaspa ñawpaq proxy guerra-ta sut’ichaq, qallariyninmi, icha hebreo alfabetopa ñawpaq letranmi. Chunka hukniyuq kaq versículopi Raphia Maqanakuyqa, Ucrania guerrata sut’ichaq, hebreo alfabetopi chunka kimsa-niyuq kaq letranmi. Chunka kimsayuq yupayqa hatarikuypa unanchaqninmi, hinaspa Ucrania guerrapi proxy ejércitoqa nazikunami, kay pacha modernopi hatarikuypa aswan hatun unanchaqnin. Paniumqa hebreo alfabetopa qhipa letranmi, iskay chunka iskayniyuq letrakunamanta ruwasqa. Chayrayku, hebreo simi cheqaq kay, alfabetopa ñawpaq, chunka kimsa-niyuq, hinaspa iskay chunka iskayniyuq letrakunata huñuspa “cheqaq kay” nisqa hebreo simita rurachisqan, kay kimsa proxy guerrakunapa ruwananta cheqaq kay hina reqsichin. Hebreo alfabetopa iskay chunka iskayniyuq hinaspa qhipa letranqa divinidadwan runa kaywan huñusqasqa kaypa unanchaqninmi, hinaspa qaylla hamuq p’unchaykunapi Panium Maqanakuy hunt’akuyninqa Trumppa presidencianpi pasakun. Trumpqa iskay chunka iskayniyuq presidentenmi iskay mit’akunata serviq.</w:t>
      </w:r>
    </w:p>
    <w:p>
      <w:pPr>
        <w:pStyle w:val="ArticleBody"/>
        <w:jc w:val="left"/>
      </w:pPr>
      <w:r>
        <w:rPr>
          <w:rFonts w:ascii="Times New Roman" w:hAnsi="Times New Roman" w:eastAsia="Times New Roman" w:cs="Times New Roman"/>
        </w:rPr>
        <w:t>Paniumqa iskay kuti willakuyuqmi iskayniray huñunakuyta qhawachin; iskaynin rimaykunapipas chay huñunakuyqa iskay partikunapurapi huk kamachiq-hina patapi t’aqakuyta reqsichiq huñunakuytam sut’inchan. Felipewan Antiochuswan huñunakuyqa estratégiayuq karqan, inti lamar qhepa kaq chawpi kaq llaqtakunapi Ptolemaikukunapa Romakunapa atiyninta hark’anapaq. Ichaqa paykunapa yanapanakuyninqa manam Panium maqanakuyllapaqchu karqan; Antiochusqa kay campaña-ta sapallanmi apaykacharqan, mana Felipepa chiqap soldadokuna haykunakuywan. Felipepa ruwasqanqa aswan indirektom karqan: Grecia llaqtapi hinaspa Egeo lamarpi Roma hinaspa Ptolemaikukunapa yanapaqninkunata ch’ampachispa, Antiochus-man saqerqan Coele-Syria nisqapi sonqonchaykuspa qhawarinanpaq. Historiador-kuna llapankum reqsichinku Antiochusmi huñunakuypi aswan kallpayuq kasqanta, hinaspapas payllam chiqaqtapuni maqanakuyta maqanarqan. Paykunapa huñunakusqankuqa Alejandropa ñawpaq kaq qhapaq suyunwan tinkisqa aswan hatun suyumantam karqan. Chayrayku huñunakuyqa huk ñawpaq apuqta hinaspa huk aswan pisi kasuk subordinate-ta reqsichin, imaynachus Caesarea-Philippi sutipi rikuchisqa kasqan hina, chay sutim Paniumpaq karqan Cristo runakunapurapi purisqan p’unchawkunapi. Chayrayku Caesarea-Philippiqa Antiochuswan Felipewanmi tupachakun, imaraykuchus Césarmi huñunakuypi aswan atiyniyuq karqan, imaynachus César Augusto hinaspa tetrarca Herodes Felipewan unanchaqchasqa kasqan hina.</w:t>
      </w:r>
    </w:p>
    <w:p>
      <w:pPr>
        <w:pStyle w:val="ArticleBody"/>
        <w:jc w:val="left"/>
      </w:pPr>
      <w:r>
        <w:rPr>
          <w:rFonts w:ascii="Times New Roman" w:hAnsi="Times New Roman" w:eastAsia="Times New Roman" w:cs="Times New Roman"/>
        </w:rPr>
        <w:t>“Tetrarca” nisqaqa simin nin: tawa kaqninpi kamachiq. César llapa qhapaq suyuta kamachirqan, hinaspa Felipeqa huk territoriop tawa kaqninpi kamachirqan; chayrayku Felipepa unanchayninta churarin Panium hinaspa Caesarea-Philippi llaqtakunapa huñunakuykunapi huk subjetivo nisqa tinkuyninpi. Herodes Felipewanqa rikunchik iskay yawar miraykunapa unanchayninta; iskayninkuqa Dioswan p’akisqa pactopa tinkuyninpa unanchayninkunam. Hinallataq rikunchik Alejandropa qhapaq suyun tawa rakikaman rakisqa kasqanpa uyariyninkunata, icha tawa tetrarcakunaman. Felipe nin: kawallukunata munak.</w:t>
      </w:r>
    </w:p>
    <w:p>
      <w:pPr>
        <w:pStyle w:val="ArticleBody"/>
        <w:jc w:val="left"/>
      </w:pPr>
      <w:r>
        <w:rPr>
          <w:rFonts w:ascii="Times New Roman" w:hAnsi="Times New Roman" w:eastAsia="Times New Roman" w:cs="Times New Roman"/>
        </w:rPr>
        <w:t>Panium Maqanakuypi, Ukrania waqaychay tukukuyninpi hunt’akunanpaq, Antiochus Magnus, Estados Unidosqa Rusiata atinqa, hinaspataq huk aswan uchuy ruwaqwan, Felipewan rikch’achisqa, huñunakuyman yaykunqa. Chay aswan uchuy ruwaqqa chaypi kasqantaqmi, ichaqa maqanakuyllapipuniqa mana chiqanmantaqa. Maqanakuyqa USAwan Putinqa kanqa, sut’itaqmi rikukun huk religiónmanta ch’aqwaywan chiqanta tinkisqa kasqanta, Putinpa phiñakuyninwan hatunchakuyninwan rurasqa, imaynachus Raphia Maqanakuy qhipapi Ptolemy IV Philopatorwan rikuchisqa, hinallataq Judá llaqtapa rey Uzziahwan. Ptolemywan Uzziahwanqa uray suyu reykunakaraq karqanku, awqanakuypi atisqankurayku hatunchakusqa, chaymantaq munarqanku huk sagrado llamk’ayta jap’iyta, mayqintaq sacerdotekunallapaq hunt’akunan karqa. Uzziahqa chay esfuerzonrayku lepra onqoyta chaskirqan, Ptolemytaq phiñakuypi Alejandría llaqtapi 50,000 judíokunata wañuchirqan.</w:t>
      </w:r>
    </w:p>
    <w:p>
      <w:pPr>
        <w:pStyle w:val="ArticleBody"/>
        <w:jc w:val="left"/>
      </w:pPr>
      <w:r>
        <w:rPr>
          <w:rFonts w:ascii="Times New Roman" w:hAnsi="Times New Roman" w:eastAsia="Times New Roman" w:cs="Times New Roman"/>
        </w:rPr>
        <w:t>Chunka kimsakimsa chunka kimsañiyuq ch'iqmi rikuchin p'iqtukuq pacha qhepa miraypa awqanakuyninta kunan pacha ayllu kamachiqpa qhepa mirayninwan, ichaqa komunismowan, Vladimir Putinpa Rusiawan Estados Unidoswan. Trumpmi chay awqanakuypi atipan, ichaqa chayta ruwan huk yanapaqninwan qhapaq suyu tawa kaqninmanta, payqa manam cheqaqtapuni chay awqanakuypi kashanchu. Kunan pacha ruwaykunawan sut'inchasqa kasqan hina, chunka hukniyuq ch'iqmipa tukukuyninman qayllaykusqañam. Putinqa Ukraniata atipanqa, Raphiawan unanchasqa hina. Chaymantaqa pisi pisi chinkariyninta qallarinqa, Uzziahpa wañusqankama huk wasipi churakusqan hina, leprawanrayku. Raphiapi atipayninmanta qhipaman, 217 ñawpaq watapi Cristo manaraq paqarimuptin, Ptolemy IV Philopatorpa kamachiyninqa waklliyta qallarirqan millay kawsayrayku, qhapaq tukuyman qhawayrayku, hinaspa mana allin yuyayniyuq yachachiqkunapi atinakuyninrayku. Wañurqan 204 ñawpaq watapi Cristo manaraq paqarimuptin, ichapas kamachiq yanapaqninkuna Sosibiuswan Agathocleswan wañuchisqa utaq venenowan wañuchisqa, huk pakasqa rimanakuypi, llapa atiyninta waqaychanankupaq wayna churinta, Ptolemy Vta. Kay ch'ukuk tukuyninmi qawachin mana sayakuq kayta hinaspa pakasqa awqanakuyta Helenístico qhapaq kamachiqkunapa wasinkunapi kaqta, hinaspam huk hatun muyuriyta señalaykun Ptolemaico Egiptomanta urayman urmayninpi.</w:t>
      </w:r>
    </w:p>
    <w:p>
      <w:pPr>
        <w:pStyle w:val="ArticleBody"/>
        <w:jc w:val="left"/>
      </w:pPr>
      <w:r>
        <w:rPr>
          <w:rFonts w:ascii="Times New Roman" w:hAnsi="Times New Roman" w:eastAsia="Times New Roman" w:cs="Times New Roman"/>
        </w:rPr>
        <w:t>Urinchik reypasqa qhispichisqan huk ch’usaqmi, mayqenchus qhipa uraypa reyninpa, Alejandro wañusqan qhepanpi pacha llaqtakunata kamachiyta munaspa maqanakuykunapi chiqap kasqankunawan rikuchisqa karqa: “pachakutik.” Franciaqa urinchik uraypa reyninman tukupun Fransiya Pachakutik pacha tiempopi. Kunan pacha uraypa reynin, Rusiaqa, Rusiya Pachakutikpi paqarirqan. Fransiya Pachakutikman yaykuchisqa yachayhamut’aynin, Fransiya Pachakutikpa mana allin kamachiyuq ch’aqwayninmanta, Soviético pachakutikpa comunismon kama wiñaspa hunt’asqan hina, chayqa uraypa reyninpa huk ch’usaqninmi. Comunismoqa pachakutikkunawanmi kay pachapi mast’arikurqa.</w:t>
      </w:r>
    </w:p>
    <w:p>
      <w:pPr>
        <w:pStyle w:val="ArticleBody"/>
        <w:jc w:val="left"/>
      </w:pPr>
      <w:r>
        <w:rPr>
          <w:rFonts w:ascii="Times New Roman" w:hAnsi="Times New Roman" w:eastAsia="Times New Roman" w:cs="Times New Roman"/>
        </w:rPr>
        <w:t>Kunan pachaqkunaq kayninpi, CIA nisqa, mana kamachiyuq llank’aq kurumankunata (Non-Governmental Agencies) llamk’achispa, pacha tukuy suyukunata urmachiyta rurashqanmi; hinaspa paykuna kutin-kutin llamk’achisqanku sapa hukmanta-sapa hukman ruranapaq kamachiyqa “color revolutions” nisqam. Urin llaqtapaq reyqa dragónpa atiyninmi, hinaspataq globalistakunaqa dragónpa atiyninllataqmi; CIA-pa “color revolutions” nisqankunaqa dragónpa atiyninpa señalkunanmi. Franciaq willakuynin, espíritu ukhupi urin llaqtapaq rey hina kasqan, sapallan rikch’aynin yuq historiata hap’in, chaymantaqa chay sapa profecía siq’ipa tukukuyninta señalaspa.</w:t>
      </w:r>
    </w:p>
    <w:p>
      <w:pPr>
        <w:pStyle w:val="ArticleBody"/>
        <w:jc w:val="left"/>
      </w:pPr>
      <w:r>
        <w:rPr>
          <w:rFonts w:ascii="Times New Roman" w:hAnsi="Times New Roman" w:eastAsia="Times New Roman" w:cs="Times New Roman"/>
        </w:rPr>
        <w:t>Chay tukukuqa Napoleónwanmi rikuchisqa kachkan. Revolución Francesaqa Francia llaqtapa qhawayninpa qallariyninta señalan, uray suyuq reyin hina; Napoleónñataq tukukuyninta señalan. Historiador-kunaqa huk nisqa atipanakuyta reqsichinku, chaymi Napoleonpa Waterloonman chayananpaq pusarqa; chayhinapin ñawpaq espiritukama uray suyuq reypa tukukuynin progresivota reqsichinku, mana Babiloniawan Belshazarwan hina huk tuta ukhullapi hap’isqa kasqankuta. Kunan pacha uray suyuq reypa ñawpaq Vladimirnin, Vladimir Lenin, iskay wata hinallataqmi wañurqa, achka derrame cerebral nisqa unquykunamanta. Wakinkunaqa yuyanku José Stalin payta veneno-wan wañuchisqanta, imaynan wakinkuna yuyanku Ptolomeo IV-ta consejeronkuna veneno-wan wañuchisqankuta hina. Kunan pacha uray suyuq reypa tukukuyninqa, Unión Soviéticawan rikuchisqa kasqan hina, huk revoluciónwanmi hunt’asqa karqa.</w:t>
      </w:r>
    </w:p>
    <w:p>
      <w:pPr>
        <w:pStyle w:val="ArticleBody"/>
        <w:jc w:val="left"/>
      </w:pPr>
      <w:r>
        <w:rPr>
          <w:rFonts w:ascii="Times New Roman" w:hAnsi="Times New Roman" w:eastAsia="Times New Roman" w:cs="Times New Roman"/>
        </w:rPr>
        <w:t>Moscú llaqtapi protesta, URSS nisqapa chinkariyninman yanapaq karqan, agosto 1991 Golpe nisqapi (19–21 agosto 1991) llaqta runakuna hatun llapaq hark’ay tinkuy karqan. Kay ruwayqa, White House nisqapa amachakuyninpi, Boris Yeltsinpa pusakuyninwan kuska chawpipi sayasqa, soviético sinchi kanan munasqakunata chiqapta urmachirqan, régimen nisqapa pisi kallpachasqa kasqanta rikuchirqan, hinallataq URSS nisqapa urmariyninta utqhayachirqan. Ñawpaq protestakuna Moscú llaqtapi (kayhina, 1987–1990) hinallataq Baltic Way (1989) kallpachayta huñuchirqanku chaypas, agosto 1991 protestakunaqa Moscú llaqtapi chaymi ancha allinta tukuyman churana kutichiy karqan, chaymanta Soviet Union nisqa 1991 watapa tukuyninkama llakikuywan chinkarqan. Rusia nisqapa qallariynin, surpa reynin hina, revolución nisqawan qallarin, revolución nisqawanmi tukukunpas. URSS nisqapa tukukuyninqa reino nisqapa sapa kuti pisi-pisi rakikuy karqan, imaynan Ptolemy, Uzziah, Napoleon, chaymanta Vladimir Leninpas karqan. Putínpa tukukuyninqa pisi-pisi urmaymi, ukrayna guerra tukukuqtin pacha qallarisqa. Paypa tukukuyninqa Panium Maqanakuypi apamun, chaypi USA reino nisqapa kamachiyta hap’iqtin, yanapayninta huk yanapaqmasimanta chaskispa, chay yanapaqmasiqa chiqaqtaqa mana chay maqanakuypi kaspachu.</w:t>
      </w:r>
    </w:p>
    <w:p>
      <w:pPr>
        <w:pStyle w:val="ArticleBody"/>
        <w:jc w:val="left"/>
      </w:pPr>
      <w:r>
        <w:rPr>
          <w:rFonts w:ascii="Times New Roman" w:hAnsi="Times New Roman" w:eastAsia="Times New Roman" w:cs="Times New Roman"/>
        </w:rPr>
        <w:t>Qatiq qelqaypi kay sutilakunata qatiqllam hinaspa qipa qelqaypi.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Iskay Yupa៎</dc:title>
  <dc:subject>Rey Uraymantaqpa Hatariyninpas Urmayninpas</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