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Yupay Isqon</w:t>
      </w:r>
    </w:p>
    <w:p>
      <w:pPr>
        <w:pStyle w:val="ArticleSubtitle"/>
        <w:jc w:val="left"/>
      </w:pPr>
      <w:r>
        <w:rPr>
          <w:rFonts w:ascii="Arial" w:hAnsi="Arial" w:eastAsia="Arial" w:cs="Arial"/>
        </w:rPr>
        <w:t>Tawa Churiyoq Rikuqimina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Uray llaqtap reyñinqa phiñakuymanta kuyurinqa, hinaspan lloqsispa paywan maqanakunqa, chay uray llaqtap reyñinwan; payqa hatun achka runakunata huñunqa; ichaqa chay achka runakunaqa makinman qonqa. Hinaspan chay achka runakunata apaqtin, sonqonqa hatunchasqa kanqa; achka chunka waranqa runakunatan urmachinqa; ichaqa mana chaywan kallpanchasqachu kanqa. Daniel 11:11, 12.</w:t>
      </w:r>
    </w:p>
    <w:p>
      <w:pPr>
        <w:pStyle w:val="ArticleBody"/>
        <w:jc w:val="left"/>
      </w:pPr>
      <w:r>
        <w:rPr>
          <w:rFonts w:ascii="Times New Roman" w:hAnsi="Times New Roman" w:eastAsia="Times New Roman" w:cs="Times New Roman"/>
        </w:rPr>
        <w:t>Chunkaq versículokunaqa Putinpa atipayninta Ucraniapa hawanpi hinaspa Unión Europea-pa hawanpi, chaymanta Putinpaq qhipa sasachakuyninkunata hinaspa urmayninta Ucraniamanta guerrapi atipakusqan qhipaman, imayna Ptolomeo qawachisqa kashan Raphia llaqtapi atipakusqanpi 217 a.C. watapi, hinaspa versículo docepi tukukuyninpi, reqsichin. Kay versículokunapi temaqa uraypa reyninpa hatariyninwan urmayninwanmi.</w:t>
      </w:r>
    </w:p>
    <w:p>
      <w:pPr>
        <w:pStyle w:val="ArticleBody"/>
        <w:jc w:val="left"/>
      </w:pPr>
      <w:r>
        <w:rPr>
          <w:rFonts w:ascii="Times New Roman" w:hAnsi="Times New Roman" w:eastAsia="Times New Roman" w:cs="Times New Roman"/>
        </w:rPr>
        <w:t>Kunan kama qillqakunaqa chunka hukniyuq qhapaq qillqapa willakuyninpi profecía siq’ikunaq aswan hatun yuyaykunata reqsichisharqan. Chunka hukniyuq versículotaqa aswan pisilla p’unchawta munanraq manaraq qatiqnin qhapaq qillqaman ñawpaqman riyashaspachu. Daniel chunka hukniyuq, versículo chunka hukniyuq, Apocalipsis chunka hukniyuq, versículo chunka hukniyuqwan tupachkan.</w:t>
      </w:r>
    </w:p>
    <w:p>
      <w:pPr>
        <w:pStyle w:val="ArticleScripture"/>
        <w:jc w:val="left"/>
      </w:pPr>
      <w:r>
        <w:rPr>
          <w:rFonts w:ascii="Times New Roman" w:hAnsi="Times New Roman" w:eastAsia="Times New Roman" w:cs="Times New Roman"/>
        </w:rPr>
        <w:t>Kimsa p’unchayta huk kuska p’unchaytawan qhipamanqa, Diosmanta kawsaypa Espíritu paykunaman haykurqan, hinaspan chakinkupi sayarirqanku; hinaspa paykunata qhawariqkunamanqa hatun manchakuy urmaykurqan. Apocalipsis 11:11.</w:t>
      </w:r>
    </w:p>
    <w:p>
      <w:pPr>
        <w:pStyle w:val="ArticleBody"/>
        <w:jc w:val="left"/>
      </w:pPr>
      <w:r>
        <w:rPr>
          <w:rFonts w:ascii="Times New Roman" w:hAnsi="Times New Roman" w:eastAsia="Times New Roman" w:cs="Times New Roman"/>
        </w:rPr>
        <w:t>2023 watapi, ukha uywa manaña t’ukhu p’itumanmanta animalwan wañuchisqa iskay testigokuna chakinkupim sayarirqanku. Republicano wakrampa testigun kay qallariyqa 2015 watapim qallarin Donald Trump llank’ananpaq presidente kayman willakusqanwan; hinaspataq 2020 watapi dragón, kay pachapi globalistakunawan rikuchisqa, hinaspa Partido Demócrata nisqapi globalistakuna, Republicano partidopi globalistakunawan (RINOkuna) kuskachasqa, akllayta suwarqanku hinaspa Joe Biden-ta churaykurqanku; chayhinaqa Donald Trump-ta ñanpi wañuchirqanku. Protestante wakra, ministerio Future for America nisqawan rikuchisqa, wañuchisqa karqa mana allin willakuyta mast’arisqanrayku, Islam llaqtamanta huk maqanakuy Nashville contra kananmanta nisqa p’antaq willakuyta. 2023 watapi, Republicano hinaspa Protestante wakrakuna iskayninku kawsarimuspam hatarirqanku. Chunka hukniyuq versículopi reqsichin 2014 watamanta qallarisqa Ucrania Maqanakuyta, Putin hinaspa Rusiaq tukuy tukukuq atipayninkama.</w:t>
      </w:r>
    </w:p>
    <w:p>
      <w:pPr>
        <w:pStyle w:val="ArticleBody"/>
        <w:jc w:val="left"/>
      </w:pPr>
      <w:r>
        <w:rPr>
          <w:rFonts w:ascii="Times New Roman" w:hAnsi="Times New Roman" w:eastAsia="Times New Roman" w:cs="Times New Roman"/>
        </w:rPr>
        <w:t>Chunka iskay chunka hukniyuq versículoqa rikch’akuq pruebam, mayqenqa taripunapi tukuyninman chayan Adventismo llapampaq; ichaqa hinallataq 9/11 paq k’anchayninta chaskiqkunapaq, hinaspa kimsa kaq ay pa chayamunta yachasqankunapaqpas; astawanqa kayqa kachkan chaykunapaqmi, pichqankumanta mañakusqa kanqa profecíaq k’anchayninman hina, mayqencha 2023 watapa julio killamanta pacha aswan-aswan kicharisqa karqa.</w:t>
      </w:r>
    </w:p>
    <w:p>
      <w:pPr>
        <w:pStyle w:val="ArticleBody"/>
        <w:jc w:val="left"/>
      </w:pPr>
      <w:r>
        <w:rPr>
          <w:rFonts w:ascii="Times New Roman" w:hAnsi="Times New Roman" w:eastAsia="Times New Roman" w:cs="Times New Roman"/>
        </w:rPr>
        <w:t>Adventismoq kamachikuyninqa 1989 watapi qhipaman churakusqa karqa, imaynachus Cristo paqarisqan chay profético pacha ukupi rikuchisqan hina. Cristo bautizakusqanpi qallarirqan discipulokunata waqyaspa, paykunaqa cristiano Iglesiapa “cimientosnin” karqaku; chaywanmi 9/11-ta rikuchirqan, maypichus Islam, kinsa kaq ay payakuywan hamuspa, Señorqa llaqtanta Jeremíaspa ñawpaq ñankunaman kutichirqan, chaykunataq Adventismopa cimientosninkunata rikuchin. 9/11 p’unchaypi kawsaqkunapa juicioqa Diospa wasinmanta qallarirqan, hinallataq Adventismoqa Apocalipsis chunka pusaqniyuq angelpa k’anchayninta qhispichirqan, imaynachus judíokuna Jesus-ta Mesías hina qhispichirqaku chay hinata. Apocalipsis chunka pusaqniyuq angelpa k’anchayninta chaskiqkunaqa chaymanta qhipaman 18 de julio de 2020 p’unchaypa llakikuywan pruebaykusqa karqaku.</w:t>
      </w:r>
    </w:p>
    <w:p>
      <w:pPr>
        <w:pStyle w:val="ArticleBody"/>
        <w:jc w:val="left"/>
      </w:pPr>
      <w:r>
        <w:rPr>
          <w:rFonts w:ascii="Times New Roman" w:hAnsi="Times New Roman" w:eastAsia="Times New Roman" w:cs="Times New Roman"/>
        </w:rPr>
        <w:t>2023 watapi qillapi, Daniel qillqapi chunka hukniyuq t’aqapi chunka hukniyuq ch’iqninqa kunan pacha chiqap yachachiyqaq hawapi siq’ita reqsichin. Chay hawapi profetap hunt’akuyninpa k’anchaynin, Daniel qillqapi chunka hukniyuq t’aqapi chunka hukniyuq ch’iqnipi tarikukuq, Apocalipsis qillqapi chunka hukniyuq t’aqapi chunka hukniyuq ch’iqnipi kawsarimusqa sipaskunaman kicharisqa karqan. Apocalipsis qillqasqa Danielpa hawapi historiata kicharisqanta ukhu historiata reqsichin.</w:t>
      </w:r>
    </w:p>
    <w:p>
      <w:pPr>
        <w:pStyle w:val="ArticleBody"/>
        <w:jc w:val="left"/>
      </w:pPr>
      <w:r>
        <w:rPr>
          <w:rFonts w:ascii="Times New Roman" w:hAnsi="Times New Roman" w:eastAsia="Times New Roman" w:cs="Times New Roman"/>
        </w:rPr>
        <w:t>Paykunaqa qhawarispa hamuq k’anchayta, 2023 watapa julio killamanta qallarispa kicharisqa karqan chayta, iskay sut’inchasqa clasekunata rikuchinku; ñamñam karqanmi wakinkunaqa, 2023 watapa julio qhepaman hukllawas puriqkuna kaspaña, manaña hukllawanchu purinku. Juicioqa progresivon, hinaspa 9/11-manta qallarispa, Séptimo Día Adventista iglesiaman qosqa karqan “tiempo para arrepentirse” nisqa, paypa chaskisqan mana munasqanrayku “reglas de interpretación profética adoptadas por Miller y his associates,” nisqakunata, chaykunataqa progresivamente rejetesqanku 1863 watamanta qallarispa. 9/11-manta qallarispa 18 de julio de 2020 kama, Séptimo Día Adventista iglesiaqa qhepakaq tukuy oportunidadninta qosqa karqan arrepentikunanpaq, hinaspa chay pachapiqa, 2020 watapi Nashville llaqta proclamaciónpi ruwasqankuta rurasqankumanta partisipaqkunaqa pruebaykusqa karqanku. Julio killapi, pichaypa qhepa fase-ninqa representasqa kashan versículo once nisqawan, capítulo once nisqakunapi, Danielpa librunpi hinallataq Apocalipsispa librunpipas.</w:t>
      </w:r>
    </w:p>
    <w:p>
      <w:pPr>
        <w:pStyle w:val="ArticleBody"/>
        <w:jc w:val="left"/>
      </w:pPr>
      <w:r>
        <w:rPr>
          <w:rFonts w:ascii="Times New Roman" w:hAnsi="Times New Roman" w:eastAsia="Times New Roman" w:cs="Times New Roman"/>
        </w:rPr>
        <w:t>Kay suyaychasqa proceso ukhupin kimsa pruebakunamanta iskayñiqin prueba hunt’akun. Iskayñiqin prueban rikuy prueba, mikhuypaq munaq kay prueba ñawpaqchasqaña; chaymantataq kimsañiqin prueba tukuchin, mayqinchus ñawpaq iskay prueba hinachu mana kaspa, huk litmus prueba kachkan. Chawpi tutapi sipaskuna rijcharimuspanku qayakuyta uyarinku: “Qhawariy, Qosachakuq hamushan”, huk klasem munasqa aceiteyuq kachkan, hukñataq chinkasqa kachkan. Milleritakuna kay kikillan experienciata hunt’achirqanku, chayta ruwaspataq hawaman lloqsisqa hinaspa ukhupi kaq profecía lineakunapa entendiyninta rikuchirqanku.</w:t>
      </w:r>
    </w:p>
    <w:p>
      <w:pPr>
        <w:pStyle w:val="ArticleBody"/>
        <w:jc w:val="left"/>
      </w:pPr>
      <w:r>
        <w:rPr>
          <w:rFonts w:ascii="Times New Roman" w:hAnsi="Times New Roman" w:eastAsia="Times New Roman" w:cs="Times New Roman"/>
        </w:rPr>
        <w:t>Paykuna iskay kaq angelpa willakuyninta willakurqanku Babilonpa ususinkuna hina urmaq protestante iglesiakunata reqsispa, huk willakuynintam willakurqanku paykunapa kawsayninkumanta hawapi kaqta. Chisi Qapariypa willakuyninta willakunankupaqqa ñawpaqta paykuna kikinkutam qhawarinqaku karqanku suyakuypi kasqa sipaskuna hina. Chunka hukniyuq versiculopi, Danielpiwan Apocalipsis chunka hukniyuq capítulo-piwan, ukhupi kaqwan hawapi kaq willakuykuna kicharisqa karqanku kunan pacha cheqqa chiqaq nisqa hinam julio killamanta 2023 watapi.</w:t>
      </w:r>
    </w:p>
    <w:p>
      <w:pPr>
        <w:pStyle w:val="ArticleBody"/>
        <w:jc w:val="left"/>
      </w:pPr>
      <w:r>
        <w:rPr>
          <w:rFonts w:ascii="Times New Roman" w:hAnsi="Times New Roman" w:eastAsia="Times New Roman" w:cs="Times New Roman"/>
        </w:rPr>
        <w:t>Danielpa ñawpaq kaq kapítulonpi, iskay kaq hinaspa rikuywan reqsinapaq pruebata ruwarqanku, chaypi Danielta hinaspa kimsa allin runakunapa uyankuna “rikchayninpi” aswan sumaq hinaspa aswan wirayuq kasqanta tarirqanku, Babiloniapa mikhunanmanta mikhukkunamanta nisqaqa. Iskay kaq kapítulonpi, chay rikuywan reqsinapaq pruebaqa willakuy qespichiqpaq prueba hina rikuchisqa kachkan, pakasqa willakuyta allinta hamut’anapaq mañakuspa; chay willakuyqa tukukuyninpi Bibliapa profecíankunapi kamachiq suyukunapa imagennin kasqanta qhawachin. Danielpa ñawpaq, iskay kaq hinaspa kimsa kaq kapítulonkunaqa Apocalipsis chunka tawañiyuqpi ñawpaq, iskay kaq hinaspa kimsa kaq angelkunata reqsichinku.</w:t>
      </w:r>
    </w:p>
    <w:p>
      <w:pPr>
        <w:pStyle w:val="ArticleBody"/>
        <w:jc w:val="left"/>
      </w:pPr>
      <w:r>
        <w:rPr>
          <w:rFonts w:ascii="Times New Roman" w:hAnsi="Times New Roman" w:eastAsia="Times New Roman" w:cs="Times New Roman"/>
        </w:rPr>
        <w:t>Apocalipsis chunka tawañiyoq capítuloq iskay kaq angelmi Milleritakunapa historiankupi hawa mensajeta rimapayakun, hinaspataq Danielpa iskay kaq capítuloñataq hawa siq’ita rimapayakun profético historiapa uywakunapa rikch’ayninwan. Ñawpaq capítulope rikuy pruebaqa Danielwan kinsantin allin runakunawanmi sayarqan, chayraykutaq uku siq’i kan. Hawa hinaspa uku profecíapa siq’ikuna, Danielpa hukmanta kinsa capítulo kama kinsantin paralelo nisqawan, Apocalipsis chunka tawañiyoqpi kinsa angelkunawan kuska rikuchisqa, huk testigotaraqmi paqarichin iskay kaq angelpa mensajenqa Milleritakunapi hunt’asqa kasqanta.</w:t>
      </w:r>
    </w:p>
    <w:p>
      <w:pPr>
        <w:pStyle w:val="ArticleBody"/>
        <w:jc w:val="left"/>
      </w:pPr>
      <w:r>
        <w:rPr>
          <w:rFonts w:ascii="Times New Roman" w:hAnsi="Times New Roman" w:eastAsia="Times New Roman" w:cs="Times New Roman"/>
        </w:rPr>
        <w:t>Miller runakuna Chawpi Tuta Qapariyta willakuyninta hunt’aspa, huk hawa willakuytawan huk uku willakuytawan willakurqanku. Paykunapa hawa willakuyninqa Apocalipsis chunka tawayuqpi iskay kaq angelpa willakuynin karqan; chayhinaqa, Miller runakunapa willakuyninta chiqapmanta tinkuchin iskay kaq angelwan chaymanta Daniel iskaypi rikch’achisqa estatuawan. Chay estatuaqa Bibliapi profecíakunapa hawa qhapaq suyukunata rikuchin, cheqaq Babiloniamanta kunan pacha Babiloniakama, runakunapa probationnin tukukuynin tukukuyninpi tukukapunan kama. Miller runakuna yapamanta tinkunku Babiloniapa hawa willakuyninwan. Danielpa rikuywan suyasqa pruebanqa pay mikhunanpaq akllasqan mikhunapi sayarqan, hinaspataq Apocalipsis chunkapi uraqamuspa huk chakin allpapi huktaq lamar qochapi churaykuq ñawpaq kaq angelqa kichasqa uchuy libroyuq karqan, chayta mikhunanta Juanman kamachisqa karqan. Ñawpaq kaq angelqa mikhuy munaywan rikch’achisqa kashan, chaymanta qhipaman huk rikuywan suyasqa prueba hamun. Chay rikuywan suyasqa pruebanqa huk uku cheqaq yachachiy ñantawan huk hawa cheqaq yachachiy ñantawan hap’in.</w:t>
      </w:r>
    </w:p>
    <w:p>
      <w:pPr>
        <w:pStyle w:val="ArticleBody"/>
        <w:jc w:val="left"/>
      </w:pPr>
      <w:r>
        <w:rPr>
          <w:rFonts w:ascii="Times New Roman" w:hAnsi="Times New Roman" w:eastAsia="Times New Roman" w:cs="Times New Roman"/>
        </w:rPr>
        <w:t>Danielpa chunka hukniyuq kapitulonpa chunka hukniyuq versiculon, Apocalipsispa chunka hukniyuq kapitulonpa chunka hukniyuq versiculonwan kuskachasqa, iskay-hina rikuy prueba-ta qhawachin. Chay pruebaqa litmus prueba-pi tukukun, maypichus vírgeneskuna qawachinku aceiteyuq kasqankuta utaq mana aceiteyuq kasqankuta. Chay rikuchikuyqa suceden Estados Unidos nacionpi domingo ley kaqpi gracia tiempopa wisq’akusqanman ñawpaqllata. Domingo ley kaqpi gracia tiempopa wisq’akusqanqa octubre 22, 1844 p’unchawwan unanchasqa karqa. Octubre 22, 1844 p’unchawmanta ñawpaqllata, agosto 17, 1844 p’unchawpi, Milleritekunaqa mensajeta apaqku lamar qochapa hatun oqew hina Estados Unidospa inti lluqsiy ladon costakuna patapi.</w:t>
      </w:r>
    </w:p>
    <w:p>
      <w:pPr>
        <w:pStyle w:val="ArticleBody"/>
        <w:jc w:val="left"/>
      </w:pPr>
      <w:r>
        <w:rPr>
          <w:rFonts w:ascii="Times New Roman" w:hAnsi="Times New Roman" w:eastAsia="Times New Roman" w:cs="Times New Roman"/>
        </w:rPr>
        <w:t>1989 wata tukukuy pacha kashaqtinmi Danielpa libron kichasqa karqa, hinaspa Danielpa libro kichasqa kaptinqa yachayqa sapa kuti yapakunmi, chaymi iskay laya yupaychaqkunata ruran. 1989 wataqa chay kinsa prueba waymarkakunamanta ñawpaqninmi, 1798 watapi ñawpaq angel chayamusqanwan rikch’achisqa hina. Ñawpaq angel 1840 watapi agosto 11 punchaw uraykamusqanpiqa, 9/11 punchawpi Apocalipsis chunka pusaqniyoqpa angel uraykamusqanta rikch’achirqan. Millerita historiapi ñawpaq llakikuy pantasqa suyasqanqa iskay ñiqin angelpa chayamusqanta señalasqa, hinaspa 2020 watapi julio 18 punchawta rikch’achirqan, taripay tiempo qallariytawan kuska. Milleritakunaqa iskay ñiqin angelpa willakuyninman, hinaspa paykuna chunka sipaskunamanta parlakuypi sipaskuna kasqankuman, sapa kuti aswan rikch’arispa hatarirqaku. Paykunaqa 1844 watapi agosto killapi Exeter camp meetingpi hunt’asqa rikch’arirqaku. Pachak tawa chunka tawa waranqakunaqa 2023 watapi julio killapi rikch’arichisqa karqaku, Chawpi Tuta Qapariypa willakuynin sapa kuti kichakuyta qallarisqanrayku.</w:t>
      </w:r>
    </w:p>
    <w:p>
      <w:pPr>
        <w:pStyle w:val="ArticleBody"/>
        <w:jc w:val="left"/>
      </w:pPr>
      <w:r>
        <w:rPr>
          <w:rFonts w:ascii="Times New Roman" w:hAnsi="Times New Roman" w:eastAsia="Times New Roman" w:cs="Times New Roman"/>
        </w:rPr>
        <w:t>Exeterpi Miller runakunaq suyanakuy pacha tukurqan, imaynatachus Lazaropa ayllunpaq tukurqan Jesús Lazarota kawsarichispa, Cristoq ministerionninpa uma patapi ruraynin kananpaq, Lazarusqa paypa ministerionninpa “sello” kananpaq. Lazaropa kawsarimusqanmi suyanakuy pachaq tukukuyninta, hinallataq Diospa llaqtanpa sellakusqanta reqsichin. Chay qhepantataq Triunfal Yaykuyqa, Miller runakunaq historiamninpi Chisi Chawpi Qapariy willakuypa willakuyta rikch’achirqan. Daniel qhelqapa chunka hukniyuq kapitulu chunka hukniyuq versiculonpa hatun yuyayninqa uray llaqtapa rey ninapa sayariyninwan urmayninwanmi, chaymi chunka kimsaqniyuqmanta chunka pichqayoq versiculokunapi Panium maqanakuyman pusari. Chay versiculokunaqa prueba definitiva hinam, maypichus qharikunaq warmikunaq urkunpi sello churakuy, chunka soqta niyuq versiculopi unancha hina hoqarisqa kananpaq.</w:t>
      </w:r>
    </w:p>
    <w:p>
      <w:pPr>
        <w:pStyle w:val="ArticleBody"/>
        <w:jc w:val="left"/>
      </w:pPr>
      <w:r>
        <w:rPr>
          <w:rFonts w:ascii="Times New Roman" w:hAnsi="Times New Roman" w:eastAsia="Times New Roman" w:cs="Times New Roman"/>
        </w:rPr>
        <w:t>Chunka phisqa chunka pichqayuq versículopi nisqaqqa Panium Maqanakuypi hunt’asqa karqan, chaymi Cristoqa Cesarea Filipipi watukusqanwan tupachkan. Chaypi, Cesarea Filipipi, Cristoqa Simon Barjonah sutinta Pedroman tikrarqan, chaywanmi pachak tawa chunka tawa waranqa sellasqa kayta señalarqan. Chaymanta pacha, utqaylla hamuq cruzpa k’anchayninqa discipulokunaman kicharisqa karqan. Cristoqa Simonpa sutinta Pedroman tikraspa, cruz manaraq chayamuptin, Exeterpa litmus pruebanwan hinallataq Lazaruswan tupachkarqan, chaymi Jerusalén llaqtaman yaykuy atipanakuyta pusarqan. Exeter camp meeting, agosto killapa chunka iskayniyuqmanta chunka qanchisniyuqkama, chiqap yachayman qhipa allin sayayta rikch’achin, chay qatatay manaraq chayamuchkaptin; chay qatatayqa domingo kamachiypa allpachakuyninmi, Danielpa hinaspa Apocalipsispa chunka hukniyuq capitulokunapi nisqa hinata.</w:t>
      </w:r>
    </w:p>
    <w:p>
      <w:pPr>
        <w:pStyle w:val="ArticleScripture"/>
        <w:jc w:val="left"/>
      </w:pPr>
      <w:r>
        <w:rPr>
          <w:rFonts w:ascii="Times New Roman" w:hAnsi="Times New Roman" w:eastAsia="Times New Roman" w:cs="Times New Roman"/>
        </w:rPr>
        <w:t>“Battle Creekpi llamk’ayqa chay kikillan nisqa ordenman hina kasqa. Sanitariopi umalliqkunaqa mana iñiq runakunawanmi chaqruykusqaku, astawanpis ichaqa aswanpis pisi-mast’arisqa hinalla consejokunaman yaykuchispa; ichaqa chayqa ñawinkuta wichq’asqa hina llamk’ayman riyllam kasqa. Paykunaqa mana kanku allinta reqsiy atiq, imataq mayqen p’unchayllapipas ñoqanchikman urmaykamuqta rikunankupaq. Kachkanmi huk espíritu desesperaciónpa, guerrapa, yawar unu wañuchikuypa; chay espírituqataq wiñanqa pacha tukukuqkama. Diospa llaqtanpa runakuna urkunkupi sellasqa kasqankuman chaylla—mana rikuy atisqa ima sello nitaq marka chu, aswanpas cheqaq kaqpi takyasqa kaymi, yuyaywanpas espirituwanpas, chayrayku mana kuyuchisqa kanankupaq—Diospa runakuna sellasqa, ch’ampiykuypaq wakichisqaña kasqankuman chaylla, chayqa hamunqa. Cheqaqtapunin qallarisqaña. Kunanqa Diospa taripayninkunaqa kay hallp’apim kachkan, ñoqanchikta willanankupaq, hamuq imakuna kasqanta yachananchikpaq.” Manuscript Releases, volumen 10, 252.</w:t>
      </w:r>
    </w:p>
    <w:p>
      <w:pPr>
        <w:pStyle w:val="ArticleBody"/>
        <w:jc w:val="left"/>
      </w:pPr>
      <w:r>
        <w:rPr>
          <w:rFonts w:ascii="Times New Roman" w:hAnsi="Times New Roman" w:eastAsia="Times New Roman" w:cs="Times New Roman"/>
        </w:rPr>
        <w:t>Pachak tawa chunka tawa waranqa runakunapa sellasqa kasqankuqa rikuchisqa karqan Exeter camp meeting nisqawan, Cristopa Simonpa sutinta Pedroman tikrasqanwan, hinaspa Lazaropa kawsarimusqanwan. Chay kawsarimuyninqa tipifican Apocalipsis chunka hukniyuq capitulopi ishkay testigokunapa kawsarimuyninta. Chunka versiculomanta suqta chunka suqtayuqkama versiculokunaqa tawa chunka versiculopa pakasqa historianta rikuchinku. Tawa chunka versiculopa chay pakasqa historiapa kichasqa kayninqa qallarin huk chunka versiculopa historiapi hunt’asqa kaynin ukhupi, hinaspa Ucrania llaqtapi guerrapi. 2023 watapa julio killamantapacha chay pakasqa historiaqa Judá ayllupa Leonninpa ruwasqanwan kichakuy procesopi kashan.</w:t>
      </w:r>
    </w:p>
    <w:p>
      <w:pPr>
        <w:pStyle w:val="ArticleBody"/>
        <w:jc w:val="left"/>
      </w:pPr>
      <w:r>
        <w:rPr>
          <w:rFonts w:ascii="Times New Roman" w:hAnsi="Times New Roman" w:eastAsia="Times New Roman" w:cs="Times New Roman"/>
        </w:rPr>
        <w:t>Apocalipsis capítulo oncepa chunka hukniyuq versículopi pachak tawa chunka tawayuq waranqa ukhupi kananpaq akllasqa runakuna kawsarimusqankuman hina, domingo leypi gracia p’unchay tukukunankama pasanapaq kasqa rikuy profético prueba, mayqintachus Hermana White uywaqpa siq’inmanta prueban nispa riqsichin, qallariq.</w:t>
      </w:r>
    </w:p>
    <w:p>
      <w:pPr>
        <w:pStyle w:val="ArticleScripture"/>
        <w:jc w:val="left"/>
      </w:pPr>
      <w:r>
        <w:rPr>
          <w:rFonts w:ascii="Times New Roman" w:hAnsi="Times New Roman" w:eastAsia="Times New Roman" w:cs="Times New Roman"/>
        </w:rPr>
        <w:t>“Señorqa sut’ita rikuchiwashan uywaq rikch’ayninqa kamasqa kanqa manaraq qochakuy p’uchukunanmanta ñawpaqta; chaymi Diospa llaqtanpaq hatun prueban kanan, mayninwan wiñay kawsayninpaq churasqan nisqaqa kamachisqa kanqa. Qanpa sayariyniykiqa hina tukuy mana tupaqkuna t’aqapi chaqrusqa kasqanrayku, aslla runallam pantachisqa kanqaku.”</w:t>
      </w:r>
    </w:p>
    <w:p>
      <w:pPr>
        <w:pStyle w:val="ArticleScripture"/>
        <w:jc w:val="left"/>
      </w:pPr>
      <w:r>
        <w:rPr>
          <w:rFonts w:ascii="Times New Roman" w:hAnsi="Times New Roman" w:eastAsia="Times New Roman" w:cs="Times New Roman"/>
        </w:rPr>
        <w:t>“Apocalipsis 13 nisqapi kay yachachiyqa sut’ita qhawachisqa kachkan; [Apocalipsis 13:11–17, nisqakuna].”</w:t>
      </w:r>
    </w:p>
    <w:p>
      <w:pPr>
        <w:pStyle w:val="ArticleScripture"/>
        <w:jc w:val="left"/>
      </w:pPr>
      <w:r>
        <w:rPr>
          <w:rFonts w:ascii="Times New Roman" w:hAnsi="Times New Roman" w:eastAsia="Times New Roman" w:cs="Times New Roman"/>
        </w:rPr>
        <w:t>“Kayqa Diospa llaqtan runakuna sellasqa kananpaq ñawpaqta pasanan prueban. Tukuykuna Diosman cheqaq kachkanankuta rikuchispa, Paypa leyninta waqaychaspa, llulla samana p’unchawta mana chaskispankuqa, Señor Dios Jehovápa unanchan urapi churakusqankumanta, kawsak Diospa sellonta chaskinqaku. Hanaq pacha paqarisqan cheqaq kayta saqespa, domingo samana p’unchawta chaskiqkunaqa, animalpa unanta chaskinqaku.” Manuscript Releases, volumen 15, 15.</w:t>
      </w:r>
    </w:p>
    <w:p>
      <w:pPr>
        <w:pStyle w:val="ArticleBody"/>
        <w:jc w:val="left"/>
      </w:pPr>
      <w:r>
        <w:rPr>
          <w:rFonts w:ascii="Times New Roman" w:hAnsi="Times New Roman" w:eastAsia="Times New Roman" w:cs="Times New Roman"/>
        </w:rPr>
        <w:t>Hawaq willakuypa hawapi siq’inqa kichasqa kashan Daniel qillqapi chunka hukniyuq t’aqapi chunka hukniyuq huch’uy rimaypa historiampi, ukhu siq’intaq kichasqa kashan Apocalipsis qillqapi chunka hukniyuq t’aqapi chunka hukniyuq huch’uy rimaypi. Hawaq siq’inqa reqsichin imaynatas uywaq lantiynin, mayqinchus iglesiapaq estadopaqwan huñusqasqa kasqanta rikuchin, iglesiaqtaq chay t’inkiyta kamachishaqtin, kawsaqkunaq taripakuynin pacha ukhupi ruwakun. Ukhu siq’intaq reqsichin imaynatas Cristopa lantiynin, mayqinchus divinidadwan runakaynin huñusqasqa kasqanta rikuchin, kawsaqkunaq taripakuyninpi ruwakun.</w:t>
      </w:r>
    </w:p>
    <w:p>
      <w:pPr>
        <w:pStyle w:val="ArticleBody"/>
        <w:jc w:val="left"/>
      </w:pPr>
      <w:r>
        <w:rPr>
          <w:rFonts w:ascii="Times New Roman" w:hAnsi="Times New Roman" w:eastAsia="Times New Roman" w:cs="Times New Roman"/>
        </w:rPr>
        <w:t>Kimsa kaqnin angelpa, pachak tawa chunka tawayuq waranqapa ima musuqchasqa kuyuyñinqa tukukuy pacha qallariypi 1989 watapi qallarikurqan, imaynachus Daniel chunka hukniyuqpa chunka versikulonpi rikuchisqa kashan hina. Chaymantaqa Daniel chunka iskayniyuq qillqapa hunt’asqa hinallataq hunt’akuyninmi qallarikurqan.</w:t>
      </w:r>
    </w:p>
    <w:p>
      <w:pPr>
        <w:pStyle w:val="ArticleScripture"/>
        <w:jc w:val="left"/>
      </w:pPr>
      <w:r>
        <w:rPr>
          <w:rFonts w:ascii="Times New Roman" w:hAnsi="Times New Roman" w:eastAsia="Times New Roman" w:cs="Times New Roman"/>
        </w:rPr>
        <w:t>Hinaspan nirqan: “Riy, Daniel; simikunataqa wichqasqa, sellasqa kashan pacha tukukuypa pacha chayamunankama. Achkha runakunaqa ch’uyanchasqa kanqaku, yurakchasqa kanqaku, hinallataq pruebapi churusqa kanqaku; ichaqa mana allin runakunaqa mana allinta rurankaku; mana mayqen mana allin runapas unanchanqachu; ichaqa yuyaysapa runakunaqa unanchanqaku.” Daniel 12:9, 10.</w:t>
      </w:r>
    </w:p>
    <w:p>
      <w:pPr>
        <w:pStyle w:val="ArticleBody"/>
        <w:jc w:val="left"/>
      </w:pPr>
      <w:r>
        <w:rPr>
          <w:rFonts w:ascii="Times New Roman" w:hAnsi="Times New Roman" w:eastAsia="Times New Roman" w:cs="Times New Roman"/>
        </w:rPr>
        <w:t>Chunka iskayniyuq kaq chunka hukniyuq capitulopi, qallarin “pichay ruway” nisqa, ñawpaq angelwan rikuchisqa, Diosman manchakuq kasqanwan. Chunka hukniyuq chaymanta chunka iskayniyuq versículokuna rikuchin maypichus pachak tawa chunka tawa waranqa runakuna yurakchasqa kanku. Zacariaspa libronmi chay experienciata sut’inchan.</w:t>
      </w:r>
    </w:p>
    <w:p>
      <w:pPr>
        <w:pStyle w:val="ArticleScripture"/>
        <w:jc w:val="left"/>
      </w:pPr>
      <w:r>
        <w:rPr>
          <w:rFonts w:ascii="Times New Roman" w:hAnsi="Times New Roman" w:eastAsia="Times New Roman" w:cs="Times New Roman"/>
        </w:rPr>
        <w:t>Hinaspanmi qhawachiwarga Josué hatun curaqta, Señorpa angelninpa ñawpaqenpi sayasqata, Satanastataq paña maki laduyninpi sayasqata, payta hark’ananpaq. Hinaqtinmi Señorqa nirqan Satanásman: “¡Señorqa qamta k’amiykusunki, Satanás! ¡Arí, Jerusalén llaqta akllasqa Señorqa qamta k’amiykusunki! ¿Manachu kayqa ninamanta qispichisqa huk ruphaylla k’aspikuna?” Josuéqa qhelli p’achawan p’achasqa kaspa angelninpa ñawpaqenpi sayarqan. Hinaqtinmi payqa kutichispa rimarqan ñawpaqenpi sayaqkunaman, nispa: “Qhelli p’achanta paymanta qichuychis.” Hinaqtinmi payman nirqan: “Qhawariy, mana allin ruwayniykita qanmanta apachini, musuq p’achawanmi p’achachisqayki,” nispa. Chaymi noqaqa nirqani: “Sumaq ch’uku umanman churapuychik,” nispa. Hinaqtinmi sumaq ch’ukuta umanman churapurqanku, p’achawanpas p’achachirqanku. Señorpa angelnintaq qayllanpi sayarqan. Zacarías 3:1–5.</w:t>
      </w:r>
    </w:p>
    <w:p>
      <w:pPr>
        <w:pStyle w:val="ArticleBody"/>
        <w:jc w:val="left"/>
      </w:pPr>
      <w:r>
        <w:rPr>
          <w:rFonts w:ascii="Times New Roman" w:hAnsi="Times New Roman" w:eastAsia="Times New Roman" w:cs="Times New Roman"/>
        </w:rPr>
        <w:t>Kay qillqaqaqa hunt’asqa kachkan Cristoqa Hatun Saserdote hina qhipa llamkayninpi, hinaspataq pachak tawa chunka tawa waranqa runakunapa sellasqa kayninta rikuchin.</w:t>
      </w:r>
    </w:p>
    <w:p>
      <w:pPr>
        <w:pStyle w:val="ArticleScripture"/>
        <w:jc w:val="left"/>
      </w:pPr>
      <w:r>
        <w:rPr>
          <w:rFonts w:ascii="Times New Roman" w:hAnsi="Times New Roman" w:eastAsia="Times New Roman" w:cs="Times New Roman"/>
        </w:rPr>
        <w:t>“Zacaríaspa rikchayninpi Josuéwan Angelwan ima rikusqanqa, Diospa llaqtanpa kawsayninman hinallataq mana iskayraylla kallpawan churakun hatun pampachay punchawpa tukukuyninpi rikurimuq qhipa escenaspi. Chay puchuq iglesiaqa chaypacham hatun pruebaman, llaquy mancharikuymanpas apasqa kanqa. Diospa kamachikuyninkunata hinaspa Jesuspa iñiyninta waqaychaqkunaqa dragónpa phiñasqanta hinaspa paypa ayllunkunapta yachanqaku. Satanásqa kay pachata paypa runankuna hina yupaychan; atiytaqa taripusqanmi achka cristianokuna nisqakunap hawanpipas. Ichaqa kaypin kachkan huk pisilla huñunakuy paypa kamachikuyninpa hawanman sayaspa hark’akuq. Payqa atinqa chaykunata kay pachamanta chinkachiyta, atipayninqa hunt’asqa kanman. Imaynatachus mana judío nacionkunata kuyuchirqan Israelta tukuchinankupaq, chay hinallataq qaylla hamuq pachapi kay pachapa millay atiyninkunata kuyuchinqa Diospa llaqtanta tukuchinankupaq. Runakunaqa mañakusqa kanqaku runapa kamachikuyninkunaman kasukunankupaq, Diospa leyninta p’akispalla.” Profetas y Reyes, 587.</w:t>
      </w:r>
    </w:p>
    <w:p>
      <w:pPr>
        <w:pStyle w:val="ArticleBody"/>
        <w:jc w:val="left"/>
      </w:pPr>
      <w:r>
        <w:rPr>
          <w:rFonts w:ascii="Times New Roman" w:hAnsi="Times New Roman" w:eastAsia="Times New Roman" w:cs="Times New Roman"/>
        </w:rPr>
        <w:t>“Hatun allinchanakuy p’unchaypa tukuynin rikch’ayninkuna” nisqaqa ñawpaqta pachak tawa chunka tawa waranqa runakunapa sellasqa kayninmi; chaymanta qipamanqa Diospa wakin wawankunapas, kunan Babiloniapi kashaqkuna, sellasqa kanqaku.</w:t>
      </w:r>
    </w:p>
    <w:p>
      <w:pPr>
        <w:pStyle w:val="ArticleScripture"/>
        <w:jc w:val="left"/>
      </w:pPr>
      <w:r>
        <w:rPr>
          <w:rFonts w:ascii="Times New Roman" w:hAnsi="Times New Roman" w:eastAsia="Times New Roman" w:cs="Times New Roman"/>
        </w:rPr>
        <w:t>Diospa llaqtan runakuna paypa ñawpaqenpi alma-nkuta ñak’arichispa, sonqonkuq ch’uyanchasqa kayninta mañakuspa, kamachiy qosqa kachkan: “Q’elli p’achakunata qichuychis”, hinaspataq kallpachaq simikuna nisqa kachkan: “Qhawariy, mana allin ruwayniykita qanmanta pasanaykipaq rurasqani, hinaspa tikrasqa p’achawan p’achachisqayki” nispa. Zacarías 3:4. Cristoq chiqap kananpa mana ima qhellyuyniyuq p’achanqa churaykun Diospa wawakunanman, llakichisqa, wateqachasqa, chiqap kasqankurayku. Millaychasqa puchuqkunanqa sumaq p’achawan p’achallisqa kanku, manañam hayk’aqpas kay pachaq ismusqan qhellichayninkunawan qhellichasqachu kanqaku. Sutinakunkuqa Ovejapa kawsay libro-pi waqaychasqa kachkan, llapa pachaqenpi chiqap kasqakunawan kuska qillqasqa. Paykunaqa engañaqpa llullakuyninkunata sayarichirqanku; dragónpa qaparayninwanpas manam yupaychasqa kayninkumanta muyuchisqachu karqanku. Kunanqa wiñaypaqmi waqaychasqa kanku tentaqpa aylluyayninkunamanta. Huchankuqaqa huchaq qallariqninta apachisqa kachkan. “Sumaq umachakuna” churaykusqa kachkan umankuman.</w:t>
      </w:r>
    </w:p>
    <w:p>
      <w:pPr>
        <w:pStyle w:val="ArticleScripture"/>
        <w:jc w:val="left"/>
      </w:pPr>
      <w:r>
        <w:rPr>
          <w:rFonts w:ascii="Times New Roman" w:hAnsi="Times New Roman" w:eastAsia="Times New Roman" w:cs="Times New Roman"/>
        </w:rPr>
        <w:t>“Supay Satanás ch’atakuykunata kallpachashaqtinmi, mana rikuy atina ch’uya angelkuna purinakurqanku kayman chayman, kawsaq Diospa sellonta churaykuspa cheqaq fidelkunapa hawanman. Kaykunaqa chaykuna kanku Corderowan kuska Sion Orqopi sayaqkuna, taytanku sutin qillqasqa kashaqtin urkunankupi. Paykunaqa mushuq takita takinku tronop ñawpaqenpi, chay takiqa mana pipas yachayta atinchu, mana chay pachamanta rantisqa pachak tawa chunka tawa waranqa runakuna sapallankumantaqa. ‘Kaykunaqa chaykuna kanku Corderota qatipaqkuna maymanpas pay risqanman hina. Kaykunaqa runakunamanta rantisqa karqanku, Diospaq hañay ruru hina, Corderopaqwan. Paykunapa siminkupitaqa mana llulla rimay tarikurqanchu, Diospa tronon ñawpaqenpi mana pantasqa kasqankurayku.’ Apocalipsis 14:4, 5.”</w:t>
      </w:r>
    </w:p>
    <w:p>
      <w:pPr>
        <w:pStyle w:val="ArticleScripture"/>
        <w:jc w:val="left"/>
      </w:pPr>
      <w:r>
        <w:rPr>
          <w:rFonts w:ascii="Times New Roman" w:hAnsi="Times New Roman" w:eastAsia="Times New Roman" w:cs="Times New Roman"/>
        </w:rPr>
        <w:t>“Kunanqa hunt’asqa phuntchaymi chayan Angelpa siminkuna hunt’akunankama: ‘Uyariy kunan, José sumaq sacerdote, qampas, ñawpaqniykipi tiyaykukuq masiykikunapas; paykunaqa admiraypaq runakunan; qhawariychis, noqaqa Servidorniyta, Rama nisqata, lluqsimuchisaqmi.’ Zacarías 3:8. Cristoqa llaqtanpa Redentor-nin hina, Qispichiqnin hina rikuchikun. Kunanqa cheqaqtapunin puchuqkunaqa ‘admiraypaq runakuna,’ imaraykuchus puriyninkupi waqaykuna, p’enqakuykunapas kutiripunku kusikuyman, yupaychasqa kanaman Diospañataq Corderopa qayllanpi. ‘Chay p’unchaypi Señorpa ramankaqa sumaqtaq k’anchariqmi kanqa, kay pachapa rurunpas allinmi, munaymi kanqa Israelmanta qispisqa runakunapaq. Hinaspan pasanqa, Sionpi puchuq kaqpas, Jerusalénpi qhipaq kaqpas, sapaqninmi santo nisqa kanqa, Jerusalénpi kawsaqkunawan qillqasqa kaq sapa runa.’ Isaías 4:2, 3.” Profetas y Reyes, 591, 592.</w:t>
      </w:r>
    </w:p>
    <w:p>
      <w:pPr>
        <w:pStyle w:val="ArticleBody"/>
        <w:jc w:val="left"/>
      </w:pPr>
      <w:r>
        <w:rPr>
          <w:rFonts w:ascii="Times New Roman" w:hAnsi="Times New Roman" w:eastAsia="Times New Roman" w:cs="Times New Roman"/>
        </w:rPr>
        <w:t>Sellasqakuyqaqaqa Danielpa nisqan “ch’uya-chasqa, yuracchasqa, hinallataq pruebapi churakusqa” nisqanmanta iskay kaq ñiqinmi. Chunka hukniyuq chunka iskayniyuq versiculokuna reqsichin Rusiapa qhipa oqarisqanta hinaspa urmayninta, profecíapi ura llaqtapa rey kasqanta, mayqinchus Panium Maqanakuyta ñawpaqman hamuq, chunka kimsayuqmanta chunka pichqayuqkama versiculokunapi nisqa. Pachak tawa chunka tawa waranqa runakunaqa, jatun pampachanakuy p’unchaypa tukuyninpi Cristoq paykunapa millay p’achankuta qichusqan qhipa, “sumaq umach’ulluta” chaskinku; chaymi Danielpa kimsa kaq kamachiqman oqarichisqa kaynin, puka p’achawan quri wallqawan kuska. Chayqa Josepaq quri wallqachaskasqanpas kashan, iskay kaq kamachiqman oqarichisqa kayninwan, reypa surtijanta qosqanwan kuska. “Surtija” nisqaqa reypa sellonta rikuchin, mayqinta huk kamachiq leykunanta reypa sellonwan takachinapaq llamk’achiq.</w:t>
      </w:r>
    </w:p>
    <w:p>
      <w:pPr>
        <w:pStyle w:val="ArticleBody"/>
        <w:jc w:val="left"/>
      </w:pPr>
      <w:r>
        <w:rPr>
          <w:rFonts w:ascii="Times New Roman" w:hAnsi="Times New Roman" w:eastAsia="Times New Roman" w:cs="Times New Roman"/>
        </w:rPr>
        <w:t>Darioqa anillunwan sellota churarqan Danielta leonkunawan kashaq t’oqoman wisq’aykusqanmanta.</w:t>
      </w:r>
    </w:p>
    <w:p>
      <w:pPr>
        <w:pStyle w:val="ArticleScripture"/>
        <w:jc w:val="left"/>
      </w:pPr>
      <w:r>
        <w:rPr>
          <w:rFonts w:ascii="Times New Roman" w:hAnsi="Times New Roman" w:eastAsia="Times New Roman" w:cs="Times New Roman"/>
        </w:rPr>
        <w:t>Chaymantataqmi kamachirqan, hinaspan Danielta apamurqanku, leonkunapa t’uqunman hitarqanku. Chaymantaq rey rimarispa Danielta nirqan: Diosniyki, mayqentachus mana saykuspa serviq kanki, paymi qespichisunki. Hinaptin huk rumi apamusqa karqan, hinaspan t’uqupa siminman churakusqa karqan; reytaq kikinpa sellonwan, señorninkunapa sellonwan ima sellarqan, Danielmanta yuyaychasqan mana tikrasqa kananpaq. Daniel 6:16, 17.</w:t>
      </w:r>
    </w:p>
    <w:p>
      <w:pPr>
        <w:pStyle w:val="ArticleBody"/>
        <w:jc w:val="left"/>
      </w:pPr>
      <w:r>
        <w:rPr>
          <w:rFonts w:ascii="Times New Roman" w:hAnsi="Times New Roman" w:eastAsia="Times New Roman" w:cs="Times New Roman"/>
        </w:rPr>
        <w:t>“sineti” nisqaq hebreo simiqa Strongspa H5824 nisqapi, hinaspa H5823 nisqaman hap’iqasqa; chaypa niyninmi huk sineti surtija (sisq’asqa hina). Josué angelpa ñawpaqenpi, Daniel leonkunapa mach’aypi, José Faraonpa ñawpaqenpiqa pachak tawa chunka tawa waranqa runakunapa sellakusqanta rikuchkanku; chaymi Daniel chunka iskaypi iskay ñiqin pruebakuna kan, maypichus pichasqa kaqkunaqa, chaymanta “yurakyachisqa” kanku, manaraq “pruebasqa” kanankupaq. Kay siq’ikunaqa hinallataq “Zorobabel” nisqawan, “Salatielpa churin” nisqawanpas rikuchisqa kanku.</w:t>
      </w:r>
    </w:p>
    <w:p>
      <w:pPr>
        <w:pStyle w:val="ArticleScripture"/>
        <w:jc w:val="left"/>
      </w:pPr>
      <w:r>
        <w:rPr>
          <w:rFonts w:ascii="Times New Roman" w:hAnsi="Times New Roman" w:eastAsia="Times New Roman" w:cs="Times New Roman"/>
        </w:rPr>
        <w:t>Chay p’unchaypi, nispa Señor de los ejércitokuna, qanta hap’isqayki, Zerubbabel, sirviqniy, Shealtielpa churin, nispa Señor, hinaspa qanta ruwasqayki selloy hina: qanta akllasqayrayku, nispa Señor de los ejércitokuna. Hageo 2:23.</w:t>
      </w:r>
    </w:p>
    <w:p>
      <w:pPr>
        <w:pStyle w:val="ArticleBody"/>
        <w:jc w:val="left"/>
      </w:pPr>
      <w:r>
        <w:rPr>
          <w:rFonts w:ascii="Times New Roman" w:hAnsi="Times New Roman" w:eastAsia="Times New Roman" w:cs="Times New Roman"/>
        </w:rPr>
        <w:t>Zorobabel sutin kaynin Babiloniamanta mirasqa niyta munan, taytantaqmi karqa Salatiel, chayqa “Diosmanta mañakusqa” niyta munan. Zorobabelqa iskay kaq angelpa willakuyninta rikch’arin, chay willakuyqa qhepa p’unchaykunapi Babiloniamanta mirasqakunata Diospa ovejankunaman waqyarin. “Mañakuy” nisqa imaqa pachak tawa chunka tawa waranqakunawan tupachisqa kachkan, paykunaqmi Babiloniamanta qhepa mirasqata lluqsichin; chay kawsarichiyqa mañakuylawanmi pasakun.</w:t>
      </w:r>
    </w:p>
    <w:p>
      <w:pPr>
        <w:pStyle w:val="ArticleScripture"/>
        <w:jc w:val="left"/>
      </w:pPr>
      <w:r>
        <w:rPr>
          <w:rFonts w:ascii="Times New Roman" w:hAnsi="Times New Roman" w:eastAsia="Times New Roman" w:cs="Times New Roman"/>
        </w:rPr>
        <w:t>“Cheqaq yupaychasqa kawsaypa kaqmanta kaq kutichisqa kayninchik ukhupiqa llapa munasqanchikmanta aswan hatun, aswan utqaylla munasqa kasqanmi. Kayta maskhayqa ñawpaq ruwayninchik kanan tiyan. Señorpa saminchayninta chaskiyta aypanapaqqa tukuy sunquwan kallpachakuy kanan tiyan; manam Diosqa mana munasqanchu ñoqanchikman saminchayninta qonanta, aswanpas ñoqanchikqa manaraq wakichisqa kanchik chaskinapaq. Hanaq pacha Yayaykuqa aswanraqmi munan mañakuqkunaman Santo Espiritunta qonata, kay pachapi tayta-mamankuna wawakunaman allin qowaykunata qonankumantaqa. Ichaqa ruwanakuyqa ñoqanchikpa llamk’ananchikmi: huchanchikkunata willakuywan, ñak’arichikuywan, wanakuywan, tukuy sunqumanta mañakuywan ima, hunt’ananchikpaq chay condicionkunata, mayqinpi Diosqa prometewarqanchik saminchayninta qowananchikpaq. Kawsaymanta kutichisqaqa mañakuyman kutichiyllapi suyayta atin. Runakuna Diospa Santo Espiritunmanta hina wakcha kaptinkuqa, Simipa willakuyninta manam chaninchaspa yachanqakuchu; ichaqa Espíritu pa atinin sonqonkuta llamk’achiptinqa, hinaspa qopasqa yachachikuykunaqa manam mana rurayniyuqchu kanqa. Diospa Simin yachachisqanman pusasqa, Espiritunpa rikuchikuyninwan, allin yuyaychasqa tantiywan llamk’aspa, huñunakusqanchikkunaman hamuqkunaqa ancha chaniyoq experiencia-ta hap’inqaku, wasinkuman kutirispaqa wakichisqa kanqaku hampiq hina allin influenciata rurayta.”</w:t>
      </w:r>
    </w:p>
    <w:p>
      <w:pPr>
        <w:pStyle w:val="ArticleScripture"/>
        <w:jc w:val="left"/>
      </w:pPr>
      <w:r>
        <w:rPr>
          <w:rFonts w:ascii="Times New Roman" w:hAnsi="Times New Roman" w:eastAsia="Times New Roman" w:cs="Times New Roman"/>
        </w:rPr>
        <w:t>Ñawpaq estandarte apaqkuna yachaq karqanku imayna Diostaqwan mañakuypi maqanakuyta, hinaspa Espiritunpa taqyakusqanman kusikuyta. Ichaqa kaykuna ruwanakuy pampangmanta pasashankuña; chaymi, ¿pitaq hamuspa llimp’inkupaqkuna hunt’achinqa? ¿Imayna kachkan wiñaq miraywanqa? ¿Diosman tikrasqachu kanku? ¿Hanaq santuariopi ruwasqan llamk’ayman rikch’arishachu kashanchik, utaq ichaqa iglesiaman huk atipaq kallpa hamunanta suyasanchikchu chayraq rikch’arikusunchikpaq? ¿Tukuy iglesiata kawsarichisqa rikuyta suyashanchikchu? Chay pachaqa hayk’aqpas manam hamunqachu.</w:t>
      </w:r>
    </w:p>
    <w:p>
      <w:pPr>
        <w:pStyle w:val="ArticleScripture"/>
        <w:jc w:val="left"/>
      </w:pPr>
      <w:r>
        <w:rPr>
          <w:rFonts w:ascii="Times New Roman" w:hAnsi="Times New Roman" w:eastAsia="Times New Roman" w:cs="Times New Roman"/>
        </w:rPr>
        <w:t>“Iglesiapiqa wakin runakuna kan, mana kutirikusqa, hinaspata mana hukllaykuyta munanqakuchu tukuy sunquwan, atipaq mañakuypi. Sapankama llamk’ayman yaykuyta tiyan. Aswanraq mañakusun, aswan pisita rimarisun. Mana allin ruwayqa miran, chaymi runakunata yachachina mana kusikunanpaqchu huk diosllaq kawsaypa rikch’ayninwanlla, mana espirituyniwan ni kallpayuqninwan. Sichus ñuqanchik sunqunchikkunata maskhaypi churakusunchik, huchanchikkunata qarqusun, mana allin kallpachakuyñinchikkunata allichasun, chayqa almanchikkuna manan yanqa kayman oqarisqa kanqachu; manan kikillanchikpi atinichikta hap’ipakusunqachu, aswanqa wiñaypaq yuyayniyuq kasunchik: atiyninchikqa Diosmanta kasqanta.” Selected Messages, book 1, 121, 122.</w:t>
      </w:r>
    </w:p>
    <w:p>
      <w:pPr>
        <w:pStyle w:val="ArticleBody"/>
        <w:jc w:val="left"/>
      </w:pPr>
      <w:r>
        <w:rPr>
          <w:rFonts w:ascii="Times New Roman" w:hAnsi="Times New Roman" w:eastAsia="Times New Roman" w:cs="Times New Roman"/>
        </w:rPr>
        <w:t>Oraciónpa señalananqa Danielpi qhawachisqa kachkan, iskay kaq capitulopi hawapi willakuyta entiendenapaq mañakusqanta rimarispa, hinallataq isqon kaq capitulopi ukhupi willakuy hunt’akunanpaq mañakusqantapas rikuchispa. Zorobabelwan taytan Sealtielwanqa pachak tawa chunka tawa waranqa sellakusqanta rikuchinku iskay kaq pruebapi, chaymi uyariq ricuy pruebakuna animalpa imágenninmanta, chaypas Apocalipsis capítulo chunka hukniyoq, versículo chunka hukniyoqpi rikuchisqa ukhupi prueban kachkan, hinallataq Daniel capítulo chunka hukniyoq, versículo chunka hukniyoqpi rikuchisqa hawapi pruebanpas kachkan.</w:t>
      </w:r>
    </w:p>
    <w:p>
      <w:pPr>
        <w:pStyle w:val="ArticleBody"/>
        <w:jc w:val="left"/>
      </w:pPr>
      <w:r>
        <w:rPr>
          <w:rFonts w:ascii="Times New Roman" w:hAnsi="Times New Roman" w:eastAsia="Times New Roman" w:cs="Times New Roman"/>
        </w:rPr>
        <w:t>Qatiq qillqapiqa qhipa qillqapi huk chunka hukniyuq chhikata rimaspa qatiqisunchik.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Yupay Isqon</dc:title>
  <dc:subject>Tawa Churiyoq Rikuqimina</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