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Chunka kimsayuq yupay</w:t>
      </w:r>
    </w:p>
    <w:p>
      <w:pPr>
        <w:pStyle w:val="ArticleSubtitle"/>
        <w:jc w:val="left"/>
      </w:pPr>
      <w:r>
        <w:rPr>
          <w:rFonts w:ascii="Arial" w:hAnsi="Arial" w:eastAsia="Arial" w:cs="Arial"/>
        </w:rPr>
        <w:t>Kutispa Paniumman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Cesarea Filipo llaqtamanta Cesarea Marítima llaqtakama, ñanpi sayarispalla Transfiguración Urqupi; Pedroqa pachak tawa chunka tawa waranqa runakunata rikch’achin, paykunaqa Trompetakuna Raymip waymarkninman chayananku, Levitico iskay chunka kimsayuqpa iskay chunka iskay versokunamanta sayachisqa iskay siq’ikuna patapi ruwasqa siq’ipi, Cristopa pacha tiempopi Pentecostés mitawan kuskachasqa. Levitico iskay chunka kimsayuq, cruz, Pentecostés, Cornelioq Pedrota qayachimusqanpas; llapallanmi siqi patapi siqi hina huñusqa kachkan, kimsayuq, soqtayuq, isqunyuq horakunaq rikch’anakusqanwan.</w:t>
      </w:r>
    </w:p>
    <w:p>
      <w:pPr>
        <w:pStyle w:val="ArticleBody"/>
        <w:jc w:val="left"/>
      </w:pPr>
      <w:r>
        <w:rPr>
          <w:rFonts w:ascii="Times New Roman" w:hAnsi="Times New Roman" w:eastAsia="Times New Roman" w:cs="Times New Roman"/>
        </w:rPr>
        <w:t>Cristo, cruzpi kinsa, soqta, isqun hora-kunapi; Pedro, Pentecostéspi kinsa hinaspa isqun hora-kunapi, Cornelio-taq isqun horapi; Pedro, Joppapi soqtan horapi hinaspa Cesarea Filipospi kinsa horapi, Daniel chunka hukniyuq qillqapi chunka kimsaqmanta chunka pichqayuq versículo-kunawan tinkunakun, imaraykuchus Cesarea Filiposqa Panium sutiyuqpas kachkan.</w:t>
      </w:r>
    </w:p>
    <w:p>
      <w:pPr>
        <w:pStyle w:val="ArticleBody"/>
        <w:jc w:val="left"/>
      </w:pPr>
      <w:r>
        <w:rPr>
          <w:rFonts w:ascii="Times New Roman" w:hAnsi="Times New Roman" w:eastAsia="Times New Roman" w:cs="Times New Roman"/>
        </w:rPr>
        <w:t>Pentecostés p’unchawpi Pedroqa Joelpa qillqasqanta willakusharqan, hinaspan Pedroqa Corneliopa wasinpi kaqkunaman willakuyninta qhawarichiptin, Espíritu Santon paykuna jananmanmi ichaqa hich’akamuq karqan, imaynan Pentecostéspi judíokuna jananman hich’akamusqa karqan hinata. Judíokunapaq Espíritu Santopa hich’akamuynin, chaymantataq gentilkunapaqpas, qhepa p’unchaykunapi Espíritu Santopa hich’akamuyninta rikuchiq unancha karqan. Qhepa p’unchaykunapi hich’akamuyninqa iskay rakinmi: 9/11-pi qallariq ch’uyanchasqa ch’iqchiywan, chaymanta tukukuyninpi Chawpi Tuta Qapariy willakuyman wiñaykuspa, Domingo kamachikuykama chayaq, hinaspan kinsa kaq angelpa hatun qaparayninman tukuspa, maypipis mayqen pachapipas qhepa para tupusqa mana tupuyoqta hich’akamusqanpi.</w:t>
      </w:r>
    </w:p>
    <w:p>
      <w:pPr>
        <w:pStyle w:val="ArticleScripture"/>
        <w:jc w:val="left"/>
      </w:pPr>
      <w:r>
        <w:rPr>
          <w:rFonts w:ascii="Times New Roman" w:hAnsi="Times New Roman" w:eastAsia="Times New Roman" w:cs="Times New Roman"/>
        </w:rPr>
        <w:t>Chaymi hinallataq, Sionpa wawankuna, kusikuychis Señor Diosniykipi; paymi qosunkichis ñawpaq para-ta tupuyninman hina, hinaspan uraykuchinqa qankunapaq para-ta, ñawpaq para-ta, qhipa para-tawan ñawpaq killa-pi. Hinaspan trillana pampakuna trigo-wan hunt’asqa kanqa, prënsakunapas vinowanwan aceitemanwan phutunqaku. Ñoqataq kutichisqaykichis watakunata langosta mikusqanta, k’uru-ta, t’ika mikhuqta, palmerworm-tawan, hatun ejercitoyta qankunaman kachamusqayta. Joel 2:23–25.</w:t>
      </w:r>
    </w:p>
    <w:p>
      <w:pPr>
        <w:pStyle w:val="ArticleBody"/>
        <w:jc w:val="left"/>
      </w:pPr>
      <w:r>
        <w:rPr>
          <w:rFonts w:ascii="Times New Roman" w:hAnsi="Times New Roman" w:eastAsia="Times New Roman" w:cs="Times New Roman"/>
        </w:rPr>
        <w:t>Pedro sutinta rikch’achkakunata, paykuna 9/11-manta Domingo kamachiykama ñawpaq moderado ch’iqchiypa historiapi rakinakunku; chaymantaq qhipa parawanpas, mayqinchus “watakunata” kutichin, chay tawa miraykunata rikch’achispa, Laodicea Seventh-day Adventismop chay aswan-aswan hatun rikch’aynin mana kasukuywan wañuchisqa karqan. Templopi, isqon hora pachapi, Pedro Joelpa qillqasqan watakuna kutichisqa kasqanta rikuchirqan.</w:t>
      </w:r>
    </w:p>
    <w:p>
      <w:pPr>
        <w:pStyle w:val="ArticleScripture"/>
        <w:jc w:val="left"/>
      </w:pPr>
      <w:r>
        <w:rPr>
          <w:rFonts w:ascii="Times New Roman" w:hAnsi="Times New Roman" w:eastAsia="Times New Roman" w:cs="Times New Roman"/>
        </w:rPr>
        <w:t>Chaymi, hinaspa kutiriychis, huchaykichis pichasqa kananpaq, Señorpa ñawpaqninmanta samaykuy pacha chayamunanpaq; hinaspa payqa Jesucristo-ta cachamunqa, ñawpaqmantaña qankunaman willasqasqa karqan chayta: paytaqa hanaq pacha jap’iykuyta atinmi tukuy imakunapa kutichisqa kaynin pacha chayamunankama, chaykunamanta Diosqa tukuy santu profetankunapa siminwan kay pachaq qallariyninmanta pacha rimarqan. Moisesmi cheqaqtapuni ñawpaq taytakunata nirqan: “Señor Diosniykichisqa wawqeykichis ukhupi huk profetata oqarichinqa ñuqa hina; paytan uyariychis llapa imapi ima nisusqaykitapas. Hinaspa kanqa, pipa almawanpas chay profetata mana uyarinqachu chayqa, llaqtamanta chinkachisqa kanqa.” Arí, llapa profetakunapas Samuelmanta qallarispa qhepaman hamuqkuna, hayk’aqpas rimarqanku chaykunaqa, kay p’unchaykunamantapas willarqankum. Hechos 3:19–24.</w:t>
      </w:r>
    </w:p>
    <w:p>
      <w:pPr>
        <w:pStyle w:val="ArticleBody"/>
        <w:jc w:val="left"/>
      </w:pPr>
      <w:r>
        <w:rPr>
          <w:rFonts w:ascii="Times New Roman" w:hAnsi="Times New Roman" w:eastAsia="Times New Roman" w:cs="Times New Roman"/>
        </w:rPr>
        <w:t>Huchakuna qullqasqa kayqa Cristoq qhipa llamkayninmi tapuywan taripanakuypi, huchakunata qullqayqa Diospa wasinmanta qallarin.</w:t>
      </w:r>
    </w:p>
    <w:p>
      <w:pPr>
        <w:pStyle w:val="ArticleScripture"/>
        <w:jc w:val="left"/>
      </w:pPr>
      <w:r>
        <w:rPr>
          <w:rFonts w:ascii="Times New Roman" w:hAnsi="Times New Roman" w:eastAsia="Times New Roman" w:cs="Times New Roman"/>
        </w:rPr>
        <w:t>Pachaqa chayamunña Diospa wasinpi taripanakuy qallarinanpaq; chaymi ñawpaqta noqaykupim qallarin chayqa, imataq kankan Diospa evangelionta mana kasukuqkunapa tukukuyninqa? Chaymanta, sapaq runa pisilla qespichisqa kanman chayqa, maypitaq rikurinqa mana Diosllata manchakuk runaqa hinaspa huchasapa runaqa? Chayrayku, Diospa munayninman hina ñak'ariqkunaqa, allin ruwaq kaspanku alman-kuta payman saqepunku, hunt'asqa simiyuq Kamaqman hina. 1 Pedro 4:17–19.</w:t>
      </w:r>
    </w:p>
    <w:p>
      <w:pPr>
        <w:pStyle w:val="ArticleBody"/>
        <w:jc w:val="left"/>
      </w:pPr>
      <w:r>
        <w:rPr>
          <w:rFonts w:ascii="Times New Roman" w:hAnsi="Times New Roman" w:eastAsia="Times New Roman" w:cs="Times New Roman"/>
        </w:rPr>
        <w:t>Pedroqa Pentecostés p’unchawpi, hinallataq Corneliopa wasinpi, lamar qochapa qayllan Cesareapi, entiendirqan Joel qelqapi nisqan hunt’akushasqanta. Pentecostésqa domingo kamachikuyta rikuchin, Diospa wasinpaq juicio tukukusqanmantaraq, chaymantaqa mana judiokunaman pasan. Paypa willakuynin domingo kamachikuy pachapiqa kikin willakuymin, Chawpi Tuta Qapariypa chayamunankupi willakusqa. Alfa willakuyninqa profético pacha qallariyninmi, omega willakuyninwan tukukuq. Pedroqa chay willakuyta willakuqkunata rikuchin, chay willakuyqa kallpachakusqanwanmi qallarin, islam nisqa asnopa paskasqa kayninwan señalisqa. Asnoqa paskasqan kachkan Chawpi Tuta Qapariy qallariyninta señalananpaq, hinaspataq domingo kamachikuy pacha kutin paskasqa kachkan, chaymi Chawpi Tuta Qapariypa tukukuynin.</w:t>
      </w:r>
    </w:p>
    <w:p>
      <w:pPr>
        <w:pStyle w:val="ArticleBody"/>
        <w:jc w:val="left"/>
      </w:pPr>
      <w:r>
        <w:rPr>
          <w:rFonts w:ascii="Times New Roman" w:hAnsi="Times New Roman" w:eastAsia="Times New Roman" w:cs="Times New Roman"/>
        </w:rPr>
        <w:t>Chayrayku Pedroqa kaynintaqmi Estados Unidosman Islampa maqanakusqanmanta ñawpaq willakusqanku runakunatapas rikuchin. Pedropa willakuyninqa Chawpi Tuta Qapariypiqa ñawpaq llakikuyta señalanan willakuypa allinchayninmi, chaymi suyay p’unchaw qallariyninpaq karqan. Chayrayku Pedroqa Chawpi Tuta Qapariy willakuyta willakuq, 2024 watapi chayamuspa 2025 watapa mayu killapa 8 p’unchawninpi tukukuq ñawpaq tiyanakuy saphi pruebata pasaq runakunatam rikuchin, ñawpaq americano papapa akllasqa kasqanwan, Daniel chunka hukniyuqpa tawa chunka tawaq versiculon hunt’akusqanman hina.</w:t>
      </w:r>
    </w:p>
    <w:p>
      <w:pPr>
        <w:pStyle w:val="ArticleBody"/>
        <w:jc w:val="left"/>
      </w:pPr>
      <w:r>
        <w:rPr>
          <w:rFonts w:ascii="Times New Roman" w:hAnsi="Times New Roman" w:eastAsia="Times New Roman" w:cs="Times New Roman"/>
        </w:rPr>
        <w:t>Trompetakunapa Raymimanta Pentekostéskama pachaqa kinsa kaqmi, hinaspa Pentekostés pacha-pa prueban churana kaqmi, Levítico iskay chunka kinsayoqpi rikuchisqa hina. Panikuna kinsa angelkunamanta, Hermana White reqsichisqan huk kamachikuyninqa, sapaq yachaylla yupay kamaymanta kachkan. Payqa reqsichinmi, huk ñawpaq kaqwan iskay kaqwan mana kaptinqa, mana atikunmanchu kinsa kaq willakuyniyoq kay. Pedroqa Pentecostal domingo leypi Joel qillqaqta willakusqanrayku, chaymantapas Joelmanta yachachinmi Ch’isi Waqyay willakuy qallaripi, chaymi Pentekostés pacha-pa prueban churana kaqpas, kinsa kaq pruebatapas. Chayrayku Pedroqa cheqaqkuna-ta rikuchin, kimsa pata pruebakunata purisqankupi, chaykunaqa Jesucristoq Revelación nisqa kicharisqa kasqanmantaraq qallarin, diciembre 31, 2023 p’unchawmanta qallarispa. Sichus Pedroqa kinsa kaq patapi kachkan, chayqa iskay ñawpaq pata-kunatapas purisqanmi kanqa; mana atikunmanchu kinsa kaq kanman huk ñawpaq kaqwan iskay kaq mana kaptinqa.</w:t>
      </w:r>
    </w:p>
    <w:p>
      <w:pPr>
        <w:pStyle w:val="ArticleBody"/>
        <w:jc w:val="left"/>
      </w:pPr>
      <w:r>
        <w:rPr>
          <w:rFonts w:ascii="Times New Roman" w:hAnsi="Times New Roman" w:eastAsia="Times New Roman" w:cs="Times New Roman"/>
        </w:rPr>
        <w:t>Pachak tawa chunka tawa waranqa runakunapa sellakusqankupa pachaqa 9/11-pi qallarikurqan, hinaspataq kimsa patayniyuq pruebakuy ruranata kicharirqan, chaytaq 9/11-pa trompetapa waqyayninwan sut’ichasqa, cimientosman kutimuyta waqyachispa; chaymantaq 2020 watapi julio killapa 18 p’unchayninpi ñawpaq llakikuypa pruebanta chayamurqan. Kay willakuy pachaq kimsakaq pruebanqa domingo kamachiymi. 2020 watapi julio killapa 18 p’unchayninpi huk profetiku ch’in pampa chayamurqan, chay ch’in pampa pacha ukhupitaq 2023 watapi julio killapi huk “voz” waqyaspa qallarin, hinaspataq 2023 watapi diciembre killapa 31 p’unchayninpi, 9/11-manta iskay chunka iskay watakuna qhipaman, Jesucristopa Revelación nisqapa kichasqa kasqan qallarin. 2023 watamanta domingo kamachikama (maypachachus 2,300 p’unchaykunapa hunt’asqa kasqan sumaqta tukukunqa), chayqa 2023 watamanta domingo kamachikama pachata reqsisichin “23” nisqawan qallarispa hinaspa “23” nisqawan tukusqanta, imaraykuchus 1844 watapi octubre killapa 22 p’unchayninpi wichq’asqa punkuqa domingo kamachipi wichq’asqa punkuta rikch’achin. Iskay waranqa kimsa pachak watakunapa profeciantaq “23” nisqawanmi rikuchisqa kachkan 2,300 ukhupi.</w:t>
      </w:r>
    </w:p>
    <w:p>
      <w:pPr>
        <w:pStyle w:val="ArticleBody"/>
        <w:jc w:val="left"/>
      </w:pPr>
      <w:r>
        <w:rPr>
          <w:rFonts w:ascii="Times New Roman" w:hAnsi="Times New Roman" w:eastAsia="Times New Roman" w:cs="Times New Roman"/>
        </w:rPr>
        <w:t>1844 wataqa ñawpaq kaq hukninpas iskay kaq angelkunapa willakuy historiapa tukukuynin karqan. Chay historia qallarikurqan ñawpaq kaq angelpa chayamunwan 1798 watapi, hinaspa tukukurqan tawa chunka suqta watakuna qhipaman, 1844 watapi. Chay tawa chunka suqta watakuna rikuchin Milleritakunaq templonta, maymanmi Cristo mana suyaylla hamurqan 1844 watapi. Runapa temploqa ruwasqa kachkan “23” cromosomakunawan qhariwan warmipaqpas, chaymi “23” nisqata señal hina churayku, Cristoq llamkayninta 1844 watapi qallarisqanta rikuchispa. Chay llamkayqa karqan paypa divinidadninta ñuqanchikpa runa kayninchikwan huñunaypaq. Jesusqa kay pachapa naturalezanta llamk’achin espiritual kaqta sut’inchananpaq, hinaspa chay llamkay, 1844 watapi qallarisqa, 2,300 watakunapa tukukuyninpi, rikuchisqa kachkan qharipa “23” cromosomankunawan warmipa “23” cromosomankunapa huñusqanwan. Huk qhari huk warmiwan kasarakuspan, huk aycha tukunku, hinaspa chay kasarakuymi Cristoq 1844 watapi qallarisqan karqan. 1844 watapa wisq’asqa punkunqa tinkun domingo kamachikuypa wisq’asqa punkunwan, hinaspa chay wisq’asqa punkupa señalninqa “23” nisqanmi.</w:t>
      </w:r>
    </w:p>
    <w:p>
      <w:pPr>
        <w:pStyle w:val="ArticleBody"/>
        <w:jc w:val="left"/>
      </w:pPr>
      <w:r>
        <w:rPr>
          <w:rFonts w:ascii="Times New Roman" w:hAnsi="Times New Roman" w:eastAsia="Times New Roman" w:cs="Times New Roman"/>
        </w:rPr>
        <w:t>31 ñiqin diciembre killamanta, 2023 watamanta, domingo ley pa “23”ninkamaqa huk pacha kasqanta reqsichin, chay pachaqa qallarin alpha “23”wan hinaspa tukukun omega “23”wan. Chaymi kikin pachataq pachak tawa chunka tawa waranqa runakunapa templon kasqantapas qhawachin. Chaylla kikin willakuyqa 9/11-manta domingo ley kama huk fractalmi. 1844 watataqa “23” yupaywanmi rikuchisqa, hinaspa wañusqakunapa tapuy juicio qallariyninta reqsichin. 9/11qa kawsaqkunapa tapuy juicio qallariyninta reqsichin, chayraykutaq 9/11pas “23” yupayniyoqmi. 9/11-manta domingo ley kama pachaqa huk pacha kashan alpha “23”niyoq hinaspa omega “23”niyoq. 2023-manta domingo ley kamaqa 9/11-manta domingo ley kama pachapa huk fractalninmi, chaypitaq pachak tawa chunka tawa waranqa runakunapa templon hatarichisqa. Milleritakunapa temploqa tawa chunka suqta watayuq pacha karqan, ichaqa qhepa p’unchaykunapiqa tiempoqa manañam kananñachu; hinaspa Adventismo qallariyninpi Milleritakunapa tawa chunka suqta wataqa Adventismo tukukuyninpi chaylla kikin pachata unanchan, chay pachaqa qallarinpas tukukunpas “23”wan, chayna ruwaspa Milleritakunapa tawa chunka suqta yupayninta paqarichin.</w:t>
      </w:r>
    </w:p>
    <w:p>
      <w:pPr>
        <w:pStyle w:val="ArticleBody"/>
        <w:jc w:val="left"/>
      </w:pPr>
      <w:r>
        <w:rPr>
          <w:rFonts w:ascii="Times New Roman" w:hAnsi="Times New Roman" w:eastAsia="Times New Roman" w:cs="Times New Roman"/>
        </w:rPr>
        <w:t>Chay kimsa historiakunaqa kimsa patayniyuq suyaychanakuy ruwayta rikuchinku (Milleritakuna, 9/11-manta Domingo kamachikuykama, hinallataq 2023-manta Domingo kamachikuykama). Chay historiata qallarin Miguelpa waqyasqan trompetapa qayllayninwanmi, paymi Moisesta hinaspa Elíasta kawsarichirqan 31 diciembre 2023 p’unchaypi; hinaspa Miguelqa, Cristoq kasqanrayku, kawsarichispaqa trompetapa unanchayninwanmi chayta ruwan.</w:t>
      </w:r>
    </w:p>
    <w:p>
      <w:pPr>
        <w:pStyle w:val="ArticleScripture"/>
        <w:jc w:val="left"/>
      </w:pPr>
      <w:r>
        <w:rPr>
          <w:rFonts w:ascii="Times New Roman" w:hAnsi="Times New Roman" w:eastAsia="Times New Roman" w:cs="Times New Roman"/>
        </w:rPr>
        <w:t>Señormi kikinmi hanaq pacha-manta uraykamunqa qapariywan, hatun angilpa siminwan, Diospa waqra-qapariyninwanpas; Cristopi wañuqkunataq ñawpaqta kawsarimunqaku. 1 Tesalonicenses 4:19.</w:t>
      </w:r>
    </w:p>
    <w:p>
      <w:pPr>
        <w:pStyle w:val="ArticleBody"/>
        <w:jc w:val="left"/>
      </w:pPr>
      <w:r>
        <w:rPr>
          <w:rFonts w:ascii="Times New Roman" w:hAnsi="Times New Roman" w:eastAsia="Times New Roman" w:cs="Times New Roman"/>
        </w:rPr>
        <w:t>Miguelqa arcángelmi, hinaspataqmi kachkan Diospa trompetanwan kuska simin, chay simiwanmi wañusqakuna kawsarimunku; Judas qillqapiñataq yachachiwanchik Miguelqa Moisesta kawsarichisqanta.</w:t>
      </w:r>
    </w:p>
    <w:p>
      <w:pPr>
        <w:pStyle w:val="ArticleScripture"/>
        <w:jc w:val="left"/>
      </w:pPr>
      <w:r>
        <w:rPr>
          <w:rFonts w:ascii="Times New Roman" w:hAnsi="Times New Roman" w:eastAsia="Times New Roman" w:cs="Times New Roman"/>
        </w:rPr>
        <w:t>Ichaqaqa Miguelmi, supaywan churanakuspan Moiséspa ayanmantam rimanakurqa; payqa manam atirqachu paypa contranpi k’amiywan huchachayta apamuyta, aswanqa nirqam: Señor qamta anyachisunki. Judas 1:9.</w:t>
      </w:r>
    </w:p>
    <w:p>
      <w:pPr>
        <w:pStyle w:val="ArticleBody"/>
        <w:jc w:val="left"/>
      </w:pPr>
      <w:r>
        <w:rPr>
          <w:rFonts w:ascii="Times New Roman" w:hAnsi="Times New Roman" w:eastAsia="Times New Roman" w:cs="Times New Roman"/>
        </w:rPr>
        <w:t>Cristoqa, arcángel Miguel hina kasqanpi, Pay kikinpa Revelaciónninta kicharirqan 31 de diciembre de 2023 p’unchawpi, chaymantaq Moiséswan Elíaswan kawsarichirqan, iskay testigokuna, paykunaqa wañuchisqa karqanku 18 de julio de 2020 p’unchawpi. Chaymantataq alfa hawa cimiento prueba chayamurqan. Ángel 9/11 uraykamusqa kasqanqa Jeremíaspa trompetanta waqachirqan, sapaq sonqoyoqkunata Millerita cimientosman kutichispa waqyaspantaq; chaywan kuskallataq, Miguelpa trompetanqa cimientospa pruebanta yaykuchirqan. Chay pruebaqa Daniel 11:14 nisqapi rikuchisqa kashan, maypichus “llaqtaykipa runankunamanta suwaqkuna” hawa visiónta sayarichinku. Milleritakunaqa riqsirqanku Roma llaqtam chay versículota hunt’aq kasqanta, hinaspa visiónta sayarichirqanku.</w:t>
      </w:r>
    </w:p>
    <w:p>
      <w:pPr>
        <w:pStyle w:val="ArticleBody"/>
        <w:jc w:val="left"/>
      </w:pPr>
      <w:r>
        <w:rPr>
          <w:rFonts w:ascii="Times New Roman" w:hAnsi="Times New Roman" w:eastAsia="Times New Roman" w:cs="Times New Roman"/>
        </w:rPr>
        <w:t>2025 watapi 8 p’unchawmanta, templota esquina rumipi, cimientopiwan sayachiy qallarisqa. 1996 watamanta kimsa chunka wata qhipaman—1989 watapi kichasqa willakuyta rasmi simipi takyachisqa kaptin—2023 watapi diciembre killapa 31 p’unchawninpi kichasqa willakuyta rasmi simipi takyachiy ruway qallarisqa.</w:t>
      </w:r>
    </w:p>
    <w:p>
      <w:pPr>
        <w:pStyle w:val="ArticleBody"/>
        <w:jc w:val="left"/>
      </w:pPr>
      <w:r>
        <w:rPr>
          <w:rFonts w:ascii="Times New Roman" w:hAnsi="Times New Roman" w:eastAsia="Times New Roman" w:cs="Times New Roman"/>
        </w:rPr>
        <w:t>1989 watay willakuyta 1996 watapi kamachisqa hinam churayqa, 1776 watapi hamusqan historiapi yuyarisqa runamanta iskay pachak iskay chunka watakuna qhipamanmi hamurqa. 2023 watapi kichasqa kayqa, 1996 watapi kamachisqa hinam churayta yachachisqa kasqan qhipanpi iskay chunka iskayniyuq watakuna qhipamanmi hamurqa, 2001 watapi, setyembre killapa 11 punchawninpi, Islam nisqapa profetiko rikuchikuyninwan.</w:t>
      </w:r>
    </w:p>
    <w:p>
      <w:pPr>
        <w:pStyle w:val="ArticleBody"/>
        <w:jc w:val="left"/>
      </w:pPr>
      <w:r>
        <w:rPr>
          <w:rFonts w:ascii="Times New Roman" w:hAnsi="Times New Roman" w:eastAsia="Times New Roman" w:cs="Times New Roman"/>
        </w:rPr>
        <w:t>Pedro sut’inchan kay sagrado historiamanta willakuqkunata, paykunaq yaykuyninku cimentomanta chaymanta templomanta pruebakunata iskaynintin atipaqkuna. Templo pruebaqa hapiyninpi kan 18 julio 2020 p’akisqa willaypa allichayninta. Kimsa chunka watakuna qhipaman, 1989 watapi willay 1996 watapi formalizasqa kaptin, templo pruebapi yaykun Nashville, Tennessee llaqtaman huk islámico maqaymanta willayta allichaspa hinaspa chaymanta hukmanta willakuy llaṅkay. 1989 watapi willaypa formalizakuyninqa sut’inchasqa karqan 1996 watapi pusaq revista rikhurichisqanwan, chay revistaqa Time of the End nisqawan sutichasqa karqan. Chay revistaqa Daniel chunka hukniyuq qillqapa qhipa suqta versículonkunaqta rimaspa, Estados Unidos llaqtapi domingo kamachiyta reqsichirqan. Diospa providencianmanta, ñawpaq watakunapiña Future for America nisqawan sutichasqa, ichaqa mana llamk’aq ministerioqa, 1989 watapi willaymanta mana ima k’anchayninyoq ñawpaq directorkuna rayku, noqaykuq ministerioyman quyusqa karqan.</w:t>
      </w:r>
    </w:p>
    <w:p>
      <w:pPr>
        <w:pStyle w:val="ArticleBody"/>
        <w:jc w:val="left"/>
      </w:pPr>
      <w:r>
        <w:rPr>
          <w:rFonts w:ascii="Times New Roman" w:hAnsi="Times New Roman" w:eastAsia="Times New Roman" w:cs="Times New Roman"/>
        </w:rPr>
        <w:t>1996 watapiy, ministeriuyku Future for America sutiyuqman tukurqan, hinallataq qillqasqa rikhurirqan, chaypi willasqaqa sut’incharqan Amerikapa hamuq p’unchayninta, Daniel chunka hukniyuq qillqapa qhipa suqta versikulunkunapi rikuchisqa hina. Hukllachasqa Estadus Unidos nisqaqa 1776 watapi profetap hina wiñariyninta qallariqmi karqan, chaymanta “22” wata qhipaman, pacha tukukuypi 1798 watapi, Estadus Unidos qallariqmi Biblia profeciap soqta kaq qhapaq suyuta rurayninpi, 1776 watamanta “220” wata qhipaman. 1996 watapiqa, Estadus Unidospa profeciapi willakuyninqa formalmente sut’ichasqa karqan. 1776 watamanta “220” watakuna, hinallataq chay puntomanta 1798 watakama “22” watakuna, William Millerwan tinkuchkan, paymi 1831 watapi ñawpaq llapa runapaq rimayninta qallarirqan, King James Biblia rikhurichisqa kasqanmantapacha “220” wata qhipaman. Adventismopa qallariyninpas tukukuyninpas énfasiswan rikuchin pacha tukukuypi kichasqa willakuypa formalizakuyninta.</w:t>
      </w:r>
    </w:p>
    <w:p>
      <w:pPr>
        <w:pStyle w:val="ArticleBody"/>
        <w:jc w:val="left"/>
      </w:pPr>
      <w:r>
        <w:rPr>
          <w:rFonts w:ascii="Times New Roman" w:hAnsi="Times New Roman" w:eastAsia="Times New Roman" w:cs="Times New Roman"/>
        </w:rPr>
        <w:t>1996 watamanta kimsa chunka watakuna qhipaman, 2026 watapi, templopa pruebanqa 2020 watayoq julio killapa 18 p’unchaymanta willayta allinchay llamk’anatapas hap’in. Chayrayku, 1989 watapi alpha willay, 1996 watapi kamachisqa tukuy qhipa miraypaq willayqa, kimsa chunka watayoq pacha qallarisqa, chay pacha tukuyninpi huk willayta allinchaypaq hinaspa kamachiypaq pruebanwan tukukuq. Chay kimsa chunka watakunaqa pachak tawa chunka tawa waranqa sacerdocionninpa unanchaqninmi, paykunaqa Chawpi Tuta Qaparikuy willayta kamachinqaku. Pedroqa chay llamk’ayta hunt’aqkunata reqsichin, iskay kaq omega templo prueba pachapi.</w:t>
      </w:r>
    </w:p>
    <w:p>
      <w:pPr>
        <w:pStyle w:val="ArticleBody"/>
        <w:jc w:val="left"/>
      </w:pPr>
      <w:r>
        <w:rPr>
          <w:rFonts w:ascii="Times New Roman" w:hAnsi="Times New Roman" w:eastAsia="Times New Roman" w:cs="Times New Roman"/>
        </w:rPr>
        <w:t>Paní Whiteqa yachachiwanmi Diospa saqesqanmanta pantaykuna hamunanta llaqtan ukhupi, paykunata yachaqakuyman churananpaq.</w:t>
      </w:r>
    </w:p>
    <w:p>
      <w:pPr>
        <w:pStyle w:val="ArticleScripture"/>
        <w:jc w:val="left"/>
      </w:pPr>
      <w:r>
        <w:rPr>
          <w:rFonts w:ascii="Times New Roman" w:hAnsi="Times New Roman" w:eastAsia="Times New Roman" w:cs="Times New Roman"/>
        </w:rPr>
        <w:t>“Diosqa runankunata rikch’arichinqa; huk medios mana allinta ruraptinqa, herejías paykunapuraman yaykunqa, chaykuna paykunata suyt’unqaku, trigu-mantata q’ipa q’upata rakispa. Señorqa qayakun llapa paypa siminta creenkunaman puñuy-manta rikch’ariykunankupaq. Ancha chanin k’anchay hamun kay pacha tiempopaq hinalla. Kayqa Bibliapa cheqaq yachachisqanmi, ñawpaqninchikpiña kachkan chay peligroskunata rikuchispa. Kay k’anchayqa pusawananchikmi Escrituras nisqakunata ch’ulla sonqowan yachayman, hinallata hap’isqanchik posiciones nisqakunata aswan allin, sinchi tapuywan qhawarikuyman.”</w:t>
      </w:r>
    </w:p>
    <w:p>
      <w:pPr>
        <w:pStyle w:val="ArticleBody"/>
        <w:jc w:val="left"/>
      </w:pPr>
      <w:r>
        <w:rPr>
          <w:rFonts w:ascii="Times New Roman" w:hAnsi="Times New Roman" w:eastAsia="Times New Roman" w:cs="Times New Roman"/>
        </w:rPr>
        <w:t>Chay nisqaqa huk pasajemanta huk rakiyllanmi, kay qelqay tukuyta tukunanpaq. Qelqakunapi hinallataq ñuqaykuq Samana Samana tantanakuy zoom nisqakunapipas, Daniel 11:10–15 nisqaman qhawarisqaykupim wakin unanchaqkunata pantarqani; chaymanta, mana hina kaptinpas allinchasqaykuta rurarqayku, Paniummanta qelqakuna qatipasqaymantaqa hukman pusasqa karqani—chay maqanakuy, domingo kamachikuyman pusak. Kunanqa Paniumman kutirinapaqmi pacha chayamunña; chayman kutirispaqa, Caesarea Philippipi Pedrowan representasqa yapasqa evidenciapa siqinta yapaqtaqmi kanqa, chayqa Paniummi.</w:t>
      </w:r>
    </w:p>
    <w:p>
      <w:pPr>
        <w:pStyle w:val="ArticleBody"/>
        <w:jc w:val="left"/>
      </w:pPr>
      <w:r>
        <w:rPr>
          <w:rFonts w:ascii="Times New Roman" w:hAnsi="Times New Roman" w:eastAsia="Times New Roman" w:cs="Times New Roman"/>
        </w:rPr>
        <w:t>Kunan kutichisunmi yuyaychakuykunaman Daniel chunka hukniyuq qillqapi chunka versículomanta suqtachunka soqtayuq versículokama, chaykuna rikuchin chusku chunka versículopa pakasqa historianta. Septiembremi saqerqanchik, chayrayku phichqa killachá hina pasanña.</w:t>
      </w:r>
    </w:p>
    <w:p>
      <w:pPr>
        <w:pStyle w:val="ArticleScripture"/>
        <w:jc w:val="left"/>
      </w:pPr>
      <w:r>
        <w:rPr>
          <w:rFonts w:ascii="Times New Roman" w:hAnsi="Times New Roman" w:eastAsia="Times New Roman" w:cs="Times New Roman"/>
        </w:rPr>
        <w:t>Pedrom wawqinkunata kayhinam kallpanchan: “allin kaypi, hinaspa Señorninchis hinaspa Qespichiqninchis Jesucristopa reqsiyñinpi wiñaychis” nispa. Diospa llaqtan allin kaypi wiñaptinqa, paykunaqa sapa kutim Diospa siminta aswan sut’ita entiendenqaku. Paykunam reqsinqaku sagrado cheqaqkayninkunapi musuq k’anchayta hinaspa sumaq kayta. Kayqa iglesiapa historiankunapi llapa pacha wiñaykunapi chayhinam karqan, hinaspataq chayhinallataqmi tukukuykama kanqa. Ichaqa cheqaq espiritupaq kawsay pisiyaptinqa, sapa kutim chayqa cheqaq kaypa yachayñinpi ama ñawpaqman puriyta munayman watukuq karqan. Runakunaqa Diospa siminmanta ña chaskisqa k’anchaywan kusisqasam samaykunku, hinaspa Escriturasman aswan mast’ariytaqa hark’anku. Paykunaqa ñawpaq yachachiykunallapi sayaq tukuynku, hinaspataq rimanakuyta ayqekuyta mask’anku.</w:t>
      </w:r>
    </w:p>
    <w:p>
      <w:pPr>
        <w:pStyle w:val="ArticleScripture"/>
        <w:jc w:val="left"/>
      </w:pPr>
      <w:r>
        <w:rPr>
          <w:rFonts w:ascii="Times New Roman" w:hAnsi="Times New Roman" w:eastAsia="Times New Roman" w:cs="Times New Roman"/>
        </w:rPr>
        <w:t>Diospa llaqtan ukhupi mana ch’aqwaypas, mana chukchuy atipanakuy pas kasqan, mana sut’i qhawarisqa pruebachu kananpaq paykuna allin yachachiyta sinchita hap’iskanku nispa. Mancharinapaqrayku kan, ichapas mana sut’ita t’aqwachkankuchu cheqaq kayta pantasqa kaymantapas. Qhelqasqa Qelqekunata mask’aspa mana musuq tapuykuna qallarinchu chayqa, mana ima yuyay tinkunakuypas paqarinchu runakunata Bibliata sapa sapankuta mask’anankupaq, cheqaq kayta hap’isqankuta yachaykuspa, chayqa kunanpas achkha runakuna, ñawpaq p’unchaykunapi hina, yachaymanta saqesqa costumbrekunallata qatipaq kanqaku, mana imatachus yupaychashankuta mana yachaspa.</w:t>
      </w:r>
    </w:p>
    <w:p>
      <w:pPr>
        <w:pStyle w:val="ArticleScripture"/>
        <w:jc w:val="left"/>
      </w:pPr>
      <w:r>
        <w:rPr>
          <w:rFonts w:ascii="Times New Roman" w:hAnsi="Times New Roman" w:eastAsia="Times New Roman" w:cs="Times New Roman"/>
        </w:rPr>
        <w:t>“Ñuqaman rikuchisqa kani, kunan pacha cheqaq yachayta reqsisqankuta nispa willakuq askha runakunaqa mana yachankuchu imatam creenku. Paykunaqa mana entiendenkuchu iñiyninkupa pruebankunata. Kunan pacha ruwaypaqqa mana chaninchanakuychu kan paykunapi. Pruebapa tiempun hamuqtinqa, kunan hukkunaman willakuspa yachachiq qharikunaqa, hap’ipakusqanku sayaykunata qhawaykuspan, ashkha imakunam kashan, chaykunamanta mana ima allin, qhawarikuq razon-ta qoyta atinkuchu. Chayhina pruebasqa manaraq kaspankum mana reqsirqankuchu hatun mana yachayninkuta. Hinallataq iglesiapi askha runakunaqa yupaychanku paykunaqa entiendenkuchus imatam creenku; ichaqa, mana churanakuy rikurimunankamaqa, mana reqsinkuchu kikinkupa pisi kallpankuta. Kikinkuwan kaq iñiyniyuqkunamanta t’aqasqa kaspa, sapallan sayarinankupaq hinaspa sapallan kikinkupa iñiyninta sut’inchanankupaq obligasqa kaspankum, muspharinqaku rikuspanku mayna pantasqa kasqanta yuyayninku chay cheqaq kasqanta chaskisqankumanta. Cheqaqmi kay: ñuqanchik ukhupiqa kawsak Diosmanta karunchakuy karqan, runakunaman kutirikuytaq karqan, runapa yachayninta churaykuspa Diospa yachayninpa rantinpi.”</w:t>
      </w:r>
    </w:p>
    <w:p>
      <w:pPr>
        <w:pStyle w:val="ArticleScripture"/>
        <w:jc w:val="left"/>
      </w:pPr>
      <w:r>
        <w:rPr>
          <w:rFonts w:ascii="Times New Roman" w:hAnsi="Times New Roman" w:eastAsia="Times New Roman" w:cs="Times New Roman"/>
        </w:rPr>
        <w:t>Diosqa llaqtanta rikch’arichinqa; huk medios mana allin llank’aptinqa, hinaqa heresías paykunapuraman yaykunku, chaykunata suyt’uchispa, trigo-manta paja-ta t’aqasaq. Señorqa waqyan llapa paypa siminta creenqakunata puñuymanta rikch’ariykuq. Ancha chanin k’anchaymi hamun, kay pacha-tiempopaq allin kaq. Chayqa Bibliapi cheqaq yachachiymi, ñawpaqninchikpiña kaq peligrokunata rikuchispa. Kay k’anchayqa pusawanchik Escrituras-ta kuska kallpawan yachayman, hinaspa hap’isqanchik yachachiykunata ancha allinta, sinchi qhawaywan examinayman. Diosqa munan cheqaq yachachiyq llapa rikch’ayninkuna hinaspa llapa hap’iqninchik posiciones nisqakuna tukuy sonqowan, mana sayk’uspa maskhasqa kanan-ta, mañakuywan hinaspa ayunaywan. Creyente-kunaqa mana samayta atinchu suposiciones nisqakunapi, nitaq mana sut’inchasqa yuyaykunapi imataq cheqaq kayta ruwasqanmantapas. Paykunap feenqa Diospa siminpi sinchita sayachisqa kanan, chaymanta, pruebay tiempo hamuptin hinaspa consejo-kunapa ñawpaqenman pusasqa kaspanku paykunap feenrayku kutichinankupaq, atinqaku imarayku chay suyayta ukhunpi hap’inku chayta willakuyta, llamp’u sonqoywan hinaspa manchakuywan.</w:t>
      </w:r>
    </w:p>
    <w:p>
      <w:pPr>
        <w:pStyle w:val="ArticleScripture"/>
        <w:jc w:val="left"/>
      </w:pPr>
      <w:r>
        <w:rPr>
          <w:rFonts w:ascii="Times New Roman" w:hAnsi="Times New Roman" w:eastAsia="Times New Roman" w:cs="Times New Roman"/>
        </w:rPr>
        <w:t>“Chaqchuychik, chaqchuychik, chaqchuychik. Kay pachaman rikhurichisqanchik yachachiykunaqa ñuqanchikpaq kawsayniyuq cheqaq kay kanan. Ancha importante n, iñiypaq aswan hatun, sapallanpaq sayachisqa yachachiykunata waqaychaspa, manam hayk’aqpas saqesunmanchu mana llapallanpi allin, cheqapuni kasqan razones nisqakunata apayta. Chaykunaqa huk contra rimajta upallaykachinman ichaqa, manam cheqaq kayta yupaychanchu. Ñuqanchikqa allin, cheqapuni razones nisqakunata rikhurichina, chaykunaqa manam awqanchikkunata upallaykachinallachu, aswanpas aswan qayllapi, aswan sinchita tapukuywan qhawaykusqapas sayariyta atinankupaq. Chay debate ruranapaq kikillankumanta yachakusqakunawanqa ancha hatun peligrom kan, Diospa siminta mana chanin kaywan apanakunkumanchu. Huk contra rimajwan tinkuspaqa sonqomanta kallpachakuspa yachachiykunata hina rikhurichinanchik tiyan, paypa yuyayninpi cheqaqman chayananpaq yuyaychakuyta hatarichinapaq, manataq iñiqllata kallpachinapaq maskhaspaqa.”</w:t>
      </w:r>
    </w:p>
    <w:p>
      <w:pPr>
        <w:pStyle w:val="ArticleScripture"/>
        <w:jc w:val="left"/>
      </w:pPr>
      <w:r>
        <w:rPr>
          <w:rFonts w:ascii="Times New Roman" w:hAnsi="Times New Roman" w:eastAsia="Times New Roman" w:cs="Times New Roman"/>
        </w:rPr>
        <w:t>“Imapas runaq yachayman wiñayllata ñawpaqman purisqanman hina kaptinpas, ama huk ratullapas yuyachunchu aswan hatun k’anchayta tarinapaqqa mana allin, mana samayniyuq qellqasqa Qhelqakunata allinta, sapa kuti mask’ananchik kasqanta. Ñuqanchik llaqtahinalla sapa sapankama qayasqa kanchik willakuy qhawaymanta yachaqkuna kananpaq. Sinch’i munaywan qhawananchik tiyan, Dios ñuqanchikman rikuchiwanchikman chay ima k’anchaypa huk ch’ispillanta hina reqsinanchikpaq. Cheqaq kaypa ñawpaq lliphipiykunata hap’inanchik tiyan; hinaspataq mañakuywan yachaymanta aswan sut’i k’anchayta tariswan, chayta hukkunaman apamunapaq.”</w:t>
      </w:r>
    </w:p>
    <w:p>
      <w:pPr>
        <w:pStyle w:val="ArticleScripture"/>
        <w:jc w:val="left"/>
      </w:pPr>
      <w:r>
        <w:rPr>
          <w:rFonts w:ascii="Times New Roman" w:hAnsi="Times New Roman" w:eastAsia="Times New Roman" w:cs="Times New Roman"/>
        </w:rPr>
        <w:t>“Diospa llaqtan runakuna kunan kashqanku yachaywan samaykusqa, kusisqa kaptinkuqa, chiqapmi yachanchik payqa mana paykunata allinchaspa qhawasqanta. Munayninmi paykuna sapa kuti ñawpaqman purinankupaq, paykunapaq k’anchamushaq aswan achka, sapa kuti yapay yapay wiñaq k’anchayta chaskinankupaq. Kunan pacha iglesiapa sayayninqa mana Diospa sonqonman hinachu. Yaykusqanmi huk kikillanmanta atinichakuy, chaymi paykunata yuyachirqan aswan achka cheqaq kayta, aswan hatun k’anchaytaqa mana necesitashqankuta. Kawsashanchikmi huk pacha, maypichus Satanás llamk’ashan pañaq lawmanta lloq’e lawkama, ñawpaqninchikpi, qepanchikpipas; ichaqa ñuqanchikqa, huk llaqtahina, puñushanchikmi. Diospa munayninmi huk kunka uyarisqa kananpaq, llaqtanta ruwanaman hatarichinampaq.”</w:t>
      </w:r>
    </w:p>
    <w:p>
      <w:pPr>
        <w:pStyle w:val="ArticleScripture"/>
        <w:jc w:val="left"/>
      </w:pPr>
      <w:r>
        <w:rPr>
          <w:rFonts w:ascii="Times New Roman" w:hAnsi="Times New Roman" w:eastAsia="Times New Roman" w:cs="Times New Roman"/>
        </w:rPr>
        <w:t>“Alma­ta hananman llaqtap k’anchay raykunata chaskinampaq kicharinanpa rantinpiqa, wakinkuna huk chiqanta purishanku. Iskay hinantinpi, prensa nisqawanpas pulpitu mantapas, Bibliapa inspiracionninmanta qhawariykuna rikuchisqa kanku, chaykunaqa mana Espíritu Santoq nitaq Diospa siminpa qhapaqchasqanchu. Cheqaqmi kan: manam mayqin runapas, nitaq runakunapa huñunpas, chay hina ancha hatun importanciayuq yachaymanta teoríakunata ñawpaqman apanankuchu, mana sut’i “Kaytami Señor nin” nisqa paykunata sayachinampaq kaptinqa. Hinaspa runakuna, runapa pisi kallpayuq kaywan muyurisqa, muyuriq influenciakunamanta aswan achka utaq aswan pisi tupuypi suyusqa, herenciapi chaskisqa hinaspa yachachisqa inclinasionniyuq, chaykunaqa yuyaysapa utaq hanaq pachaman sonqoyuq kananmanqa karu kaptin, Diospa siminta acusayta qallarinanku, hinaspa ima kasqanmanta juzgankuman divino kasqanta hinaspa runapa kasqanta, chayqa Diospa yuyaychakuyninmanta mana kaspachu llank’ashanku. Señorqa manam chay hina ruwanakunata allinchaspa wiñachinqachu. Chaypa rurayninqa mana allinchu kanqa, iskayninpi: chaypi llamk’aqpaqpas hinaspa pichkuna chaskinku Diosmanta ruwasqa hina. Inspiracionpa kayninmanta teoríakuna rikuchisqankurayku, achka umakunapi iskepikuy hatarichisqa. Tukukuq kawsayniyuq runakuna, k’ikllu hinaspa pisi qhawariyniyuq yuyayninkuwan, paykuna kikinkuta atiniyuq hina yuyanku Qelqakunata kriticanankupaq, nispanku: “Kay pasajemi necesitakusqa, chay pasajetaq manam necesitakusqachu, nitaq inspirasqasqachu.”</w:t>
      </w:r>
    </w:p>
    <w:p>
      <w:pPr>
        <w:pStyle w:val="ArticleScripture"/>
        <w:jc w:val="left"/>
      </w:pPr>
      <w:r>
        <w:rPr>
          <w:rFonts w:ascii="Times New Roman" w:hAnsi="Times New Roman" w:eastAsia="Times New Roman" w:cs="Times New Roman"/>
        </w:rPr>
        <w:t>“Cristoqa mana ima hina yachachikuytachu qorqan Ñawpaq Testamentoq Qellqankunamanta, chayllataqmi paypa pacha runakunaqa Bibliamanta kapuq karqan. Paypa yachachikuyninkunaqa runakunapa yuyayninkuta Ñawpaq Testamentoman pusananpaqmi karqan, chaypi rikuchisqa hatun yachachikuykunatataq aswan sut’ita qhawachinanpaq. Achka pachakunaq kamachikuyninpi Israel llaqtapa runankunaqa Diosmanta karunchakuspa purirqanku, paykunaman paymi churapusqan ancha chanin cheqaqkunaqtapas qonqapusqankuña. Chay cheqaqkunaqa q’otukuy hina umachiq ruwaykunawan, ceremoniyakuna wanmi pakasqa karqan, cheqaq nisqankuta pakaspa. Cristoqa hamurqan chay q’upataqa qichunanpaq, llipin k’anchayninta chinkachisqanta. Payqa ancha chanin rumi kuychi hina musuq churakuypi churarqan. Paymi rikuchirqan mana ñawpaqta yachakusqa, reqsisqa cheqaqkunapa kutimpa willakuyninta pisipachaspachu, aswanpas payqa hamurqan paykuna cheqaq kallpayninpiwan sumaq kayninpiwan rikurinanpaq; chay hatun k’anchariynintaqa paypa pacha runakunaqa hayk’aqpas mana reqsirqankuchu. Kay sut’inchasqa cheqaqkunapa Qillqaqnin kikin kaspan, runakunaman cheqaq nisqanta kicharinman karqan, pusariqkunapa pantasqa sut’inchayninkunamanta, llulla yuyaychakusqankunamantapas qispichispa; chaykunataqa paykunaqa kikin mana t’aqasqa kawsayninkuman hina, espirituyniyoq kaymanta wakcha kasqankuman hina, Diospa munakuyninmanta karu kasqankuman hina chaskirqanku. Payqa chay cheqaqkunamanta kawsayta, kallpata qichuqta wikch’urqan, hinaspataq kay pachaman kutichimpuwarqan llapan ñawpaq musuq kayninpiwan, kallpayninpiwan.”</w:t>
      </w:r>
    </w:p>
    <w:p>
      <w:pPr>
        <w:pStyle w:val="ArticleScripture"/>
        <w:jc w:val="left"/>
      </w:pPr>
      <w:r>
        <w:rPr>
          <w:rFonts w:ascii="Times New Roman" w:hAnsi="Times New Roman" w:eastAsia="Times New Roman" w:cs="Times New Roman"/>
        </w:rPr>
        <w:t>“Sichus Cristopa Espírituyniyuq kanchik chayqa, paywan kuska llamkaqkunam kanchik, pay hamuspa rurananpaq llamk’ata ñawpaqman apananchikpaqmi noqanchikpa kashan. Bibliapa cheqaq yachachikuyninkunaqa yapamantaqmi costumbrekunawan, tradicionkunawan, hinaspa llulla yachachikuywan pakasqa rikurirqan. Runakunapa munasqan teologiapa pantasqa yachachikuyninkunaqa waranqa waranqa iskep’tikokunata hinaspa mana iñiqkunata ruwasqanku. Achka pantaykuna hinaspa mana tupaq kaykuna kan, chaykunatam achkakuna Bibliapa yachachikuynin nispalla qapariywan k’aminku; ichaqa cheqaqpiqa Escrituraspa llulla hamut’ayninkunam kanku, papakuna tutayay pacha watakunapi chaskisqa. Achka-achka runakunam Diosta mana allin hamut’ayta waqaychasqa kanku, imaynachus judíokuna, pacha-ninkupa pantaykunawan hinaspa tradicionninkunawan pantasqa, Cristomanta mana allin hamut’ayniyuq karqanku. ‘Sichus reqsispankuman karqan chayqa, manam k’anchayniyuq Señorta chakataspankumanchu karqan.’ Noqanchikpataqmi kay pachaman Diospa cheqaq kasqanta rikuchinanchik. Bibliata k’amiyta saqespa, mask’aspunchik yachachikuywan hinaspa ejemplowan kay pachaman qelqanta santo, kawsayta qoy yachachikuyninkunata qhawarichiyta, hinaqtin ‘tutamanta paypa admirakuypaq k’anchayninman qayaqniykiq alabanzankunata willakunanchikpaq.’”</w:t>
      </w:r>
    </w:p>
    <w:p>
      <w:pPr>
        <w:pStyle w:val="ArticleScripture"/>
        <w:jc w:val="left"/>
      </w:pPr>
      <w:r>
        <w:rPr>
          <w:rFonts w:ascii="Times New Roman" w:hAnsi="Times New Roman" w:eastAsia="Times New Roman" w:cs="Times New Roman"/>
        </w:rPr>
        <w:t>“Ñoqanchik ukhupi mana allinkuna pisillamanta yaykuspa, mana yuyasqallamanta runakunatawan iglesiakunatapas Diosman manchakuy yupaychaymanta karuncharqanku, hinaspataq paykunaqman quykuyta munasqan atiyninta wichqarqanku.</w:t>
      </w:r>
    </w:p>
    <w:p>
      <w:pPr>
        <w:pStyle w:val="ArticleScripture"/>
        <w:jc w:val="left"/>
      </w:pPr>
      <w:r>
        <w:rPr>
          <w:rFonts w:ascii="Times New Roman" w:hAnsi="Times New Roman" w:eastAsia="Times New Roman" w:cs="Times New Roman"/>
        </w:rPr>
        <w:t>“Ay wawqikuna, Diospa simin kashan hinalla sayachun. Ama runapa yachaynin munachunchu qellqakunaq huk rimayninpa kallpanta pisiyachiyta. Revelacionpi chay llakiy willakuyninqa yuyaychawasun chayna sayayta mana jap’iykuq. Yachachiqniypa sutinpi niykichik: ‘Chakiykimanta usut’uykikunata oqariy, maypinchas sayashanki chayqa santa allpami.’” Testimonios, tomo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Chunka kimsayuq yupay</dc:title>
  <dc:subject>Kutispa Paniumman</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