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Chunka phisqa yupayniyuq</w:t>
      </w:r>
    </w:p>
    <w:p>
      <w:pPr>
        <w:pStyle w:val="ArticleSubtitle"/>
        <w:jc w:val="left"/>
      </w:pPr>
      <w:r>
        <w:rPr>
          <w:rFonts w:ascii="Arial" w:hAnsi="Arial" w:eastAsia="Arial" w:cs="Arial"/>
        </w:rPr>
        <w:t>«250» Kimsa kuti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 watapi Trumpqa “250” wata Amerikapa rayminta ruraytaqa, chayhina “250” watawan tupachkan 457 a. C. pacha Antiochus Magnusman, Raphia maqanakuywan Panium maqanakuywan chawpinpi historiapi. “250” watakuna tukukuyninpi Antiochus Magnusqa 207 a. C. watapi sayarin, Raphia qhepata chunka watata, Panium manaraq chayamuchkaptin qanchis watata ñawpaqman. “250” watakunapa testigunqa hinallataq pagano Romaq “250” wata pacha tiempowanmi tupachkan; 64 watapi Nerónqa cristianokunata qatiykachayta qallarin, chaymanta “250” wata qhepatataq, Milán kamachikuypi 313 watapi, Constantino Hatunqa cristianismota legalizarqan, qatiykachaykunataq tukukapun.</w:t>
      </w:r>
    </w:p>
    <w:p>
      <w:pPr>
        <w:pStyle w:val="ArticleBody"/>
        <w:jc w:val="left"/>
      </w:pPr>
      <w:r>
        <w:rPr>
          <w:rFonts w:ascii="Times New Roman" w:hAnsi="Times New Roman" w:eastAsia="Times New Roman" w:cs="Times New Roman"/>
        </w:rPr>
        <w:t>Donald Trumpqa reqsichkanmi Amerikata yapanmanta hatunmanta kutichinapaq; chaymi qatipaqninkunapa sutichasqan—MAGA. Trumpqa profecíapi rikuchisqa karqan Constantino el Grande hina, Antiochus el Grande hina, hinaspataq, Daniel chunka hukniyuqpa ñawpaq versículonkuna ukhupi, payqa Ciro el Grande, Jerjes el Grande, chaymanta qhepatataq Alejandro el Grande hinam. Ciro, Darío, Artajerjespa kamachisqanmantapacha 457 a.C. watapi Paniumpa historiankama iskay pachak pichqa chunka watam. Chay “250” watakunapa tukukuyninqa Raphiawan Paniumwan chawpinpi kasqa, chayhinallataqmi 2026pas. 2026qa Trumppa iskay kaq kamachiyninpa chawpinmi. Nerónpa “250” watakuna ñak’ariykunam apamun huk kamachisqaman, mayqanmi cristianokunapa qatiykachasqa ñak’ariyninkunata tukuchin. Nerónpa siq’inqa chawpi siq’im, kimsa siq’ikuna “250” watayuqkunamanta, Ciro, Nerón hinaspa Trumpwan rikuchisqa.</w:t>
      </w:r>
    </w:p>
    <w:p>
      <w:pPr>
        <w:pStyle w:val="ArticleBody"/>
        <w:jc w:val="left"/>
      </w:pPr>
      <w:r>
        <w:rPr>
          <w:rFonts w:ascii="Times New Roman" w:hAnsi="Times New Roman" w:eastAsia="Times New Roman" w:cs="Times New Roman"/>
        </w:rPr>
        <w:t>Ciroqa ñawpaq kamachikuyta rurarqa, Artajerjesqa kinsa kaq kamachikuytataq rurarqa. Ciroqa ñawpaq angelmi, Artajerjesqa kinsa kaq angelmi. Cirotaqa munani llapan kinsa kamachikuykunap simbolon hina llamk’achiyta, chaykuna huñusqa kaspa 457 a.C. watata reqsichisqankurayku.</w:t>
      </w:r>
    </w:p>
    <w:p>
      <w:pPr>
        <w:pStyle w:val="ArticleBody"/>
        <w:jc w:val="left"/>
      </w:pPr>
      <w:r>
        <w:rPr>
          <w:rFonts w:ascii="Times New Roman" w:hAnsi="Times New Roman" w:eastAsia="Times New Roman" w:cs="Times New Roman"/>
        </w:rPr>
        <w:t>Ciroqa qallarin “250” watayuq huk siq’ita 457 BC watapi, chayqa tukukun Paniumpa historiapi, mayqinchus Antiochus Hatunpa historiann, paymi Donald Trump. Paniumqa domingo kamachikuymanta ñawpaq versículon. Ciroqa señalachin qallariyninta “250” watayuq historia siq’ipa, mayqinchus hallp’a animalpa Republicano waqranmanta sut’ichin, hinallataq Ciroqa señalachin qallariyninta 2,300 watayuq historia siq’ipa, mayqinchus hallp’a animalpa Protestante waqranmanta sut’ichin.</w:t>
      </w:r>
    </w:p>
    <w:p>
      <w:pPr>
        <w:pStyle w:val="ArticleBody"/>
        <w:jc w:val="left"/>
      </w:pPr>
      <w:r>
        <w:rPr>
          <w:rFonts w:ascii="Times New Roman" w:hAnsi="Times New Roman" w:eastAsia="Times New Roman" w:cs="Times New Roman"/>
        </w:rPr>
        <w:t>Nerón qallarin huk línea historiata, ñak’ariyman chayanapaq hinaspa arreglo-man chayanapaq rikch’ayninta qhawachispa. Cirowan Estados Unidoswan mana sutinchakunchu, paykunaqa huk línea-ta qhawachinku, mayqinchus profético tiempoq huk chawpi puntunpi tukukun; ichaqa Nerónpa línea-nqa tukukun huk progresivo arreglo tiempoq ilustraciónninwan, qallarispa Edicto de Milánmanta 313 watapi, chaymantataq ñawpaq domingo p’unchaw kamachiywan 321 watapi, chay qhipamantataq 330 watapi Roma llaqtapa inti lluqsimuyninman hinaspa inti yaykumuyninman rakisqa kayninwan. Constantino sutichasqa kachkan chay kimsa fechakunapi llapanpi. Nerónpa línea-npi, 313 watamanta 330 watakama chunka qanchisniyuq wata kachkan. Ciro-pa línea-npitaq, batalla de Raphia 217 a.C. watamanta batalla de Panium 200 a.C. watakama, hinallataq chunka qanchisniyuq wata kachkan.</w:t>
      </w:r>
    </w:p>
    <w:p>
      <w:pPr>
        <w:pStyle w:val="ArticleBody"/>
        <w:jc w:val="left"/>
      </w:pPr>
      <w:r>
        <w:rPr>
          <w:rFonts w:ascii="Times New Roman" w:hAnsi="Times New Roman" w:eastAsia="Times New Roman" w:cs="Times New Roman"/>
        </w:rPr>
        <w:t>Danielpa chunka hukniyuq qillqapi, Artajerjesqa kinsa kaq kamachikuymi. Chay kinsa kaq kamachikuyqa kinsa kaq angelta hinallataq domingo kamachikuytapas rikuchin. 457 Cristo manaraq paqarinanmanta “250” watakuna, hinallataq 1776 watamanta “250” watakunapas, iskayninku tukunku chay historiapa chawpipi, mayqinchus pasakun domingo kamachikuy manaraq chayamushaqtin, versículo chunka suqta nisqapi. Chunka hukniyuq qillqaqa versículokunata churamun, mayqinkunachus qhipapi 1989 watapa historianta versículo chunkapi rikuchirqan, hinallataq Ucraniamanta Awqanakuypa historianta, mayqinchus 2014 watapi qallarikurqan, versículo chunka hukniyuqpi rikuchisqa, chaymanta Trump kutimusqanta iskay kaq mandatonman 2024 watapi, versículo chunka kinsayuqpi rikuchisqa hina, hinaspataq versículo chunka tawayuqqa 2025 watata reqsichin, sumaq allpamanta ñawpaq papa hawapi rikuyta sayarichisqanwan.</w:t>
      </w:r>
    </w:p>
    <w:p>
      <w:pPr>
        <w:pStyle w:val="ArticleBody"/>
        <w:jc w:val="left"/>
      </w:pPr>
      <w:r>
        <w:rPr>
          <w:rFonts w:ascii="Times New Roman" w:hAnsi="Times New Roman" w:eastAsia="Times New Roman" w:cs="Times New Roman"/>
        </w:rPr>
        <w:t>Daniel 11:40 nisqaqa hunt’akuyqa 1989 watapi hunt’akurqan, Unión Soviética urmachisqa kaptin Juan Pablo IIwan Ronald Reaganwan pakasqa huñunakuywan. Chay pakasqa huñunakuy, tukukuypa p’unchayninpi 1989 watapi, rikch’achirqan sut’i huñunakuyta chay profétikupa pacha 1989 watapi qallarisqamanta tukukuyninpi. Chay sut’i huñunakuyqa visión nisqata takyaykachin.</w:t>
      </w:r>
    </w:p>
    <w:p>
      <w:pPr>
        <w:pStyle w:val="ArticleBody"/>
        <w:jc w:val="left"/>
      </w:pPr>
      <w:r>
        <w:rPr>
          <w:rFonts w:ascii="Times New Roman" w:hAnsi="Times New Roman" w:eastAsia="Times New Roman" w:cs="Times New Roman"/>
        </w:rPr>
        <w:t>2026 wataqa “250” watakunap tukukuynin profecía nisqapa historianninpim, huk pacha qallarirqan iskay chunka iskayniyuq watakunawan 1776 watamanta pacha tukukuypa tiempunkama 1798 watapi. Chay qallarikuq historiapa iskay chunka iskayniyuq watankuna rikuchisqa kachkan 9/11 mantapacha 2023 watakama iskay chunka iskayniyuq wata historiapi. Chay iskay chunka iskayniyuq watakuna 1798 watapi tukukuptin, Danielpa libron kicharisqa karqan; hinallataq chay iskay chunka iskayniyuq watakuna 9/11 pi qallarispan 2023 watapa diciembre killapa 31 p’unchayninpi tukukuptin, Judá ayllupi León nisqa qallarirqan Jesucristopa Revelaciónninta kichariyta.</w:t>
      </w:r>
    </w:p>
    <w:p>
      <w:pPr>
        <w:pStyle w:val="ArticleBody"/>
        <w:jc w:val="left"/>
      </w:pPr>
      <w:r>
        <w:rPr>
          <w:rFonts w:ascii="Times New Roman" w:hAnsi="Times New Roman" w:eastAsia="Times New Roman" w:cs="Times New Roman"/>
        </w:rPr>
        <w:t>Kay qillqasqa willakuy, iskay chunka iskayniyuq watakuna tukukuyninpi 1798 watapi kichasqa karqan, chayqa 1831 watapi llapa runakunapa rikunanpaq churakusqa karqan, 1611 watapi Rey Jamespa Biblianta rikhurichisqamanta iskay pachak iskay chunka watakuna qipaman. 1798 watamanta 1831 watakama, Diospa sut’inchay Simiynin aswan-aswan kichakusqa karqan. 1831 watakamaqa llapaqpa yachanan pampapiña karqan, chaymanta qharikuna warmikunapas 1798 watapi kichasqa kay willakuymanta mañakuqchasqa kayta apanankupaqña karqanku. Chaymanta 1840 watapi “huk musphaypaq reqsichikuq ruway,” nisqanta Panay White sutichan hina, pasaq karqan, Islammanta huk willakuy ñawpaq rimay hunt’asqa kaptin.</w:t>
      </w:r>
    </w:p>
    <w:p>
      <w:pPr>
        <w:pStyle w:val="ArticleBody"/>
        <w:jc w:val="left"/>
      </w:pPr>
      <w:r>
        <w:rPr>
          <w:rFonts w:ascii="Times New Roman" w:hAnsi="Times New Roman" w:eastAsia="Times New Roman" w:cs="Times New Roman"/>
        </w:rPr>
        <w:t>Iskay chunka iskayniyuq watakuna puchukayninmanta (1798), iskay pachak iskay chunka watakuna puchukayninkama (1831); huk willakuy kichasqa kanan pacha rikuchisqa kachkan. Chay rikuchiyqa huk señalta hap’in, maypichus chay willakuyta kamachisqa hinata churanku, chaymanta qipanman huk señalta, mayqinchus huk willakuy ñawpaq rimayta reqsichin, chayta qipanmanta yapamanta yupasqa kasqanta, hinaspa chaymanta hunt’asqa kaspan huk señalta paqarichin, mayqinchus “Diospa atipayninpa musphay rikurimuynin” qallariyninta reqsichin.</w:t>
      </w:r>
    </w:p>
    <w:p>
      <w:pPr>
        <w:pStyle w:val="ArticleBody"/>
        <w:jc w:val="left"/>
      </w:pPr>
      <w:r>
        <w:rPr>
          <w:rFonts w:ascii="Times New Roman" w:hAnsi="Times New Roman" w:eastAsia="Times New Roman" w:cs="Times New Roman"/>
        </w:rPr>
        <w:t>1989 watay kuyuy paqarisqapa tukukuyninpi iskay chunka iskayniyuq wata pacha karqan 9/11-manta 2023 watakama, chaypi huk kutitaq huk qillqasqa rimay kichasqa karqan. Chay qillqasqa rimayqa mana allinmantaqa qallarinan karqan yachay aswan yapakusqapa pachata, huk yachaytaq pruebananpaq, t’aqananpaqpas, achka runakuna waqyamusqa kaptinku, pisillataq akllasqa kanku. Kanmanmi huk pacha mayqinpi willakuyqa llapa runakunapa ñawpaqenman churakunan karqan. Chay willakuyqa apamunmanmi chay unanchasqakunata, profetasimanta musuqmanta yupasqa willakuy kasqanmanta, hinaspataq huk kutitaq huk willasqa p’unchay hamunanta ñawpaqmanta rimayta uqharinman. Llaqta ñawpaqpi willasqa ñawpaqmanta rimay hunt’akusqan pachaqa, chay willakuy kallpachasqa kanman, 1840 watapa historianta Pentecostés nisqantawan rikuchisqan hina.</w:t>
      </w:r>
    </w:p>
    <w:p>
      <w:pPr>
        <w:pStyle w:val="ArticleBody"/>
        <w:jc w:val="left"/>
      </w:pPr>
      <w:r>
        <w:rPr>
          <w:rFonts w:ascii="Times New Roman" w:hAnsi="Times New Roman" w:eastAsia="Times New Roman" w:cs="Times New Roman"/>
        </w:rPr>
        <w:t>Unión Soviética nisqapa wañusqanwan 1989 watapi, Daniel 11:40 kichasqa karqan; hinaspataq 1996 watapi Daniel 11 willakuyqa llapa runakunapa ñawpaqman churakusqa karqan. 1996 wataqa 1776 watamanta iskay pachak iskay chunka watayoq qhepam karqan; chay 1776 wataqa mana sapanlla 1798 watapi tukukuq iskay chunka iskayniyoq watakunata qallarisqachu, aswanpas 2026 watapi tukukuq iskay pachak pichqa chunka watakunatapas qallarisqarqan. Republicano waqraqa 2026 watapi política chawpi p’unchaykunapi huk chawpi sayayman chayan, Protestant waqraqa 2026 watakama chayan, chaymi 1996 watapi willakuy formalizasqa kasqanwan qallarisqa kimsa chunka watayoq pacha tukukuy, mayqinchus 1989 watapi pacha tukukuypi kichasqa karqan. Jesúsqa sapa kuti tukukuqta qallariywan rikuchin, chayrayku 2026 wataqa Chisi Qapariypa allinchasqa willakuynin formalizakunan wata kan, 1989 watapi kichasqa willakuy 1996 watapi formalizasqa kasqan qhepaman kimsa chunka wata.</w:t>
      </w:r>
    </w:p>
    <w:p>
      <w:pPr>
        <w:pStyle w:val="ArticleBody"/>
        <w:jc w:val="left"/>
      </w:pPr>
      <w:r>
        <w:rPr>
          <w:rFonts w:ascii="Times New Roman" w:hAnsi="Times New Roman" w:eastAsia="Times New Roman" w:cs="Times New Roman"/>
        </w:rPr>
        <w:t>“250” watapi qallarinqa, 1776 watapi qallarispa, apan 2026 watakama, Donald Trump-pa chawpi kamachikuyninman, Estados Unidoswan Rusiawan maqanakuy qallarinanpaq qayllapi, chayqa qallarin burro paskasqa kaptin, Islam-taq yapamanta Estados Unidos-ta maqan, hina 9/11 p’unchawpi rurasqan hina.</w:t>
      </w:r>
    </w:p>
    <w:p>
      <w:pPr>
        <w:pStyle w:val="ArticleBody"/>
        <w:jc w:val="left"/>
      </w:pPr>
      <w:r>
        <w:rPr>
          <w:rFonts w:ascii="Times New Roman" w:hAnsi="Times New Roman" w:eastAsia="Times New Roman" w:cs="Times New Roman"/>
        </w:rPr>
        <w:t>Neropa “250” watayuq chiqninqa kinsa chiqnikunamanta chawpi chiqninmi, ñawpa pacha historiapipas hinallataq profecíapiwanpas. Kaymi reqsichin Neroq chiqninqa iskay kaq angel kasqanta, chaymi kikin iskay kaq prueba, kimsa kaq pruebamanta ñawpaqpi hamuq. Chay iskay kaq pruebaqa animalpa ricchayninpa pruebann, mayqinchus rikuchin iglesiawan estadota huñunakuq kayninta astawan astawan sayachisqanta, mayqinchus ejemplificasqa kachkan Milán llaqtapi kamachikuywan 313 watapi, chaymantaq pusarqan ñawpaq kaq domingo ley-man, 321 watapi, hinaspataq nacional thuñikuyman, mayqinchus sapa kuti qatiq domingo leymanta, 330 watapa historianta rikuchisqan hina.</w:t>
      </w:r>
    </w:p>
    <w:p>
      <w:pPr>
        <w:pStyle w:val="ArticleBody"/>
        <w:jc w:val="left"/>
      </w:pPr>
      <w:r>
        <w:rPr>
          <w:rFonts w:ascii="Times New Roman" w:hAnsi="Times New Roman" w:eastAsia="Times New Roman" w:cs="Times New Roman"/>
        </w:rPr>
        <w:t>Milán llaqtapi 313 watapi kamachisqa willakuyqa reqsisqa kachkan Estados Unidos nisqapi iglesiawan estadowan tinkisqa kasqankuta sayarichiy qallariynin hina, chaymi wiñaymanta purirqan chunka suqtayuq versículopi domingo p’unchaw kamachiman. Chay ruwanaqa 9/11 p’unchawpi Patriot Act nisqawan qallarin, ichaqa sellos churana pacha tukukuypi fractal nisqapi Patriot Act nisqapas Milán kamachisqa willakuypas ishkaychá huk rurayta rikuchin, mayqinchus qallarin huk wiñaq, ñawpaqman puriq kompromiso pacha, chaymi qayllamanta hamuq domingo p’unchaw kamachiman chayan. Chayqa ñawpaqninmi huk serie profético ruraykunamanta, mayqinkunachus chiqanta iglesiatawan estadotawan Estados Unidos nisqapi huñuchin, hinaspataq tukukuyninpi domingo p’unchaw kamachiman pusan.</w:t>
      </w:r>
    </w:p>
    <w:p>
      <w:pPr>
        <w:pStyle w:val="ArticleBody"/>
        <w:jc w:val="left"/>
      </w:pPr>
      <w:r>
        <w:rPr>
          <w:rFonts w:ascii="Times New Roman" w:hAnsi="Times New Roman" w:eastAsia="Times New Roman" w:cs="Times New Roman"/>
        </w:rPr>
        <w:t>Milán llaqtapi 313 watapi hurqusqa kamachiyqa kay hina kaq imakunata kikin historiapi hap’in, imaraykuchus mana huklla kamachiychu karqa; chayqa Licinioq, inti lloq’e Roma suyuta kamachiqpa, qillqasqan cartakunaq serieynin karqa. Inti lloq’e Romaqa chay pachapiqa sinchita paganokunaq yupaychasqanpi sayasqa kasharqa, ichaqa Constantinoqa inti hayk’uq suyunpi Cristianismo-ta kicharisqa kasharqa. Kikin rimanakuyqa 313 watapi febrero killapi rurasqa karqa, huk tantanakuy patapi, maypichus Licinioqa Constantinoq kuskan-panaywan kasaraspa, paykunaq huñunakuyta takyachirqan. Licinioq cartankunaqa, imperio-pa inti lloq’e partinpi churakusqakuna, Cristianokunaman hinallataq wakin runakunamanpas yupaychaypi qispisqa kayta kamachirqan, chaymantaq qichusqa Cristiano property-ninkunata kutichimuyta.</w:t>
      </w:r>
    </w:p>
    <w:p>
      <w:pPr>
        <w:pStyle w:val="ArticleBody"/>
        <w:jc w:val="left"/>
      </w:pPr>
      <w:r>
        <w:rPr>
          <w:rFonts w:ascii="Times New Roman" w:hAnsi="Times New Roman" w:eastAsia="Times New Roman" w:cs="Times New Roman"/>
        </w:rPr>
        <w:t>Milanpa kamachisqanmi “250” watakunapi ñak’arichiyta tukuchirqan, hinaspan huk pacha kashanta rikuchin, maypichus chay kamachisqanpi llapan qispikaykuna nisqakuna cristianokunamanta pisiyachisqa, qichusqa ima, astawan astawan karqanku, kay pachaqa Trumpwan kuska purispa mana unaymanta hamuq domingo kamachiman chayanankama.</w:t>
      </w:r>
    </w:p>
    <w:p>
      <w:pPr>
        <w:pStyle w:val="ArticleScripture"/>
        <w:jc w:val="left"/>
      </w:pPr>
      <w:r>
        <w:rPr>
          <w:rFonts w:ascii="Times New Roman" w:hAnsi="Times New Roman" w:eastAsia="Times New Roman" w:cs="Times New Roman"/>
        </w:rPr>
        <w:t>“Ñawiriqqa hamuq pisi tiempopi ch’aqwaypi ima llamk’aqkunachus llamk’achisqa kanqanku chayta entiendenanpaq, ñawpa p’unchawkunapi Romaqa kikin munayninman chayananpaq ima medios nisqakunatachus llamk’achirqan, chay qillqasqata qhatiyninllam kanan. Sichus yachayta munan ima hinam papistakuna Protestantakunawan kuska ruwankakuq dogmankuta mana chaskiqkunawan, qhawachun ima espiritutachus Romaqa sábado nisqaman hinallataq payta amachaqkunaman rikuchirqan.”</w:t>
      </w:r>
    </w:p>
    <w:p>
      <w:pPr>
        <w:pStyle w:val="ArticleScripture"/>
        <w:jc w:val="left"/>
      </w:pPr>
      <w:r>
        <w:rPr>
          <w:rFonts w:ascii="Times New Roman" w:hAnsi="Times New Roman" w:eastAsia="Times New Roman" w:cs="Times New Roman"/>
        </w:rPr>
        <w:t>“Reypa kamachikuykuna, llapa tantanakuykuna, hinallataq iglesiapa kamachikuyninkuna kay pacha atiyniyuq kallpawan sayachisqa, chaymi karqan ñan wichq’ankuna, imaynan pagano raymiqa cristianokunap pachaspi yupaychasqa chiqanta hap’iyta atirqan chayman chayananpaq. Inti punchawta waqaychanapaq ñawpaq llapa runakunapaq rikuchisqa kamachikuyqa karqan Constantino paq kamachisqan ley. (A.D. 321) Kay kamachikuyqa llaqtapi tiyaq runakunata samayman churarqan ‘intiq hatun yupaychasqa punchawninpi,’ ichaqa chakra llamk’aq runakunata saqerqan yapuy llamk’ayninkupi qatiqta. Mana sut’inchasqachu pagano kamachikuy kasqanta hina, chaywanpas qhapaq umalliqmi chayta hunt’achirqan, cristianos kayta sutipi chaskisqan qhipaman.” The Great Controversy, 573, 574.</w:t>
      </w:r>
    </w:p>
    <w:p>
      <w:pPr>
        <w:pStyle w:val="ArticleBody"/>
        <w:jc w:val="left"/>
      </w:pPr>
      <w:r>
        <w:rPr>
          <w:rFonts w:ascii="Times New Roman" w:hAnsi="Times New Roman" w:eastAsia="Times New Roman" w:cs="Times New Roman"/>
        </w:rPr>
        <w:t>Yupay “25”, “250” yupaypa chunka hukninmanta kaqnin kasqanrayku, hatariyta chaymanta t’aqanakuytapas rikuchin. Ezequiel qhelqapi pusaq kaq t’aqapi intiyman k’umuykuq Laodicea Adventismopa “25” kamachiqninkunaqa, qhepa chaylla t’aqapi sellasqa kaqkunamanta t’aqasqañam kanku; panay Whitepas sut’ita rimarin Ezequiel qhelqapi isqun kaq t’aqapi sellasqa kayqa, Apocalipsis qhelqapi pachak tawa chunka tawa waranqa runakunapa sellasqa kasqanmi nispa. Chay “25” qharikunaqa, Coré, Datán, Abiram ima hatariyninman hukchasqa “250” sutiyuq qharikunamanta chunka hukninllam kanku. Panay Whiteqa manam saqesqa karqanchu 1888 watapi Hatun Huñunakuy tantanakuyta saqenantaqa, imaraykuchus Gabriel payta nirqan qheparinanta, Minneapolispi hatariyta qhelqananpaq; chayqa Corépa hatariynin kutimusuqninmi karqan. “250”qa hatariypa, t’aqanakuyppas unanchaqninmi. Mateo qhelqapi “25” kaqpi kinsay willakuykuna kanku, mana allin runakunawan yuyaysapa runakunapa t’aqasqa kayninkumanta yachachiq. Republicano waqrawan Protestante waqrapas huk prueba pacha kasqanmanmi churakunku, chayta tawa miraykuna hina rikuchispa; hinaspa pactopi llaqtapas, pactopi llaqta runakunapas maypichus sayachisqa kanku, iskayninkum qespichiy pacha kikinpi juzgasqa kanku.</w:t>
      </w:r>
    </w:p>
    <w:p>
      <w:pPr>
        <w:pStyle w:val="ArticleBody"/>
        <w:jc w:val="left"/>
      </w:pPr>
      <w:r>
        <w:rPr>
          <w:rFonts w:ascii="Times New Roman" w:hAnsi="Times New Roman" w:eastAsia="Times New Roman" w:cs="Times New Roman"/>
        </w:rPr>
        <w:t>Kay pacha uywapa “250” watankunapi, Biblia willakuy profetapi soqtaq qhapaq suyuta nisqa, hinaspa Estados Unidos kasqanpi, Nerónpa siq’inmi huk kamachiyta reqsichin, Milán llaqtapi edicto nisqawan rikuchisqa hina, mayqinchus qallarin huk sapa kuti astawan wiñaq kamachikuywan maqanakuyta, chaymi tukukun 321 watapi domingo p’unchay kamachiy decreto nisqapi; chaywanmi yaykun huk pachaman, mayqinchus 330 watapi tukukun llapa kay pachapa iskay claseman rakisqa kasqanwan, inti lloqsimuy lado hinatawan inti yaykuy lado hina rikuchisqa. Chay isqun watayoq pacha 321manta 330kama, chaymi karan Tabernáculos nisqapa qanchis p’unchayninkuna, mayqinchus qallarin 321 watapi domingo p’unchay kamachiywan, hinaspa tukukun Michael sayarisqanwan hinaspa gracia pacha wisqasqa kasqanwan 330 watapi.</w:t>
      </w:r>
    </w:p>
    <w:p>
      <w:pPr>
        <w:pStyle w:val="ArticleBody"/>
        <w:jc w:val="left"/>
      </w:pPr>
      <w:r>
        <w:rPr>
          <w:rFonts w:ascii="Times New Roman" w:hAnsi="Times New Roman" w:eastAsia="Times New Roman" w:cs="Times New Roman"/>
        </w:rPr>
        <w:t>Miller llank’anamanta qallariy yachayta, “Roma” nisqaqa musquy-rikch’ayta takyachiq kasqanta mana chaskiyqa, 2023 watapa diciembre killa 31 punchawpi chayamusaq qallariy pruebatam mana atipasqanmanta; chayqa tukukapunmi sumaq allpamanta ñawpaq kaq papa 2025 watapa mayo killa 8 punchawpi akllasqa kaptin. William Miller-ta yanapaq qallariy cheqaq yachayqa, Roma-ta musquy-rikch’ayta takyachiq unancha hina reqsinanpaq, chay cheqaqmi; chayta mana chaskisqaqa sinchi pantachikuyman apasqa kan. Chay ñawpaq pruebatam mana atipaqa Tesalonicenses nisqapi nisqa sinchi pantachikuyta apamun, hinaspa yuyayniyuq mana kasqankurayku mana entiendenaqa, “Cheqaqta” mana kuyasqankuta rikuchin. Hawa musquy-rikch’ayta takyachiq unanchata mana chaskiyqa qallariy pruebatam mana chaskiy, chaymi kimsa pruebakunamanta ñawpaq kaqqa. Hermana Whiteqa Cristo pacha kaq ñawpaq pruebatam Juan Bautistaq willakuyninwan tupachin. Paymi reqsichin Juanpa willakuyninta mana chaskiqkunaqa, Jesuspa yachachisqankunamanta mana allinta yanapasqa kanankuta, nitaq Cristo patio-manta Santo Lugar-man kuyukuptin dispensacional cambiota rikuyta atinkumanchu.</w:t>
      </w:r>
    </w:p>
    <w:p>
      <w:pPr>
        <w:pStyle w:val="ArticleBody"/>
        <w:jc w:val="left"/>
      </w:pPr>
      <w:r>
        <w:rPr>
          <w:rFonts w:ascii="Times New Roman" w:hAnsi="Times New Roman" w:eastAsia="Times New Roman" w:cs="Times New Roman"/>
        </w:rPr>
        <w:t>Payqa ñawpaqman puriq pruebakuna rurayninta Milleritakuna pacha-man tupachispa yachachin: ñawpaq angelpa willakuyninta mana chaskiqkunaqa Juanpa willakuyninta mana chaskiq judíokunawan kikinchakuqmi karqanku. Sapa historiapa siq’inpi, ñawpaq pruebaypi mana sayaqkunaqa qhipa puriypa allinchasqan mana karqanichu, hinaspa Cristopa dispensional cambiunta mana rikuy atispa ñawsaqchasqa karqanku. 9/11 willakuyninta mana chaskiqkunaqa mana rikuy atirqankuchu Cristoqa kawsakkunata juzgayta qallarisqanta. 2023 watapa cimientopi kaq pruebayta mana atipaqkunaqa iglesiapa guerrapi kaqmanta iglesiapa atipaqman tikrayninta mana rikunqakuchu. Kaykunamanta mayqin cimientopi kaq pruebatapas mana chaskiqkunaqa “hunt’asqa tutayaypi” tukupurqanku. Maypichus mana rikuchiy kanchu, chaypi runakunaqa hunt’asqa tutayaypi tukupunku, hinaspa Romam hawapi rikuchiypa k’anchayninta sayachin. Kay cheqaq kayqa reqsisqa kay atinqa kimsa papa-kunapi hinaspa paykunapa kimsa presidentekunawan t’inkisqanpi, paykunaqa Daniel chunka hukniyuqpa chunka, chunka hukniyuq, hinaspa chunka pichqayuq versículokunapi kaq kimsa maqanakuykunapi sayashanku.</w:t>
      </w:r>
    </w:p>
    <w:p>
      <w:pPr>
        <w:pStyle w:val="ArticleBody"/>
        <w:jc w:val="left"/>
      </w:pPr>
      <w:r>
        <w:rPr>
          <w:rFonts w:ascii="Times New Roman" w:hAnsi="Times New Roman" w:eastAsia="Times New Roman" w:cs="Times New Roman"/>
        </w:rPr>
        <w:t>Cirospa “250” watayuq hawa siq’in, 207 a.C. watapi tukukuq, chunka qanchis watayuq pacha ukhupi, Rafia maqanakuymanta Panium maqanakuykama señalasqa kasqanpi, Nerónwan qallariq “250” watayuq siq’iwan tinkusqa karqan, Milanpa edictonwan 313 watapi tukukuq; chayhinaqa Constantino Hatunpa chunka qanchis watayuq pacha señalan. Donald Trumpqa 207 a.C. watapi Antioquio Hatun hina sayashan, chaymi 2026 wata, hinaspataq 313 watapi Constantino Hatun hina sayashan, uywa siqi rikch’ayninpa pruebay pacha qallariyninpi. 4 julio 2026 watapi, Trumpqa Antioquio hina hinaspa Constantino hina, América suyuta “hatun” rurashan. Trumpqa kimsa presidentekunamanta kimsayninmi, paykunaqa chunka, chunka hukniyuq hinaspa chunka pichqayuq versículokunapa kimsa maqanakuykunawan tupaq. Reaganqa chay kimsa presidentekunamanta ñawpaq kaq karqan, Obamaqtaq chawpi kaq. Chay kimsa presidentekunaqa “cheqaq kay”pa señalninta apanku, hinaspa Reaganwan Trumpqa mana ñawpaq kaqta hinaspa kimsay kaqllatachu rikuchinku, aswanpas alfa hinaspa omega kasqantapas rikuchinku.</w:t>
      </w:r>
    </w:p>
    <w:p>
      <w:pPr>
        <w:pStyle w:val="ArticleBody"/>
        <w:jc w:val="left"/>
      </w:pPr>
      <w:r>
        <w:rPr>
          <w:rFonts w:ascii="Times New Roman" w:hAnsi="Times New Roman" w:eastAsia="Times New Roman" w:cs="Times New Roman"/>
        </w:rPr>
        <w:t>Sapa umalliq presidentekunapa profétic característicankuqa kaymi: kamachikusqankuman hina, p’anpaq papawan huk alianza kasqanku. Reaganwan Juan Pablo IIwanqa pakasqa hukchasqa karqanku, 1989 watapi Unión Soviéticata urmachispa, Daniel once capítuloq chunka hinaspa tawa chunka versículonkuna hunt’akusqanman hina. Obamaqa, Reaganwan Trumpwan chawpipi kaq, woke globalista presidente, yuyayman hina woke papa Franciscowan alineasqa karqa. Trumpq alianza-nin papa Leónwanqa llapa runakunapa rikunanpaq qataqmi, hinaspapas 2025 watapi Trumpqa presidente hina juramentasqa karqa, Leónñataq anticristo hina juramentasqa karqa. Huk presidente hinaspa huk papa ukhupi espiritwal relacionninkuqa Jezabelwan Baalpa profetankunawan nisqapi rikuchisqa kachkan. Presidente hinaspa papapa polític relacionninkutaq Jezabelwan Acabwan nisqapi rikuchisqa kachkan. Mayqin rikuchinapipas Jezabelqa umaqa kachkan.</w:t>
      </w:r>
    </w:p>
    <w:p>
      <w:pPr>
        <w:pStyle w:val="ArticleScripture"/>
        <w:jc w:val="left"/>
      </w:pPr>
      <w:r>
        <w:rPr>
          <w:rFonts w:ascii="Times New Roman" w:hAnsi="Times New Roman" w:eastAsia="Times New Roman" w:cs="Times New Roman"/>
        </w:rPr>
        <w:t>“Qhipa tukukuq sasachakuyman asuykuspaqa, ancha allinmi Señorpa yanapakuqnin-kuna ukhupi uywayllapaq tinkuywan hukllachasqa kay kanan. Kay pachaqa wayra parawan, awqanakuypiwan, chiqninakuypiwan hunt’asqam kachkan. Ichaqa huk umallapa sutinpi—papal atiyninpa makimpi—runakuna hukllachasqañam Diosman sayarinanku, Paypa testigonkuna runapi. Kay hukllayqa hatun apostatamanta sinch’ita watasqam. Payqa yanapaqnin-kunata cheqaq kaywan awqanankupaq hukllayta maskhaspan, cheqaq kaypa amachaqninkunata rakinapaq, chinkachinapaqmi llamk’anqa. Envidiakuy, mana allin yuyaykuna hukmanta hukman, mana allin rimaykunaqa, paymanta hatarichisqañam kanan ch’aqwaytawan t’aqanakuyta paqarichinankupaq.” Testimonies, volumen 7, 182.</w:t>
      </w:r>
    </w:p>
    <w:p>
      <w:pPr>
        <w:pStyle w:val="ArticleScripture"/>
        <w:jc w:val="left"/>
      </w:pPr>
      <w:r>
        <w:rPr>
          <w:rFonts w:ascii="Times New Roman" w:hAnsi="Times New Roman" w:eastAsia="Times New Roman" w:cs="Times New Roman"/>
        </w:rPr>
        <w:t>“Kay pachapi, mana allin ruwaykuna atipakusqankupi, Protestante iglesiakuna, ‘Kaymi Señor nin’ nisqata qispichisqankuqa, mana reqsisqa sasachakuyman chayanqaku. Paykunaqa kay pachawan tukupasqa kanqaku. Diosmanta t’aqasqa kasqankupi, llullakuyta hinaspa Diosmanta kutirikuyta suyunchikpa kamachinman tukuchiyta maskhanqaku. Hallp’a kamachiqkunata llamk’achinqaku kamachikuykunata rurachinankupaq, huchayoq runapa chinkasqa umalliq kayninta kutichinankupaq; paymi Diospa templonpi tiyaykuspa, kikin Dios kasqanta rikuchikun. Iglesia Católica Romanapa yachachikuyninkunaqa estadopa amachaynin uraman churakusqa kanqa. Bibliamanta cheqaq kaypa protestanqa manañam much’akusqachu kanqa, Diospa kamachisqanta kawsayninkupa kamachinman mana churakuqkunapaq.” Review and Herald, 21 de diciembre de 1897.</w:t>
      </w:r>
    </w:p>
    <w:p>
      <w:pPr>
        <w:pStyle w:val="ArticleBody"/>
        <w:jc w:val="left"/>
      </w:pPr>
      <w:r>
        <w:rPr>
          <w:rFonts w:ascii="Times New Roman" w:hAnsi="Times New Roman" w:eastAsia="Times New Roman" w:cs="Times New Roman"/>
        </w:rPr>
        <w:t>Baalpa llulla profetakunaqa Jezebelpa mesanpi mikhuq karqanku. Jezebelqa qoya karqan, profetakunaqa paypa profetankuna karqanku. Daniel 11 pusaq chunka versículopi Reaganqa “carretaskuna” nisqawan, “caballopi puriqkuna” nisqawanpis rikuchisqa karqan, chaykunaqa soldadokuna kallpanta unanchaspa; hinallataq “barcos” nisqawanpis, qullqi kallpapa unanchan hina. Ichaqa, chay versículopiqa papadokuna kamachiylla, chaymi hanaq llaqtapa “rey” nisqa karqan. Profecíapiqa Reaganqa Jezebelman uraychasqa kasqanmi. Chay pacha pachapiqa kay pachaq runakunaqa bestiata admirarqanku, papa Juan Pablo IIqa tukuy pachata purisqanrayku, mayqin papamantapas aswanmi. Malachi Martin, sut’inchasqa jesuita qillqaq, papa Juan Pablo IImanta qillqarqan libronpi, *Keys of This Blood* nisqapi. Chay libropa nisqa qallariyninqa kaymi karqan: Juan Pablo IIpa, Reaganpa tiemponpiqa kay pachaqa kimsa ladoq atipanakuypi kasqan, mayqinmi kay pachata kamachinqa nisqapi, papadokuna kamachiy, Estados Unidos, hinallataq Unión Soviética ukhupi. Martinqa willarqan papadokuna kamachiy chay atipanakuyta atipananta. Reaganwan anticristowan pakasqa huñunakuyqa willakurqan papadokuna wañuchiq ch’akinta hampiypaq kuyuykuna qallarisqanta, Daniel 11 pusaq chunka versículomanta qhipaman rikuchisqa hina. Martinpa libronqa yapamanta nisqanmi papadokuna unaymanta hap’ipakusqan munayninta: protestante América nisqata apaykachaspa hap’iyta. Reaganpa munaynin, papaqa Bibliapa profecíanpi anticristo kasqanmanta ñawinta wichq’ayta, pay kikinpa testimoniunman hina, pantasqa churayninmantam hamurqan, Unión Soviéticata Bibliapa profecíanpi anticristo hina churayninmanta.</w:t>
      </w:r>
    </w:p>
    <w:p>
      <w:pPr>
        <w:pStyle w:val="ArticleScripture"/>
        <w:jc w:val="left"/>
      </w:pPr>
      <w:r>
        <w:rPr>
          <w:rFonts w:ascii="Times New Roman" w:hAnsi="Times New Roman" w:eastAsia="Times New Roman" w:cs="Times New Roman"/>
        </w:rPr>
        <w:t>“Ñiqinmi simipa allinta entiendenankupi pantasqa karqanku, antichristo nisqapa ima niyninta mana rikukuqkunaqa, cheqaqtapuni antichristopa ladonman churakunkaku.” Kress Collection, 105.</w:t>
      </w:r>
    </w:p>
    <w:p>
      <w:pPr>
        <w:pStyle w:val="ArticleBody"/>
        <w:jc w:val="left"/>
      </w:pPr>
      <w:r>
        <w:rPr>
          <w:rFonts w:ascii="Times New Roman" w:hAnsi="Times New Roman" w:eastAsia="Times New Roman" w:cs="Times New Roman"/>
        </w:rPr>
        <w:t>Reagan karqan ñawpaq kaqmi Daniel chunka hukniyuq qillqapa ñawpaq versículokunapi reqsichisqa pusaq presidentekunamanta, hinaspataq payqa ñawpaq kaqmi chay pusaqmanta kimsa presidentekunamanta, anticristowan proféticata tupanakuyniyuqkuna. Reagan, Obama, Trump nisqakunaq kimsa alianzakunaq simbolismonpi cheqaq kaypa sellonqa reqsikuyta atin. Reagan ñawpaq kaq hina, qhipa kaqta rikch’achin, hinaspa Reaganwan Trumpwan imaymana tupanakuykunaqa musphaypaq hinallataq achka kanku. Chay kimsa puriyninkunaq chawpi waymarkan, hebreo simi “cheqaq kay” nisqata sayachiq, hatarikuymi; chaymantaqa Obamaq presidencianninqa ancha clásico ejemplonmi. 2025 watapa mayo killapa pusaq p’unchayninpi, ñawpaq kutita huk papa churakusqa karqa Estados Unidosmanta, hinaspataq Reaganpa pakasqa alianzanqa Trumppa kichasqa alianzanman chayarqunña karqa. 2025 watapi, papadoqa sut’ita huk papata qallarichirqan Estados Unidospa sumaq allpamanta, paypa maqanakuykunapa cheqaq objetivon kasqanmanta pacha 1798 watamanta. Malachi Martinpa willakusqan hunt’akunampaqqa, saqesqa karqa domingo kamachiylla, maypichus dragón, bestia, llulla profeta nisqakunapa kimsa kuti huñuynin rurachikun.</w:t>
      </w:r>
    </w:p>
    <w:p>
      <w:pPr>
        <w:pStyle w:val="ArticleScripture"/>
        <w:jc w:val="left"/>
      </w:pPr>
      <w:r>
        <w:rPr>
          <w:rFonts w:ascii="Times New Roman" w:hAnsi="Times New Roman" w:eastAsia="Times New Roman" w:cs="Times New Roman"/>
        </w:rPr>
        <w:t>“Papapa kamachisqan sayarichiyta Diospa kamachinman p’antachispa huñichiq kamachiywanmi, suyunchik hunt’asqataqmi allin kaymanta t’aqakunqa. Protestantism nisqaqa makinta mast’arispan Romanopa atiyninpa makinta hap’inanpaq chinkasqa t’uquta chimpaspa, ukhu pachapa chinkaynin patanmanta mast’arispan Espiritualismo nisqawan makikukunanpaq, chay kimsa hukllachasqa huñuypa kallpachaynin uranpi suyunchik Protestante hinallataq republicano gobiernom kashaq Constitucionninpa llapa kamachiyninkunata ñiqichaspa, papapa llullakuyninkuna chinkachikuyninkunapas mirachinankupaq kamachiyta ruraptin, chayraqmi yachananchik Satanaspa musphay atiynin rikch’ariyninpaq pacha chayamushasqanta, tukukuypas qayllamushasqanta.” Testimonies, volumen 5, 451.</w:t>
      </w:r>
    </w:p>
    <w:p>
      <w:pPr>
        <w:pStyle w:val="ArticleBody"/>
        <w:jc w:val="left"/>
      </w:pPr>
      <w:r>
        <w:rPr>
          <w:rFonts w:ascii="Times New Roman" w:hAnsi="Times New Roman" w:eastAsia="Times New Roman" w:cs="Times New Roman"/>
        </w:rPr>
        <w:t>4 julio 2026 p’unchawmi Trump chay “250” watakunata raymikuyta munan, paypa presidencianpa chawpiyninpi sayaspa. Chay chawpiyninqa 207 a.C. watahinam, Raphia maqanakuywan Panium maqanakuywan chawpinpi. Chay chunka qanchis watakunapa chawpiyninqa, Nero-pa chunka qanchis watakunapa qallariynintapas reqsichin, chaymi 313 watata rikuchin, hinallataq iglesiatawan estadotawan animalpa lantiñninman tukuy hinallam hatarichisqa puriyninta, chaymi 321 watapi domingo kamachikuyman chayan, hinaspa versículo dieciséis nisqamanpas. Chay pacha 313 watapim qallarin, inti lloqsimuq lawan inti yaykumuuq lawan casarakusqanwan, Constantino-pa lawin ususichan inti chinkamuq lawamanta, hinaspa Licinio inti lloqsimuq lawamanta nisqakunawan representasqa. Chay pacha, inti lloqsimuq lawan inti yaykumuuq lawan casarakuy rimanakuywan qallarisqa, tukuyninpiqa inti lloqsimuq lawan inti yaykumuuq lawa rakikusqanwan utaq divorciakusqanwanmi tukukun. Chawpi waymarkqa ñawpaq domingo kamachikuymi.</w:t>
      </w:r>
    </w:p>
    <w:p>
      <w:pPr>
        <w:pStyle w:val="ArticleBody"/>
        <w:jc w:val="left"/>
      </w:pPr>
      <w:r>
        <w:rPr>
          <w:rFonts w:ascii="Times New Roman" w:hAnsi="Times New Roman" w:eastAsia="Times New Roman" w:cs="Times New Roman"/>
        </w:rPr>
        <w:t>Reagan, Obama y Trump nisqakunaqa wiñay allin willakuypa kimsa puriyninkunawanmi proféticamente kamachisqa kanku, chaykunataq Apocalipsis chunka tawañiyuqpi kimsa angelkunahina rikuchisqa kanku. Obama paq kamachiyninpi, iskay ñiqin puriy kaqpi, iskay papakuna karqan. Francisco, woke papa, qatiqnin karqan José Ratzinger-ta (qhipaman Papa Benedicto XVI nisqa), paymi Congregation for the Doctrine of the Faith (CDF) nisqapa umalliqnin hina serviq karqan 25 de noviembre de 1981 p’unchawmanta, papa akllakusqan 19 de abril de 2005 p’unchawkama. Ratzingerqa retirakurqan, Franciscotaq kamachiyninta qallariyrqan; chayhinapin Obama paq kamachiynin ukhupi papakuna iskaychasqa karqan.</w:t>
      </w:r>
    </w:p>
    <w:p>
      <w:pPr>
        <w:pStyle w:val="ArticleBody"/>
        <w:jc w:val="left"/>
      </w:pPr>
      <w:r>
        <w:rPr>
          <w:rFonts w:ascii="Times New Roman" w:hAnsi="Times New Roman" w:eastAsia="Times New Roman" w:cs="Times New Roman"/>
        </w:rPr>
        <w:t>Obamaqa t’aqaqasqa kashan iskayninmanta, heterosexual hina homosexual hinapas kawsasqanmanta; hinaspapas payqa símbolo kashan apostata protestante América llaqtaq llulla profetanmanta, musulmán kasqanrayku, chaymi llulla profeta Mohammedpa religionninpas. Obamaqa sumaq allpaq polítiko sistemanpa representanten karqan—Apocalipsis chunka suqtayuqpi nisqa llulla profeta—ichaqa cheqaq polítiko simpatíasninqa globalistakunawan tupaqchasqa karqan—dragónwan. Profecía nisqapi Obamaqa esquizofrénico hina kashan iskay llulla religionkunata, iskay sexual persuasiónkunata, iskay polítiko sistemakunatapas representaspa; hinaspapas reinonpi iskay anticristokuna karqanku. Imayna sexual persuasión, polítiko alineamiento utaq religioso convicción kasqanmantaqa, Obamaqa sapa área ukhupi closet ukllapi qhipakuyllapi comprometisqa karqan. Wakinkunapa reqsisqan hina, “Obama, Rakiraq,” nisqawan, estadounidenses ciudadanokunata kikinkupura rakinankupaq ruwasqanrayku, chayqa rikuchikullantaqmi paypa pakasqa personal, polítiko hinaspa religioso convicciónninkunapipas.</w:t>
      </w:r>
    </w:p>
    <w:p>
      <w:pPr>
        <w:pStyle w:val="ArticleBody"/>
        <w:jc w:val="left"/>
      </w:pPr>
      <w:r>
        <w:rPr>
          <w:rFonts w:ascii="Times New Roman" w:hAnsi="Times New Roman" w:eastAsia="Times New Roman" w:cs="Times New Roman"/>
        </w:rPr>
        <w:t>Obamaq kamachikuyninpi ñawpaq anticristoqa iskay chunka tawa watakunatañam Congregation for the Doctrine of the Faith nisqa tantanakuyta pusarqan, chaymanta papaman tukuspan. Congregation for the Doctrine of the Faith nisqaqa kunan p’unchaw sutichasqa sutinmi, ñawpaqtaqa Office of the Inquisition nisqañam sutichasqa karqan. Obama pacha hatarikuyninqa “13” yupaywanmi tupakun, hebreo simipi “cheqaq kay” nisqapi, chayqa hebreo alfabetoq ñawpaq qillqanmanta (Reagan), chunka kinsayuq qillqanman (Obama), hinaspa Trump iskay chunka iskayniyuq qillqanmanwan ruwasqam. Inquisición nisqaqa cheqaqtapuni hatarikuypa unanchaqninmi. Papa Benedictoqa 2013 watapi tiyananmanta Francisman saqirqan, Islampa llulla profetakunapa hinaspa apostata protestantismopa unanchanpa esquizofrénico kamachikuynin pacha.</w:t>
      </w:r>
    </w:p>
    <w:p>
      <w:pPr>
        <w:pStyle w:val="ArticleBody"/>
        <w:jc w:val="left"/>
      </w:pPr>
      <w:r>
        <w:rPr>
          <w:rFonts w:ascii="Times New Roman" w:hAnsi="Times New Roman" w:eastAsia="Times New Roman" w:cs="Times New Roman"/>
        </w:rPr>
        <w:t>Wiñay evangeliopi iskay kaq puriyqa qhawasqawan pruebaymi, chaymanta Obamawan iskay papakunawan tinkusqapi rikuyta atisqaqa, Inquisición nisqa Oficinawan sut’inchasqa qatiykachaywan, hinallataq “woke” papa nisqawan sut’inchasqa mama allpata yupaychaypi globalistakunapa sinchi llakillankuwan kasqan tinkuymi. Obamapa musulmán iñiyninqa islam rayku suyukunapa phiñakuyninta sut’inchan, hinallataq “Protestante” sutiwan sut’inchasqa kamachikuyninta hunt’aspa mana atisqan apostata protestantismopa pantasqanta. Protestanteqa Romata protestanapaqmi, ichaqa mana hayk’aqpas Romaman k’umuykunanpaqchu.</w:t>
      </w:r>
    </w:p>
    <w:p>
      <w:pPr>
        <w:pStyle w:val="ArticleBody"/>
        <w:jc w:val="left"/>
      </w:pPr>
      <w:r>
        <w:rPr>
          <w:rFonts w:ascii="Times New Roman" w:hAnsi="Times New Roman" w:eastAsia="Times New Roman" w:cs="Times New Roman"/>
        </w:rPr>
        <w:t>Kimsa papakunamanta ñawpaqninmi kay pachaman willakun, payqa iñinmi pay kashasqanta “allin papa” nisqa, Fatimapa católica pusariq willakuy qhispichisqanman hina. Juan Pablo IIqa iñirqanmi kikinta Fatimapa “allin papan” kasqanta, pichus paypa iñiyninman hina, qhepapuni llapa kay pachata fierro varawan kamachinqa, papakunapa kamachikuynin, Estados Unidos, hinallataq globalistakunawan kimsa chiqanpi maqanakuy tukukuptin.</w:t>
      </w:r>
    </w:p>
    <w:p>
      <w:pPr>
        <w:pStyle w:val="ArticleBody"/>
        <w:jc w:val="left"/>
      </w:pPr>
      <w:r>
        <w:rPr>
          <w:rFonts w:ascii="Times New Roman" w:hAnsi="Times New Roman" w:eastAsia="Times New Roman" w:cs="Times New Roman"/>
        </w:rPr>
        <w:t>Qatiq presidencia willakuyta ruwan dragónpa globalistankunapa ruwayninmanta, Islampa nacionkunata phiñachisqanmantapas, apostata protestantismopa mana cheqaq Protestantekuna kasqanmanta. Trump presidencia, 2025 watapi qallarisqa karqa, sut’ipi tupachikun 2025 watapi anticristowan. Kay kimsa alianzakunapa k’anchaynin, Roma llaqtawan Estados Unidoswan, kicharisqa rikurin Raphia maqanakuypa tukukuyninpa historiapi hinaspa Panium maqanakuy qallariyninpi. Liciniopa hinaspa Constantinoq qhapaq suyunkunapa kasarakuy, chunka qanchis wata qallariyninpi, 2025 watapa alianza-ta rikuchin.</w:t>
      </w:r>
    </w:p>
    <w:p>
      <w:pPr>
        <w:pStyle w:val="ArticleBody"/>
        <w:jc w:val="left"/>
      </w:pPr>
      <w:r>
        <w:rPr>
          <w:rFonts w:ascii="Times New Roman" w:hAnsi="Times New Roman" w:eastAsia="Times New Roman" w:cs="Times New Roman"/>
        </w:rPr>
        <w:t>2025 watapi huñunakuyqa chunka sipaskunapa yachachikuyninpa llullakuq rikch’ayninmi. Ñawpaqtaqa kasarakuy hunt’asqa kachkan, chaymantataq huk tapuykuy pacha kan, chaymi tukukuyninpi kasarakuy pa iskay kaq rak’inman pusaykun, maypichus hunt’akuy ruwakun, punkutaq wisq’asqa kan. Chunka sipaskunapa llullakuq rikch’ayninqa 2025 watapi qallarin, hinaspataq hunt’akun Daniel 11 pa chunka suqta kaq chhijllaypi hinallataq tawa chunka hukniyuq kaq chhijllaypi, qaylla hamuq domingo kamachikuypi. Llullakuq kasarakuypi taytaqa Satanásmi, qhari kasaraqqa papadomi, warmi kasaraqtaq apostata protestante Amerika. Daniel 11 pa chunka tawa kaq chhijllaypi, Danielpa llaqtanpa suwaqkunaqa Romam, paymi rikuyta sayarichin. William Millerpa rimayninpi Roma rikuyta sayarichiq unancha kasqanta mana chaskiyqa, ñawpaq angelpa willakuyninta hinallataq Juan Bautistapa willakuyninta mana chaskiywan kuska kachkan. Kunan anticristo kamachiyta hap’iqtin 2025 watapi, pusaq presidentekunapa rikuynta sayarichirqan, hinaspataq chunka tawa kaq chhijllayta hunt’achirqan.</w:t>
      </w:r>
    </w:p>
    <w:p>
      <w:pPr>
        <w:pStyle w:val="ArticleBody"/>
        <w:jc w:val="left"/>
      </w:pPr>
      <w:r>
        <w:rPr>
          <w:rFonts w:ascii="Times New Roman" w:hAnsi="Times New Roman" w:eastAsia="Times New Roman" w:cs="Times New Roman"/>
        </w:rPr>
        <w:t>Kunanqa kachkanchik templo pi pruebapi; iskay kaq prueba, litmus nisqaman hinaspa kinsa kaq pruebaman ñawpaqchasqa.</w:t>
      </w:r>
    </w:p>
    <w:p>
      <w:pPr>
        <w:pStyle w:val="ArticleBody"/>
        <w:jc w:val="left"/>
      </w:pPr>
      <w:r>
        <w:rPr>
          <w:rFonts w:ascii="Times New Roman" w:hAnsi="Times New Roman" w:eastAsia="Times New Roman" w:cs="Times New Roman"/>
        </w:rPr>
        <w:t>Kaykunakunaqa qatiq qillqapi kaykunataqa qatiqllamanta rimananchik.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Chunka phisqa yupayniyuq</dc:title>
  <dc:subject>«250» Kimsa kuti</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