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Yupanakuy Suqta chunka suqniyuq</w:t>
      </w:r>
    </w:p>
    <w:p>
      <w:pPr>
        <w:pStyle w:val="ArticleSubtitle"/>
        <w:jc w:val="left"/>
      </w:pPr>
      <w:r>
        <w:rPr>
          <w:rFonts w:ascii="Arial" w:hAnsi="Arial" w:eastAsia="Arial" w:cs="Arial"/>
        </w:rPr>
        <w:t>Tukukuypi Pachaqa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Daniel chunka hukniyuq kallarinqa qallarin Donald Trump-ta sut’inchaspa, payqa Bibliamanta willakuy qhelqasqa qanchis suyuqtaq soqta kaq qhipa umalliqnin kasqanta. Cirospa kimsay wata kamachikusqanpi, maypichus rikuy qallarin chunka tawaq qhapaqpi, chayta hunt’achin chunka hukniyuq qhapaqpa ñawpaq versiculonpi “hinallataq” nisqa simiwan.</w:t>
      </w:r>
    </w:p>
    <w:p>
      <w:pPr>
        <w:pStyle w:val="ArticleScripture"/>
        <w:jc w:val="left"/>
      </w:pPr>
      <w:r>
        <w:rPr>
          <w:rFonts w:ascii="Times New Roman" w:hAnsi="Times New Roman" w:eastAsia="Times New Roman" w:cs="Times New Roman"/>
        </w:rPr>
        <w:t>Ñuqapas Darío medota ñawpaq wata hukninpi, payta takyachinaypaq, sinchiyachinaypaqpas sayarirqani. Daniel 11:1.</w:t>
      </w:r>
    </w:p>
    <w:p>
      <w:pPr>
        <w:pStyle w:val="ArticleBody"/>
        <w:jc w:val="left"/>
      </w:pPr>
      <w:r>
        <w:rPr>
          <w:rFonts w:ascii="Times New Roman" w:hAnsi="Times New Roman" w:eastAsia="Times New Roman" w:cs="Times New Roman"/>
        </w:rPr>
        <w:t>Gabrielqa allinta yuyaychaspa Darioqman kutin chayaspa payta Cirowan tinkuchin, chunka hukniyuq capítuloq willakuyninta qallarispa. Chunka capítuloqa huk rikuyllam kachkan chunka iskayniyuq capítuloq qhipa versículonkama, hinaspataq Ciroq kimsay wata kamachikuyninpi qallarin.</w:t>
      </w:r>
    </w:p>
    <w:p>
      <w:pPr>
        <w:pStyle w:val="ArticleScripture"/>
        <w:jc w:val="left"/>
      </w:pPr>
      <w:r>
        <w:rPr>
          <w:rFonts w:ascii="Times New Roman" w:hAnsi="Times New Roman" w:eastAsia="Times New Roman" w:cs="Times New Roman"/>
        </w:rPr>
        <w:t>Persia llaqtapa rey Ciro pa kinsa watanpi, huk imapas Danielman rikuchisqa karqa, paypa sutin Beltesasar nisqa karqan; chay imapas cheqaqmi karqa, ichaqa churasqa pacha unaymi karqa. Paymi chay imata entienderqa, hinallataq musquypa rikuynta allinta yacharqa. Daniel 10:1.</w:t>
      </w:r>
    </w:p>
    <w:p>
      <w:pPr>
        <w:pStyle w:val="ArticleBody"/>
        <w:jc w:val="left"/>
      </w:pPr>
      <w:r>
        <w:rPr>
          <w:rFonts w:ascii="Times New Roman" w:hAnsi="Times New Roman" w:eastAsia="Times New Roman" w:cs="Times New Roman"/>
        </w:rPr>
        <w:t>Darío, Cirowan kuska, Medokunaqwan Persiakunaq iskay rikch’ay llaqtata unancharqanku, Estados Unidos llaqtapi Republicanismopaq Protestantismopaq iskay atiyninta rikuchispa; chay hinaqa, pacha tukukuypaq iskay unuyninta unancharqanku. Aarónpa Moisespa paqarisqanku Abrahampa tawa pachak watayuq willakuypa tukukuynin pacha kasqanta unancharqan, ñawpa Israelpa qallariyninpi; chay hinallataqmi, Juan Bautistapa Cristopa paqarisqanku ñawpa Israelpa tukukuyninpi pacha tukukuypaq iskay waymarkakunata rikuchirqanku. Jesúsqa sapa kuti qallariyta hap’ispa tukukuyninta rikuchin.</w:t>
      </w:r>
    </w:p>
    <w:p>
      <w:pPr>
        <w:pStyle w:val="ArticleBody"/>
        <w:jc w:val="left"/>
      </w:pPr>
      <w:r>
        <w:rPr>
          <w:rFonts w:ascii="Times New Roman" w:hAnsi="Times New Roman" w:eastAsia="Times New Roman" w:cs="Times New Roman"/>
        </w:rPr>
        <w:t>Dariowan Cirohuan kuskalla rikuchinku chay señalta, pacha tukukuypaq tiempota rikuchisqanta, maypim Babiloniapi qanchis chunka watayuq prisionkuy tukukuran.</w:t>
      </w:r>
    </w:p>
    <w:p>
      <w:pPr>
        <w:pStyle w:val="ArticleScripture"/>
        <w:jc w:val="left"/>
      </w:pPr>
      <w:r>
        <w:rPr>
          <w:rFonts w:ascii="Times New Roman" w:hAnsi="Times New Roman" w:eastAsia="Times New Roman" w:cs="Times New Roman"/>
        </w:rPr>
        <w:t>“Kay pachapi Diospa iglesianqa, kay unay pacha mana sayk’usqa qatiqchasqa ñak’ariypi, chiqapta preso kasqa karqa, imaynan Israelpa wawanakuna Babiloniapi preso karqaku ayqesqa kasqankupacha chay pacha ukhupi.” Prophets and Kings, 714.</w:t>
      </w:r>
    </w:p>
    <w:p>
      <w:pPr>
        <w:pStyle w:val="ArticleBody"/>
        <w:jc w:val="left"/>
      </w:pPr>
      <w:r>
        <w:rPr>
          <w:rFonts w:ascii="Times New Roman" w:hAnsi="Times New Roman" w:eastAsia="Times New Roman" w:cs="Times New Roman"/>
        </w:rPr>
        <w:t>Dariowan Cirowan rikch’achkanku wata 1798 chaymanta 1799, pacha tukuypa tiemponta riksichispa, maypachachus espíritu Israelpa paralelo prisionninkuna espíritu Babiloniapi tukukapun. Wata 1798 sut’incharqan papadopa polítiko sistemanpa tukukuyninta, uywa hina rikuchisqa kaqta, maymanmi Roma qharma warmi sillakusqa karqan.</w:t>
      </w:r>
    </w:p>
    <w:p>
      <w:pPr>
        <w:pStyle w:val="ArticleScripture"/>
        <w:jc w:val="left"/>
      </w:pPr>
      <w:r>
        <w:rPr>
          <w:rFonts w:ascii="Times New Roman" w:hAnsi="Times New Roman" w:eastAsia="Times New Roman" w:cs="Times New Roman"/>
        </w:rPr>
        <w:t>Chaynaqa Espíritu ukhupi pusawaywanku ch’in pampa-man; chaypitaq ricurqani huk warmita puka q’illum llimp’i animalpa hawanpi tiyaykaqta, Diospa contranpi rimay sutikunawan hunt’asqa, qanchis umayuq, chunka waqrayuq. Apocalipsis 17:3.</w:t>
      </w:r>
    </w:p>
    <w:p>
      <w:pPr>
        <w:pStyle w:val="ArticleBody"/>
        <w:jc w:val="left"/>
      </w:pPr>
      <w:r>
        <w:rPr>
          <w:rFonts w:ascii="Times New Roman" w:hAnsi="Times New Roman" w:eastAsia="Times New Roman" w:cs="Times New Roman"/>
        </w:rPr>
        <w:t>Napoleónqa uywaqpa kawsayninta tukuchirqan 1798 watapi, hinaspataq 1799 watapi, uywa patapi siqaq warmi wañurqan karu llaqtapi qarqusqalla. 1989 watapi, Ronald Reaganpas George Bush hatunpas presidentekuna karqanku, chaymi 1989 watapi pacha tukukuypa tiemponta señalasqa. Daríospas Cirospas Reaganwan Bush hatunwanmi rikuchinku. Iskay ñiqin versículopi nin:</w:t>
      </w:r>
    </w:p>
    <w:p>
      <w:pPr>
        <w:pStyle w:val="ArticleScripture"/>
        <w:jc w:val="left"/>
      </w:pPr>
      <w:r>
        <w:rPr>
          <w:rFonts w:ascii="Times New Roman" w:hAnsi="Times New Roman" w:eastAsia="Times New Roman" w:cs="Times New Roman"/>
        </w:rPr>
        <w:t>Kunanqa cheqaqta qamman rikuchisqayki. Qhawariy, Persia llaqtapi kinsa reykunaqa manaraqmi sayarinqaku; tawa kaqñataq llapa paykunamanta aswan ancha qhapaq kanqa. Qhapaq kayninwan, kapuyninrayku, lliwta Grecia suyuq contranpi hatarichinqa. Daniel 11:2.</w:t>
      </w:r>
    </w:p>
    <w:p>
      <w:pPr>
        <w:pStyle w:val="ArticleHeading"/>
        <w:jc w:val="left"/>
      </w:pPr>
      <w:r>
        <w:rPr>
          <w:rFonts w:ascii="Arial" w:hAnsi="Arial" w:eastAsia="Arial" w:cs="Arial"/>
        </w:rPr>
        <w:t>Rikch’ariy</w:t>
      </w:r>
    </w:p>
    <w:p>
      <w:pPr>
        <w:pStyle w:val="ArticleBody"/>
        <w:jc w:val="left"/>
      </w:pPr>
      <w:r>
        <w:rPr>
          <w:rFonts w:ascii="Times New Roman" w:hAnsi="Times New Roman" w:eastAsia="Times New Roman" w:cs="Times New Roman"/>
        </w:rPr>
        <w:t>Darío karqa Reagan, Ciroqa karqa Bush hatun, hinaspa Ciro qhepanta hamuq kimsaqa karqanku Clinton, Bush huch’uy, Obama Rakiraq, chay tawa kaq “aswan qhapaq” presidenteqa karqa Trump, paymi Greciaq globalistankunata hatarichirqan. “Hatarichiy” simiqa rikch’achiyta nin. Trumpqa 2015 watapi candidaturanta willakuchkaptin, Joelpa “heathen” nisqanman riqsichisqa globalistakunaqa rikch’arirqanku.</w:t>
      </w:r>
    </w:p>
    <w:p>
      <w:pPr>
        <w:pStyle w:val="ArticleScripture"/>
        <w:jc w:val="left"/>
      </w:pPr>
      <w:r>
        <w:rPr>
          <w:rFonts w:ascii="Times New Roman" w:hAnsi="Times New Roman" w:eastAsia="Times New Roman" w:cs="Times New Roman"/>
        </w:rPr>
        <w:t>Ama llapa mana Diosta reqsisqa runakuna rikch’arichisqa kachun, hinaspa Jehosafat pampaman wichariychun: chaypi tiyaspa muyuriqninpi kaq llapa mana Diosta reqsisqa runakunata juzgasaq. Hozta churaychis, cosecha puqusqañam; hamuychis, uraykuychis; pisaq muyu saruna hunt’asqañam, waqaychana tinaspas qunqurichkanñam; paykunapa mana allin rurayninku ancha hatunmi. Achka-achka runakuna, achka-achka runakuna akllay pampapi: Señorpa p’unchayninqa qayllañam akllay pampapi. Joel 3:12–14.</w:t>
      </w:r>
    </w:p>
    <w:p>
      <w:pPr>
        <w:pStyle w:val="ArticleBody"/>
        <w:jc w:val="left"/>
      </w:pPr>
      <w:r>
        <w:rPr>
          <w:rFonts w:ascii="Times New Roman" w:hAnsi="Times New Roman" w:eastAsia="Times New Roman" w:cs="Times New Roman"/>
        </w:rPr>
        <w:t>“Mana Diosta mana yupaychakuq runakuna” rikch’arichisqa kaptinku, “Señorpa p’unchaynin qayllañam” Jehosafatpa qhichwapi. “Jehosafat” ninanqa Jehovápa taripayninmi; chay qhichwataq “akllaypa qhichwan” nisqapas sutichasqam. 2015 watamanta ñawpaqmanmi kay pachapi “achka-achka runakuna” qallarinqa kuyuriyta, sapa q’ipiman churakuspa, runakuna Diosman sirvinankupaq mana akllanankumanta qusqanku sapa pampachaypaq wakichisqa q’ipikunaman. 9/11 p’unchawpim kawsakunaq taripaynin qallariq, hinallataq 2015 watapim Trump willakuyta ruwarqa umalliq kayta mask’ananpaq. 9/11 p’unchawpim qhipa paraq ñawpaq kaq rak’inin urayta qallariq, chay qhipa parataqmi tarpuyta hunt’achin; hinallataq 2015 watapi, chay paraq, puqusqa allp’ata paqarichiq paraq, chunka tawayuq wata hap’iqninpi, Joel qillqapi waqyarin muskuy waqaychayta: Donald Trump “Grecia suyupta kuyuchiptin,” ichaqa Joel nisqan hina, Trump “2015 watapi mana Diosta yupaychakuq runakunata rikch’arichiptin,” kay pachapi cosecha qallarin puquyta.</w:t>
      </w:r>
    </w:p>
    <w:p>
      <w:pPr>
        <w:pStyle w:val="ArticleBody"/>
        <w:jc w:val="left"/>
      </w:pPr>
      <w:r>
        <w:rPr>
          <w:rFonts w:ascii="Times New Roman" w:hAnsi="Times New Roman" w:eastAsia="Times New Roman" w:cs="Times New Roman"/>
        </w:rPr>
        <w:t>Allinmi reqsinmi yachaykuyta, Daniel chunka hukniyuqpi rimarisqa ñawpaq cheqaq kashan Donald Trump-pa profétiku rurayninmi. Bibliapi profecíaq ñawpaq suyuqa, Daniel qillqapi rikuchisqa, Babiloniam. Yuyariychik imayna kanman Daniel qillqapi Babiloniaq willakuynin, sichus Nabucodonosor mana Inspiración nisqapa llamk’achisqan karqanchu profétiku rikch’aynin taqichinapaq. Bibliapi profecíaq soqta kaq suyuqa mana hunt’asqachu kachkan chay suyuq qhipa kamachiqninpa testimoniun mana kanman chayqa. Ñawpaq rimariy kamachiyqa Trump-pa ancha hatun ima niyniyuq señalkuna kasqanta takyachin, chay visiónpi, mayqintaq Daniel chaskirqan kimsa simana ayunasqan qhipa iskay chunka iskayniyuq p’unchawpi.</w:t>
      </w:r>
    </w:p>
    <w:p>
      <w:pPr>
        <w:pStyle w:val="ArticleScripture"/>
        <w:jc w:val="left"/>
      </w:pPr>
      <w:r>
        <w:rPr>
          <w:rFonts w:ascii="Times New Roman" w:hAnsi="Times New Roman" w:eastAsia="Times New Roman" w:cs="Times New Roman"/>
        </w:rPr>
        <w:t>Ichaqa Persia suyupa kamachiqninmi iskay chunka huk p’unchawkama ñuqata hark’arqan; ichaqa qhawariy, Miguel, hatun kamachiqkunamanta huknin, yanapawaypaq hamurqan; hinaspan Persia suyupa reykunawan chaypi qheparqani. Kunanqa hamuni qanta entiendenaykipaq imachus qampa llaqtaykita qhipa p’unchawkunapi taripanqa chayta; chayri mosoq rikuyqa aswan achka p’unchawkunapaqraqmi kashan. Daniel 10:13, 14.</w:t>
      </w:r>
    </w:p>
    <w:p>
      <w:pPr>
        <w:pStyle w:val="ArticleBody"/>
        <w:jc w:val="left"/>
      </w:pPr>
      <w:r>
        <w:rPr>
          <w:rFonts w:ascii="Times New Roman" w:hAnsi="Times New Roman" w:eastAsia="Times New Roman" w:cs="Times New Roman"/>
        </w:rPr>
        <w:t>Chunka qanchis hukniyuq qhapaq rikuyqa qawachin imaynam Diospa llaqtan qhipa punchawkunapi pasakunanmanta, hinaspa Trump, Estados Unidospa umalliqnin hina, chaymantaq Naciones Unidaspa umalliqnin hina, cheqaq kasqanta, wiñaypaq ruwayniyuq ñawpaqman purichiq ruraykunaq qhepakusqanman watasqa, chay cheqaqta entiendenapaq utaq mana entiendenapaq. Chay cheqaqqa ancha hatun ancha allinmi karqan Gabrielpa Danielman willanapaq; chayrayku tawa chunka hukniyuq versículopi, profeta Danielqa angel Gabrielpa qosqan k’anchaymanta qillqan nispa, “llaqtaykimanta suwa runakuna” rikuyta sayachinku. Manam atinqachu allinta qatipayta Donald Trumpaq puriyninkunata profecíapi, mana Roma llaqtata hina huk kamachiy ñanman hina apaykachaspa, Daniel chunka hukniyuqpa profético historiankupi Trumpaq saruyninkunata reqsinapaq.</w:t>
      </w:r>
    </w:p>
    <w:p>
      <w:pPr>
        <w:pStyle w:val="ArticleBody"/>
        <w:jc w:val="left"/>
      </w:pPr>
      <w:r>
        <w:rPr>
          <w:rFonts w:ascii="Times New Roman" w:hAnsi="Times New Roman" w:eastAsia="Times New Roman" w:cs="Times New Roman"/>
        </w:rPr>
        <w:t>Trumpqa, Domingupi Leye nacionta domingo kamachikuy pacha tiempopi unancha hina, animalpa llikllantam ruramun, chayta rurashaspanqa animaltapas yupaychan; chayraykum chayqa animalpa llikllan, hinallataq animalta hatunchaspa rurakusqa llikllapas. Apocalipsis 17 pi papadokunaqa pusqayuqmi, qanchismantataq lluqsimuq, hinallataq Donald Trumpqa Reaganmanta pacha 1989 watapi tukuypa tukukuynin pachapi pusqayuq presidentemi; ichaqa soqtayoqpas kashanmi, chaymi niyta munan pusqayuq kasqanta, qanchismanta lluqsimuqta.</w:t>
      </w:r>
    </w:p>
    <w:p>
      <w:pPr>
        <w:pStyle w:val="ArticleBody"/>
        <w:jc w:val="left"/>
      </w:pPr>
      <w:r>
        <w:rPr>
          <w:rFonts w:ascii="Times New Roman" w:hAnsi="Times New Roman" w:eastAsia="Times New Roman" w:cs="Times New Roman"/>
        </w:rPr>
        <w:t>Apocalipsis chunka qanchisniyuqpi, Juanqa kimsa kaq versículopi purunman apasqa kachkan, chaypiqa rikun warmi q’añuchaqta uywa manchakuypaq hawanpi tiyachkaqta. Chay warmi q’añuchaqqa llapa hatun protestante denominaciónkunapaqmi Iglesia Católica nisqaman riqsichisqa karqan, ichaqa qhepa p’unchaykunapi llapankum kikin sayariyninkuta ñinkuchkanku. Iglesia Romanaqa Juan payta rikushaspaqa mártirkunapa yawarninwan machasqa karqan, hinallataq “q’añuchaqkunapa maman” sutiyuq karqan. Kayqa reqsichinmi Juanqa 1798 wataman apasqa kasqanta, maypichus papadokunaqa martiriopa yawarninta kapurqanku, hinaspataq wakin ñawpaq protestante iglesiakunapas Roman Catholic comuniónman kutiriyta qallarisqankuña. Chay qhawanamanta Juanqa “qanchis reykunata” rikurqan; paykunamanta pichqa ñaqa 1798 watakama urmasqaña karqanku, huk suyuqa 1798 watapi kawsachkarqan, chay suyuqa Estados Unidos karqan, ichaqa huk suyu, chunka reykunamanta ruwaq, qhepaman hamunan karqan; 1798 watapi, maypichus Juan sayachkarqan, qanchis kaq suyuqa manaraq hamusqa karqanchu. Chay chunka reyqa Domingo ley krisispa huk horanpaqmi kamachinku, hinaspataq allin yuyaywan qanchis kaq suyunkuta qonku pichqa kaq suyupa uywanman, paymi 1798 watapi wañuchiq ch’akiyta chaskirqan.</w:t>
      </w:r>
    </w:p>
    <w:p>
      <w:pPr>
        <w:pStyle w:val="ArticleBody"/>
        <w:jc w:val="left"/>
      </w:pPr>
      <w:r>
        <w:rPr>
          <w:rFonts w:ascii="Times New Roman" w:hAnsi="Times New Roman" w:eastAsia="Times New Roman" w:cs="Times New Roman"/>
        </w:rPr>
        <w:t>Yupay “8” nis kawsarimuyta rikuchin, papadokunaq kamachikuynintaq qanchisniyuqmanta paqariq pusaq kaqmi, wañuypaq nanaynin hampisqa kaptin kimsa hukllaypi —amaruq, uywakuna hina manchay animal, llullaq profeta ima—, aswan qayllam hamuq domingo kamachiypi rurasqa kaqtin. 2020 watapi, globalistakunaqa Trumpmanta akllayta suwasqaku, paytaq Apocalipsis chunka hukniyuqpi ñankunapi wañuchisqa karqa. Apocalipsis chunka hukniyuqpa iskay testigonkunaqa allpa uywapa iskay waqrankunata rikuchinku, chay iskayninkuqa 2020 watapi wañuchisqa karqaku. Trumpqa Reaganmanta qallarispan pacha tukukuypi 1989 watakama suqta kaq presidentemi; ichaqa 2024 watakamaqa, ñawpaq qanchis reykunamanta paqariq pusaq kaqmiñataq. 2024 watapi, wañuypaq nanayninqa hampisqa karqa, hinallataq qanchis kaqkunamanta paqariq pusaq kaq tukurqa, sut’inchay qhawayta sayarichiq profétiko simbuluwan hunt’asqa tinkuypi. Roma mana kaptinqa, Romaq lantanpa kuyuriyninkunata qatipaypaq manam atiyniyuqchu kanki.</w:t>
      </w:r>
    </w:p>
    <w:p>
      <w:pPr>
        <w:pStyle w:val="ArticleHeading"/>
        <w:jc w:val="left"/>
      </w:pPr>
      <w:r>
        <w:rPr>
          <w:rFonts w:ascii="Arial" w:hAnsi="Arial" w:eastAsia="Arial" w:cs="Arial"/>
        </w:rPr>
        <w:t>MAGA</w:t>
      </w:r>
    </w:p>
    <w:p>
      <w:pPr>
        <w:pStyle w:val="ArticleBody"/>
        <w:jc w:val="left"/>
      </w:pPr>
      <w:r>
        <w:rPr>
          <w:rFonts w:ascii="Times New Roman" w:hAnsi="Times New Roman" w:eastAsia="Times New Roman" w:cs="Times New Roman"/>
        </w:rPr>
        <w:t>Imayna entiendenapaq imaynatas Trumpqa Constantino Hatun kan Nero-pa “250” watankuna tukukuptin, utaq imaynatas payqa Antiochus Hatun karqa 207 a.C. watapi, utaq imaynatas payqa qhipa umalliq presidente kan, pisiynin qori pacha kuyuyntin llapantin “hatun” Amerikata ruwaq yuyaypi sayasqa kashan, chaypaqmi reqsikuy munanqa, ñawpaqta capitulopi Trump-ta sutichasqanta hinaspa profético ruwanasnintapas rimarisqanta.</w:t>
      </w:r>
    </w:p>
    <w:p>
      <w:pPr>
        <w:pStyle w:val="ArticleBody"/>
        <w:jc w:val="left"/>
      </w:pPr>
      <w:r>
        <w:rPr>
          <w:rFonts w:ascii="Times New Roman" w:hAnsi="Times New Roman" w:eastAsia="Times New Roman" w:cs="Times New Roman"/>
        </w:rPr>
        <w:t>“Cheqaq kay” nisqapa firman, hebreo simipi “cheqaq kay” nisqawan sut’ichisqa, hebreo alfabetopa ñawpaq, chunka kimsayuq kaq, iskay chunka iskayniyuq kaq qillqakunamanta ruwaq, Reagan-ta riksichin ñawpaq qillqahina, Obama-tataq chunka kimsayuq qillqahina hatarikuypa qillqanta, imaynatachus 2013 watapi sut’ichisqa, chaypi Inquisición Oficina-pa ñawpaq umalliqnin qhepanta ñawpaq jesuita papa hamusqanrayku. Inquisición-pa umalliqnin samarisqanrayku, tukukuyninqa jesuita papa qallariyninwan tupakun. Chay t’inkiy Obama-pa iskay papankunapuram karqa 13 marzo 2013. Obamaqa chunka kimsayuq hatarikuypa qillqawanmi tupakun, iskay chunka iskayniyuq qillqataq Trump-m.</w:t>
      </w:r>
    </w:p>
    <w:p>
      <w:pPr>
        <w:pStyle w:val="ArticleBody"/>
        <w:jc w:val="left"/>
      </w:pPr>
      <w:r>
        <w:rPr>
          <w:rFonts w:ascii="Times New Roman" w:hAnsi="Times New Roman" w:eastAsia="Times New Roman" w:cs="Times New Roman"/>
        </w:rPr>
        <w:t>Iskay chunka iskayniyuq kaq t’ikraqakuyqa huk umalliqta iskay mit’apilla churaykan, chaymanta iskay mit’api umalliqkunata yuyarispa, mayqenkunapa mit’ankuna mana qatipasqa karqanku chaykunaqa iskayllam kanku. Grover Clevelandqa mana qatipasqa iskay mit’ayoq umalliqkunapa alpha-ninmi, Trump-taq omega-ninmi. Grover Clevelandqa iskay chunka iskayniyuq umalliq karqan, hinaspa Trumpqa Clevelandpa omega-nin kaspa “22” nisqapa alpha sutichasqanta hap’in. Clevelandwan Trumpwanqa huk alpha hinallataq huk omega-ta rikuchinku, chaypi hebreo alfabetopa iskay chunka iskayniyuq sananpa simbolismon kasqanta apachkan. Mana qatipasqa iskay mit’ayoq umalliqkunaqa iskayllam kanku, hinaspa Trumpqa chay iskaymanta iskay kaqmi. Omegapa iskayniyuq, alphapa iskay chunka iskayniyuqwan mirachisqa, tawa chunka tawayuqta qun, 1844-pa huk simbolon, chayri domingo kamachikuypi wisq’asqa punkupa simbolonmi, imaynatachus 1844 watapi wisq’asqa punku rikuchisqa karqan hina. Trumpqa umalliq kayman chayasqa sapankasqa tawa chunka tawa kaq runam, hinaspa paymi umalliq kashan maypachachus domingo kamachikuypi punku wisq’akun.</w:t>
      </w:r>
    </w:p>
    <w:p>
      <w:pPr>
        <w:pStyle w:val="ArticleBody"/>
        <w:jc w:val="left"/>
      </w:pPr>
      <w:r>
        <w:rPr>
          <w:rFonts w:ascii="Times New Roman" w:hAnsi="Times New Roman" w:eastAsia="Times New Roman" w:cs="Times New Roman"/>
        </w:rPr>
        <w:t>Trumpqa Ciro Hatun nisqamanmi rikch’achisqa kashan. Ciro Hatuqa ñawpaq kamachiyta willarqan, Artajerjes Hatuqtaq kinsa kaq kamachiyta willarqan. Ñawpaq kaqwan kinsa kaqqa hukllaña tupaykuq kanku, imaraykuchus Jesusqa p’unchay tukukuyninta qallariyninwanmi sapa kuti rikuchin. Neroq “250” watankuna tukukuptinqa, Constantino Hatunwan rikch’achisqa kaqpi, Trumpqa chaypim kashan. 457 a.C. watamanta “250” watakuna tukukuyninpiqa Trumpqa Antiochus Hatunwanmi rikch’achisqa, paymi 2024 watapi ñawpaqmanta aswan kallpawan kutimurqan, chunka kinsa kaq versiculopa hunt’akuyninpi.</w:t>
      </w:r>
    </w:p>
    <w:p>
      <w:pPr>
        <w:pStyle w:val="ArticleScripture"/>
        <w:jc w:val="left"/>
      </w:pPr>
      <w:r>
        <w:rPr>
          <w:rFonts w:ascii="Times New Roman" w:hAnsi="Times New Roman" w:eastAsia="Times New Roman" w:cs="Times New Roman"/>
        </w:rPr>
        <w:t>Norte llaqtapaq qhapaqninmi kutimunqa, ñawpaq kaqmantapas aswan hatun achka runakunata huñuspa; hinallataqmi wakin watakuna qhipaman cheqaqtapuni hamunqa hatun soldadokunawan, achka qhapaq kaywanpas. Daniel 11:13.</w:t>
      </w:r>
    </w:p>
    <w:p>
      <w:pPr>
        <w:pStyle w:val="ArticleBody"/>
        <w:jc w:val="left"/>
      </w:pPr>
      <w:r>
        <w:rPr>
          <w:rFonts w:ascii="Times New Roman" w:hAnsi="Times New Roman" w:eastAsia="Times New Roman" w:cs="Times New Roman"/>
        </w:rPr>
        <w:t>Estados Unidos llaqtata Roma atipaptin, domingo kamachiypi, chaymantaqa kay pachapi llapa suyukunaqa kallpachasqa kanku Romaman kumuykunankupaq.</w:t>
      </w:r>
    </w:p>
    <w:p>
      <w:pPr>
        <w:pStyle w:val="ArticleScripture"/>
        <w:jc w:val="left"/>
      </w:pPr>
      <w:r>
        <w:rPr>
          <w:rFonts w:ascii="Times New Roman" w:hAnsi="Times New Roman" w:eastAsia="Times New Roman" w:cs="Times New Roman"/>
        </w:rPr>
        <w:t>“Wak llaqtakunaqa Estados Unidospa rikuchisqan ejemplonta qatipānkaku. Payqa ñawpaqman pusaspaqa, chaywanpas kikin krisismi hamunqa llaqtanchikman kay pachapa tukuy cheqenkunapi.” Testimonies, volume 6, 395.</w:t>
      </w:r>
    </w:p>
    <w:p>
      <w:pPr>
        <w:pStyle w:val="ArticleBody"/>
        <w:jc w:val="left"/>
      </w:pPr>
      <w:r>
        <w:rPr>
          <w:rFonts w:ascii="Times New Roman" w:hAnsi="Times New Roman" w:eastAsia="Times New Roman" w:cs="Times New Roman"/>
        </w:rPr>
        <w:t>“nación extranjera” nisqakunaqa Estados Unidos llaqtapa atiyninwanmi chayta ruwanku, paymi qaylla hamuq domingo kamachiypi Naciones Unidas-pa umalliqnin kayta hap’in. Naciones Unidasqa Apocalipsis 17-pi chunka reykunam, chaykunataq Acabmi kamachin, payqa chunka ayllu norte lado reykunapa reyninmi, Jezabelwan casarasqa. Jezabelpa Acabwan casarasqanmi chay qaylla hamuq domingo kamachiypi hunt’asqa kasarakuymi. Domingo kamachiypi Estados Unidos, Daniel once nisqapi sumaq allpa, hinaspa Apocalipsis trece nisqapi kay pachapa uywapa rikch’aynin, Bibliapa profecíanpi soqta kaq reino hina historianta tukuchin. Carmelo urqupi Baalpa pusaj pachak pichqa chunka profetakuna, hinaspa Jezabelpa mizanmanta mikhuq sach’a yupaychana sacerdotekuna, Elíaspa wañuchisqan kanku. Estados Unidosqa qaylla hamuq domingo kamachiyllapim wañuchisqa kachkan, imaynan Carmelo urqupi llulla profetakuna wañuchisqa karqanku hinata. Chaymanta pachaqa willakuyqa Elíaspa, Acabwan Jezabelwan tinkusqanmi; Acabtaq chunka kuti reino-ta sut’ichin, chaymanta huk kaqmi Jezabelwan ñawpaqta waqlliy huchata ruwarqa. Jezabelqa llapa reykunawanmi waqlliy huchata ruwakuyta munan, ichaqa Acabqa ñawpaqta chayta ruwasqanta rikuchin, hinaspa Estados Unidosmi Carmelo urqupi wañun, chayllamantataq usqhayllam Jezabelpa ñawpaq munasqan qari tukupun. Daniel once nisqaman hinaqa, domingo kamachiyllapim Trump sayarin Grecia llaqtapa atiyniyuq rey hina, Alejandro Magno nisqawan rikch’achisqa.</w:t>
      </w:r>
    </w:p>
    <w:p>
      <w:pPr>
        <w:pStyle w:val="ArticleScripture"/>
        <w:jc w:val="left"/>
      </w:pPr>
      <w:r>
        <w:rPr>
          <w:rFonts w:ascii="Times New Roman" w:hAnsi="Times New Roman" w:eastAsia="Times New Roman" w:cs="Times New Roman"/>
        </w:rPr>
        <w:t>Huk atiyniyuq sinchi qhapaq rey hatarinqa, hatun kamachiywan kamachispa, munasqanman hina ruwaspa. Hatarisqan pachataq, qhapaq suyun pakisqa kanqa, hanaq pacha tawa wayrakunapaq rakisqataq kanqa; manataq mirayninmanchu, nitaq kamachisqan atiyninman hinachu kanqa. Ichaqa qhapaq suyunqa qhichusqa kanqa, wakinkunapaqpas, chaykunamanta hukkunapaqpas. Daniel 11:3, 4.</w:t>
      </w:r>
    </w:p>
    <w:p>
      <w:pPr>
        <w:pStyle w:val="ArticleBody"/>
        <w:jc w:val="left"/>
      </w:pPr>
      <w:r>
        <w:rPr>
          <w:rFonts w:ascii="Times New Roman" w:hAnsi="Times New Roman" w:eastAsia="Times New Roman" w:cs="Times New Roman"/>
        </w:rPr>
        <w:t>Donald Trumpqa “hatun rey” hina Sayasqa Naciones Unidaspa, chaytaqmi chay versículopi rikuchisqa, chaymanta qhipaman Alejandro Magnoq historianninta hina unanchasqa. Pay hatariptin, Estados Unidos, Bibliapa profecíanpi soqta kaq qhapaq suyukunaq tukukuynin, tukukun; hinaspataq Apocalipsis diecisietepi chunka reykunaq qanchis kaq qhapaq suyun qallarin. Chay chunka reykunaqa chaypi chay pachallapi acuerdonta ruranku qanchis kaq qhapaq suyunkuta papal atiyniman qunankupaq, paymi pusaq kaq qhapaq suyu, qanchis ñawpaq qhapaq suyukunamanta kaq. Acuerdonkuqa Diospa munayninta hunt’anankupaq karqan, hinaspa munayninqa cheqaq qillqasqa Escrituras nisqapi sapa siq’ipi siq’ipi rikuchisqa kachkan.</w:t>
      </w:r>
    </w:p>
    <w:p>
      <w:pPr>
        <w:pStyle w:val="ArticleHeading"/>
        <w:jc w:val="left"/>
      </w:pPr>
      <w:r>
        <w:rPr>
          <w:rFonts w:ascii="Arial" w:hAnsi="Arial" w:eastAsia="Arial" w:cs="Arial"/>
        </w:rPr>
        <w:t>Roma-ta rikuchispa##</w:t>
      </w:r>
    </w:p>
    <w:p>
      <w:pPr>
        <w:pStyle w:val="ArticleBody"/>
        <w:jc w:val="left"/>
      </w:pPr>
      <w:r>
        <w:rPr>
          <w:rFonts w:ascii="Times New Roman" w:hAnsi="Times New Roman" w:eastAsia="Times New Roman" w:cs="Times New Roman"/>
        </w:rPr>
        <w:t>Daniel chunka huk ñiqin capítulonpa pichqa-manta isqun versículonkama nisqakuna hunt’akusqanku huk profétic historiapi, chay historiataq sumaq hinallataq hinaptin papal atiyniyoqpa historianta rikuchirqan, imayna churasqa kasqanman hina, chay kikin capítulopa kimsa chunka hukniyoq-manta tawa chunka versículonkama nisqakunapi. Pichqa-manta isqun versículonkama historiapa siq’inqa paralelu hinam kimsa chunka hukniyoq-manta tawa chunka versículokama historiapa siq’inwan. Iskay siq’ikunaqa reqsichinku huk pacha maypim papal Roma nisqapa reprezentasqan atiyqa ñawpaqta kimsa hark’akuykunata atiparqan, chaymanta huk tiempo kamachirqan, huk pacto p’akisqa kanankama; chay p’akisqa pactotaq uray llaqtapa reyta paykunapa contra hamuchirqan, paytaq wañuchiq ch’akiyta qusqan. Aswan qhipa qhawarispa, yuyayman churarispa, historiatawan tupachispa chay iskay siq’ikuna yachakuykusqaqa, aswan hatun sunquwan reqsikunku ancha chiqap kasqankuta. Chay chiqap kayninqa rikurichin imaynatam versículokunapi kaq estructura hina sut’i representasqankuman chaymanta ima historiapas chay versículokunata hunt’arqanmanpas.</w:t>
      </w:r>
    </w:p>
    <w:p>
      <w:pPr>
        <w:pStyle w:val="ArticleBody"/>
        <w:jc w:val="left"/>
      </w:pPr>
      <w:r>
        <w:rPr>
          <w:rFonts w:ascii="Times New Roman" w:hAnsi="Times New Roman" w:eastAsia="Times New Roman" w:cs="Times New Roman"/>
        </w:rPr>
        <w:t>Pichqa versokunata hunt’asqa historiqa kikin hina parallelpi purin hinaspa tinkuchikun papal Romaq historianninkuwan, chayqa qillqasqa kachkan versokuna kimsa chunka hukniyuqmanta tawa chunka kama; hinaspa churamun maypi Antiochus Hatun riqsichisqa kananpaq, chunka versomanta pichqa chunka kama.</w:t>
      </w:r>
    </w:p>
    <w:p>
      <w:pPr>
        <w:pStyle w:val="ArticleScripture"/>
        <w:jc w:val="left"/>
      </w:pPr>
      <w:r>
        <w:rPr>
          <w:rFonts w:ascii="Times New Roman" w:hAnsi="Times New Roman" w:eastAsia="Times New Roman" w:cs="Times New Roman"/>
        </w:rPr>
        <w:t>Ichaqa churinkunaqa hatarichisqa kanqaku, hinallataq ancha hatun kallpayuq soldadokunapa achka huñunaykuta huñunkaku; hukniytaq cheqaqtapuni hamunqa, llumpayta mast’arikuspataq pasapunqa; chaymanta kutimunqa, hinaspataq yapamanta hatarichisqa kaspa, sinchi pukllanankama chayanqa. Daniel 11:10.</w:t>
      </w:r>
    </w:p>
    <w:p>
      <w:pPr>
        <w:pStyle w:val="ArticleBody"/>
        <w:jc w:val="left"/>
      </w:pPr>
      <w:r>
        <w:rPr>
          <w:rFonts w:ascii="Times New Roman" w:hAnsi="Times New Roman" w:eastAsia="Times New Roman" w:cs="Times New Roman"/>
        </w:rPr>
        <w:t>Chunka kaq ñiqi chunka versículopi nisqanta hunt’aspa, Antiochus Hatunqa atirqan Egiptopa pukllaq sinch’i llaqtan kama, chaypiña kamachikuyta tukurqan hukmanta huñunakuspa kallpachakunanpaq. Chay historiataqa rikuchin 1989 watapi Unión Soviéticapa urmananta, imayna kay kikin capítuloq tawa chunka versículonpi sut’inchasqa kasqanta hina.</w:t>
      </w:r>
    </w:p>
    <w:p>
      <w:pPr>
        <w:pStyle w:val="ArticleScripture"/>
        <w:jc w:val="left"/>
      </w:pPr>
      <w:r>
        <w:rPr>
          <w:rFonts w:ascii="Times New Roman" w:hAnsi="Times New Roman" w:eastAsia="Times New Roman" w:cs="Times New Roman"/>
        </w:rPr>
        <w:t>Tukukuy pacha chayamunan tiempopeqa, uray suyupa reyqa payta maqanakuywan kallpachinqa; hanaq suyupa reytaq wayra muyuriq hina payman hamunqa, carrokunawan, caballerokunawan, achka barcokunawan ima; hinallataq llapa suykunaman yaykunqa, llumpay mast’arikuspa pasapunqa. Daniel 11:40.</w:t>
      </w:r>
    </w:p>
    <w:p>
      <w:pPr>
        <w:pStyle w:val="ArticleBody"/>
        <w:jc w:val="left"/>
      </w:pPr>
      <w:r>
        <w:rPr>
          <w:rFonts w:ascii="Times New Roman" w:hAnsi="Times New Roman" w:eastAsia="Times New Roman" w:cs="Times New Roman"/>
        </w:rPr>
        <w:t>Chunkaq chay “hamunqapuni, hunt’aspa, chaymanta pasaykuspa” nisqaqa hebreo simipi kikinmi kachkan chusku chunka versículopi nisqa “suyukunaman haykunqa, hunt’aspa pasarqunqa” nisqawan. Iskay versículokuna rikuchkanku imaynan uqhanqa norte llaqtapa reyñin (chunka versículopi Antioco, chusku chunka versículopi Reagan) sur llaqtapa reyñinta atipan, (chunka versículopi Ptolomeo, chusku chunka versículopi Unión Soviética). Iskay ataquekunaqa kutichiyllam karqan sur llaqtapa reyñin ñawpaq atipayninrayku (pisqa versículomanta isqun versículokamakama Ptolomeo, chusku chunka versículopi Napoleón). Sur reyñiqa maqanakuyta munarqan huk tratadota p’akisqankurayku (pisqamanta isqun versículokamakama Berenicepa kasarakusqanrayku, hinallataq 1797 watapi Napoleónwan Tolentino Tratado p’akisqa kasqanrayku). Versículokunapi rikuchisqa proféticopa estructuranta, hinallataq chay versículokunapa qhepaman historiapi hunt’akusqantaqa, Isaías 8:8 nisqawanpas tupachiyta atin.</w:t>
      </w:r>
    </w:p>
    <w:p>
      <w:pPr>
        <w:pStyle w:val="ArticleScripture"/>
        <w:jc w:val="left"/>
      </w:pPr>
      <w:r>
        <w:rPr>
          <w:rFonts w:ascii="Times New Roman" w:hAnsi="Times New Roman" w:eastAsia="Times New Roman" w:cs="Times New Roman"/>
        </w:rPr>
        <w:t>Payqa Judá suyunta pasaspan lloqsinqa; lluqsimuspan hamunqa, mast’arikuspan pasapunqa, kunankama sipasqa kunankama chayanqa; ripranta mast’arikusqanqa hallp’ayki patanta hunt’anqa, ¡Imanuel! Isaías 8:8.</w:t>
      </w:r>
    </w:p>
    <w:p>
      <w:pPr>
        <w:pStyle w:val="ArticleBody"/>
        <w:jc w:val="left"/>
      </w:pPr>
      <w:r>
        <w:rPr>
          <w:rFonts w:ascii="Times New Roman" w:hAnsi="Times New Roman" w:eastAsia="Times New Roman" w:cs="Times New Roman"/>
        </w:rPr>
        <w:t>Isaiaspa willakusqanpi Sennaqueribpa ejercitonnin “llimp’iykuspa hinaspa hawaykuspa rinqa” nispa, chayqa yapamanta kikin hebreo simim kachkan chunka versículopi hinaspa tawa chunka versículopipas. Isaiasqa reqsichin hayk’aq Sennaquerib, hanaq llaqtakunapa qhapaqnin, uray llaqtata Judáta atiparqan chayta, ichaqa Jerusalénta sayasqata saqerqan, imaraykuchus payqa “kunka kama”lla chayarqan, imaynachus Antíoco chunka versículopi lindero kama chayarqan hina. Sennaqueribpa munayninqa karqan Ezequías Asiriapawan rimanakusqanta p’akirqanmi, chayta rikuchispa Ezequías acuerdopi nisqa tributoa saqesqanwan. P’akisqa tratadom kinsa parallel versículokunamanqa mana suyaylla rikuriq hukchasqa kachkan. Sapa hukninku p’akisqa tratadotam hap’irqanku, ichaqa Ptolomeowan Napoleonwanqa hanaq llaqtapa qhapaqninmi tratadota p’akisqanwan tumpasqa karqan. Sennaqueribqa, hanaq llaqtapa qhapaqnin, Ezequiasta tumpan churasqa tributota mana qusqanrayku.</w:t>
      </w:r>
    </w:p>
    <w:p>
      <w:pPr>
        <w:pStyle w:val="ArticleScripture"/>
        <w:jc w:val="left"/>
      </w:pPr>
      <w:r>
        <w:rPr>
          <w:rFonts w:ascii="Times New Roman" w:hAnsi="Times New Roman" w:eastAsia="Times New Roman" w:cs="Times New Roman"/>
        </w:rPr>
        <w:t>Chunkaqa rey Ezequiaspa chunka tawa watapi, Asiriapa rey Sennaqueribqa Judá llaqtapa llapallan sinchi perqayuq llaqtankunaman wicharispan, hap’irqan. Hinaptinmi Judápa rey Ezequiasqa Lakispi kachkan Asiriapa reyninman kacharan, nispa: Huchallikurqani; ñuqamanta kutiriy: imatapas qowanki chaytaqa apasaqmi. Hinaqtinmi Asiriapa reyninqa Judápa rey Ezequiasman churaran kimsa pachak talentokuna qolqeta, kimsa chunka talentokuna qoritawan. Hinaqtinmi Ezequiasqa payman qorqan Señorpa wasinpi tarisqa llapa qolqeta, reypa wasinpi waqaychasqa qollqekunatapas. 2 Reyes 18:13–15.</w:t>
      </w:r>
    </w:p>
    <w:p>
      <w:pPr>
        <w:pStyle w:val="ArticleBody"/>
        <w:jc w:val="left"/>
      </w:pPr>
      <w:r>
        <w:rPr>
          <w:rFonts w:ascii="Times New Roman" w:hAnsi="Times New Roman" w:eastAsia="Times New Roman" w:cs="Times New Roman"/>
        </w:rPr>
        <w:t>Senaqueribpa norte ladonpi ejercitonqa Jerusalénman purisqanpi tawa chunka suqta Judea llaqtakunata hap’isqa. Hatunmi kayqa profetap siminman hina ninapaq, Isaias 8:8 nisqanqa chunka kaq hinallataq tawa chunka kaq versiculokunawan tinkichisqa kasqanrayku, chay hinaqa kimsa kaq testigota qun Unión Soviéticapa uray suyu reinonpa 1989 watapi urmasqanmanta. Chay urmayqa qallarin tawa chunka kaq versiculopi ch’usaq pacha kasqanta. Tawa chunka kaq versiculopa hunt’akusqanmantapacha 1989 watapi, tawa chunka suqniyuq kaq versiculokama, mayqinchus qayllapi hamuq domingo p’unchay kamachiyta rikuchin, tawa chunka kaq versiculopi ch’usaq pacha kan. Chay pachaqa 1989 watapi qallarin hinaspa domingo p’unchay kamachiywan tukukun. Tawa chunka kaq versiculonqa mana imatapas ninchu chay pacha tiempoqa imayna kasqanmanta, ichaqa tawa chunka kaq versiculotaqa “line upon line” nisqa metodologíawanmi unanchaspa entiendenman.</w:t>
      </w:r>
    </w:p>
    <w:p>
      <w:pPr>
        <w:pStyle w:val="ArticleBody"/>
        <w:jc w:val="left"/>
      </w:pPr>
      <w:r>
        <w:rPr>
          <w:rFonts w:ascii="Times New Roman" w:hAnsi="Times New Roman" w:eastAsia="Times New Roman" w:cs="Times New Roman"/>
        </w:rPr>
        <w:t>Qanchis chunka tawaqnin versiculopa pakasqa historianta takyachinapaq huk ñawpaq “llave”qa, Isaiaspa willakuyninmi: hanaq llaqtapa atipaq kutichiy awqaymi uray llaqtapa contranpi. Hezekiaspa hatariyninchu ñawpaq rimanakusqanta saqespa manaña Asiriaman “tributo” qunaypaq, icha Berniceta Antiochuspa qarqusqan, icha Napoleónpa Tratado de Tolentino nisqanpas, kimsa versiculokunapas hunt’asqa karqan historiakunawanmi, maypichus p’akisqa tratadota maqanakuyta qallariypaq ukhu kallpachaqninta hina resaltanku. Obama umalliq kay pachapi, John Kerrypa Estado nisqa Departamenton uranpi, yanapaq secretaria Victoria Nulandmi huk color nisqa revoluciónta rurachirqan Ucraniapa gobiernonta urmachinapaq. Chaymanta pacha, Ucraniapa awqayninmanta huk rimanakuypa iskay ladonkuna kanku: Putin ninmi huk tratadota p’akirqanku, paypa contrankunataq ninmi, Putinpa rikuchisqan tratadoqa manam karqanchu Putinpa nisqan contexto ukhupi. Tratado cheqaqtapuni rurakuspa qhipamanta p’akikusqanchu, icha huknin laya kasqanchu, chayqa mana importanchu; profecíapa qillqasqanqa p’akisqa tratadollatam awqaypaq kallpachaq motivación hina qillqan.</w:t>
      </w:r>
    </w:p>
    <w:p>
      <w:pPr>
        <w:pStyle w:val="ArticleBody"/>
        <w:jc w:val="left"/>
      </w:pPr>
      <w:r>
        <w:rPr>
          <w:rFonts w:ascii="Times New Roman" w:hAnsi="Times New Roman" w:eastAsia="Times New Roman" w:cs="Times New Roman"/>
        </w:rPr>
        <w:t>Isaías 8:8 qun “llaveta” qon ancha rikuchin chay norte reyqa kunka kama, icha uma kama atipaykusqanta qawanapaq. Chay “llaveta”mi Rusia-ta reqsichin 1989 watapi cuerpon urmaptin qhepakusqa sayaq uma hina. Qanchis ñiqi versículopa profétiko ancha chanin kayninqa manan uma-ta reqsichiy “llavellapi”lla tarikusqanchu, aswanpas “kunka” nisqanta reqsichisqanpi, chaymi uma-ta, icha capital llaqta-ta sut’ichin, chayqa Isaías 8 nisqa kikillan rikhuy paqarinmanta ñawpaq pasajewan t’inkisqa kaqllapi sayachiyta atikun. Chay rikhuyqa qanchis capítulo-pim qallarin, hinaspa versículo qanchiswan pusaqpi, umaqa rey hina, icha paypa reino hina, icha huk reino-pa capital llaqtan hina sut’iyachisqa kachkan. Jerusalénqa Judá-pa capital llaqtan karqan; chay Judá-pa 46 llaqtankunata Senaqueribpa ejerciton atipaykurqan, ichaqa Senaqueribqa Jerusalén capital llaqta-ta sayaqta saqerqan.</w:t>
      </w:r>
    </w:p>
    <w:p>
      <w:pPr>
        <w:pStyle w:val="ArticleScripture"/>
        <w:jc w:val="left"/>
      </w:pPr>
      <w:r>
        <w:rPr>
          <w:rFonts w:ascii="Times New Roman" w:hAnsi="Times New Roman" w:eastAsia="Times New Roman" w:cs="Times New Roman"/>
        </w:rPr>
        <w:t>Siria suyupa umanqa Damascom, Damasco suyupa umanqa Rezínmi; soqta chunka pichqa watakuna ukhupitaq Efraín llaqtapas pakisqa kanqa, manaña llaqta kananpaq. Efraín suyupa umanqa Samariam, Samaria suyupa umanqa Remalíaspa churinmi. Mana creeqkuna kaptikichikqa, cheqaqtapuni mana takyachisqa kankichikchu. Isaías 7:8, 9.</w:t>
      </w:r>
    </w:p>
    <w:p>
      <w:pPr>
        <w:pStyle w:val="ArticleBody"/>
        <w:jc w:val="left"/>
      </w:pPr>
      <w:r>
        <w:rPr>
          <w:rFonts w:ascii="Times New Roman" w:hAnsi="Times New Roman" w:eastAsia="Times New Roman" w:cs="Times New Roman"/>
        </w:rPr>
        <w:t>Senaqueribpa soldadonkuna Jerusalenpa murallankunaman 701 a.C. watapi hamuspa, kunkan kama chayamurqa; chayta rurashaspataq, 1989 watapi urmakuymanta qhipapi Rusia qhiparisqanmanta huk histórico testigota saqerqa. Antioquio Hatun uray reino contra kutichiyta qallarispaqa, chunka versículopi Egiptopa lindironman chayarqa, ichaqa mana yaykurqachu. Chunka versículopi Antioquiopa atipayninpi ancha allin riqsisqa kaqmi kay: Antioquioqa chaypi huk militar campañata tukuchin, mayqinchus mana huk sut’i maqanakuywan kasqachu, aswanpas ñawpaqpi chinkachisqa geografiata yapamanta sayarichisqan ruwasqanta reqsichin. Chunka versículopi atipayninqa achka atipaykunapa tukukuyninta reqsichin. Payqa Siria cuarto guerrapa campañanta Rafia llaqtapi tukuchirqa; “Rafia” sutinqa “lindero allpa” ninmi, chay Rafiaqa Egiptopa lindiron, icha “kunka” karqa. 219 a.C. watamanta 217 a.C. watakama Antioquiopa campañanqa 1989 watapi Unión Soviéticapa urmayninmanta 1991 watakama pasaq yaku hina lluqsimuspa chaymanta chimpasqanta rikch’achin, chay pacha reypa nacionkunata chimpasqan hina.</w:t>
      </w:r>
    </w:p>
    <w:p>
      <w:pPr>
        <w:pStyle w:val="ArticleBody"/>
        <w:jc w:val="left"/>
      </w:pPr>
      <w:r>
        <w:rPr>
          <w:rFonts w:ascii="Times New Roman" w:hAnsi="Times New Roman" w:eastAsia="Times New Roman" w:cs="Times New Roman"/>
        </w:rPr>
        <w:t>Profecía hina, Isaías 8:8qa saqinmi Rusiaqa, Sennaqueribpa maqanakuyñinpi kunka hina, utaq Antíocospaqpi pukara hina, Rafia maqanakuypi uray llaqtapa reynin hina reqsichisqa kananpaq, chayta qhawachispa versículo chunka hukniyuqpa hunt’akusqanwan. Chayta ruwaspaqa, chiqapmi hawamanta historiata, dragónwan (uray llaqtapa reynin), bestiawan (hanaq llaqtapa reynin), llulla profetawanpas (hanaq llaqtapa reyninpa rantin atiynin) rikuchisqanta, ukhupi profecíapa siq’inwan tinkuchin, capítulo qanchispa versículo qanchispi kaq soqta chunka phisqa watayuq profecía hina rikuchisqawan.</w:t>
      </w:r>
    </w:p>
    <w:p>
      <w:pPr>
        <w:pStyle w:val="ArticleBody"/>
        <w:jc w:val="left"/>
      </w:pPr>
      <w:r>
        <w:rPr>
          <w:rFonts w:ascii="Times New Roman" w:hAnsi="Times New Roman" w:eastAsia="Times New Roman" w:cs="Times New Roman"/>
        </w:rPr>
        <w:t>Willkakuy simikunapiqa, Senaqueribpa Jerusalénman wicharimuyninpa niyqa qelqasqa Qelqakunapi Diospa atiyinmanta huk sinchi-aswan kallpayoq willakuy qhespichisqan hina karqan, chaypiqa Diosqa huk tutallapi Senaqueribpa 185,000 runakunamanta soldadonkuna tukuyta chinkachirqan. Qaynap p’unchawqa, Jerusalén llaqta perqapi iskayninku Eliakimwan Shebnawan karqanku, Laodicea- nismanta Philadelphiamanta Adventismo nisqakunapa unanchaqninkuna hina, paykunaqa 1844 wata wisq’asqa punkupi, hinallataq domingo kamachiypa wisq’asqa punkupipas señalasqa kanku.</w:t>
      </w:r>
    </w:p>
    <w:p>
      <w:pPr>
        <w:pStyle w:val="ArticleScripture"/>
        <w:jc w:val="left"/>
      </w:pPr>
      <w:r>
        <w:rPr>
          <w:rFonts w:ascii="Times New Roman" w:hAnsi="Times New Roman" w:eastAsia="Times New Roman" w:cs="Times New Roman"/>
        </w:rPr>
        <w:t>Chayqa, rey Ezequiaspa chunka tawa watapi, Senaquerib, Asiriapa reynin, Judá llaqtapa llapa sinchi amparaq llaqtankunaman wicharispan paykunata hap’irqan. Hinaspan Asiriapa reynin Rabsaquét Lachis llaqtamanta Jerusalénman kachamurqan rey Ezequiasman hatun soldado tantanakuywan. Payqa sayarqan hanaq qochapa yaku purichina muyupi, t’aksaq chakrapa ñanpi. Chaymantataq lloqsiramurqanman Eliaquim, Hilcíaspa churin, wasipa umalliqnin; hinaspa Sebna qillqaq; hinaspa Joa, Asafpa churin, yuyarichiq. Isaías 36:1–3.</w:t>
      </w:r>
    </w:p>
    <w:p>
      <w:pPr>
        <w:pStyle w:val="ArticleBody"/>
        <w:jc w:val="left"/>
      </w:pPr>
      <w:r>
        <w:rPr>
          <w:rFonts w:ascii="Times New Roman" w:hAnsi="Times New Roman" w:eastAsia="Times New Roman" w:cs="Times New Roman"/>
        </w:rPr>
        <w:t>Isayas qanchis ñiqi kapítulopiqa, Isayasta kachamun mana allin Ahazman, Judápa reyninman, uray suyuman, huk willakuywan. Chaymi kashan chay suyuqa, pusaq ñiqi kapítulopi, pusaq versículopi, Sennacheribpa maqasqan. Hinallataq, Isayas mana allin rey Ahazwan tupaspan, tupaykun “hanaq qochapa yaku purinan ladopi, t’aksaqpa chakran ñanpi”, maypichus Rabsaqué Señorpa sutinta saqranchan. Isayas yachachirqan paypas churinkunapas señalkuna kasqankuta.</w:t>
      </w:r>
    </w:p>
    <w:p>
      <w:pPr>
        <w:pStyle w:val="ArticleScripture"/>
        <w:jc w:val="left"/>
      </w:pPr>
      <w:r>
        <w:rPr>
          <w:rFonts w:ascii="Times New Roman" w:hAnsi="Times New Roman" w:eastAsia="Times New Roman" w:cs="Times New Roman"/>
        </w:rPr>
        <w:t>Qhawariy, ñoqaqa, chay wawakunawan kuska, Señor Dios qoywasqaykunawan, Israelpi señalninkunapaq, musphay rikch’anakunapaqmi kashani, Sión urqupi tiyaq Señor de los Ejércitosmanta. Isaías 8:18.</w:t>
      </w:r>
    </w:p>
    <w:p>
      <w:pPr>
        <w:pStyle w:val="ArticleBody"/>
        <w:jc w:val="left"/>
      </w:pPr>
      <w:r>
        <w:rPr>
          <w:rFonts w:ascii="Times New Roman" w:hAnsi="Times New Roman" w:eastAsia="Times New Roman" w:cs="Times New Roman"/>
        </w:rPr>
        <w:t>Isaiasqa millay kamachiq Ahaz nisqa qhapaqta tarispa “pata quchap yaku apana ñanpi, t’aksaqpa chakraq hatun ñanpi,” churinta Shear-jashubta apamusqa, chay sutinri nin: “puchuqkunam kutimunqaku.”</w:t>
      </w:r>
    </w:p>
    <w:p>
      <w:pPr>
        <w:pStyle w:val="ArticleScripture"/>
        <w:jc w:val="left"/>
      </w:pPr>
      <w:r>
        <w:rPr>
          <w:rFonts w:ascii="Times New Roman" w:hAnsi="Times New Roman" w:eastAsia="Times New Roman" w:cs="Times New Roman"/>
        </w:rPr>
        <w:t>Chaymantataqmi Señorqa Isaiasman nirqa: Kunan lluqsiy Ahazwan tinkuq, qanpas, churiyki Shearjashubpas, hanaq quchap yaku purichiqpa tukukuyninpi, tacsakuna pampaman rinan ñanpi. Isaías 7:3.</w:t>
      </w:r>
    </w:p>
    <w:p>
      <w:pPr>
        <w:pStyle w:val="ArticleBody"/>
        <w:jc w:val="left"/>
      </w:pPr>
      <w:r>
        <w:rPr>
          <w:rFonts w:ascii="Times New Roman" w:hAnsi="Times New Roman" w:eastAsia="Times New Roman" w:cs="Times New Roman"/>
        </w:rPr>
        <w:t>Shearjashub sut’inchaykun: Isaíaspa willakusqanmi “hanan qochapa yaku purichiqpa tukukuyninpi, p’achata taksaq chakrañanpi” willakusqa, kutimuq puchuqkunata reqsichiq willakuy kasqanta. Chay puchuqkunaqa Malakías qillqapi kashanku, maypichus Señor-ta pruebaychis nispa qayasqa kashanku payman kutirispa, chaynallataq diezmokunata waqaychana wasiyman kutichispa. Kutimuqkunaqa Jeremíaspaqpas rikuchisqa kanku, ñawpaq llaqukuy qipaman kutimuqkuna hina. Qanchis kaq capítulopeqa “hanan qochapa yaku purichiqpa tukukuyninpi, p’achata taksaq chakrañanpi” nisqanqa Isaíaspa huk millay urin llaqtapa reyninman willakuy qochasqanta rikuchin; hinaspataq Isaías kimsa chunka suqtañiyuqpi Eliacim, Sebna, hinaspa Joah qillqaqmi Ezequiasrayku rimarqanku, Rabsaquétaq Senaqueribta sayachirqan.</w:t>
      </w:r>
    </w:p>
    <w:p>
      <w:pPr>
        <w:pStyle w:val="ArticleBody"/>
        <w:jc w:val="left"/>
      </w:pPr>
      <w:r>
        <w:rPr>
          <w:rFonts w:ascii="Times New Roman" w:hAnsi="Times New Roman" w:eastAsia="Times New Roman" w:cs="Times New Roman"/>
        </w:rPr>
        <w:t>Ñawpaq willakuymi “hanaq quchapa yaku purichiqpa tukukuyninpi, pichqaq pampapi ñanpi” nisqaqa Isaiaswan churinwan willakusqa karqan; qhipa willakuymi “hanaq quchapa yaku purichiqpa tukukuyninpi, pichqaq pampapi ñanpi” nisqaqa kimsa runakunaq willakusqan karqan. Ñawpaq willakuymi ukhupi kaq reytaqman karqan, iskay kaqñataq hawapi kaq reytaqman karqan. Rakina churanaqa perqami, chaymi Diospa kamachikuyninpa unanchaqnin; hinallataq domingo kamachikuy, iglesiatawan estadota rakisqa perqapa apanakuyninta unanchaspa. Domingo kamachikuypi, utaq perqapi, kimsa unanchaqkuna kan: Eliakimqa Filadelfia, Shebnaq Laodicea, Joab qillqaqtaq Sardis.</w:t>
      </w:r>
    </w:p>
    <w:p>
      <w:pPr>
        <w:pStyle w:val="ArticleBody"/>
        <w:jc w:val="left"/>
      </w:pPr>
      <w:r>
        <w:rPr>
          <w:rFonts w:ascii="Times New Roman" w:hAnsi="Times New Roman" w:eastAsia="Times New Roman" w:cs="Times New Roman"/>
        </w:rPr>
        <w:t>Inti p’unchaw kamachikuy chaypi, askha runakuna urmachisqa kanku Daniel chunka hukniyuq tawa chunka hukniyuq nisqaman hina, chay runakunataq qanchis ñiqin p’unchaw samana p’unchawmanta chaskisqa k’anchaypaq llamk’achisqa huchayuq kasqankurayku yupaychasqa kanku. Tawa chunka hukniyuq versículopi urmachisqa kaqkunaqa Laodicea nisbiyuq Qanchis ñiqin p’unchaw Adventista runakunan kanku, Eliakimtaq Filadelfiata representan.</w:t>
      </w:r>
    </w:p>
    <w:p>
      <w:pPr>
        <w:pStyle w:val="ArticleScripture"/>
        <w:jc w:val="left"/>
      </w:pPr>
      <w:r>
        <w:rPr>
          <w:rFonts w:ascii="Times New Roman" w:hAnsi="Times New Roman" w:eastAsia="Times New Roman" w:cs="Times New Roman"/>
        </w:rPr>
        <w:t>Chay p’unchaypi pasakunanmi, noqaqa qayasaq sirviente-y Eliakimta, Hilkiahpa churinta: qampaq p’achaykiwanmi payta p’achachisaq, chumpiykiwanmi kallpachasaq, kamachikuyniykitaq makinmanmi saqesaq; payqa Jerusalén llaqtapi tiyaqkunapaq, Judá wasipaqwan taytanmi kanqa. Davidpa wasinpa llavintaq rikranmanmi churasaq; hinaqtinmi kicharinqa, mana pipas wisq’anqachu; wisq’arinqataq, mana pipas kicharinqachu. Isaías 22:20–22.</w:t>
      </w:r>
    </w:p>
    <w:p>
      <w:pPr>
        <w:pStyle w:val="ArticleScripture"/>
        <w:jc w:val="left"/>
      </w:pPr>
      <w:r>
        <w:rPr>
          <w:rFonts w:ascii="Times New Roman" w:hAnsi="Times New Roman" w:eastAsia="Times New Roman" w:cs="Times New Roman"/>
        </w:rPr>
        <w:t>Filadelfiapi iglesiapi angelninman qillqay: Kaykunatan nin chay Santo kaq, Cheqaq kaq, Davidpa llavenniyoq kaq, kichariptin mana pipas wichq’anachu; wichq’aptinpas mana pipas kicharinachu: Ruwasqaykikunatan reqsini: qhawariy, ñawpaqniykipi kichasqa punkutan churaykuyki, chaytataq mana pipas wichq’ayta atinchu: aswan pisilla kallpayuq kashaspaykipas simiyta waqaycharqanki, sutiytapas mana ñegarqankichu. Qhawariy, Satanaspa sinagoganmanta kaqkunata, judiokuna kasqankuta nispa mana cheqaqchu kanku, llullakuspa; qhawariy, paykunatan ruwasaq hamuspa chakiyniyki ñawpaqpi qonqorikunanpaq, hinaspataq yachanankupaq qanman munakusqayta. Apocalipsis 3:7–9.</w:t>
      </w:r>
    </w:p>
    <w:p>
      <w:pPr>
        <w:pStyle w:val="ArticleBody"/>
        <w:jc w:val="left"/>
      </w:pPr>
      <w:r>
        <w:rPr>
          <w:rFonts w:ascii="Times New Roman" w:hAnsi="Times New Roman" w:eastAsia="Times New Roman" w:cs="Times New Roman"/>
        </w:rPr>
        <w:t>Sebnaqa Eliakimwan rantisqa karqan, hinaspa perqapi Sebnaqa Laodiceapi qanchis kaq punchaw adventista-kunata rikch’achin, paykunaqa ñawpaq paraqpa otaq qhipa paraqpa willakuyninwan yanapakuyninta mana chaskiqkunam kanku. Ñawpaq paraqa iglesiapi kaqwan Isaiaswan hinaspa kutimuq puchuqwan rikch’achisqa karqan, hinaspa chay willakuyqa huk apostata iglesia-manmi dirigisqa karqan, mana allin rey Acazwan rikch’achisqa. Perqamanta willakuyqa Jerusalén-ta atipayta maskhaq mana allin ch’inchaymanta rey-manmi qosqa karqan, hinaspa chayqa qhipa paraqpa ñawpaq paraqwan tupaqninpi rikch’ayninmi. Diospa iglesian juzgasqa kaptinmi ñawpaq utaq ñawpaq kaq para-kuna ch’iqchiyninta churanku, ichaqa domingo kamachiy chayamuktinqa paraqa mana tupuy atina hinallataqmi hich’akusqa. Acazman willakuyqa ukhupi willakuymi karqan; Senaqueribman willakuyqa hawapi willakuymi karqan. Apocalipsis 18:1–3 nisqapi ñawpaq rimayqa iskay kaq angelpa willakuyninpa kutichisqanmi, hinaspa ukhupi willakuymi. Apocalipsis chunka pusaqniyuq tawa kaq versiculopi iskay kaq rimayqa hawapi willakuymi, hinaspa kinsa kaq willakuymi. Isaiasqa churinwan kuska ukhupi iskay kaq angelpa willakuyninta apamurqaku, hinaspa perqapi hawapi willakuywan kinsa alma-kunam kanku.</w:t>
      </w:r>
    </w:p>
    <w:p>
      <w:pPr>
        <w:pStyle w:val="ArticleBody"/>
        <w:jc w:val="left"/>
      </w:pPr>
      <w:r>
        <w:rPr>
          <w:rFonts w:ascii="Times New Roman" w:hAnsi="Times New Roman" w:eastAsia="Times New Roman" w:cs="Times New Roman"/>
        </w:rPr>
        <w:t>Eliakimqa pachak tawa chunka tawa waranqa runakunan, Shebnaqa kay pacha tiempopi Señormanta siminmanta wiksuchisqa Laodicea nisqa Qanchis p’unchawpa Adventismo nisqamin. Joab, qillqaqa, Diospa huk ovejankunatan rikuchin, paykuna perqakama puriq historiata qillqanku, Eliakimpa unanchaqninta riqsiyta atinankupaq, hatarichisqa kaptin.</w:t>
      </w:r>
    </w:p>
    <w:p>
      <w:pPr>
        <w:pStyle w:val="ArticleBody"/>
        <w:jc w:val="left"/>
      </w:pPr>
      <w:r>
        <w:rPr>
          <w:rFonts w:ascii="Times New Roman" w:hAnsi="Times New Roman" w:eastAsia="Times New Roman" w:cs="Times New Roman"/>
        </w:rPr>
        <w:t>Isaías 8:8qa apamun Isaías qillqapi suqtamanta chunka iskayniyuqkama willakuykunata Daniel chunka hukniyuqpi, chunka kaq versículoman. Chayta ruwaspanmi iskay kaq testigotapas qon, qhapaq suyupa umanqa maqanakuy qhipamanraq sayasqa saqisqa kasqanta. Chaymi reqsichin p’akisqa tratadomanta rimanakuyta, mayqenchus maqanakuyta paqarichinapaq llamk’achisqa kachkan.</w:t>
      </w:r>
    </w:p>
    <w:p>
      <w:pPr>
        <w:pStyle w:val="ArticleBody"/>
        <w:jc w:val="left"/>
      </w:pPr>
      <w:r>
        <w:rPr>
          <w:rFonts w:ascii="Times New Roman" w:hAnsi="Times New Roman" w:eastAsia="Times New Roman" w:cs="Times New Roman"/>
        </w:rPr>
        <w:t>1989 watapi Unión Soviética urmakuyninmanta, chusku chunka versículopi rikuchisqa kaqmanta, qatiq versículopi rikuchisqa mana karullaq domingo kamachikuykama, qanchis chunka qanchis watakuna profético historiata kachkan, chaymantaqa chusku chunka versículu mana imatapas ninchu. Daniel chunka hukniyuqpa chunka versículunmanta chunka pichqayuqkamaqa, chay profético historiata rikuchin, mayqinchus chusku chunka versículopi mana rimarisqachu. Chayqa rikuyta atinlla “línea sobre línea” nisqa metodologíata llamk’achispa. “Mana iñinkichikchu chayqa, cheqaqtapuni mana sayachisqa kankichikchu”, nisqa profético amonestaciónmi kinsantin versículukunaman watasqa, mayqinkunachus 1989 watata willakunku; hinaspa Isaías qanchispa pusaq versículunpa histórico hunt’akuyninqa Eliakimpaq Shebnapaqpas huk pruebatam rikuchin. ¿Rikunkichu, icha ñawsa kankichik?</w:t>
      </w:r>
    </w:p>
    <w:p>
      <w:pPr>
        <w:pStyle w:val="ArticleBody"/>
        <w:jc w:val="left"/>
      </w:pPr>
      <w:r>
        <w:rPr>
          <w:rFonts w:ascii="Times New Roman" w:hAnsi="Times New Roman" w:eastAsia="Times New Roman" w:cs="Times New Roman"/>
        </w:rPr>
        <w:t>Daniel qanchis chunka hukniyuqpa tawa chunka hukniyuq versikulanqa huk pisi pacha hamuq Domingo kamachiymi Estados Unidos llaqtapi, chayqa ñawpaq willakuyninwan rikuchisqa kashan, chay historiaq hunt’asqanwan, chaymi versículo dieciséis nisqapi hunt’akurqan.</w:t>
      </w:r>
    </w:p>
    <w:p>
      <w:pPr>
        <w:pStyle w:val="ArticleScripture"/>
        <w:jc w:val="left"/>
      </w:pPr>
      <w:r>
        <w:rPr>
          <w:rFonts w:ascii="Times New Roman" w:hAnsi="Times New Roman" w:eastAsia="Times New Roman" w:cs="Times New Roman"/>
        </w:rPr>
        <w:t>Ichaqa payman hamuqqa hamuq runaqa munasqanman hina ruwanqa, manataq pipas ñawpaqninpi sayanqachu; paytaq sumaq allpapi sayanqa, chay allpataq makinwan tukusqa kanqa. Daniel 11:16.</w:t>
      </w:r>
    </w:p>
    <w:p>
      <w:pPr>
        <w:pStyle w:val="ArticleScripture"/>
        <w:jc w:val="left"/>
      </w:pPr>
      <w:r>
        <w:rPr>
          <w:rFonts w:ascii="Times New Roman" w:hAnsi="Times New Roman" w:eastAsia="Times New Roman" w:cs="Times New Roman"/>
        </w:rPr>
        <w:t>Payqaqa sumaq allpamanpas yaykunqa, achka suyukunataq urmachisqa kanqaku; ichaqa kaykunaqa makinmanta qispinqaku, Edompas, Moabpas, hinallataq Ammonpa churinkunamanta aswan umalliqkuna. Daniel 11:41.</w:t>
      </w:r>
    </w:p>
    <w:p>
      <w:pPr>
        <w:pStyle w:val="ArticleBody"/>
        <w:jc w:val="left"/>
      </w:pPr>
      <w:r>
        <w:rPr>
          <w:rFonts w:ascii="Times New Roman" w:hAnsi="Times New Roman" w:eastAsia="Times New Roman" w:cs="Times New Roman"/>
        </w:rPr>
        <w:t>Daniel chunka huk ñiqin t’aqapi chunka suqtayuq versiculomanta qallarispa kimsa chunka versiculokama hunt’akusqan historiqa pagano Romaq historiann. Daniel chunka huk ñiqin t’aqapi sapa profecía siq’iqa pagano Romaq, papal Romaq utaq kunan pacha Romaq historianta rikch’achin. Sapa siq’iqa icha cheqaqmantapuni Romaq historianta riqsichin, icha hamuq Romaq historiata rikch’achin. Sapa siq’i. Chay versiculokuna, mayqenkunachus pagano Roma hunt’achisqan historiata cheqaqmantapuni rimanku, papal Romatam rikch’achinku. Huñusqalla pagano Roma wan papal Roma, kunan pacha Romaqmantam testificanku. Romaqmi visionta sayarichin, imaraykuchus t’aqap qallariyninmanta tukukuyninkama visionqa Romaqmantapunin.</w:t>
      </w:r>
    </w:p>
    <w:p>
      <w:pPr>
        <w:pStyle w:val="ArticleBody"/>
        <w:jc w:val="left"/>
      </w:pPr>
      <w:r>
        <w:rPr>
          <w:rFonts w:ascii="Times New Roman" w:hAnsi="Times New Roman" w:eastAsia="Times New Roman" w:cs="Times New Roman"/>
        </w:rPr>
        <w:t>Jesúsqa huk traidorta kasqanta reqsichirqan, Judaspa entregakusqan rikuchisqa kaptin, chaywan discipulonkuna creenankupaq yanapananrayku.</w:t>
      </w:r>
    </w:p>
    <w:p>
      <w:pPr>
        <w:pStyle w:val="ArticleScripture"/>
        <w:jc w:val="left"/>
      </w:pPr>
      <w:r>
        <w:rPr>
          <w:rFonts w:ascii="Times New Roman" w:hAnsi="Times New Roman" w:eastAsia="Times New Roman" w:cs="Times New Roman"/>
        </w:rPr>
        <w:t>“Judaspa contra ay ayqosqanta rimarispa, Cristoqa disipulonkunaqmanpas khuyapayakuyta munarqan. Chhaynataq paykunaman Mesias kasqanpa tukukuq, aswan hatun qhawachiyta qorqan. ‘Manaraq chay hamuptinmi qankunata niykichis,’ nispa nirqan, ‘chaypas hunt’akupuqtin, ÑOQA KASQAYTA creenaykichispaq.’ Jesusqa upallalla qhipariptinqa, payman ima hamunanmanta mana yachasqanta rikuchispa hina, disipulonkunaqa yuyaymanman chaykunman karqan, Amawt’ankuq mana diosmanta ñawpaq yachayniyoq kasqanta, hinaspa wañuchiq runakuna tantaq’akuyman manchakusqa hina apasqa, rantikapusqa kasqanta. Huk watata ñawpaqtañan Jesusqa disipulonkunata nirqan chunka iskayniyoqta akllasqanmanta, hinaspa huknin supay kasqanmanta. Kunanqa Judasman rimarisqan siminkuna, iskay sonqo kasqan Amawt’ankuman tukuy yachasqa kasqanta rikuchispa, Cristoq chiqap qatipaqninkunaq iñiyninta kallpachananpaqmi karqan, pay p’inqachisqa kaptin. Hinaspa Judas manchay tukukuyninman chayaptinqa, paykuna yuyarinqaku Jesuspa traicionaqpa contranpi ay ay nisqanta.” The Desire of Ages, 655.</w:t>
      </w:r>
    </w:p>
    <w:p>
      <w:pPr>
        <w:pStyle w:val="ArticleBody"/>
        <w:jc w:val="left"/>
      </w:pPr>
      <w:r>
        <w:rPr>
          <w:rFonts w:ascii="Times New Roman" w:hAnsi="Times New Roman" w:eastAsia="Times New Roman" w:cs="Times New Roman"/>
        </w:rPr>
        <w:t>31 ñiqin diciembre killapi, 2023 watapi, Judá ayllumanta Leónmi qallarirqan kikinpa rikuchisqanta kichayta, hinaspa qallariy cimientopi kay pruebanwe qallariq. Chay pruebanwe karqan kaymanta: ¿Romaqa manaraqchu karqan chay unanchasqa, tawa chunka tawayuq versículopi musuq rikch’ayninta sayachiq, icha imakunaña hukman tikrasqachu? May 8, 2025 p’unchawpi, Estados Unidosmanta ñawpaq anticristo kamachiyta qallariptin, tawa chunka tawayuq versículo hunt’asqaña karqan. Chaymanta rikuy atikunña karqan Trumpwan papa Leónwan kasqanku tinkuyqa Reaganwan Juan Pablo IIwan unanchasqa kasqanta. Ucrania llaqtapi awqanakuy, 2014 watapi qallarisqa, maypachachus Estados Unidospa State Department nisqan Ucraniapi color revolución nisqata rurasqa, chayqa Obamaq presidenciankupi pasaq, paymi iskay papakunapa pacha kamachirqan. Reaganwan Juan Pablo IIwan tawa chunka versículopi, hinaspa chaymanta 2014 watapi Ucraniapi awqanakuy qallariq, chunka hukniyuq versículopa frontera suyupa maqanakuywan utaq Raphia maqanakuywan unanchasqa hina. Raphia sutiyqa “frontera suyu” ninmi, chaynallataq “Ucrania” simipas nin. Chay historiapi Obamawan iskay papakunaqa chunka versículomanta pichqa chunka versículokama kimsa maqanakuymanta iskay kaq maqanakuyta señalanku. Chaymanta 2024 watapi, Trump kutimpuq chunka kimsayuq versículopa hunt’akuyninpi. Hinaspa tawa chunka tawayuq versículopi, musuq rikch’ayqa sayachisqa kan Trumppa papal tinkuynin chayamuptin.</w:t>
      </w:r>
    </w:p>
    <w:p>
      <w:pPr>
        <w:pStyle w:val="ArticleBody"/>
        <w:jc w:val="left"/>
      </w:pPr>
      <w:r>
        <w:rPr>
          <w:rFonts w:ascii="Times New Roman" w:hAnsi="Times New Roman" w:eastAsia="Times New Roman" w:cs="Times New Roman"/>
        </w:rPr>
        <w:t>Kayta ñisqa hatun kamachikuyqa kaymi karqa: chunka versiculomanta pichqa chunka versiculokama kimsa maqanakuykuna kimsan señal waymarkkunata rikuchin, sapa hukninpas Jezabelwan Acabwan ima hina tinkisqankuta reqsichispa, domingo kamachiypi Monte Carmelo kama pusaspa. Reaganwanqa Jezabel Samariapi karqa, pakasqa pakasqa huñunakuyniyoqwan. Chaymantataq Baalpa sacerdotekuna hinaspa sach’a-mallkikunaq profetakuna hatarichirqanku woke nisqa liberal catolicismopa espiritualismonta, Obamaq esquizofrénico simbolismonwan huñusqa, iskayninpi apostata protestantismopa llulla profetan kasqanta hinaspa Islampa llulla profetan kasqanta, mama allpata yupaychayta, qhelli mana allin munay puriyta hinaspa Francesa Revolucionpa mana kamachikuy anarquíanta. Chaymantataq Trump 2024 watapi kutimorqa, hinaspa uywanaq hinaspa paypa lantisqanpa kichasqa tinkuynin 2025 watapi rikuchisqa karqa. Kayqa 2026 watan, hinaspa cimientopa hawa qhawariy pruebanta pasasqaña, kunanqa templopa qhaway prueba visionninpiña kashanchik.</w:t>
      </w:r>
    </w:p>
    <w:p>
      <w:pPr>
        <w:pStyle w:val="ArticleBody"/>
        <w:jc w:val="left"/>
      </w:pPr>
      <w:r>
        <w:rPr>
          <w:rFonts w:ascii="Times New Roman" w:hAnsi="Times New Roman" w:eastAsia="Times New Roman" w:cs="Times New Roman"/>
        </w:rPr>
        <w:t>Chunka chunka hukniyuqqa 217 ñawpaq wata Cristo manaraq paqariptin Raphia maqanapi hunt’asqa karqan, hinaspataq 2014 watapi qallarisqa Ucrania Guerra nisqapa rikch’ayninmi, mayqinchus 2022 watapi aswan hatunman wiñarisqa, kunantaq tukukuypa patanpiña kashan. Putinmi atipanqa, ichaqa chay atipayqa wañuyninpa qallariynillantan apamun. Chunka hukniyuq chunka huk kaq chunkaq profetiko ruwariyninwan, 217 ñawpaq wata Cristo manaraq paqariptin Ptolemeopa Raphia maqanapi atipayninwan hunt’akuyninwan, mayqinchus chunka hukniyuq chunka huk kaq chunkaq chunka huk versiculonta hunt’achirqan, Uzzías qhapaqpa profetiko historiwan tupayan. Ptolemeopas Uzzíaspas uray suyupi qhapaqkuna karqanku, sonqonkutaq maqanakuy atipayninkurayku hatunchasqa karqan; ichaqa chay hatunchasqa sonqonkum paykunata urmachirqan, iskayninkupa tukukuynintaq Jerusalén llaqtapi santuariopi haywarikuyta ruwanankupaq yanqa kallpachakuywanmi t’inkisqa kashan.</w:t>
      </w:r>
    </w:p>
    <w:p>
      <w:pPr>
        <w:pStyle w:val="ArticleBody"/>
        <w:jc w:val="left"/>
      </w:pPr>
      <w:r>
        <w:rPr>
          <w:rFonts w:ascii="Times New Roman" w:hAnsi="Times New Roman" w:eastAsia="Times New Roman" w:cs="Times New Roman"/>
        </w:rPr>
        <w:t>Qhipa qillqapiqa Putinpa tukukuyninta, kayna hina chunka pichqayuq versiculopi Panium maqanakuyman pusamun, qhawarisunchik.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Yupanakuy Suqta chunka suqniyuq</dc:title>
  <dc:subject>Tukukuypi Pachaqa</dc:subject>
  <dc:creator>Jeff Pippenger</dc:creator>
  <cp:keywords/>
  <dc:description>Generated by ArticleDigger from panium\16_panium.json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