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Iskay chunka iskayniyuq yupay</w:t>
      </w:r>
    </w:p>
    <w:p>
      <w:pPr>
        <w:pStyle w:val="ArticleSubtitle"/>
        <w:jc w:val="left"/>
      </w:pPr>
      <w:r>
        <w:rPr>
          <w:rFonts w:ascii="Arial" w:hAnsi="Arial" w:eastAsia="Arial" w:cs="Arial"/>
        </w:rPr>
        <w:t>31 de diciembre de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2026-03-12</w:t>
      </w:r>
    </w:p>
    <w:p>
      <w:pPr>
        <w:pStyle w:val="ArticleBody"/>
        <w:jc w:val="left"/>
      </w:pPr>
      <w:r>
        <w:rPr>
          <w:rFonts w:ascii="Times New Roman" w:hAnsi="Times New Roman" w:eastAsia="Times New Roman" w:cs="Times New Roman"/>
        </w:rPr>
        <w:t>2023 watapi 31 ñiqin diciembre p’unchawmanta pacha, Judá ayllumanta Leónqa huk chiqaq nisqapi profético cheqaq-kunata kicharispa kachkan. Chay nisqaqa mana sasachu yachakuyta atisqa, Future for America sutiyuq web sitiopi churakusqa qillqakuna qhawarispa. Qhipa killakunapi kicharisqa cheqaq-kunaqa achkallaña, hinallataq ancha ukhu! Chay nisqaqa mana ch’usaqman chinkaqchu, aswan munaychasqa kasqanrayku. Chay qatipaynin sut’ita reqsichin huk munaychasqa qatipakuyniyuq rurayta, Cristoqa, Judá ayllumanta León hina, iglesiaman qhipataq kay pachaman tukukuq pruebanapaq willakuykunata kicharisqanpi hunt’asqanta. Apocalipsis librupi, Judá ayllumanta Leónqa qanchis sellokunawan wisq’asqa librota hap’in, hinaspan sellokunata sapa hukta, nisqasman hina, qichun.</w:t>
      </w:r>
    </w:p>
    <w:p>
      <w:pPr>
        <w:pStyle w:val="ArticleHeading"/>
        <w:jc w:val="left"/>
      </w:pPr>
      <w:r>
        <w:rPr>
          <w:rFonts w:ascii="Arial" w:hAnsi="Arial" w:eastAsia="Arial" w:cs="Arial"/>
        </w:rPr>
        <w:t>Paykunankamanta rikuchisqa kanqaku.</w:t>
      </w:r>
    </w:p>
    <w:p>
      <w:pPr>
        <w:pStyle w:val="ArticleScripture"/>
        <w:jc w:val="left"/>
      </w:pPr>
      <w:r>
        <w:rPr>
          <w:rFonts w:ascii="Times New Roman" w:hAnsi="Times New Roman" w:eastAsia="Times New Roman" w:cs="Times New Roman"/>
        </w:rPr>
        <w:t>“Kay qanchis illapakunapa rimayninkuta willakusqankumanta qhipamanqa, Juanman kamachiy hamun, Danielman hina huch’uy liwru rayku: ‘Qanchis illapakuna rimarisqankutaqa wichq’ay.’ Chaykunaqa hamuq p’unchaykunapi pasaq ruwaykunam, hinallataq sapa hukninpa ordenninpi rikuchisqa kanqa. Danielqa p’unchaykunapa tukukuyninpi suertyninpi sayanqa. Juanqa huch’uy liwruta kichasqata rikun. Chaymantataq Danielpa willakuy qillqasqankunaqa allin cheqenta hap’inku ñawpaq, iskay ñiqin, kimsa ñiqin angelkunapa kay pachaman qusqanku willakuyninkunapi. Huch’uy liwrupa kichasqa kayninqa pacha rayku willakuymi karqa.”</w:t>
      </w:r>
    </w:p>
    <w:p>
      <w:pPr>
        <w:pStyle w:val="ArticleScripture"/>
        <w:jc w:val="left"/>
      </w:pPr>
      <w:r>
        <w:rPr>
          <w:rFonts w:ascii="Times New Roman" w:hAnsi="Times New Roman" w:eastAsia="Times New Roman" w:cs="Times New Roman"/>
        </w:rPr>
        <w:t>“Danielpa qillqasninwan Apocalipsispa qillqasninwan hukllam kanku. Hukninqa profecíam, hukninña revelaciónmi; hukninqa sellasqa qillqam, hukninña kichasqa qillqam. Juanga uyarisqa truenokuna rimarisqan pakasqa imakunata, ichaqa mana qillqanampaqmi kamachisqa karqa.</w:t>
      </w:r>
    </w:p>
    <w:p>
      <w:pPr>
        <w:pStyle w:val="ArticleScripture"/>
        <w:jc w:val="left"/>
      </w:pPr>
      <w:r>
        <w:rPr>
          <w:rFonts w:ascii="Times New Roman" w:hAnsi="Times New Roman" w:eastAsia="Times New Roman" w:cs="Times New Roman"/>
        </w:rPr>
        <w:t>“Juanman qusqa sapaq k’anchay, qanchis truenuykunapi rimarisqa kaq, huk rikuchiy karqan imayman ruwanakunañataq pasananpaq, ñawpaq kaq chaymanta iskay ñiqin angelkunapa willakuyninkunapa uranpi. Runakunapaq kaykunata yachanankuqa mana allinchu karqan, imaraykuchus paykunapa iñiyninkuqa cheqaqtapuni pruebachisqa kanan karqan. Diospa kamachiyninpi, aswan admiraypaq hinaspa ñawpaqman puriq cheqaqkunam willasqa kanan karqan. Ñawpaq kaq angelpa willakuyninwan iskay ñiqin angelpa willakuyninqa willasqa kanan karqan, ichaqa manam astawan k’anchayqa rikuchisqa kanan karqanchu manaraq kay willakuynikuna sapaq ruwanasqankuta hunt’aspa tukuchkaptinku. Kaymi rikuchisqa kachkan chay angelpa, huk chakin lamar qochapi sayaspa, ancha solemne juramentowan willakusqanmanta: tiempoqa manañam kanqachu.” The Seventh-day Adventist Bible Commentary, volume 7, 971.</w:t>
      </w:r>
    </w:p>
    <w:p>
      <w:pPr>
        <w:pStyle w:val="ArticleBody"/>
        <w:jc w:val="left"/>
      </w:pPr>
      <w:r>
        <w:rPr>
          <w:rFonts w:ascii="Times New Roman" w:hAnsi="Times New Roman" w:eastAsia="Times New Roman" w:cs="Times New Roman"/>
        </w:rPr>
        <w:t>Qanchis truenuqakunapa “qhipa qhawayninqa” 2023 watamanta qhipaman kichasqa karqan, hinaspa rikuchirqanmi “qanchis truenuqakuna” ñawpaq alpha llakikuy p’itikusqamanta qhipa omega llakikuy p’itikusqakama sut’ita sayachisqanta. Juanmanqa mana saqisqa karqanchu qanchis truenuqakunata sut’inchananpaq, imaraykuchus qanchis truenuqakunapa “qhawayninqa” manam hukllaña historiapa hunt’asqanchu karqan, aswanpas huk “ruwaykunapa sut’i siq’isqan” nisqa rikch’ayninmi karqan, chaymi Millerita historiapi pasaq, hinaspapas qhipa p’unchaykunapi wakmanta pasananpaq. Hunt’asqa hinantinmi rikuchisqa karqan 18 julio 2020 p’unchawmanta qaylla hamuq domingo kamachikuykama historiata rikuchinapaq. Leonmi chay k’anchayta kicharirqan pachaq tawa chunka tawa waranqa akllasqakunapa templon sayachisqa historiapi k’anchananpaq.</w:t>
      </w:r>
    </w:p>
    <w:p>
      <w:pPr>
        <w:pStyle w:val="ArticleBody"/>
        <w:jc w:val="left"/>
      </w:pPr>
      <w:r>
        <w:rPr>
          <w:rFonts w:ascii="Times New Roman" w:hAnsi="Times New Roman" w:eastAsia="Times New Roman" w:cs="Times New Roman"/>
        </w:rPr>
        <w:t>Millerllaqa willakuy nirqanpiqa, “qanchis truenuykuna”qa 1798 watamanta 1844 watakama karqan, chay pacha Millerllakunaqa “aswan admiraypaq, ñawpaqman puriq cheqaqkuna”ta willakurqanku. Qosqosqa llamk’ayta hunt’aspaqa, Millerllakunaqa pruebaman churakusqaku. Mana hunt’asqatachu entienderqanku imaynachus willakusqanku chay willakuyta, nitaq ima willakuy pacha hunt’achisqankutapas. Chay cheqaqkuna, paykuna willakusqanku, Sister White nisqanman hinaqa “ñawpaqman puriq cheqaqkuna” karqan, chaykunaqa mana entiendesqa kananpaqchu karqan ñawpaq angelpa iskay ñiqin angelpa willakuyninkuna llamk’ayninkuta hunt’akuyta tukuchinankukama.</w:t>
      </w:r>
    </w:p>
    <w:p>
      <w:pPr>
        <w:pStyle w:val="ArticleBody"/>
        <w:jc w:val="left"/>
      </w:pPr>
      <w:r>
        <w:rPr>
          <w:rFonts w:ascii="Times New Roman" w:hAnsi="Times New Roman" w:eastAsia="Times New Roman" w:cs="Times New Roman"/>
        </w:rPr>
        <w:t>“Qanchis illapakunap” hunt’asqa tukukuyninman chayaspaqa, chay “hamuq ruwaykunata” rikuchin Apocalipsis chunka tawañiyoqpi kimsa angelkunap willakuyninkuna, Danielpa qillqanwan kuskachasqa. Pachak tawa chunka tawa waranqa runakunap ruwasqan, mayqinchus “qanchis illapakunap” “hamuq ruwaykunawan” rikuchisqa kashan, Danielpa qillqanta kimsa angelkunawan kuskachaymi.</w:t>
      </w:r>
    </w:p>
    <w:p>
      <w:pPr>
        <w:pStyle w:val="ArticleScripture"/>
        <w:jc w:val="left"/>
      </w:pPr>
      <w:r>
        <w:rPr>
          <w:rFonts w:ascii="Times New Roman" w:hAnsi="Times New Roman" w:eastAsia="Times New Roman" w:cs="Times New Roman"/>
        </w:rPr>
        <w:t>“Señormi kay pachapi mana alli ruwayninkunamanta castigananpaqña kachkan. Chay hinallataqmi castigananpaqña kachkan religión ukupi huñunakuykunata, paykunaman qosqa k’anchaytawan cheqaq kayta mana chaskisqankurayku. Hatun willakuyqa, ñawpaq kaq, iskay kaq, kimsa kaq angelkunapa willakuyninkunata huñuspa, pachamanmi qosqa kanan. Kaymi llank’ananchispa aswan hatun qepipi apasqan kanan.” The Seventh-day Adventist Bible Commentary, volume 7, 950.</w:t>
      </w:r>
    </w:p>
    <w:p>
      <w:pPr>
        <w:pStyle w:val="ArticleBody"/>
        <w:jc w:val="left"/>
      </w:pPr>
      <w:r>
        <w:rPr>
          <w:rFonts w:ascii="Times New Roman" w:hAnsi="Times New Roman" w:eastAsia="Times New Roman" w:cs="Times New Roman"/>
        </w:rPr>
        <w:t>2023 watapi qhipa raymi killapa 31 p’unchawninmantapacha, Judá ayllumanta León nisqaqa profético cheqaqkunata huk sut’i “orden” nisqapi kicharispa hamushan.</w:t>
      </w:r>
    </w:p>
    <w:p>
      <w:pPr>
        <w:pStyle w:val="ArticleHeading"/>
        <w:jc w:val="left"/>
      </w:pPr>
      <w:r>
        <w:rPr>
          <w:rFonts w:ascii="Arial" w:hAnsi="Arial" w:eastAsia="Arial" w:cs="Arial"/>
        </w:rPr>
        <w:t>Historia Millerita</w:t>
      </w:r>
    </w:p>
    <w:p>
      <w:pPr>
        <w:pStyle w:val="ArticleScripture"/>
        <w:jc w:val="left"/>
      </w:pPr>
      <w:r>
        <w:rPr>
          <w:rFonts w:ascii="Times New Roman" w:hAnsi="Times New Roman" w:eastAsia="Times New Roman" w:cs="Times New Roman"/>
        </w:rPr>
        <w:t>“Kunan kawsak runakuna kanmi; paykunaqa Danielpa, Juanpa rimay ñawpaq willakuykunata yachachkaspa, Diosmanta hatun k’anchayta chaskirqaku, imaynachus sapaq ñawpaq willakuykuna hunt’akuy ñanninkupi ruwakusqankuta qhawarispa. Paykunaqa pachakuy willakuyta runakunaman apachirqaku. Cheqaq kayqa chawpi punchaw inti hina sut’i k’ancharirqan. Ñawpaq willakuy hunt’akusqanta chiqanta rikuchiq ñawpa pacha ruwaykunaqa runakunapa ñawpaqenman churakusqa karqan, hinaptin ñawpaq willakuyqa kay pachapa historianta tukukuyman pushaq ruwaykunapa rikch’ayninawan siq’isqa kasqanta rikurqanku.” Selected Messages, libro 2, 101, 102.</w:t>
      </w:r>
    </w:p>
    <w:p>
      <w:pPr>
        <w:pStyle w:val="ArticleBody"/>
        <w:jc w:val="left"/>
      </w:pPr>
      <w:r>
        <w:rPr>
          <w:rFonts w:ascii="Times New Roman" w:hAnsi="Times New Roman" w:eastAsia="Times New Roman" w:cs="Times New Roman"/>
        </w:rPr>
        <w:t>“Orden” nisqa, Cristoqa Chawpi Tuta Qapariy willakuyta kicharisqanpi, “históricu ruwaykunata” sut’inchan, chaykunaqa “profecía nisqapa chiqap hunt’akuyninta” rikuchin, chaymi gracia tiempo tukukuyman pusanku. Qhipa p’unchaykunapi profecía nisqapa chiqap hunt’akuyninqa manan tiempo nisqapi sayasqa profecíakunapa musuq revelaciónninchu, ichaqa Palmoniqa yupaykunataraq llamk’achin profecía nisqapa chiqap hunt’akuyninkunata reqsichinampaq. Tiempoqa manaña kanchu, hinaptinpas Milleritakunaqa paykunaq mirayninman “tiempo willakuyta apaqkuna” karqanku, ichaqa kinsa kaq angelpa willakuyninqa “tiempo” nisqamanta aswan kallpayoqmi.</w:t>
      </w:r>
    </w:p>
    <w:p>
      <w:pPr>
        <w:pStyle w:val="ArticleScripture"/>
        <w:jc w:val="left"/>
      </w:pPr>
      <w:r>
        <w:rPr>
          <w:rFonts w:ascii="Times New Roman" w:hAnsi="Times New Roman" w:eastAsia="Times New Roman" w:cs="Times New Roman"/>
        </w:rPr>
        <w:t>“Señorqa rikuchiwasharqanmi kinsa kaq angelpa willakuynin rina kasqanta, hinaspa willakusqa kananpaq Señorpa ch’iqisqa wawankunaman, hinaspa mana p’unchayman watasqa kananpaq; p’unchayqa manañam hayk’aqpas yapamanta pruebanachu kanqa. Rikurqanmi wakinkuna llulla kusikuyta hap’ishasqankuta, p’unchaymanta willakusqanmanta paqarisqa; kinsa kaq angelpa willakuyninqa p’unchaymanta aswan kallpasapa kasqanta. Rikurqanmi kay willakuyqa kikinpa tiyanan cimientonpi sayayta atisqanta, hinaspa mana p’unchayta necesitaykusqanta kallpachinapaq, hinaspa hatun kallpawan rinanta, llamk’asqantata ruwananpaq, hinaspa justiciawan pisi pachapi tukuchisqa kananta.” Experience and Views, 48.</w:t>
      </w:r>
    </w:p>
    <w:p>
      <w:pPr>
        <w:pStyle w:val="ArticleBody"/>
        <w:jc w:val="left"/>
      </w:pPr>
      <w:r>
        <w:rPr>
          <w:rFonts w:ascii="Times New Roman" w:hAnsi="Times New Roman" w:eastAsia="Times New Roman" w:cs="Times New Roman"/>
        </w:rPr>
        <w:t>Profetapa cheqaqakunapa kichasqa yachachikuyninkunapa qatiqnin “orden”-ninqa huk wiñaq historiaq kasqanta reqsichin, ichaqa chayllatachu mana, willakuyninpa wiñaynintapas reqsichin. Rikuchisqa historiaq “orden”-nin hina, hinallataq imayna Judá ayllumanta León December 31 p’unchawmanta pacha willakuyninta kicharishan chay rastrokunapas, yachaypaq salvacionalmi kanku. 2023 watapa julio killapi, huk voz en el desierto qallarisqa December 31, 2023 p’unchawpa kichariyninpaq ñanta waqaychananpaq. Chaymanta Judá ayllumanta León Apocalipsis qhapaq 1 kaq kapitulta kicharirqan.</w:t>
      </w:r>
    </w:p>
    <w:p>
      <w:pPr>
        <w:pStyle w:val="ArticleHeading"/>
        <w:jc w:val="left"/>
      </w:pPr>
      <w:r>
        <w:rPr>
          <w:rFonts w:ascii="Arial" w:hAnsi="Arial" w:eastAsia="Arial" w:cs="Arial"/>
        </w:rPr>
        <w:t>Manam Imapasqaquina</w:t>
      </w:r>
    </w:p>
    <w:p>
      <w:pPr>
        <w:pStyle w:val="ArticleScripture"/>
        <w:jc w:val="left"/>
      </w:pPr>
      <w:r>
        <w:rPr>
          <w:rFonts w:ascii="Times New Roman" w:hAnsi="Times New Roman" w:eastAsia="Times New Roman" w:cs="Times New Roman"/>
        </w:rPr>
        <w:t>“Apocalipsispi kamachisqanman hina churasqa chay llakiywan huntasqa hatun willakuykunaqa, Diospa llaqtanpa yuyayninkupi ñawpaq kaq chaypi kananmi. Mana imapas saqisqa kananchu sonqonchikta hunt’aspa, atencionninchikta llapanman apananpaq.” Testimonies, volumen 8, 301, 302.</w:t>
      </w:r>
    </w:p>
    <w:p>
      <w:pPr>
        <w:pStyle w:val="ArticleBody"/>
        <w:jc w:val="left"/>
      </w:pPr>
      <w:r>
        <w:rPr>
          <w:rFonts w:ascii="Times New Roman" w:hAnsi="Times New Roman" w:eastAsia="Times New Roman" w:cs="Times New Roman"/>
        </w:rPr>
        <w:t>2023 watapi qallariq qillqasqakunaqa “Diospa llaqtanpa yuyayninkunapi ñawpaq kaq mayt’upi kanankupaqmi” nisqa kanku.</w:t>
      </w:r>
    </w:p>
    <w:p>
      <w:pPr>
        <w:pStyle w:val="ArticleScripture"/>
        <w:jc w:val="left"/>
      </w:pPr>
      <w:r>
        <w:rPr>
          <w:rFonts w:ascii="Times New Roman" w:hAnsi="Times New Roman" w:eastAsia="Times New Roman" w:cs="Times New Roman"/>
        </w:rPr>
        <w:t>“Tukuy ima Diospa profetiku historiapi hunt’akunanpaq nisqan ñawpaq p’unchaykunapiqa hunt’asqaña karqan, chaymanta tukuy imaña hamunaraq kasqanpas ordenninman hina hunt’akunqa. Danielqa, Diospa profetan, maypin kasqanmanta sayan. Juanpas maypin kasqanmanta sayan. Revelación libropeqa Judá ayllumanta Leónqa profeciata yachaqkunaman Danielpa libronta kicharisqa, chayhinapin Danielpas maypin kasqanmanta sayan. Payqa testimoniunta apamun, chaytan Señor visionpi payman qawarichirqan, jatun hinaspa manchayllapaq solemnne sucesokunamanta, chaykunatan yachananchik tiyan, hunt’akunankupa chiqap punku punkunapiña sayashaspanchik.”</w:t>
      </w:r>
    </w:p>
    <w:p>
      <w:pPr>
        <w:pStyle w:val="ArticleScripture"/>
        <w:jc w:val="left"/>
      </w:pPr>
      <w:r>
        <w:rPr>
          <w:rFonts w:ascii="Times New Roman" w:hAnsi="Times New Roman" w:eastAsia="Times New Roman" w:cs="Times New Roman"/>
        </w:rPr>
        <w:t>“Historiapiwan hinallata willakuy ñawpaq rimaykunapipas Diospa Simin rikuchin cheqaq kaywan pantasqa yachachiywan unay tiempo pacha mana tukukuq ch’aqwayta. Chay ch’aqwayqa kunankamapas purishanraqmi. Imakunachus ñawpaqpi karqan, kutimunqanku.” Selected Messages, book 2, 109.</w:t>
      </w:r>
    </w:p>
    <w:p>
      <w:pPr>
        <w:pStyle w:val="ArticleHeading"/>
        <w:jc w:val="left"/>
      </w:pPr>
      <w:r>
        <w:rPr>
          <w:rFonts w:ascii="Arial" w:hAnsi="Arial" w:eastAsia="Arial" w:cs="Arial"/>
        </w:rPr>
        <w:t>Kimsa chunka</w:t>
      </w:r>
    </w:p>
    <w:p>
      <w:pPr>
        <w:pStyle w:val="ArticleBody"/>
        <w:jc w:val="left"/>
      </w:pPr>
      <w:r>
        <w:rPr>
          <w:rFonts w:ascii="Times New Roman" w:hAnsi="Times New Roman" w:eastAsia="Times New Roman" w:cs="Times New Roman"/>
        </w:rPr>
        <w:t>Daniel chunka huk ñiqin qanchisniyuq tawa chunka kaq versiculopi willakuyninqa 1996 watapi kichasqa, hinallataq kamachisqa karqa. Kimsa chunka wata qipamanña, chay kikillan versiculopa pakasqa historiannintaq kunanqa kichakushan Chawpi Tuta Qapariy willakuypa kamachisqa kayninwan tupaspa, huk willakuy ima kasqantaq Islammanta allichasqa hawa kaq willakuyta, Chawpi Tuta Qapariypa ukhupi kaq allichasqa willakuywan kuska. Chawpi Tuta Qapariy willakuyqa versiculo chunka suqtayuqpa Domingo kamachinman manaraq chayaqtinmi willakuykama, imaraykuchus parábolapi punkuqa Domingo kamachipi wichq’akun.</w:t>
      </w:r>
    </w:p>
    <w:p>
      <w:pPr>
        <w:pStyle w:val="ArticleHeading"/>
        <w:jc w:val="left"/>
      </w:pPr>
      <w:r>
        <w:rPr>
          <w:rFonts w:ascii="Arial" w:hAnsi="Arial" w:eastAsia="Arial" w:cs="Arial"/>
        </w:rPr>
        <w:t>Pedro</w:t>
      </w:r>
    </w:p>
    <w:p>
      <w:pPr>
        <w:pStyle w:val="ArticleBody"/>
        <w:jc w:val="left"/>
      </w:pPr>
      <w:r>
        <w:rPr>
          <w:rFonts w:ascii="Times New Roman" w:hAnsi="Times New Roman" w:eastAsia="Times New Roman" w:cs="Times New Roman"/>
        </w:rPr>
        <w:t>Kayqa churaymi Pedrota huk pachak chusku chunka tawa waranqa sellasqakunapa historiapi. Pedroqa huk willakuyta hatun wasi altopi willarqa, hinallataq huk willakuyta templopipas willarqa. Hanan cuarto willakuyqa rimay willakuy-misikunaq Chisi Chawpi Qapariyninmi, templo willakuytaq kimsa kaq angelpa sinchi qapariyninmi. Pedroqa Chisi Chawpi Qapariy hawan cuarto willakuyta willananpaq, ñawpaqtaqa Pedroq willakuynin allinchasqa hinataq kamachisqa kanan karqa. Chay allinchaywan kamachiywanqa hunt’achisqa kanku Judá ayllumanta Leonpa 2023 watapa diciembre killapa 31 p’unchawninmanta pacha reqsichisqan profeciapa siqin-kunata huñuspa.</w:t>
      </w:r>
    </w:p>
    <w:p>
      <w:pPr>
        <w:pStyle w:val="ArticleBody"/>
        <w:jc w:val="left"/>
      </w:pPr>
      <w:r>
        <w:rPr>
          <w:rFonts w:ascii="Times New Roman" w:hAnsi="Times New Roman" w:eastAsia="Times New Roman" w:cs="Times New Roman"/>
        </w:rPr>
        <w:t>Kunan llanq’ayqa Chawpi Tuta Qapariypa willakuyninta kamachisqa, hinallataq allinchasqa kananpaqmi. Chay willakuypa kamachisqa kayninqa 1831 watapi William Millerwan, hinaspa 1996 watapi The Time of the End revistawanmi rikuchisqa karqan. Chay willakuypa allinchayninmi, 2020 watapi julio killapa 18 p’unchawninpi ñawpaq ñak’ariyta paqarichiq, iskaynin Josiah Litchwan hinallataq Samuel Snowwanmi rikuchisqa karqan. Paykuna sapaq llanq’asqankuqam “causaron” qhipanta hamuq “efecto” nisqapaq, 1840 watapi agosto killapa 11 p’unchawnin qhipaman, hinaspa qanchis killa kuyuriypa qhipamanpas. 1840 watapi willakuyqa kay pachapi llapa mision nisqa estaciunkunamanmi apasqa karqan; 1844 watapitaq Chawpi Tuta Qapariypa willakuyninqa Estados Unidos nisqapa inti lloqsimuynin lamar qochapa patankunata lamar unu hatun phaway hinam picharqan. Qharikunapa llanq’ayninqa Espíritu Santoq hich’akuytaq “causó” nisqapa “efecto”ninta paqarichirqan. 1840 watapiqa kay pachamanmi riqsichisqa karqan, lamarwan rikuchisqa; 1844 watapitaq Estados Unidosmanmi riqsichisqa karqan, allpawan rikuchisqa. 1840 watapa unanchanqa Apocalipsis chunka kaqpi Cristoq allpa patapi hinaspa lamar patapi sayasqanmi karqan; chay kikin capitulotaq 1840 watamanta 1844 watakama historiata sut’inchan, hinaspa Cristota allpa patapi hinaspa lamar patapi sayaqta rikuchin.</w:t>
      </w:r>
    </w:p>
    <w:p>
      <w:pPr>
        <w:pStyle w:val="ArticleBody"/>
        <w:jc w:val="left"/>
      </w:pPr>
      <w:r>
        <w:rPr>
          <w:rFonts w:ascii="Times New Roman" w:hAnsi="Times New Roman" w:eastAsia="Times New Roman" w:cs="Times New Roman"/>
        </w:rPr>
        <w:t>1840 watapi 1844 watapipas, willakuyman allinchayqa ñawpaqman pacha purichisqa allinchay karqa, hunt’asqa p’unchawman. Hukninqa Islammanta willakuymi karqa, huknintaq chunka sipaskunapa rimaykuchasqamanta willakuymi karqa. Hukninqa hawa ladoyuq karqa, huknintaq ukhu ladoyuq. 1844 watapiqa santuario mana allin hamut’asqa pantaytapas hap’irqan. Santuarioqa kay pachachu karqa, icha hanaq pacha santuariochu karqa? Chay mana allin hamut’akuyqa aswan ukhu karqa mana sapan santuario nisqapa sut’inchasqanllachu kasqanrayku, aswanpas huk pruebata qhawachirqan: huk almaqa Cristota qatispachu Santo lugarmanta Santísimo Lugar kama.</w:t>
      </w:r>
    </w:p>
    <w:p>
      <w:pPr>
        <w:pStyle w:val="ArticleScripture"/>
        <w:jc w:val="left"/>
      </w:pPr>
      <w:r>
        <w:rPr>
          <w:rFonts w:ascii="Times New Roman" w:hAnsi="Times New Roman" w:eastAsia="Times New Roman" w:cs="Times New Roman"/>
        </w:rPr>
        <w:t>“Qawarqani Tayta tronomanta hatarimusqanta, hinaspata nina rawrayuq carruypi cortinapa ukhupi kaq Santo de los Santosman rispa, tiyaykukusqanta. Chaymantataq Jesús tronomanta hatarirqa, hinaspata aswan achka kunkurikusqa runakuna paywan kuska hatarirqanku. Manam huk k’anchay raytapas rikurqanichu Jesúsmanta mana yuyayniyuq achka runakunaman pasaqta, pay hatariptin qhiparirqanku hunt’asqa tutayaqpi. Jesúswan kuska hatariqkunaqa ñawinkuta paypi sayachirqanku tronomanta lluqsispa aswan pisillata pusariptin. Hinaspata pañan makinta hoqarirqa, munay siminta uyarisqayku hinata nispa: ‘Kaypi suyaychik; Taytaymanmi rini reino chaskinaypaq; p’achaykichik mana qhellichasqa kachun, hinaspata manaraq unayllamanta casarakuymanta kutimuspa qankunata noqaman chaskisqaykichik’ nispa. Chaymantataq phuyu hina carru, nina rawray hina ruedayuq, angelkuna muyurichisqa, Jesús kasqanman hamurqa. Payqa carruman wicharirqa, hinaspata aswan Santo kaqman apasqa karqa, maypichus Tayta tiyaykusqa karqa. Chaypiqa Jesús-ta rikurqani, hatun Sumo Sacerdote hina, Taytapa ñawpaqninpi sayasqaqta. P’achanpa patanpiqa campanilla karqa granadawan, campanilla granadawan. Jesúswan kuska hatariqkunaqa sapa kuti iñiyninkuta payman, aswan Santo kaqman, oqarichiqku, hinaspata mañakuqku: ‘Yayayku, Espirituykita quwayku’ nispa. Chaymantataq Jesús paykunaman Espíritu Santota samayta wayrarirqa. Chay samaypiqa k’anchay karqa, atiyniyuq kay karqa, hinaspata achka munakuy, kusikuy, thak kaypas karqa.”</w:t>
      </w:r>
    </w:p>
    <w:p>
      <w:pPr>
        <w:pStyle w:val="ArticleScripture"/>
        <w:jc w:val="left"/>
      </w:pPr>
      <w:r>
        <w:rPr>
          <w:rFonts w:ascii="Times New Roman" w:hAnsi="Times New Roman" w:eastAsia="Times New Roman" w:cs="Times New Roman"/>
        </w:rPr>
        <w:t>“Noqaqa kutirimurqani chay huñuyta qhawarinaypaq, paykunaqa manaraqmi trono ñawpaqpi k’umuykusqa karqanku; manam yacharqankuchu Jesúsqa chaymanta ripusqanta. Satanásqa trono qayllapi rikurirqan, Diospa rurayninta hina apaykachaspa. Qhawarirqanmi paykuna trono-man hawarispanku, hinaspa mañakuspa, ‘Yayáyku, Qespichiqniyki Espírituykita quwayku.’ Chaymantataq Satanásqa paykunaman samaykachirqan mana ch’uya kallpata; chaypiqa k’anchay karqan hinaspa achka atiy, ichaqa manam karqanchu misk’i munakuy, kusikuy, ni hawka kaypas. Satanáspa munayninqa karqan paykunata pantasqaslla waqaychananpaq, hinaspa kutichispa Diospa wawan-kunata pantachinanpaq.” Early Writings, 55, 56.</w:t>
      </w:r>
    </w:p>
    <w:p>
      <w:pPr>
        <w:pStyle w:val="ArticleBody"/>
        <w:jc w:val="left"/>
      </w:pPr>
      <w:r>
        <w:rPr>
          <w:rFonts w:ascii="Times New Roman" w:hAnsi="Times New Roman" w:eastAsia="Times New Roman" w:cs="Times New Roman"/>
        </w:rPr>
        <w:t>Templomanta “llave” nisqahinam reqsichisqa karqa, templomanta mana allin hamut’asqankumanta paqarisqa llapa pantasqakunata sut’inchananpaq. Chayqa “llave” nisqahinam karqa llaquypuni suyasqankuta sut’inchananpaq. Qhipa p’unchaykunapiqa, “llave” nisqaqa chay llaquypuni suyasqankum, mayqinchus templomanta mana allin hamut’asqankuta sut’inchin.</w:t>
      </w:r>
    </w:p>
    <w:p>
      <w:pPr>
        <w:pStyle w:val="ArticleBody"/>
        <w:jc w:val="left"/>
      </w:pPr>
      <w:r>
        <w:rPr>
          <w:rFonts w:ascii="Times New Roman" w:hAnsi="Times New Roman" w:eastAsia="Times New Roman" w:cs="Times New Roman"/>
        </w:rPr>
        <w:t>1844 watay chunka iskayniyuq p’unchay octubre killapi pachaqa manaña kanchu; chayrayku 2020 watapi julio killapa chunka pusaqniyuq p’unchayninpi llakikuywan pantasqa kasqanqa kunan allinchayta kanan, ichaqa mana pachamanta rimarispa, imaraykuchus pacha manaña kanchu.</w:t>
      </w:r>
    </w:p>
    <w:p>
      <w:pPr>
        <w:pStyle w:val="ArticleScripture"/>
        <w:jc w:val="left"/>
      </w:pPr>
      <w:r>
        <w:rPr>
          <w:rFonts w:ascii="Times New Roman" w:hAnsi="Times New Roman" w:eastAsia="Times New Roman" w:cs="Times New Roman"/>
        </w:rPr>
        <w:t>Hinataqmi taku takusaq angiluaq imarmut nunamullu nikivajuq qilammut arnannguamik kivirlugu, Sulilu taikkununga naunaittumik savaa ukiuni tamaani inuusumut, qilammik sanasimasumut, qilammiittunillu, nunamik, nunamiittunillu, imarmillu, imarmiittunillu, taimailillugu: sivulliqqunaittuq kingulliqpaaq tikiutinnginniqsuq. Kisianni ulluni kingullerni, tallimait angilauqatigiit kingullersaata nipaa nipiqaliruni, Guutip irqusiaq atausiq naammassissaaq, soorlu kivgaqaminut prufiitinut nalunaarutigisimagaa. Saqqititaussat 10:5–7.</w:t>
      </w:r>
    </w:p>
    <w:p>
      <w:pPr>
        <w:pStyle w:val="ArticleBody"/>
        <w:jc w:val="left"/>
      </w:pPr>
      <w:r>
        <w:rPr>
          <w:rFonts w:ascii="Times New Roman" w:hAnsi="Times New Roman" w:eastAsia="Times New Roman" w:cs="Times New Roman"/>
        </w:rPr>
        <w:t>Añanchayta allinchaypaq willakuyqa Nashville, Tennessee llaqtapim kashan, chay llaqtataqa mana hukman tikrayta atinchu, imaraykuchus mana Future for America nisqachu reqsichin, aswanpas Ellen White reqsichin, hinaspa Profecíapa Espíritunqa hayk’aqpas mana pantanču.</w:t>
      </w:r>
    </w:p>
    <w:p>
      <w:pPr>
        <w:pStyle w:val="ArticleScripture"/>
        <w:jc w:val="left"/>
      </w:pPr>
      <w:r>
        <w:rPr>
          <w:rFonts w:ascii="Times New Roman" w:hAnsi="Times New Roman" w:eastAsia="Times New Roman" w:cs="Times New Roman"/>
        </w:rPr>
        <w:t>“Naŝvilpi kashkashani kachkaptini karqani runakunaman rimashaq, chay tutapim huk hatun nina rump’u hanaq pachamanta chiqanta uraykamuspa Naŝvilpi tiyarirqan. Chay rump’umantam lliklla hina wach’iqkuna lluqsirqan; wasikunam ruphasqa karqan; wasikunam kuyurispalla urmaq karqan. Wakin ñuqanchikpa runakunan chaypi sayasharqan. ‘Kayqa hina kasqanm, suyashaqku kayta,’ nispa rimarqan, ‘kaytam suyashaqku.’ Hukkunataq nanaywan makinkuta q’iwispa Diosman qapariq karqan khuyapayakuyninta mañakuspa. ‘Qam yacharqankichikmi,’ nispa nirqanku, ‘qamkuna yacharqankichikmi kay hamunanta, hinaspataq manam huk simillapas rimarqankichikchu willanaykipaq, amachasunaykipaq!’ Rikch’akurqanku casi llik’ipayanankupaq hina, mana hayk’aqpas paykunaman willasqankuta utaq ima amachasqallatapas qosqankuta yuyarispa.” Manuscript 188, 1905.</w:t>
      </w:r>
    </w:p>
    <w:p>
      <w:pPr>
        <w:pStyle w:val="ArticleBody"/>
        <w:jc w:val="left"/>
      </w:pPr>
      <w:r>
        <w:rPr>
          <w:rFonts w:ascii="Times New Roman" w:hAnsi="Times New Roman" w:eastAsia="Times New Roman" w:cs="Times New Roman"/>
        </w:rPr>
        <w:t>Nashville llaqtaman nina qururakuna urmamusqankumanta ukhu sasachakuyqa reqsichinmi Laodicea nisqa Qanchis Punchaw Adventismoqa Nashvillepa waqyay willakuyninta yachasqanta, ichaqa upallakusqanta. Kaymi profetaypa historiapi chay chiqan, maypichus Chawpi Tuta Waqyaypa willakuyninmanta “pinqay” utaq “kusikuy” rikuchikun. Kaymi chay chiqan, mayqenkunachus unanchaman tukunanpaq kanku, paykuna t’aqwarisqa qallarinanku huknirayta oqarisqa kanankupaq, chaymantaqa kay pachapi runakunaq pinqachisqankurayku, phiñasqa hinaspa piñakusqa kashanku, imaraykuchus Laodicea nisqa Qanchis Punchaw Adventismoqa manam Nashvillemanta waqyay willakuyta qorqachu. Kay kikin profetaypa t’aqwayqa Carmelo Orqopi Elíaswan Baalpa profetankuna ukhupi rikuchisqa karqa, hinallataq Milleritakunapa historiapi iskay ñiqin angelpa pacha, maypichus protestantekuna apostata protestantekunaman tukurqanku hinaspa llulla profeta hina ruwanasninkuta qallarisqanku, Romaq ususinkunaman tukuspa. 1989 watapi, política waqra Reagan nisqawan kay kikillantata ruwarqa, ichaqa Reaganqa manam Romaq ususinkunaman tukurqachu; payqa Acab hinaspa ñawpaq Clovismi tukurqa, Romaq munasqankuna.</w:t>
      </w:r>
    </w:p>
    <w:p>
      <w:pPr>
        <w:pStyle w:val="ArticleScripture"/>
        <w:jc w:val="left"/>
      </w:pPr>
      <w:r>
        <w:rPr>
          <w:rFonts w:ascii="Times New Roman" w:hAnsi="Times New Roman" w:eastAsia="Times New Roman" w:cs="Times New Roman"/>
        </w:rPr>
        <w:t>“Ñuqaman huk rikch’aynin qhawarichisqa karqa. Chayqa samana p’unchaypa ñawpaq tuta karqa. Chay p’unchaymi chay rikch’aynin qhawarichisqa karqa. Ventanaman qhawarirqani, hinaspa hanaq pachatam huk hatun nina muyuriq uraykamusqa karqa; payqa urmamurqa maypichus pilarninkuna-yuq wasikunata sayarichisharqaku chayman; aswanpas pilarkunallatam ñuqaman qhawarichisqa karqa. Hinallataq rikurqa hina, chay nina muyuriq chiqanta wasiman chayamurqa hinaspa ñut’urichirqan, hinaspa paykunaqa rikurqaku mast’arikuspa, mast’arikuspa, hatunyaspa kasqanta; chaymantataq waqayta, llakikuyta qallariqkanku, makinkutapas q’iwispa; hinaspa yuyarirqani wakin ñuqanchik runakuna chaypi sayashaqta, nispa: ‘Allinmi, kayqa suyashaqanchikllam; kayqa rimasqanchikllam; kayqa rimasqanchikllam.’ ‘Qamkuna yacharqankichu?’ nispa runakuna rimarqaku. ‘Yacharqankichiktaq, manataq ni huk kutillapas willawarqankichu?’ Yuyarirqani uyankupi ancha nanay kasqanta, rikch’ayninkupipas ancha nanay kasqanta.’” Manuscript 152; 1904.</w:t>
      </w:r>
    </w:p>
    <w:p>
      <w:pPr>
        <w:pStyle w:val="ArticleBody"/>
        <w:jc w:val="left"/>
      </w:pPr>
      <w:r>
        <w:rPr>
          <w:rFonts w:ascii="Times New Roman" w:hAnsi="Times New Roman" w:eastAsia="Times New Roman" w:cs="Times New Roman"/>
        </w:rPr>
        <w:t>2020 wata 18 julio p’unchaypi llakikuyqa “llave” nisqami, unancha hina hoqarisqa kananpaq templota riqsichinapaq. Iskay clase Adventistakunamanta sapaqchasqa kayqa Biblia qelqaq profecíapi hatun yuyaymi. Jeremíasqa manam “asipaykuna tantanakuy” nisqawan hukllachasqachu, hinaspataq Esmirna chaymanta Filadelfia iglesiakunapas Satanáspa sinagoganwanmi tupachisqa karqanku; chay runakunaqa judíokuna kashankuta nispa, ichaqa manam chayhinachu karqanku. Iskay clase sut’inchasqa Adventistakuna chawpipi sapaqchakuyninqa Bibliata yachaypaq hayk’a metodologíata llamk’achisqankupi rikuchisqami. Chayqa cheqaq yachachiywan “alto yachay, sutichasqa hina” nisqawan sapaqchakuymi, imaynatachus Hermana White sutichan hina.</w:t>
      </w:r>
    </w:p>
    <w:p>
      <w:pPr>
        <w:pStyle w:val="ArticleBody"/>
        <w:jc w:val="left"/>
      </w:pPr>
      <w:r>
        <w:rPr>
          <w:rFonts w:ascii="Times New Roman" w:hAnsi="Times New Roman" w:eastAsia="Times New Roman" w:cs="Times New Roman"/>
        </w:rPr>
        <w:t>Nashville llaqtaqa “Urin suyukunaq Atenasnin” sutiyuqmi reqsichisqa, hinaspa Nashvillepi Grecia suyuta qhawachiq wasikunamanta aswan reqsisqaqa Centennial Parkpi kaq Partenónmi, 1897 watapi rurasqa ñawpaq griego Partenónpa hunt’asqa tupaynin hina. Chayqa rurasqa karqa Tennessee suyupa 1796 watapi estado kayman yaykuyninpa pachak watayoq chayamunanta raymichanapaq, hinaspa raymi tukukuptin urmachisqa kananpaqmi yuyasqa karqa. Aswanpas, 1903 watapi chay allpaqa parque-man tukuchisqa karqa, hinaspa Partenónqa 1920 watamanta 1931 watakama wiñaypaq musuqmanta hatarichisqa karqa.</w:t>
      </w:r>
    </w:p>
    <w:p>
      <w:pPr>
        <w:pStyle w:val="ArticleBody"/>
        <w:jc w:val="left"/>
      </w:pPr>
      <w:r>
        <w:rPr>
          <w:rFonts w:ascii="Times New Roman" w:hAnsi="Times New Roman" w:eastAsia="Times New Roman" w:cs="Times New Roman"/>
        </w:rPr>
        <w:t>Suti “Parthenón” nisqaqa griego simi parthénos nisqamanta hamun, chaymi “virgen” utaq “doncella” ninanpaq, Atenea-ta rikuchispa mana hayk’aq llamk’asqa, yachaysapa, hinallataq maqanakuyta munasqa diosa hina, yachaypa, estrategiapa, artespa, oficiospa, hinallataq civilizaciónpa. Atenas llaqtapi Acropolis nisqapi 447–432 a.C. watakuna ukhupi ruwasqa, chaypi Phidias escultorpa rurasqan hatun chryselephantino (quriwan marfilwan) Atenea estatuata waqaychasqa—cheqaqtapuni paypa “wasi” utaq divino tiyaynin hina llamk’aspa, maypichus pay kashasqanta iñisqa karqan.</w:t>
      </w:r>
    </w:p>
    <w:p>
      <w:pPr>
        <w:pStyle w:val="ArticleBody"/>
        <w:jc w:val="left"/>
      </w:pPr>
      <w:r>
        <w:rPr>
          <w:rFonts w:ascii="Times New Roman" w:hAnsi="Times New Roman" w:eastAsia="Times New Roman" w:cs="Times New Roman"/>
        </w:rPr>
        <w:t>Sistema yachachiy occidentalpa hatun yachayman, allin tapukuy-hamut’ayman, llaqtapa kamachikuyninpaq waqichasqa kayman, hinallataq artes liberales nisqa marco nisqaman churasqanqa, ancha hatunmanta unanchasqa, ñawpa griego filosofiawan rurasqankunapi sapichasqam kachkan. Mana Platoq Academia kaqtin, Aristótelespa Lyceum kaqtin, utaq Atenas llaqtapa paideia nisqan kaqtin, kunan pacha yachachiy, imayna reqsisqanchik hina, ancha huknirayta rikurinqa karqan.</w:t>
      </w:r>
    </w:p>
    <w:p>
      <w:pPr>
        <w:pStyle w:val="ArticleBody"/>
        <w:jc w:val="left"/>
      </w:pPr>
      <w:r>
        <w:rPr>
          <w:rFonts w:ascii="Times New Roman" w:hAnsi="Times New Roman" w:eastAsia="Times New Roman" w:cs="Times New Roman"/>
        </w:rPr>
        <w:t>1904 watapipe, Escuela de Madison nisqa yachay wasimanta qallarisqa karqa Nashville llaqtamanta isqon milla karupi. Ellen Whiteqa Escuela de Madison qallariy kamachiq junt’api huk ñawpaq kurakakuna ukhupi karqa (oficial sutiyoq Nashville Agricultural and Normal Institute, qhipamanta Madison College nisqawan reqsichisqa). Payqa 1904 watapi qallariyninmanta pacha director-kuna junt’api huk qallariy kuraka hina servirqa. Payqa chay junt’api qhiparikurqa 1914 watakama hinallataq (1915 watapi wañusqanman huk wata ñawpaq).</w:t>
      </w:r>
    </w:p>
    <w:p>
      <w:pPr>
        <w:pStyle w:val="ArticleBody"/>
        <w:jc w:val="left"/>
      </w:pPr>
      <w:r>
        <w:rPr>
          <w:rFonts w:ascii="Times New Roman" w:hAnsi="Times New Roman" w:eastAsia="Times New Roman" w:cs="Times New Roman"/>
        </w:rPr>
        <w:t>Kayqa karqa sapallan colegio nisqaman utaq institucionpa kamachiq tablaman payqa hayk’aqpas yaykuyta utaq chaypi sirviyta ari nisqan. Yuyaywanmi huk Adventista organizacionkunapi hina formal cargo-kunataqa pisiyman churakurqan; ichaqa Madisonrayku sapallan huk excepcionta ruwarqan, paypa yachachiy consejokunanwan allinta tupasqanrayku (kikinmanta sayaq, chakra-man hap’iq, misionerota ñawpaqman churay yachachiy, Biblia-ta, maki llank’ayta, hinaspa allin rurayman wakichikuyta sinchi qhawarispa, Urin llaqtakunapi hinaspa chaymanta aswan karupi sirviypaq). Nashvillemanta Hermana Whitepa willakuyninkuna hamurqan 1904 watapi hinaspa 1905 watapi, chay pacha kikin Madison Escuela qallariqkaptin, hinaspa Parthenonpa rikuchisqanmi tikrasqa karqa huk wiñay sayasqa kaqman permanente parquepi. Griegokunapa yachayninpa unanchan hinaspa hanaq pacha yachayninpa unanchanpas iskayninku chaylla pisi pacha ukhupi qallariyninkuta señalasqanku, mayqin pachallapitaq Nashvillepa nina rump’ukunamanta rikuykuna qusqasqa karqan.</w:t>
      </w:r>
    </w:p>
    <w:p>
      <w:pPr>
        <w:pStyle w:val="ArticleScripture"/>
        <w:jc w:val="left"/>
      </w:pPr>
      <w:r>
        <w:rPr>
          <w:rFonts w:ascii="Times New Roman" w:hAnsi="Times New Roman" w:eastAsia="Times New Roman" w:cs="Times New Roman"/>
        </w:rPr>
        <w:t>“Qayna tutaqa huk rikch’ariy ñawpaqniypi qhawachisqa karqan. Ichaqa manam hayk’aqpas llapa imanta rimariyta qispichisqa kasqayta musyaymanchu, ichaqa pisillata rimarisqayki.”</w:t>
      </w:r>
    </w:p>
    <w:p>
      <w:pPr>
        <w:pStyle w:val="ArticleScripture"/>
        <w:jc w:val="left"/>
      </w:pPr>
      <w:r>
        <w:rPr>
          <w:rFonts w:ascii="Times New Roman" w:hAnsi="Times New Roman" w:eastAsia="Times New Roman" w:cs="Times New Roman"/>
        </w:rPr>
        <w:t>“Rikch’akurqanmi hatun-llapa nina muruq pacha pataman uraykamuspa hatun wasikunata ñut’urusqanta. Huk cheqmantah huk cheqkama oqarikurqan kay waqay: ‘Señorqa hamusqañam! Señorqa hamusqañam!’ Achka runakunan mana wakichisqa karqanku paywan tinkunankupaq, ichaqa wakinninkuna nirqanku: ‘¡Señorta yupaychasunchik!’”</w:t>
      </w:r>
    </w:p>
    <w:p>
      <w:pPr>
        <w:pStyle w:val="ArticleScripture"/>
        <w:jc w:val="left"/>
      </w:pPr>
      <w:r>
        <w:rPr>
          <w:rFonts w:ascii="Times New Roman" w:hAnsi="Times New Roman" w:eastAsia="Times New Roman" w:cs="Times New Roman"/>
        </w:rPr>
        <w:t>“‘¿Imarayku Señorta alabashanki?’ nispa tapurqanku mana qonqaylla chinkachiy hamuq runakuna.”</w:t>
      </w:r>
    </w:p>
    <w:p>
      <w:pPr>
        <w:pStyle w:val="ArticleScripture"/>
        <w:jc w:val="left"/>
      </w:pPr>
      <w:r>
        <w:rPr>
          <w:rFonts w:ascii="Times New Roman" w:hAnsi="Times New Roman" w:eastAsia="Times New Roman" w:cs="Times New Roman"/>
        </w:rPr>
        <w:t>“‘Kunan pacha rikuchkanchik ñawpaqmantapacha maskashasqanchikta.’”</w:t>
      </w:r>
    </w:p>
    <w:p>
      <w:pPr>
        <w:pStyle w:val="ArticleScripture"/>
        <w:jc w:val="left"/>
      </w:pPr>
      <w:r>
        <w:rPr>
          <w:rFonts w:ascii="Times New Roman" w:hAnsi="Times New Roman" w:eastAsia="Times New Roman" w:cs="Times New Roman"/>
        </w:rPr>
        <w:t>“‘Sichus kaykunam hamuq kasqanta creesqaykichikqa, ¿imaraykutaq mana niwarqankichikchu?’ nisqa karqa manchayllapa kutichiy. ‘Kaykunamantaqa mana yacharqaykuchu. ¿Imaraykutaq mana yachayniykuqpi saqewarqankichik? Yapamanta yapamanta qhawariwarqankichik; ¿imaraykutaq mana reqsikuq hamuwarqankichikchu, hinaspa mana niwarqankichikchu hamuq juicio-manta, Dios-ta serviyniyku kasqanmanta, ama chinkapunaykupaq? Kunanqa chinkasqañam kachkaniku!’” Manuscript 102, 1904.</w:t>
      </w:r>
    </w:p>
    <w:p>
      <w:pPr>
        <w:pStyle w:val="ArticleBody"/>
        <w:jc w:val="left"/>
      </w:pPr>
      <w:r>
        <w:rPr>
          <w:rFonts w:ascii="Times New Roman" w:hAnsi="Times New Roman" w:eastAsia="Times New Roman" w:cs="Times New Roman"/>
        </w:rPr>
        <w:t>Nashville llaqtamanta willakuyninkunapa contexto geográficamente churakusqa karqa huk cheqaq utaq llulla yachachiy espiritual nisqapi. Chay yachachiyqa huk alma-ta wakichin hanaq pacha utaq kay pachapa llaqtayuqnin kananpaq. Mana ima rimaypas kanchu Islammanta Hermana Whitepa Nashvillepi rikuykunapi, chayqa imaraq justificakuy kanman Nashvilleman ninapallakuna urmaykunamanta rikuywan Islamta yapaypaq? ¿Imaynataq Nashville willakuy 2020 watapi allinchayqa Josías Litchpa hinaspa Samuel Snowpa ruwanasninwan tupachikunman? Paykunapa allinchayninkuqa ruwakusqa karqa maypachachus reqsirqanku, ñawpaq predicciónman pusasqa kikin evidenciakuna, allinchasqa predicciónta takyachiq evidenciakuna kasqanta.</w:t>
      </w:r>
    </w:p>
    <w:p>
      <w:pPr>
        <w:pStyle w:val="ArticleBody"/>
        <w:jc w:val="left"/>
      </w:pPr>
      <w:r>
        <w:rPr>
          <w:rFonts w:ascii="Times New Roman" w:hAnsi="Times New Roman" w:eastAsia="Times New Roman" w:cs="Times New Roman"/>
        </w:rPr>
        <w:t>Islampa evidencianqa unaymantaqmi sayarichisqa karqa, manaraq Nashvillepa willakuyninpa amonestación nisqawan tupachisqa kachkaptin. Islampa willakuyninqa kikinmantaqmi kimsay kaq angelpa willakuyninwan t’inkisqa kachkan. Kay chiqaq kayninqa achka bíblica testigokunapi rikuchisqa kachkan. Kimsay kaq angelpa amonestaciónninqa norte llaqtapi reypa kamachikuyninpa señalanmanta amonestaciónta rikuchin, hinaspa Islampa amonestaciónninqa inti lloqsimuq wawakunapa amonestaciónninwanmi rikuchisqa kachkan.</w:t>
      </w:r>
    </w:p>
    <w:p>
      <w:pPr>
        <w:pStyle w:val="ArticleScripture"/>
        <w:jc w:val="left"/>
      </w:pPr>
      <w:r>
        <w:rPr>
          <w:rFonts w:ascii="Times New Roman" w:hAnsi="Times New Roman" w:eastAsia="Times New Roman" w:cs="Times New Roman"/>
        </w:rPr>
        <w:t>Ichaqa inti lloqsimanta hinaspa inti chinkay lloqsimantapas willakuykuna payta mancharinqa; chayrayku hatun phiñakuyninwan lloqsinqa chinkachinampaq, askhataq tukuyninta wañuchinampaq. Daniel 11:44.</w:t>
      </w:r>
    </w:p>
    <w:p>
      <w:pPr>
        <w:pStyle w:val="ArticleBody"/>
        <w:jc w:val="left"/>
      </w:pPr>
      <w:r>
        <w:rPr>
          <w:rFonts w:ascii="Times New Roman" w:hAnsi="Times New Roman" w:eastAsia="Times New Roman" w:cs="Times New Roman"/>
        </w:rPr>
        <w:t>Kimsañiqin angelqa historia ukar 1844 mara, octubre phaxsina 22 uru purinqan, paqallqu trompetax waqyasïwip qalltkäna ukhaxa. Paqallqu trompetaxa kikiparakiwa Islaman kimsañiqin ay ukhamaraki. 1863 maran sayt’asiwixa paqallqu trompetan waqyasïwip amukt’ayañapatakiw utjäna 9/11 urukama, uka urunxa kimsañiqin angelax Apocalipsis p’iqinchäwina tunka pusiniqini t’aqan saraqanïna, Nueva York markan jach’a uta qhathunakapa Diosan ch’amapan mä llamk’awipampi allthaptayatäpkäna ukhaxa.</w:t>
      </w:r>
    </w:p>
    <w:p>
      <w:pPr>
        <w:pStyle w:val="ArticleBody"/>
        <w:jc w:val="left"/>
      </w:pPr>
      <w:r>
        <w:rPr>
          <w:rFonts w:ascii="Times New Roman" w:hAnsi="Times New Roman" w:eastAsia="Times New Roman" w:cs="Times New Roman"/>
        </w:rPr>
        <w:t>9/11 karqa qallariypaq, ichaqa qallariyninmi sellasqa pacha, chaymi tukukunqa omega nisqapi, ichaqa tukukuyninpi pachak tawa chunka tawa waranqa runakunapa sellasqan, utqay hamuq domingo kamachiywan.</w:t>
      </w:r>
    </w:p>
    <w:p>
      <w:pPr>
        <w:pStyle w:val="ArticleBody"/>
        <w:jc w:val="left"/>
      </w:pPr>
      <w:r>
        <w:rPr>
          <w:rFonts w:ascii="Times New Roman" w:hAnsi="Times New Roman" w:eastAsia="Times New Roman" w:cs="Times New Roman"/>
        </w:rPr>
        <w:t>9/11 nisqaqaqaqaqaqaqaqa alfa niraqmi kay Estados Unidos llaqtapi bestiapa rikch’ayninpa pruebanan pacha qallariyninmanta, chaymi tukukun omega nisqapi bestiapa rikch’ayninpa pruebanan pacha tukukuyninwan kay Estados Unidos llaqtapi, chayqa pasaqmi maypachachus bestiapa señalnin Estados Unidos llaqtapi kamachisqa kanqa.</w:t>
      </w:r>
    </w:p>
    <w:p>
      <w:pPr>
        <w:pStyle w:val="ArticleBody"/>
        <w:jc w:val="left"/>
      </w:pPr>
      <w:r>
        <w:rPr>
          <w:rFonts w:ascii="Times New Roman" w:hAnsi="Times New Roman" w:eastAsia="Times New Roman" w:cs="Times New Roman"/>
        </w:rPr>
        <w:t>9/11 nisqaqa alfa, ichaqa qallariyninmi kawsakqakunapa taripaynin kay pacha uywapa hawanpi, Republikanu hinaspa Protestante waqrankunatawan chaypi hap’iq, chaymi tukukun mana unaypi hamuq Domingo kamachiywan.</w:t>
      </w:r>
    </w:p>
    <w:p>
      <w:pPr>
        <w:pStyle w:val="ArticleBody"/>
        <w:jc w:val="left"/>
      </w:pPr>
      <w:r>
        <w:rPr>
          <w:rFonts w:ascii="Times New Roman" w:hAnsi="Times New Roman" w:eastAsia="Times New Roman" w:cs="Times New Roman"/>
        </w:rPr>
        <w:t>9/11qa “Señorpa alistakuynin p’unchayninpa” qallariyninmi, chaymi tukukun Señorpa samanap’unchawninmanta pruebapi.</w:t>
      </w:r>
    </w:p>
    <w:p>
      <w:pPr>
        <w:pStyle w:val="ArticleBody"/>
        <w:jc w:val="left"/>
      </w:pPr>
      <w:r>
        <w:rPr>
          <w:rFonts w:ascii="Times New Roman" w:hAnsi="Times New Roman" w:eastAsia="Times New Roman" w:cs="Times New Roman"/>
        </w:rPr>
        <w:t>9/11 nisqa p’unchawqa templopa sayarichisqanpa alfa-ninmi, cimientopi rumiwan rikuchisqa; chaymi tukukun omega capstone nisqa rumita temploman churaptinku.</w:t>
      </w:r>
    </w:p>
    <w:p>
      <w:pPr>
        <w:pStyle w:val="ArticleBody"/>
        <w:jc w:val="left"/>
      </w:pPr>
      <w:r>
        <w:rPr>
          <w:rFonts w:ascii="Times New Roman" w:hAnsi="Times New Roman" w:eastAsia="Times New Roman" w:cs="Times New Roman"/>
        </w:rPr>
        <w:t>9/11 nisqa kaqmi Estados Unidos llaqtapi kimsa kaq ay k’ak’ariyninpa alpha-nin, chaymi tukukun Apocalipsis chunka hukniyuqpi allpa kuyuywan, chayqa kachkan utqaylla hamuq domingo kamachiy. Chay allpa kuyuypiqa kimsa kaq ayqa utqayllam hamun. Nashville nina rumpukunaq willakuyninqa kachkan manaraq gracia tiempo wisq’aykuchkaptin domingo kamachiypi, chayta willaqkuna Laodicea Adventistakunata huchachaspanku nispanku: “Kunanqa chinkasqañam kashanchik.”</w:t>
      </w:r>
    </w:p>
    <w:p>
      <w:pPr>
        <w:pStyle w:val="ArticleBody"/>
        <w:jc w:val="left"/>
      </w:pPr>
      <w:r>
        <w:rPr>
          <w:rFonts w:ascii="Times New Roman" w:hAnsi="Times New Roman" w:eastAsia="Times New Roman" w:cs="Times New Roman"/>
        </w:rPr>
        <w:t>Joel qillqapi, Pentecostés p’unchawpi hunt’asqanwan kuska, chawpi tuta waqaychasqa willakuypa churanakuyta qhawachin, maypichus huk kasta runakuna, yachaypa yapakusqanta mana entiendespa, entiendesqankunata machasqa kasqankumanta tumpanku. Efraínpa machaqkunawan yachaqkunawan tinkunakuyqa Diospa profétiko Simi ninapi sapa kuti rimasqa yachachiymi. Cheqaq kaymanta huk imaqa kaymi: willakuyqa iskay patapi willakuymi, imaynan Pedro hanaq cuarto ukupi, chaymanta qhipaman templo ukupi rikuchirqan hina. Chayqa rikuchisqa kachkan taripay Diospa wasinpi qallarisqanmanta, chaymanta qatiqninpi Diospa wasinmanta hawa llaqtakunapi kaqkunapa taripaywan. Taripay ruwaypas rikuchisqa kachkan Apocalipsis chunka pusaqniyoqpa iskay kunkawan, maypichus ñawpaq kunkaqa 9/11manta domingo kamachikuykama chayan, chaymanta tawa versículopi iskayñiqin kunkaqa domingo kamachikuyta señalan. Qhepa tamyapa cheqaq hinaspa llulla profétiko willakuyninpa sapanchasqankupas Elíaswan rikuchisqa kachkan, paytam Malaquías sut’ichan prueba tiempopa wisq’akuyñinman qayllallapi kutimunanpaq.</w:t>
      </w:r>
    </w:p>
    <w:p>
      <w:pPr>
        <w:pStyle w:val="ArticleBody"/>
        <w:jc w:val="left"/>
      </w:pPr>
      <w:r>
        <w:rPr>
          <w:rFonts w:ascii="Times New Roman" w:hAnsi="Times New Roman" w:eastAsia="Times New Roman" w:cs="Times New Roman"/>
        </w:rPr>
        <w:t>Carmel urqupi yachaqkuna hinaspa mana yuyayniyuqkuna nisqakunaq unanchaqninqa karqan “Elías yachaq” nisqa, hinaspa Baalpa llulla profetakuna mana yuyayniyuqkuna. Elíasqa Pedro kachkan, Baalpa profetakunataq Efraínpa machasqakunan kanku. Huk kutin mana yuyayniyuq machasqakunaqa Baalpa llulla profetakuna hina rikuchisqa kaptinku, nina hich’amuywan; runakuna qhipaman kutichinku: “Señor paymi Dios.” Laodicea nisqapi Qanchis p’unchawpi samana Adventistakunaqa chayna hina rikuchisqa kanku, Nashville willakuy nisqapa hunt’asqampi. Adventismomanta hawapi kaqkuna, chaymantataq mana yachaqkunaq mana cheqaq kayninta rikch’arisqa kaptinku, huchankumanta sunqunpi chiqapchasqa apasqa kanku, ichaqa pruebankuqa manaraq tukukusqachu. Yachaq hinaspa mana yuyayniyuq doncellakunaq rikurichiynin, Nashville waqyay willakuywan unanchasqa, chunka doncellakunaq ejemplonpa qhipa, allin hunt’asqampi huk señalmantaqmi.</w:t>
      </w:r>
    </w:p>
    <w:p>
      <w:pPr>
        <w:pStyle w:val="ArticleBody"/>
        <w:jc w:val="left"/>
      </w:pPr>
      <w:r>
        <w:rPr>
          <w:rFonts w:ascii="Times New Roman" w:hAnsi="Times New Roman" w:eastAsia="Times New Roman" w:cs="Times New Roman"/>
        </w:rPr>
        <w:t>2020 watapi julio killapa 18 punchawpi llakikuyqa sut’inchan chay willakuyta allinchaypaq kasqanta, hinallataq Adventismo ukhupi kaqkunamanta aceiteta hap’iqkunapa rikuchikuyninta, mana hap’iqkunapaqwan. Chay aceite willakuyniyoq mana kaqkuna, Nashvilleta waqyayta willaq, qhepanpi huklawman churakunku chay aceiteyoq kaqkunawan. Iskay kastakunaq, mayqinpas willakuyq aceiteyniyoq kasqankuman utaq mana kasqankuman hina, huk kastaqa huk llakikuyta rikhurin, mayqinchus Milleritakunaq historiankupi ñawpaq llakikuywan rikuchisqa karqa; huknintaq manam chay experienciayuqchu. Milleritakuna hina rikuchisqa llakikuy mana kaptinqa, manam ima pantasqa willakuypas allinchaypaq kanchu. Chay 2020 watapi Nashvillemanta willakuy Islamta reqsichisqanmanta cheqaq kasqanqa tinkun huk pantasqa willakuypa huk imayninwan, mayqinchus allinchayta munan.</w:t>
      </w:r>
    </w:p>
    <w:p>
      <w:pPr>
        <w:pStyle w:val="ArticleBody"/>
        <w:jc w:val="left"/>
      </w:pPr>
      <w:r>
        <w:rPr>
          <w:rFonts w:ascii="Times New Roman" w:hAnsi="Times New Roman" w:eastAsia="Times New Roman" w:cs="Times New Roman"/>
        </w:rPr>
        <w:t>Kayqa rikusinchikmi kaytaqa tarisqa kasqan: Nashville llimp’i ninak’uykuna chayamunan willakuyqa mana sapallanchu Milleritakuna ñawpaq hatun llakikuywan hina kaq historiata hina tupachkan, chaymanta qhipaman willakuy allinchaywanpas; aswanmi chayrayku, chayqa huk historiapi rikhurin, chay historiataq qallarin kinsa kaq angelpa chayamunawan 9/11 p’unchaypi, chaymi kinsa kaq aymaq llaquypa Islampa chayamunta señalachin, hinaspataq chay Islamqa profecía nisqaman hina yapamanta chayamon Apocalipsis chunka hukniyuqpi Domingo kamachiy allpa kuyuypi. Islamta willakuypi hap’iq kachiy, mana Sister Whitepa Islammanta nisqan chiqap sut’i rimaywan, nitaq Nashvillepa waqyaywanpas, sayasqa kachkan chay historiapa tema kasqanrayku, chay temaqa Islammi.</w:t>
      </w:r>
    </w:p>
    <w:p>
      <w:pPr>
        <w:pStyle w:val="ArticleBody"/>
        <w:jc w:val="left"/>
      </w:pPr>
      <w:r>
        <w:rPr>
          <w:rFonts w:ascii="Times New Roman" w:hAnsi="Times New Roman" w:eastAsia="Times New Roman" w:cs="Times New Roman"/>
        </w:rPr>
        <w:t>“Danielpa Libru” nisqa sutiyuq qatiqninpi pachak pichqa chunka kinsayuq artikulupi reqsichirqanchik, Balaamwan asnuntaq willakuyninman hina, Islamqa—asnowan rikuchisqa—Estados Unidos suyuwan kimsa hatun tinkuyniyuq kananta, 9/11manta Domingo kamachikuykama historiapi. Ñawpaqtaqa 9/11 kasqanta reqsichirqanchik; chaymantataq iskay kaqta 7 octubre 2022 kasqanta. Qhawarichirqanchikmi ñawpaq maqayqa espiritual hatun allpa contra kasqanta, iskay kaq maqaytaq literal hatun allpa Israelpa hawanpi kasqanta; kinsa kaq maqaytaq Domingo kamachikuypa pacha terremotopi kananta. Señalarqanchikmi Balaampa historianninqa kay profético nivelpi cheqaq kaypa firmanta apamusqanta; ñawpaq kaqpas qhepa kaqpas espiritual hatun allpapa hawanpi karqan, chawpi kaq maqaytaq literal hatun allpapa hawanpi karqan, chaymi hatariypa unanchan. Kunanqa rikunchikmi tawa kaq golpe, Chawpi Tutapa Qapariy willakuypa qallariyninta señalaspa, espiritual hatun allpapi pasanan, Nashvillepa nina bolasnin hunt’asqa kaptin. Kayqa ninmi Balaamwan asnuntaq iskay kaq golpe ninkaqa iskaychasqa kasqanta: iskay golpekunamanta ñawpaq kaqqa literal hatun allpapi, iskay kaqtaq espiritual hatun allpapi.</w:t>
      </w:r>
    </w:p>
    <w:p>
      <w:pPr>
        <w:pStyle w:val="ArticleBody"/>
        <w:jc w:val="left"/>
      </w:pPr>
      <w:r>
        <w:rPr>
          <w:rFonts w:ascii="Times New Roman" w:hAnsi="Times New Roman" w:eastAsia="Times New Roman" w:cs="Times New Roman"/>
        </w:rPr>
        <w:t>Qillqasqa artículoqa mana hunt’asqa cheqtam rikuchirqan, chaytaqa Judá ayllumanta León kunan rikuchin huk testigokunata hina, Islam nisqapa Nashvillepa nina pelotakunawan proféticata t’inkisqanmanta. Huk argumento, Islam nisqata chay nina pelotakunawan tinkuchinapaq yanapananpaq, tarikun sagradota historiapa reforma líniekunapi. Sapa reforma kuyuriyniyuqmi kikinpa sapalla tema nisqayuq, chaymi llapan reforma kuyuriyninta hunt’aq hina ch’iqllin. Moisespa reforma kuyuriyninpiqa, akllasqa llaqtawan pactota ruwaq yaykuymantam karqan. Cristopa reforma líneanpiqa, Mesíasmanta karqan. Davidpa reforma líneanpiqa, Chunka Kamachikuykunamanta hinaspa santuario-mantam karqan. Milleritakunawanqa, temaqa profético tiempom karqan, imaraykuchus Milleritakunaqa “tiempopa mensajen” apaqkuna karqanku. Kimsa kaq angelpa chayamunawan 9/11 p’unchaypi, pachak tawa chunka tawa waranqapa reforma líneanpaq temaqa reqsisqa karqan kimsa kaq ayqepaq Islam nisqa hina, inti lloqsimuq lawpa churinkuna, Bibliapa profecíapi asno nisqa, Apocalipsis isqonpi maqanakuy caballokuna, inti lloqsimuq wayra, langostakuna, hinaspa nacionkunata phiñachiy.</w:t>
      </w:r>
    </w:p>
    <w:p>
      <w:pPr>
        <w:pStyle w:val="ArticleBody"/>
        <w:jc w:val="left"/>
      </w:pPr>
      <w:r>
        <w:rPr>
          <w:rFonts w:ascii="Times New Roman" w:hAnsi="Times New Roman" w:eastAsia="Times New Roman" w:cs="Times New Roman"/>
        </w:rPr>
        <w:t>Apocalipsis chunka hukniyuq qanchispi allpachakuyqa kimsa ñak’ariypa Islamta señalan, chayllataq Chawpi Tuta Qapariy willakuypa tukukuynintapas rikuchin. Chay Chawpi Tuta Qapariyqa Cristopa Jerusalénman atipayninwan yaykuyninpi unanchasqa karqa, chaymi asnota paskaywan qallarikurqa. Millerita historiapi Chawpi Tuta Qapariypa qallariyninqa Samuel Snow caballopi Exeter camp meetingman chayamuyninwanmi karqa. Chay Chawpi Tuta Qapariy pachapa qallariyninqa Islampa unanchayninkunawanmi señalasqa kashan. Achka testigokunam kanan, 18 julio 2020 p’unchawpi allinchasqa willakuyqa Islamta waqyay willakuypa huk parti kasqanta takyachinankupaq. Mana ima p’unchawpas sut’inchasqachu, ichaqa Nashvillepa nina bolankuna qhepa p’unchaykunapi “musuq vinopa” churanakuyninta reqsichin, chayrayku Nashvillepa nina bolankunaqa Islamtapas uqllanchan, ichaqa imataq nina bolakunata nuklear armakuna hina reqsichiyqa?</w:t>
      </w:r>
    </w:p>
    <w:p>
      <w:pPr>
        <w:pStyle w:val="ArticleBody"/>
        <w:jc w:val="left"/>
      </w:pPr>
      <w:r>
        <w:rPr>
          <w:rFonts w:ascii="Times New Roman" w:hAnsi="Times New Roman" w:eastAsia="Times New Roman" w:cs="Times New Roman"/>
        </w:rPr>
        <w:t>Achka testigokunamanta, Islamqa atacapi contrapartin kasqanta sutichayninta willakuyqa hap’iyta kanan. Pachan churaypi pantasqa, allinchaypaq kasqanqa, iskaynin 1840 hinallataq 1844 watakunawan unanchasqa kachkan. Pachaqa manaña profético willakuypa huk rak’inñachu kanan, yupaykunaqa ichaqa kachkanraqmi. Santuario-manta mana allin hamut’asqa pantasqapasmi chinkachisqa kanan; ichaqa manaraq chay pantasqa allinchasqa willakuyman tinkichisqa kananpaqqa, santuario-manta mana allin hamut’asqawan unanchasqa pantasqa ima kasqanta reqsisqa kanan. ¿Imatataq chay santuario-manta mana allin hamut’asqa July 18 Nashville willakuypi unancharqan?</w:t>
      </w:r>
    </w:p>
    <w:p>
      <w:pPr>
        <w:pStyle w:val="ArticleBody"/>
        <w:jc w:val="left"/>
      </w:pPr>
      <w:r>
        <w:rPr>
          <w:rFonts w:ascii="Times New Roman" w:hAnsi="Times New Roman" w:eastAsia="Times New Roman" w:cs="Times New Roman"/>
        </w:rPr>
        <w:t>Ñuqaqa rimani, kutichikuykunataqa tarisqa kasqanta qhawananchik 2023 watapa tukukuyninmanta pacha kicharisqa kachkhan chay k’anchaypi. Kimsa parallel lineakuna, chunka hukniyuq capitulokunamanta, Génesis, Mateo, hinaspa Apocalipsis nisqakunapi capítulo chunka hukniyuqmanta qallarispa capítulo iskay chunka iskayniyuqkama, Diospa pactonta musuqyachiymi pachak tawa chunka tawa waranqakunawan. ¿Paypa kuyapayakuyninpa haywarisqanta rechazakunchikchu, waqyakuyninta mana uyarirqanchikman hina ruwaywan, icha runa kallpanchikpi kumuykuspa willakunchikchu: “llapa imatataq kamachin, ruwasaqmi”? ¿Icha Santo Espírituta saqesunchikchu kamachikuyninta sonqonchikpi hinaspa yuyayninchikpi qelqananpaq?</w:t>
      </w:r>
    </w:p>
    <w:p>
      <w:pPr>
        <w:pStyle w:val="ArticleBody"/>
        <w:jc w:val="left"/>
      </w:pPr>
      <w:r>
        <w:rPr>
          <w:rFonts w:ascii="Times New Roman" w:hAnsi="Times New Roman" w:eastAsia="Times New Roman" w:cs="Times New Roman"/>
        </w:rPr>
        <w:t>Kutichisqakuti kutimuykunapas tarikunku Daniel qillqap chunka iskayniyuq kapitulumanta, kimsa versículokunata kichasqanpi, maypichus pacha rikuchikun huk ñiqin, iskay ñiqin, kimsa ñiqin angelkunapa willakuyninkuna hina. Chay kimsa versículokunapas señalanku diciembre 31, 2023, qanchis versículopi; julio 18, 2020, chunka iskayniyuq versículopi; hinaspataq 1989 watamanta Domingo kamachikuykama, chaymanta probaciónpa tukukuyninkama, chunka hukniyuq versículopi rikuchisqa kachkan. Chay kimsa chiqaqkuna, chay kimsa versículokuna ukhupi, tarikun kikin Sagradas Escrituraspa pasajenpi, maypichus chay kimsa kuti pruebaypa ruwanakuy, imaynan qillqasqa profecía kicharisqa kaptinpas wiñaypaq pasan, sut’inchasqa kachkan!</w:t>
      </w:r>
    </w:p>
    <w:p>
      <w:pPr>
        <w:pStyle w:val="ArticleBody"/>
        <w:jc w:val="left"/>
      </w:pPr>
      <w:r>
        <w:rPr>
          <w:rFonts w:ascii="Times New Roman" w:hAnsi="Times New Roman" w:eastAsia="Times New Roman" w:cs="Times New Roman"/>
        </w:rPr>
        <w:t>Cristoqa manan Daniel chunka iskayniyoqpa kimsa kuti pruebantaqa kicharirqachu chaylla, aswanpas chay pruebakunata reqsichirqan huk sayarichiq prueba hina, chaymanta huk templo prueba hina, hinaspa chaymanta huk litmus prueba hina. Astawampis reqsichirqan chay sayarichiq pruebayoq qallariynin 2023 wata, diciembre killapa 31 punchawninpi qallarirqan nispa, hinaspa Millerita kuyuypa sayarichiq pruebanman hina sayasqa kasqanta, maypichus anticristoqa hawapi rikuyta sayarichiq unancha hina rikuchisqa kashan.</w:t>
      </w:r>
    </w:p>
    <w:p>
      <w:pPr>
        <w:pStyle w:val="ArticleBody"/>
        <w:jc w:val="left"/>
      </w:pPr>
      <w:r>
        <w:rPr>
          <w:rFonts w:ascii="Times New Roman" w:hAnsi="Times New Roman" w:eastAsia="Times New Roman" w:cs="Times New Roman"/>
        </w:rPr>
        <w:t>Chaymantataqmi iskay kaqta, hinaspa templomanta pruebatapas, Danielpa chunka kaq capitulopi Cristomanta templo ukhupi rikuchisqan musquyninwan sut’incharqan. Chay pruebaqa kunan p’unchawkunapi ruwakusqañam. Danielpa chunka iskayniyoq capitulopi 1989 watapa, 2020 watapa julio killapa 18 p’unchawninpa, 2023 watapa diciembre killapa 31 p’unchawninpa, hinaspa domingo ley nisqapa p’akisqanqa Romamanta musquytawan Cristomanta musquytawan hap’in. Iskay musquykunapas chaylla kikin musquypi churakusqa kachkan, maypichus chunka iskayniyoq capitulopa p’akisqan tarikun. Kimsa capítulokunaqa huklla musquym; Cristomanta musquyqa chunka kaq capitulopi templo prueba kachkan, anticristomanta musquyqa chunka hukniyoq capitulopi cimiento prueba kachkan, hinaspa pachak tawa chunka tawayuq waranqamanta señalkunaqa chunka iskayniyoq capitulopi kinsa kaq hinaspa litmus prueba kanku, maypichus mana yuyaysapakunata yuyaysapakukunamanta rakisqa kanku, askha runakuna ch’uyanchasqa, yurakyachisqa hinaspa pruebaykusqa kaptinku.</w:t>
      </w:r>
    </w:p>
    <w:p>
      <w:pPr>
        <w:pStyle w:val="ArticleBody"/>
        <w:jc w:val="left"/>
      </w:pPr>
      <w:r>
        <w:rPr>
          <w:rFonts w:ascii="Times New Roman" w:hAnsi="Times New Roman" w:eastAsia="Times New Roman" w:cs="Times New Roman"/>
        </w:rPr>
        <w:t>Templopa pruebanmi kicharirqan Levitico iskay chunka kimsayuqpa qanchis kimsayuqpa k’anchayninta, chaymi kashan pactopa arcap k’anchaynin, chaymi qanchis p’unchay Sabbathpa alfa k’anchaynin, hinaspa qanchis watayuq Sabbathpa omega k’anchaynin. Alfa hinaspa omega Sabbathkunaq k’anchayninkuna reqsichin encarnacionpa k’anchayninta. Chay k’anchay reqsichin Diosta runa aychata hap’iqta, Divinidadwan runakaypa huñuyninta kutichinapaq; chaymi Cristo qallarinqan ruway, octubre killapa iskay chunka iskayniyuq p’unchayninpi, 1844 watapi; chay ruwaytam kunan tukuchishan kawsachkaqkunapa taripayninpi.</w:t>
      </w:r>
    </w:p>
    <w:p>
      <w:pPr>
        <w:pStyle w:val="ArticleBody"/>
        <w:jc w:val="left"/>
      </w:pPr>
      <w:r>
        <w:rPr>
          <w:rFonts w:ascii="Times New Roman" w:hAnsi="Times New Roman" w:eastAsia="Times New Roman" w:cs="Times New Roman"/>
        </w:rPr>
        <w:t>Levítico iskay chunka kimsayuqpa k’anchariyninmi huñurqan alfa muchuy pacha raymikunata omega paray pacha raymikunawan, chaywanmi ruwarqan kikintaq 2023 watapa diciembre killapa 31 p’unchawmanta qallarispa runa allinchasqa kamachikuy tukukuyninkama chayananta. Chay siq’ipi, cimientopi kaq pruebanqa 2023 watapa diciembre killapa 31 p’unchawpi chayamushanmi nisqa señalasqa kachkan, hinaspa templo pruebanqa 2025 watapi qallarinanpaq reqsisqa kachkan, chaymi trompetakuna raymipa litmus pruebankama purin. Ch’inneq pampapi qapariq simi, 2023 watapa julio killapi qallarisqa, mana pukuyoq t’ant’a raymiwanmi señalasqa kachkan, chay raymitaq tukurqan kimsa rakikuna waymarkmanta qhipa phichqa p’unchawpi. Chaymanta kimsa chunka p’unchawniyuq pacha, chay qhepantaq huk kimsa rakikuna waymark karqan, chay qhepantaq phichqa p’unchaw karqan; chayhinapin wiñay allin willakuypa kimsa puriyninkunata rikuchin. Alfa kimsa rakikuna waymark, chay qhepantaq phichqa p’unchaw, ñawpaq angelmi; kimsa chunka p’unchawkuna iskay ñiqin angelmi; omega kimsa rakikuna waymark, chay qhepantaq phichqa p’unchaw, Pentecostéspa domingo kamachikuykama, kinsa ñiqin angelmi.</w:t>
      </w:r>
    </w:p>
    <w:p>
      <w:pPr>
        <w:pStyle w:val="ArticleBody"/>
        <w:jc w:val="left"/>
      </w:pPr>
      <w:r>
        <w:rPr>
          <w:rFonts w:ascii="Times New Roman" w:hAnsi="Times New Roman" w:eastAsia="Times New Roman" w:cs="Times New Roman"/>
        </w:rPr>
        <w:t>Cristupas Levitico iskay chunka kinsayuqpa k’anchaynintapas kicharirqan, tiempu pruebapi templopi pactopa babulninta ruwaspa. Qanchis kaq p’unchaw samana p’unchawpa willakuynin icha angelnin babulpa huk ladonpi, hinaspa qanchis kaq watapa samana watapa angelnin huknin ladonpi, babulman qhawariq p’istura querubinkunata rikuchinku. Pachak tawa chunka tawa waranqa sellasqa runakunapa historiankupi, chay iskay angelkunapa iskay k’anchayninmi qanchis kaq p’unchaw samana p’unchawta hinaspa runayay doctrinata rikuchin; chayqa wiñaypaq yachakunan tema kanqa.</w:t>
      </w:r>
    </w:p>
    <w:p>
      <w:pPr>
        <w:pStyle w:val="ArticleBody"/>
        <w:jc w:val="left"/>
      </w:pPr>
      <w:r>
        <w:rPr>
          <w:rFonts w:ascii="Times New Roman" w:hAnsi="Times New Roman" w:eastAsia="Times New Roman" w:cs="Times New Roman"/>
        </w:rPr>
        <w:t>Chayqa hinaqa, qanchis kuti nisqata jubileo-pa unanchan kasqanta, 1863 watapi espirituypi Emancipation Proclamation nisqapa rikch’ayninta mana rikuyta atinki chayqa, mana rikunkichu William Miller-pa alfa omega profecíankunaqa qanchis kuti kasqanta, hinallataq iskay waranqa kimsa pachak p’unchaykunatapas. Chay iskay hukllachasqa pacha profecíakunapa ancha allin chiqnin kasqanta mana rikuy atiyniyoq kaspaykiqa, 1798 wataqa qanchis kuti nisqanta reqsiyta, 1844 wataqa iskay waranqa kimsa pachak p’unchaykunata reqsiyta hark’an. Chay yachay pisiyniyoq kaspayqa, Leviticus iskay chunka kimsa ñiqi sapa siq’ipi siq’i hina huñusqa kaptin, paqariy raymikuna qhawachisqa ñawpaq iskay chunka iskay versiculokunata, chiri raymikuna qhepa iskay chunka iskay versiculokunawan churaykuspa, chay siq’iqa qanchis p’unchay sabbathwan qallarisqanta—1844 watapi rikuchisqa—, hinaspa tawa chunka tawa versiculokunapa siq’inta tukuchiq Sabbathqa hallp’apa Sabbathnin kasqanta—1798 watapi rikuchisqa—rikuyqa yapa sasa manañam kananmanchu.</w:t>
      </w:r>
    </w:p>
    <w:p>
      <w:pPr>
        <w:pStyle w:val="ArticleBody"/>
        <w:jc w:val="left"/>
      </w:pPr>
      <w:r>
        <w:rPr>
          <w:rFonts w:ascii="Times New Roman" w:hAnsi="Times New Roman" w:eastAsia="Times New Roman" w:cs="Times New Roman"/>
        </w:rPr>
        <w:t>Ishkay Sábadokunapa iskayninpa t’inkisqanta mana rikuy atiyqa, chaymi rikuchin 1798 watapi qanchis kuti nisqaqa runakaynin kasqanta, hinaspa 1844 watapi iskay chunka kinsa pachak p’unchaykuna nisqaqa Dios kaynin kasqanta mana rikuy atiyninta. Chayna sinchi ñawsa kaywanqa, casi mana atikchu reqsiyta qanchis p’unchay Sábadopa alfa k’anchayninwan, hinaspa encarnación yachachikuypa omega k’anchayninwan, Cristopa rurasqanta sut’inchasqanta: Paypa Dios kayninta urmasqa runapa runakayninwan huñuspa. Cristopa rurasqan, Paypa Dios kayninta ñuqanchikpa runakayninchikwan huñusqanmantaqa, chaymi 1798 watata 1844 watawan huñuy ruray; imaraykuchus 1798 watam runapa aycha kayninta representan, 1844 watataq Dios kayninta representan.</w:t>
      </w:r>
    </w:p>
    <w:p>
      <w:pPr>
        <w:pStyle w:val="ArticleBody"/>
        <w:jc w:val="left"/>
      </w:pPr>
      <w:r>
        <w:rPr>
          <w:rFonts w:ascii="Times New Roman" w:hAnsi="Times New Roman" w:eastAsia="Times New Roman" w:cs="Times New Roman"/>
        </w:rPr>
        <w:t>Runakunaqa Diospa rikch’ayninman hina ruwasqa karqan, hanan kaq kaynintawan uran kaq kaynintawan hap’ispa. Runaq hanan kaq kayninqa aychayuqmi hinaspa huchaman rantisqañam. Cristoqa tikrasqa almasman yuyayninta qon tikrakuypi kaq pachallapi, imaraykuchus tikrakuyqa maypim justificación ruwakun, hinaspa justificasqa kayqa chaninnaqchasqa kaymi. Uran kaq kayninqa manam chaylla pachapi qispichisqa kayta atinkichu, hinaspa uran kaq kayninpaq evangelio nisqanqa kaymi: Cristoq kutimuyninpi hatunchasqa cuerpota chaskisunchik. Hanan kaq kayninqa yuyaymi, uran kaq kayninñataq aycham. Hanan kaq kayninqa qanchis kuti willakuypaqmi, chaymi tukurqan 1844 watapa octubre killapa 22 p’unchayninpi Pampachanakuy Punchawpi, maypachachus qanchis kaq trompetapas jubileopa trompetanpas waqyamuyta qallarisqanku. Uran kaq kayninpa qanchis kutinkunaqa 1798 watapi tukurqan, payqa manam musuqmanta ruwasqa kayta atinqachu Cristoq iskay kaq hamuyninkama.</w:t>
      </w:r>
    </w:p>
    <w:p>
      <w:pPr>
        <w:pStyle w:val="ArticleBody"/>
        <w:jc w:val="left"/>
      </w:pPr>
      <w:r>
        <w:rPr>
          <w:rFonts w:ascii="Times New Roman" w:hAnsi="Times New Roman" w:eastAsia="Times New Roman" w:cs="Times New Roman"/>
        </w:rPr>
        <w:t>Qanchis kuti 1798 watapi, qanchis kuti 1844 watapi, hinaspa 1844 watapi iskay chunka kimsayuq pachak wata, chaykunaqa Cristoq llamkayninta sut’inchanku, mayqinchus qallarikurqa 1844 watapi, octubre killapa 22 punchawninpi. Chay llamkayqa karqa Divinidadninta runa kaywan huñunaypaq; ichaqa templo, mayqinchus runa kaymanta hinaspa Divinidadmanta ruwasqa, 1844 watapi hukllachasqa kananpaq kaptin, 1798 wataqa mana yapasqa kananpaqchu karqa, imaraykuchus chayqa gentilkunapa patio nispan sutiychasqa kanchata reqsichin.</w:t>
      </w:r>
    </w:p>
    <w:p>
      <w:pPr>
        <w:pStyle w:val="ArticleBody"/>
        <w:jc w:val="left"/>
      </w:pPr>
      <w:r>
        <w:rPr>
          <w:rFonts w:ascii="Times New Roman" w:hAnsi="Times New Roman" w:eastAsia="Times New Roman" w:cs="Times New Roman"/>
        </w:rPr>
        <w:t>Templopa pruebanninqa templota tupuyta hap’in, chaymanta 2023 watapi qallarirqan sellokuna kichakuypa ñawpaq historiampi, qanchis thunderspa kichakusqanku reqsichirqan ñawpaq llaquikuymanta hatun llaquikuykama historiata, imaynachus chayqa tukuypi hinantinman chayasqa, hunt’asqa rikuriy karqan chay historiapa, mayqintachus qanchis thunders nisqakuna rikuchin, imatachus inspiración nin: ñawpaq angelpa, iskayñiqin angelpa historiankupi pasaq ruwaykunata rikuchisqankuta, hinallataq hamuq ruwaykunatapas, paykunaq ordenninman hina sut’ichasqa kananpaq. Chay hunt’asqa tukukuynin churakusqa karqan cheqaq kaypa marcon ukunpi, mayqintachus 2023 watapi hamuq ñawpaq revelacionkunamanta huknin karqan. Qallariypi kaq llaquikuyqa omega llaquikuyta rikuchirqan, chawpintataq Exeter camp meeting nisqapi yuyaysapakunawan mana yuyaysapakuna t’aqasqa karqanku mensajepa “aceiten” nisqanman hina.</w:t>
      </w:r>
    </w:p>
    <w:p>
      <w:pPr>
        <w:pStyle w:val="ArticleBody"/>
        <w:jc w:val="left"/>
      </w:pPr>
      <w:r>
        <w:rPr>
          <w:rFonts w:ascii="Times New Roman" w:hAnsi="Times New Roman" w:eastAsia="Times New Roman" w:cs="Times New Roman"/>
        </w:rPr>
        <w:t>Miller runakunaq templonqa huk llakikuymanta huk llakikuykama sayachisqa karqan; chay hinaqa, pachak tawa chunka tawa waranqa akllasqakunapa templonpas 18 de julio de 2020 p’unchawmanta utqaylla hamuq domingo kamachikuykama, maypichus rikch’achiypi punku wisq’akun, imaynachus 22 de octubre de 1844 watapi karqan hinallataq, sayachisqa kasqanta reqsichin. Qanchis truonokunawan rikuchisqa willakuyqa Daniel chunka iskayniyuqpa k’anchayninpi rikuchisqa kikin willakuymin. Daniel chunka iskayniyuqpa waranqa iskay pachak qanchis chunka pusaqniyuq p’unchawkunamanta k’anchayqa chunka kimsayuq wata pacha-manmi chiqapta tinkin, chaymi versículo chunka hukniyuqpi rikuchisqa kashan. Hinallataq, akllasqa llaqtawan rimanakuypa ñawpaq rantinwan sapanchasqa chunka kimsayuq watakunawanmi t’inkisqa kashan, chaymantataq cheqaq Israelmanta espirituwal Israelman rimanakuy tinkuy tikrasqanta reqsichinapaq hatarichisqa profetawanpas. Levítico iskay chunka kimsayuqpa qhawanachiyninpa chawpinpi kaq kimsa chunka p’unchawkunamqa Abrahampa Dioswan kimsa kuti rimanakuyninpa ñawpaq puriyninpi kaq kikin kimsa chunka watakunan. Versículo chunka hukniyuqpi 508 watamanta 538 watakama kaq kimsa chunka watakunaqa pachak tawa chunka tawa waranqa akllasqakunapa sacerdociop símbolonmi.</w:t>
      </w:r>
    </w:p>
    <w:p>
      <w:pPr>
        <w:pStyle w:val="ArticleBody"/>
        <w:jc w:val="left"/>
      </w:pPr>
      <w:r>
        <w:rPr>
          <w:rFonts w:ascii="Times New Roman" w:hAnsi="Times New Roman" w:eastAsia="Times New Roman" w:cs="Times New Roman"/>
        </w:rPr>
        <w:t>Levítico ishkay chunka kimsayuq nisqapi kimsa chunka p’unchawkunaqa Cristopa tawa chunka p’unchawkunamanta hukninmi, chay p’unchawkunapi payqa discípulonkunata uya uya yachachirqan, hanaq pachaman wicharinankama. Kimsa chunkaqa sacerdotekunapa unanchanmi, paykunaqa kimsa chunka watayuq kaspanku llamk’ayta qallariqkanku. Pichqa pachak pusaq watamanta pichqa pachak kimsa chunka pusaq watakama kimsa chunka watakunaqa romano pagano nisqamanta romano papal nisqaman tikrayta reqsichin; chaynallataq Laodicea sacerdociomanta, pachak tawa chunka tawayuq waranqamanta, Filadelfia sacerdocioman, pachak tawa chunka tawayuq waranqamanta, tikraytapas reqsichin. Chay tikrayqa kimsa patapi ruwakun, 508 watapi “sapa p’unchaw” qichusqa kasqanwan unanchasqa, Justinianopa kamachikuywan 533 watapi, chaymanta qatiqta domingo kamachikuywan 538 watapi, chay tikray hunt’asqa tukuptin.</w:t>
      </w:r>
    </w:p>
    <w:p>
      <w:pPr>
        <w:pStyle w:val="ArticleBody"/>
        <w:jc w:val="left"/>
      </w:pPr>
      <w:r>
        <w:rPr>
          <w:rFonts w:ascii="Times New Roman" w:hAnsi="Times New Roman" w:eastAsia="Times New Roman" w:cs="Times New Roman"/>
        </w:rPr>
        <w:t>Chay kimsa chunka watakunaqa 1989 watamanta domingo kamachikama rikch’achin, chaypi Diospa sellasqa Filadelfia llaqtan, paypa templon hina, tukuy pachapa rikunanpaq hoqarisqa kanqa. Chaymantaqa kay pacha juzganqa Cristo ukhunta, paypa llaqtanwan rikuchisqa kaqta, paykunaqa Cristo wan hanaq pachapi tiyashaqkuna kaspa chayrayku Diospa templonpi kashaqkuna; utaq hucha runawan, payqa Diospa templonpi tiyaspa kikinta rikuchin payqa Dios kasqanta. Ña qayllamanta hamuq domingo kamachipi chunka hukniyuq horapi llamkaqkuna, mayqenkunachus hatun achka runakuna kasqanku, huk sayayniyuq kallpachaq pruebanawan uywanakusqa kanqaku. ¿Qanchis p’unchayniyuq samana p’unchawchu Diospa samana p’unchawnin, icha inti p’unchawchu Diospa samana p’unchawnin?</w:t>
      </w:r>
    </w:p>
    <w:p>
      <w:pPr>
        <w:pStyle w:val="ArticleScripture"/>
        <w:jc w:val="left"/>
      </w:pPr>
      <w:r>
        <w:rPr>
          <w:rFonts w:ascii="Times New Roman" w:hAnsi="Times New Roman" w:eastAsia="Times New Roman" w:cs="Times New Roman"/>
        </w:rPr>
        <w:t>“Hinaspan huk rikch’aynin pasasqa ñawpaqninpi rikurirqan. Payman rikuchisqa karqan Satanaspa rurasqan, judíokunata pusaspa Cristota mana chaskinankupaq, Taytanpa kamachikuyninta yupaychasqankuta nispalla. Kunanqa rikurirqan cristianokuna pacha kaqta chayhina llullachikuy ukhupi, Cristota chaskisqankuta nispalla, Diospa kamachikuyninta qhesachaspanku. Uyarisqañan karqan sacerdotekunamanta, kurakkunamantawan, chay waqlla sinch’i qapariyta: ‘¡Payta anchuchiychis!’ ‘¡Chakataychis, chakataychis!’; hinaspan kunan uyarirqan cristianokuna yachachiqkuna niskasqamanta chay qapariyta: ‘¡Kamachikuyta anchuchiychis!’ Samana punchaw sarusqa chakimanta rikurirqan, chaypa rantinpi huk llulla sayachisqa kamachikuy churakusqatawan. Yapamanta Moisés mancharisqawan, muspharisqawan hunt’asqa karqan. ¿Imaynataq Cristopi iñiqkuna qhesachankuman karqan chay orqopi kikin siminwan rimarisqan kamachikuyta? ¿Imaynataq pipas Diosmanta manchakuqkuna qhesachankuman karqan chay kamachikuyta, hanaq pachapi kay pachapipas paypa gobiernonpa cimienton kasqanrayku? Kusikuywan Moisés rikurirqan Diospa kamachikuyninraq aswanpis yupaychasqa, hatunchasqa kasqanta huk pisi simi cheqaqkuna rayku. Rikurirqan kay pachapi atiyniyuqkunapa qhipa hatun maqanakuyta, Diospa kamachikuyninta waqaychaqkunata chinkachinankupaq. Ñawpaqman qhawarirqan chay pacha hamunanta, Dios hatarispan kay pachapi tiyaqkunata mana allin rurasqankumanta castigananpaq; sutinta manchakur yupaychaqkunataq phiñasqan punchawninpi pakasqa, waqaychasqa kanankupaq. Uyarirqan Diospa allin kawsay tratonta, kamachikuyninta waqaychaqkunawan rurasqanta, pay santu tiyananmanta siminta lluqsichimuspa, hanaq pachawan kay pachawan khatatatasqankuta. Rikurirqan Cristopa iskay kutin hamusqanta hatun k’anchaypi, cheqaq wañuqkuna mana wañuq kawsayman hatarichisqa kasqankuta, kawsashaq santu runakunataq wañuyta mana rikuspalla t’ikrasqa kasqankuta, llapankutaq kusikuy takikunawan kuska wicharisqankuta Diospa llaqtanman.” Patriarchs and Prophets, 476.</w:t>
      </w:r>
    </w:p>
    <w:p>
      <w:pPr>
        <w:pStyle w:val="ArticleBody"/>
        <w:jc w:val="left"/>
      </w:pPr>
      <w:r>
        <w:rPr>
          <w:rFonts w:ascii="Times New Roman" w:hAnsi="Times New Roman" w:eastAsia="Times New Roman" w:cs="Times New Roman"/>
        </w:rPr>
        <w:t>Achka runa, mana judíokuna kaqkuna hinaspa huk horallapa llamkaqkuna, huk saphi kamachiy pruebaywan pantaqchasqa kanku, chayqa chaylla qhipanpi templopa pruebanwan qatipasqa kan. ¿Roma llaqtapa runa templo, hucha runayuq, qamkuna iñiyniykita hatarichinki chay rumi kanmanchu utaq aqumanchu? ¿Manachu chay Aysasqa kaypa templo, maypin Dios kaypas runa kaypas huñusqa kanku, chaymi pachak tawa chunka tawa waranqapa templon, mayqintaq Pedro sut’inchan “huk espiritu wasi” nispa? Chay saphiwan templo pruebakuna pacha persecución nisqa kaqmi kimsak ñiqin puriypa litmus prueban hunt’achinqa, chaymantaqa runapa probationnin wisq’akusqa kanqa.</w:t>
      </w:r>
    </w:p>
    <w:p>
      <w:pPr>
        <w:pStyle w:val="ArticleBody"/>
        <w:jc w:val="left"/>
      </w:pPr>
      <w:r>
        <w:rPr>
          <w:rFonts w:ascii="Times New Roman" w:hAnsi="Times New Roman" w:eastAsia="Times New Roman" w:cs="Times New Roman"/>
        </w:rPr>
        <w:t>Judá ayllumanta Leónmi kunan hunt’achkan chhuyanchasqa pakasqa historiata chusku chunka versículopi, hinaspataq aswan achka k’anchayta yaykuchirqan kimsa, iskay pachak pichqa chunka watayuq willakuykunawan Ciroq, Nerónpa, Trump-pa; chaytataq ruwarqan kikillan pachapi payqa sinchita rimarispa allinchasqa Nashville willakuynin willakuyta qapariy llamk’anamanta. Nerónpa siq’inmi qurun qhawariyta qun Estados Unidospi, hinaspataq kay pachapi tukukuyninpi animalpa rikch’ayninta sayachiy qhipa ruwaypaq. Ciroq siq’in 457 a. C. nisqapi reqsichin Rafiamanta Paniumkama historiata, Ucrania Maqanakuywan Kimsañiqin Mundial Maqanakuywan chawpipi historiata; chay Kimsañiqin Mundial Maqanakuyqa qallarin Panium Actiumwan huñunakusqanpi utqay hamuq domingo kamachikuypi. Trump-pa siq’inqa tukukun kay watapi julio killapa 4 p’unchawninpi.</w:t>
      </w:r>
    </w:p>
    <w:p>
      <w:pPr>
        <w:pStyle w:val="ArticleBody"/>
        <w:jc w:val="left"/>
      </w:pPr>
      <w:r>
        <w:rPr>
          <w:rFonts w:ascii="Times New Roman" w:hAnsi="Times New Roman" w:eastAsia="Times New Roman" w:cs="Times New Roman"/>
        </w:rPr>
        <w:t>Neroqa qatiykachaypa unanchaqninmi; Esmirna iglesiaqa chay historiata riqsichin, persecusión tukukunankama 250 watakunamanta qhipaman Pérgamo iglesiapi, kompromisowan kuska. Chay líneaqa ricuchin imágen sayachiyta, chayraykutaq tupachikun historiatawan maypichus Cristopa imagennin Templonpi sayachisqa kashan. “Edicto” nisqaqa qallariypuntunmi, mayqanmi pusan ñawpaq domingo kamachiman; chaymantataq qatiqninmi wichq’asqa punku rakiy ukhunpi inti lluqsimuyninmanta inti yaykuyninkama, yuyaysapaqkunawan mana yuyaysapaqkunapa chawpinpi, trigowan cizañakunapa chawpinpi, hinaspa salvakushqakunawan chinkasqakunapa chawpinpi. Chay “edicto” pacha qallariqninqa, kikillantaqmi “edicto” nisqa, mayqanmi kay pachapaqpas chay kikín pruebay pacha qallarin. Chayrayku “edicto” nisqaqa ñawpaqpas qhipapas kanki. Neroq chunka qanchis watayuq lineanpa sapa waymarkninqa riqsichinmi domingo kamachiy krisispa aswan-aswan wiñaq qatiykachayninta, mayqanchus “edicto” nisqawan qallarin, huk presidenteq “orden ejecutiva” nisqan hina.</w:t>
      </w:r>
    </w:p>
    <w:p>
      <w:pPr>
        <w:pStyle w:val="ArticleBody"/>
        <w:jc w:val="left"/>
      </w:pPr>
      <w:r>
        <w:rPr>
          <w:rFonts w:ascii="Times New Roman" w:hAnsi="Times New Roman" w:eastAsia="Times New Roman" w:cs="Times New Roman"/>
        </w:rPr>
        <w:t>Ciroq kimsa 457 a.C. watapi kinsa kamachikuyninkuna reqsichin chunka qanchisniyuq wata pacha kinsayuq señalkunawan tukukuqta, imaynan Nerónpa sutinpi siq’inpas chayta ruwan, hinallataq Ciroq huk siq’inpas, mayqinchus tukukun ñawpaq, iskay kaq, kinsa kaq angelkuna 1798 manta 1844 kama chayamunankuwan. Ciroq kinsa puriyninkunaqa Rafia maqanakuymi, chaymanta chunka wata iskay kaq puriyman, chaymanta qanchis wata Panium maqanakuykama. Qallariyninpas tukukuyninpas iskaynin maqanakuykuna kanku, chayrayku Alpha hinallataq Omegaq unanchanta apanku. Ñawpaq chunka watayuq pachaqa huk pruebay pachatam rikuchin, mayqinchus 2014 watapi Ucrania Maqanakuywan qallarin, iskay kaq pachataq qanchis wata qhipaman Panium maqanakuypi tukukun.</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Palmoniqa ñawpaq kaq hukninchik angelpa, iskay kaq angelpa willakuyninpi Milleritakunaman pacha willakuyta kichasqa karqan, hinallataq pachak tawa chunka tawa waranqa runakunapa willakuyninpi yupaykunapa willakuyninta kichan, chayqa kinsa kaq angelpa willakuyninmi.</w:t>
      </w:r>
    </w:p>
    <w:p>
      <w:pPr>
        <w:pStyle w:val="ArticleBody"/>
        <w:jc w:val="left"/>
      </w:pPr>
      <w:r>
        <w:rPr>
          <w:rFonts w:ascii="Times New Roman" w:hAnsi="Times New Roman" w:eastAsia="Times New Roman" w:cs="Times New Roman"/>
        </w:rPr>
        <w:t>Ñawpaq willakuykunapi rikch’achisqa profetap khawsaykuna, hina 1776 watamanta 1798 watakama iskay chunka iskay watakuna Maccabeokuna hatarikuyninwan rikuchisqa kaspa, soqtaq qhapaq suyup qallariyninpa sababunta, hinallataq pichqa qhapaq suyup tukukuyninpa sababunta reqsichin. Iskay chunka iskayniyuq presidenti, Grover Cleveland, presidentekunapa alpha karqa Donald Trump nisqa omega presidenteta rikch’achiq hina, paykunalla iskay mana qatipaq mit’akunapi servirqanku. Trumpqa iskay chunka iskayniyuq presidentim iskay kaq mit’ata atipaykuspa kutimunanpaq, yupaykuspa wakin presidentekunataq huk ñawpaq presidentip mit’anpi rantinpi yaykusqankuta, hinallataq presidentekunata paykikunaq iskay kaq mit’ata atipaykusqankuta. Bibliapa profeciankunapi soqtaq qhapaq suyuqa 1798 watapi qallarikurqa, Independenciapa Willakuyninmanta iskay chunka iskay watakuna qhipaman. 1798 watamanta 2026 watakamaqa 22wan rikuchisqa kachkan alpha p’unchawpi, hinallataq 22wan omega p’unchawpipas.</w:t>
      </w:r>
    </w:p>
    <w:p>
      <w:pPr>
        <w:pStyle w:val="ArticleBody"/>
        <w:jc w:val="left"/>
      </w:pPr>
      <w:r>
        <w:rPr>
          <w:rFonts w:ascii="Times New Roman" w:hAnsi="Times New Roman" w:eastAsia="Times New Roman" w:cs="Times New Roman"/>
        </w:rPr>
        <w:t>Kimsa siq’in chunka hukniyuq qillqakuna, chunka hukniyuq qillqamanta qallarispa iskay chunka iskayniyuq qillqakama tukuq. Sapa huknin kay kimsa chunka hukniyuq qillqapa siq’inqa huk chiqap chawpiyniyuqmi, chaytaq kimsa versículokunawan rikuchisqa. Génesis sut’inchan mayqan p’unchaypi “circuncisión” qosqa karqan akllasqa llaqtawan rimanakuy tratopi kashanpaq unanchasqa hina. Chaymi ñawpaq kuti karqan akllasqa llaqta huk señal qosqa kananpaq, tratopi llaqtata unanchananpaq; Mateo-pitaq chawpi kimsa versículokuna chay Roca-ta riqsichin, maypi Cristoqa Iglesianta sayarichinqa. Chay versículokuna riqsichin mayqan p’unchaypi Simón Barjonaq sutin Pedro-man tikrasqa karqan, chaytaq pachak tawa chunka tawa waranqaman tupachisqa. Revelaciónpi siq’iq chawpinqa wañuy tratota riqsichin, papado-ta qanchis-manta kaq pusaj umalliq hina sut’inchaspa. ¿Imatataq yuyankichis, Desire of Ages nisqapi chunka hukniyuq qillqa Juan Bautistaq willakuyninta riqsichisqanmanta, iskay chunka iskayniyuq qillqataq Juanpa wañuyninta riqsichisqanmantari?</w:t>
      </w:r>
    </w:p>
    <w:p>
      <w:pPr>
        <w:pStyle w:val="ArticleBody"/>
        <w:jc w:val="left"/>
      </w:pPr>
      <w:r>
        <w:rPr>
          <w:rFonts w:ascii="Times New Roman" w:hAnsi="Times New Roman" w:eastAsia="Times New Roman" w:cs="Times New Roman"/>
        </w:rPr>
        <w:t>Chay capitulokunapa chawpinmi qamta apan p’anqa 168-man, maypim “Nicodemus” sutiyoq capítulo qallarin. Capítulo chunka hukniyoq sutichasqa kashan “Bautismo”, capítulo iskay chunka iskayniyoqtaq sutichasqa kashan “Juanpa Wichq’asqa Kasqanwan Wañuynin”. Capítulo chunka hukniyoqqa wañuy, pampasqa kay, hinaspa kawsarimuypa símbolo kasqanmi, hina kaptin capítulo chunka qanchisniyoqpas, Nicodemuspas, hinaspa Juanpa wañuyninpas.</w:t>
      </w:r>
    </w:p>
    <w:p>
      <w:pPr>
        <w:pStyle w:val="ArticleBody"/>
        <w:jc w:val="left"/>
      </w:pPr>
      <w:r>
        <w:rPr>
          <w:rFonts w:ascii="Times New Roman" w:hAnsi="Times New Roman" w:eastAsia="Times New Roman" w:cs="Times New Roman"/>
        </w:rPr>
        <w:t>Kay yachachikuykunata qhipa qillqapi qatiqkusunchik.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Iskay chunka iskayniyuq yupay</dc:title>
  <dc:subject>31 de diciembre de 2023</dc:subject>
  <dc:creator>Jeff Pippenger</dc:creator>
  <cp:keywords/>
  <dc:description>Generated by ArticleDigger from panium\22_panium.json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