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Kikin Warnakuykuna - Iskayñiqin</w:t>
      </w:r>
    </w:p>
    <w:p>
      <w:pPr>
        <w:pStyle w:val="ArticleSubtitle"/>
        <w:jc w:val="left"/>
      </w:pPr>
      <w:r>
        <w:rPr>
          <w:rFonts w:ascii="Arial" w:hAnsi="Arial" w:eastAsia="Arial" w:cs="Arial"/>
        </w:rPr>
        <w:t>Sut’intaq Willakuy Pallayta Qhawaykuy: Apocalipsis 14-pa willakuyninkunata Millerita historiapi chaymanta kunan p’unchawkunapipas sut’inchay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2023-08-08</w:t>
      </w:r>
    </w:p>
    <w:p>
      <w:pPr>
        <w:pStyle w:val="ArticleBody"/>
        <w:jc w:val="left"/>
      </w:pPr>
      <w:r>
        <w:rPr>
          <w:rFonts w:ascii="Times New Roman" w:hAnsi="Times New Roman" w:eastAsia="Times New Roman" w:cs="Times New Roman"/>
        </w:rPr>
        <w:t>Chunka chunka virginkunapa rikch’aynin Milleritakunapa historiankupi hunt’akurasqa, chayqa iskay ñiqin angelpa willakuynin tiempopin rurasqa karqa. Iskay ñiqin angelpa willakuyninqa iskay sapaq willakuykunata rikuchin, ima p’unchaykama mast’arikusqanpi hinallataq mayqenkunaman chay willakuyqa apasqa kananpaq kasqanpi. Iskay ñiqin angelpa willakuyninqa chayraq Romaman kutirispa Babiloniapa ususinkuna tukusqa protestante iglesiakunamanmi dirigisqa karqa. Chawpi Tuta Qapariyqa puñusqa Milleritakunamanmi dirigisqa karqa. Ñawpaq willakuyqa Milleritakunamanta hawamanmi dirigisqa karqa; iskay ñiqinqa ukunmanmi dirigisqa karqa. Kayqa ñawpaq qillqasqa simikama p’unchayninchikpi hunt’akunanmi.</w:t>
      </w:r>
    </w:p>
    <w:p>
      <w:pPr>
        <w:pStyle w:val="ArticleBody"/>
        <w:jc w:val="left"/>
      </w:pPr>
      <w:r>
        <w:rPr>
          <w:rFonts w:ascii="Times New Roman" w:hAnsi="Times New Roman" w:eastAsia="Times New Roman" w:cs="Times New Roman"/>
        </w:rPr>
        <w:t>Kutichisqa p’unchayninchikpi imapas yapaykachasqa kasqanpi qhawariykuypaq kashan kaymi: Adventismo qallariyninpi iskay kaq angelpa willakuynin ñawpaqta Millerita hina kaqkunamanta hawaman lluqsirqan, chaymanta willakuypa iskay kaq rakinña Millerita hina kaqkunaman ukhuman yaykurqan. Adventismopa tukukuyninpi, rimay willakuy huk kutita yapay kasqanpi, chay hinallataq iskay kaq angelpa willakuyninpas yapay kashan. Chayta sut’ita niwanchik achka kuti, mana pisillachu. Ichaqa willakuypa iskay-raki kayninqa tukukuypi tikrasqa kashan. Ñawpaq willakuyqa Adventismomanmi rin, iskay kaqtaq Adventismomanta hawapi kaqkunaman. Niwasqanchikmi, Apocalipsis chunka pusaqniyuqpi angelwan rikuchisqa llamk’aypas, willakuypas, iskay kaq angelpa willakuyninpa yapaynin kasqanta.</w:t>
      </w:r>
    </w:p>
    <w:p>
      <w:pPr>
        <w:pStyle w:val="ArticleScripture"/>
        <w:jc w:val="left"/>
      </w:pPr>
      <w:r>
        <w:rPr>
          <w:rFonts w:ascii="Times New Roman" w:hAnsi="Times New Roman" w:eastAsia="Times New Roman" w:cs="Times New Roman"/>
        </w:rPr>
        <w:t>Profetaqa nin: “Huk angelta hanaqpachamanta uraykamusqanta, hatun atiyniyuqta rikurqani; kay pachataq paypa k’anchayninwan achikyarqan. Hinaspan kallpawan sinch’i qhaparikuspa nirqan: Hatun Babilonia urman, urmanña, hinaspan supaykunapa tiyana wasinman tukupun” (Apocalipsis 18:1, 2). Kayqa iskay ñiqin angelpa willakusqan kikinmi. Babilonia urmasqa, “llapa nacionkunata qharisqan phiñakuyninpa vinonta upyachisqanrayku” (Apocalipsis 14:8). ¿Ima-taq chay vinoqa?—Llantusqa yachachikuyninkunam. Payqa tawa kaq kamachikuy paqpi sábado chiqaqtaqa saqispa, huk llullasqa sábado-ta kay pachaman qosqa, hinaspataq Edénpi Satanás Eva-man ñawpaqta nisqan llullakuyta kutichimusqa—almapa kikinmanta mana wañuq kayninta. Achka aylluyuq pantasqa yachachikuykunatapas karu-karuman mast’arqan, “runakunapa kamachikuyninkunata yachachikuykunarupaq yachachispa” (Mateo 15:9).</w:t>
      </w:r>
    </w:p>
    <w:p>
      <w:pPr>
        <w:pStyle w:val="ArticleScripture"/>
        <w:jc w:val="left"/>
      </w:pPr>
      <w:r>
        <w:rPr>
          <w:rFonts w:ascii="Times New Roman" w:hAnsi="Times New Roman" w:eastAsia="Times New Roman" w:cs="Times New Roman"/>
        </w:rPr>
        <w:t>“Jesúsqa llapa runakunapa ñawpaqninpi llank’ayta qallarispa, Templota ch’uyañirqan chay sacrílega qhellichasqa profanacionmanta. Hinallataq paypa llank’ayninpa qhipa rurayninkunamanta huknin karqan Templo yapamanta ch’uyañiy. Chay hina, pacha tukukuypi kay pachata waqyaypaq qhipa llank’aypi, iglesiakunaman iskay sut’i qayakuynikuna ruwasqa kanku. Iskay kaq angelpa willakuyninqa kaymi: ‘Babilonia urman, urmanmi, chay jatun llaqtam, llapa nacionkunata upyachisqanrayku wayllukuyninpa phiñakuyninpa vinonta’ (Revelation 14:8). Hinaspataq kinsa kaq angelpa willakuyninpa sinchi qapariyninpi, hanaq pacha-manta huk voz uyarikun nispa: ‘Lluqsiychis paymanta, llaqtay, ama huchankunapi rakinakuychispaq, amataq onqochiyninkunamanta chaskiychispaq. Huchankunarí hanaq pachakama chayasqaña, Diostaq mana allin rurayninkunata yuyarirqanña’ (Revelation 18:4, 5).” Selected Messages, libro 2, 118.</w:t>
      </w:r>
    </w:p>
    <w:p>
      <w:pPr>
        <w:pStyle w:val="ArticleBody"/>
        <w:jc w:val="left"/>
      </w:pPr>
      <w:r>
        <w:rPr>
          <w:rFonts w:ascii="Times New Roman" w:hAnsi="Times New Roman" w:eastAsia="Times New Roman" w:cs="Times New Roman"/>
        </w:rPr>
        <w:t>Adventismopa qallariyninpi iskay kaq angelpa willakuyninqa kikinmi Apocalipsis chunka pusaqniyoq qillqapi rikuchisqa angelpa willakuyninwan; chay waqyaypiqa iskay rimaymi huk willakuyta willakunku. Ñawpaq rimayqa willakusqa kachkan allpapa paypa k’anchayninwan achikyasqanpi, hinaspa tawa versículopi Juanqa huk rimayta uyarirqan nispan: “paymanta lluqsiychis.”</w:t>
      </w:r>
    </w:p>
    <w:p>
      <w:pPr>
        <w:pStyle w:val="ArticleBody"/>
        <w:jc w:val="left"/>
      </w:pPr>
      <w:r>
        <w:rPr>
          <w:rFonts w:ascii="Times New Roman" w:hAnsi="Times New Roman" w:eastAsia="Times New Roman" w:cs="Times New Roman"/>
        </w:rPr>
        <w:t>Millerita historiapi, Babiloniamanta lluqsiy qayakuy ñawpaqta hamurqan, Milleritakunaman willakuytaq iskay kaqpi hamurqan. Apocalipsis chunka pusaqniyuqpi, iskay kaq rimaymi, icha iskay kaq willakuymi, Adventismomanta hawa kaqkunata rimapayakunku. “Iglesiakunaman iskay sapan qayakuykuna rurasqa kashan” nisqa willakuywan kuska, tarimusunchikpas Cristopa templota iskay kuti pichasqanqa (ministerionpa qallariyninpi hinaspa tukukuyninpi) Adventismopa qallariyninwan tukukuyninwanpas huk rikuchikuy kasqanta.</w:t>
      </w:r>
    </w:p>
    <w:p>
      <w:pPr>
        <w:pStyle w:val="ArticleBody"/>
        <w:jc w:val="left"/>
      </w:pPr>
      <w:r>
        <w:rPr>
          <w:rFonts w:ascii="Times New Roman" w:hAnsi="Times New Roman" w:eastAsia="Times New Roman" w:cs="Times New Roman"/>
        </w:rPr>
        <w:t>Adventismo qallariyninpiqa llamkaqkunapa huk ch’uyanchakuyta rikuchirqan, chaymi yanaparqan William Millerpa sayarichisqanmanta rumi simintuta hatarichiypi. Chay simintuqa tukuyninman churarqan iskay kaq angelpa willakuynin tukukuyninpi; kimsa kaq angel octubre 22, 1844 p’unchawpi chayamusqanwanmi Adventismopa simintunta ruwq cheqaq-kuska yachachikuykuna entiendeypaq rikurichisqa karqan, uyarinayuq kasqankuman munakunku chaykunapaq.</w:t>
      </w:r>
    </w:p>
    <w:p>
      <w:pPr>
        <w:pStyle w:val="ArticleBody"/>
        <w:jc w:val="left"/>
      </w:pPr>
      <w:r>
        <w:rPr>
          <w:rFonts w:ascii="Times New Roman" w:hAnsi="Times New Roman" w:eastAsia="Times New Roman" w:cs="Times New Roman"/>
        </w:rPr>
        <w:t>Cimiento ruranapa llank’aynin tukukurkanku iskay kaq angelpa willakuyninpa historianta tukuy pataman chayaptin, maypachachus “iskay sut’i qayakuykuna iglesiakunaman rurasqa karqan.” Ñawpaq qayakuyqa mana Milleritakunapa ukhupichu karqan; iskay kaq qayakuytaq Milleritakunapaqmi karqan. Ichaqa huk qallariypas kachkan, Adventismopa qallariyninwan tupaq, chayqa Cristo ministriyninmi, ñawpaq kuti templonta pichaspa. Templo pichasqa kasqan profetika rikch’ayninqa ministriyninpa qallariyninpiwan tukukuyninpipas huk ch’uya kayta señalaspa, chaymi kutin Adventismopa qallariyninpipas tukukuyninpipas huk ch’uya kayta tipifican. Cristopa iskay templo pichasqankuna Adventismopa qallariyninwan tukukuyninwan tupanku, ichaqa paypa willakuyninqa alianza llaqtanpaqlla karqan, pikunachus wiñaypaq Diosmanta sapaqchakuspa ripuyta rurashaq karqanku.</w:t>
      </w:r>
    </w:p>
    <w:p>
      <w:pPr>
        <w:pStyle w:val="ArticleBody"/>
        <w:jc w:val="left"/>
      </w:pPr>
      <w:r>
        <w:rPr>
          <w:rFonts w:ascii="Times New Roman" w:hAnsi="Times New Roman" w:eastAsia="Times New Roman" w:cs="Times New Roman"/>
        </w:rPr>
        <w:t>Adventismo qallariyninqa huk willakuyta qawarichirqan taripay kichasqa kasqanta, hinaspa Adventismopa tukukuyninqa taripaypa tukukuyninta willakuchkan. Jesusqa ñawpaq kuti Templota picharqan, hinaspa judíokunata piñakurqan Wasinta suwaqkunaq machayninman tukuchisqankurayku; ichaqa Temploq iskay kaq pichariyninqa karqan “Paypa ministerionpa qhipa rurayninkunamanta huknin.” Ministerionpa tukukuyninpiqa manañam judíokunata nirqanchu Taytanpa Wasinta suwaqkunaq machayninman tukuchisqankuta; chaymantaqa paykunata nirqan wasiyninkuqa “ch’inniyasqa paykunaman saqisqa karqan.”</w:t>
      </w:r>
    </w:p>
    <w:p>
      <w:pPr>
        <w:pStyle w:val="ArticleScripture"/>
        <w:jc w:val="left"/>
      </w:pPr>
      <w:r>
        <w:rPr>
          <w:rFonts w:ascii="Times New Roman" w:hAnsi="Times New Roman" w:eastAsia="Times New Roman" w:cs="Times New Roman"/>
        </w:rPr>
        <w:t>Chaykamaqa llapa suyukunamanta yupaychakuqkunaqa Diospa yupaychananpaq sapaqchasqa templuta maskhayta munarqanku. Qurimanta, ancha chanin rumiwanpas lliphiykuspa, sumaq kaypa hinaspa hatun k’anchaypa rikch’aynin karqa. Ichaqa Jehováqa manaña chay munay palaciopi tarikurqanchu. Israelqa huk llaqtahina Diosmanta t’aqakusqaña karqa. Cristoqa, kay pachapi ministerionpa tukukuyninman qayllaykuspa, templopa ukunman qhipa kuti qhawarispa, nirqan: “Qhawariychik, wasiykichikqa ch’usaqyachisqa saqisqa kachkan qankunaman.” Mateo 23:38. Chaykamaqa templutaqa Taytanpa wasinmi nispa suticharqan; ichaqa Diospa Churin chay perqakunamanta lluqsisqanwan, Diospa kayninqa wiñaypaqmi hurqukusqa karqa paypa hatunchasqanpaq ruwasqa templomanta. Apóstolespa Rurasqankuna, 145.</w:t>
      </w:r>
    </w:p>
    <w:p>
      <w:pPr>
        <w:pStyle w:val="ArticleBody"/>
        <w:jc w:val="left"/>
      </w:pPr>
      <w:r>
        <w:rPr>
          <w:rFonts w:ascii="Times New Roman" w:hAnsi="Times New Roman" w:eastAsia="Times New Roman" w:cs="Times New Roman"/>
        </w:rPr>
        <w:t>Qallariyninpi Payaqchasqan templuqa, tukukuyninpi pichasqan templumanta hukninmi karqa. Ñawpaq kaq templuqa Taytanpa wasinmi karqa, ichaqa iskay kaq templuqa judiokunapa wasinmi karqa. Señorqa qallariyninpi Adventismowan rimanakuyman haykurqa, hinaspa Adventistakuna paypa templunpi sacerdotekuna tukurqanku. Adventismopa tukukuyninpiqa manaña sacerdotekuna kanqachu, wasinkutaq ch’usaqyachisqa kanqa.</w:t>
      </w:r>
    </w:p>
    <w:p>
      <w:pPr>
        <w:pStyle w:val="ArticleBody"/>
        <w:jc w:val="left"/>
      </w:pPr>
      <w:r>
        <w:rPr>
          <w:rFonts w:ascii="Times New Roman" w:hAnsi="Times New Roman" w:eastAsia="Times New Roman" w:cs="Times New Roman"/>
        </w:rPr>
        <w:t>Iskay angelqa iskay willakuykunata rikuchin. Kayqa huknin rasonmi willakuyqa rikuchisqa kachkan Babilonia iskay kutita urmanan hina. Kayqa manan aswan hatun rasonchu Babiloniapa urmasqanmanta iskay kuti kutichisqa willakuypaq, ichaqa huknin rasonmi. Imaynataq iskay willakuykuna kan?</w:t>
      </w:r>
    </w:p>
    <w:p>
      <w:pPr>
        <w:pStyle w:val="ArticleBody"/>
        <w:jc w:val="left"/>
      </w:pPr>
      <w:r>
        <w:rPr>
          <w:rFonts w:ascii="Times New Roman" w:hAnsi="Times New Roman" w:eastAsia="Times New Roman" w:cs="Times New Roman"/>
        </w:rPr>
        <w:t>Iskay angelqa chayamurqan ñawpaq angelpa willakuyninta mana chaskisqanman hina. Pantasqa rimayqa, 1843 watata 2300 watayuq qillqasqa willakuypa tukukuynin kasqanta riqsichispa, Protestante iglesiakuna chay pantasqa willakuywan Millerman willakuyninta qipanankupaq apaykachasqaku. Millerpa willakuyninqa ñawpaq angelpa willakuyninmi karqan. Chayta mana chaskisqanpi, Protestante iglesiakuna, 1260 watakunamanta astawan Diospa iglesian ch’in pampa-pi kasqankurayku, Diosmanta qipanqasqa karqanku hinaspa Babiloniapa ususinman tukurqanku. Chay pachapin iskay angelqa chayamurqan willakuyninwan.</w:t>
      </w:r>
    </w:p>
    <w:p>
      <w:pPr>
        <w:pStyle w:val="ArticleBody"/>
        <w:jc w:val="left"/>
      </w:pPr>
      <w:r>
        <w:rPr>
          <w:rFonts w:ascii="Times New Roman" w:hAnsi="Times New Roman" w:eastAsia="Times New Roman" w:cs="Times New Roman"/>
        </w:rPr>
        <w:t>Kay historiapa imaymana rikurishanchikman hina, chaypa imaymana elementonkuna ukupi ancha hatun puntokuna kan. Huk puntoqa kanmi, chayta allinmanta, pisiy-pisiylla mast’arichispa rimanapaq, imaraykuchus chayqa cheqapunim yanapan kunan p’akisqa kasqanmanta kicharisqam kachkan Jesucristoq Revelacionninpa willakuyninta unanchanapaq. Chayraykum chay historiamanta huk ancha hatun pasajeta kaypi churani. Iskay kapitlokunatam señalasqani, ichaqa chay iskay kapitlokuna chawpipim kachkan huk kimsañiqin ancha hatun kapitlopas. Kunanqa mana kayta yapachkanichu, rikurishanchikpa mast’ariyninta sayachinapaq.</w:t>
      </w:r>
    </w:p>
    <w:p>
      <w:pPr>
        <w:pStyle w:val="ArticleBody"/>
        <w:jc w:val="left"/>
      </w:pPr>
      <w:r>
        <w:rPr>
          <w:rFonts w:ascii="Times New Roman" w:hAnsi="Times New Roman" w:eastAsia="Times New Roman" w:cs="Times New Roman"/>
        </w:rPr>
        <w:t>Qhawariy, mayqin angelman rimaykuchkan nisqanta ñawinchaykita purichkaspa rikuy; wiñaymanta aswan-aswan pruebaychasqa ruwanakuyta maskhay; ñawpaq párrafopi qhawariy, Apocalipsis chunka pusaqniyuqpi kaq angelpa proféticokuna qillqasqanqa, ñawpaq angelpa característicankunapas kanku. Qhawariy, huk willakuypa chakatayqa Cristo-ta chakataymi kasqanta; hinallataq qhawariy, kimsa angelkuna llapankupas sapallan angel hina rikuchisqa kanku, ichaqa Chawpi Tuta waqyakuypa willakuyninqa achka angelkunam.</w:t>
      </w:r>
    </w:p>
    <w:p>
      <w:pPr>
        <w:pStyle w:val="ArticleScripture"/>
        <w:jc w:val="left"/>
      </w:pPr>
      <w:r>
        <w:rPr>
          <w:rFonts w:ascii="Times New Roman" w:hAnsi="Times New Roman" w:eastAsia="Times New Roman" w:cs="Times New Roman"/>
        </w:rPr>
        <w:t>“Rikuchisqa karqani imayna llapa hanaq pacha kay pachapi rurasqa kasqanpi ancha interesakusqanta. Jesusqa kallpasapa, atiyniyuq angelta kamachirqan uraykamuspa kay pachapi tiyaqkunata willananpaq iskay kaq kutimuyninpaq wakichikunankupaq. Rikurqani chay atiyniyuq angelta Jesuspa qayllanmanta hanaq pachapi lloqsisqanta. Ñawpaqninmanta rirqan ancha lliphipiq, hatun k’anchayniyuq achki. Nisqa karqani paypa kamachiynin kasqanta kay pachata k’anchariyninwan k’anchaykuspa runata Diospa hamuq phiñakuyninmanta willananpaq. Achka-achkakuna chay k’anchayta chaskirqanku. Wakinkuna ancha chaninnaq hina rikurirqanku, wakintaq kusisqa, sonqonkupas hunt’asqa karqanku. K’anchayqa llapamanmi chayasqa, ichaqa wakinkunaqa k’anchaypa llank’aynin urapi sapanlla karqanku, mana tukuy sonqowan chaskispa. Ichaqa llapa chaskiqkunaqa uyankuta hanaq pachaman muyurichirqanku, hinaspa Diosta hatuncharqanku. Achkaqkuna ancha hatun phiñakuyman hunt’asqa karqanku. Kamachikuqkuna, runakunapas millaykunawan huñunakuspa, atiyniyoqta hark’arqanku chay atiyniyuq angelpa k’anchayninmanta achikyachisqanta. Ichaqa llapa chaskiqkunaqa kay pachamanta t’aqakuspa, ancha sinchita hukllawasqa karqanku.”</w:t>
      </w:r>
    </w:p>
    <w:p>
      <w:pPr>
        <w:pStyle w:val="ArticleScripture"/>
        <w:jc w:val="left"/>
      </w:pPr>
      <w:r>
        <w:rPr>
          <w:rFonts w:ascii="Times New Roman" w:hAnsi="Times New Roman" w:eastAsia="Times New Roman" w:cs="Times New Roman"/>
        </w:rPr>
        <w:t>“Satanpas angelninkunapas llank’asqa kasqanku llapa hayk’aqtaq atipaqkunap yuyayninkuta k’anchaymanta aysayta maskhaspa. Chayta qhispichiq huñuqa tutayaypi saqisqa karqa. Rikurqani angelta aswan hatun intereswan Diospa llaqtan nisqakunata qhawaspa, paykuna imayna kasqankuta qillqanampaq, hanaq pachamanta hamuq willakuy paykunaman yaykuchisqa kaptin. Hinallataq ancha achka, Jesusman munakuyta rimarispa sutichakusqankuna, hanaq pacha willakuymanta tikrakurqanku pisipasqawan, asipayawan, cheqnikuywanpas; chaymi huk angelta, makimpi qillqana qara kaqwan, p’enqay rikch’aq qillqasqata rurasqanta rikurqani. Llapan hanaq pacha phiñakuywan hunt’asqa karqa, Jesus payman qatipakusqankuna rayku mana yupaychasqa kaptin.”</w:t>
      </w:r>
    </w:p>
    <w:p>
      <w:pPr>
        <w:pStyle w:val="ArticleScripture"/>
        <w:jc w:val="left"/>
      </w:pPr>
      <w:r>
        <w:rPr>
          <w:rFonts w:ascii="Times New Roman" w:hAnsi="Times New Roman" w:eastAsia="Times New Roman" w:cs="Times New Roman"/>
        </w:rPr>
        <w:t>“Rikurqani atiniqkunapa llakikuynta. Paykunaqa mana rikurqankuchu Señorninkuta suyashqan pachapi. Diospa munaynin karqa hamuqta pakay, hinaspa llaqtanta chay akllay punkuman apay. Mana kay pachapa kasqanwanqa Diospa yuyayninman hina ruwayqa mana hunt’akunmanchu karqa. Satanásqa achka-achka runakunapa yuyayninkuta ancha ñawpaqman, hamuq pachaman pusarqa. Cristo rikurimuyninpaq willasqa pachaqa yuyayta apamunan karqa kunan pacha wakichikuyta sonqowan mask’ananpaq. Pacha pasasqan qhepatataq, mana tukuyninta angelpa k’anchayninta chaskiqkuna, hanaq pacha willakuyta pisipaq qhawariqkunawan huñunakuspa, llakisqa runakunata asipaywan kutirirqanku. Rikurqani hanaq pachapi angelkuna Jesuswan yuyaymanakusqankuta. Paykunaqa Cristoq qatipakuqnin kasqankuta nispa riqch’akusqakunapa imayna kasqanta qhawarqanku. Sutinchasqa pacha pasasqanqa paykunata watukuq, sut’inchakuqmi karqa, hinaspa achka-achka runakunaqa balanzapi tupusqa, pisi kasqankuta tarisqa karqanku. Lliwmi sinchita rimarqanku cristianokuna kasqankuta; ichaqa Cristo qatiypi casi llapa imapipas pantarqanku. Satanásqa Cristoq qatipakuqnin kasqankuta nispa riqch’akusqakunapa kasqanwan anchata kusikurqa. Paykunataqa toqllanpi hap’irqa. Askha runakunata chiqan ñanmantam karuncharqaña, hinaspa hanaq pacha-man huk ñanwan wichariyta munaspa kallpachakusharqanku. Angelkunaqa qhawarqanku ch’uya, limphiu, santu runakuna Sionpi huchasapa runakunawan, hinaspa kay pachata munakuq iskay uya llulla runawan chakrusqa kasqankuta. Paykunaqa chiqap Jesus munakuqkunata waqaychasqankuta qhawarqanku; ichaqa ismusqa runakunaqa santu runakunata waqlliykachasharqanku.”</w:t>
      </w:r>
    </w:p>
    <w:p>
      <w:pPr>
        <w:pStyle w:val="ArticleScripture"/>
        <w:jc w:val="left"/>
      </w:pPr>
      <w:r>
        <w:rPr>
          <w:rFonts w:ascii="Times New Roman" w:hAnsi="Times New Roman" w:eastAsia="Times New Roman" w:cs="Times New Roman"/>
        </w:rPr>
        <w:t>“Pikunapa sonqonkuna nina hina rawraykuspa, Jesús-ta rikuyta ancha munasqankurayku, sutichakusqa wawqinkuna-qam mana saqisqachu hamuyninmanta rimayta. Angelkuna tukuy chay ruwayta qhawarirqanku, hinaspa Jesús-pa rikuriyninta munasqa puchuqkunawan kuska llakikurqanku. Huk atiyniyuq hatun ángel-kata kamachirqanku kay pachaman uraykamuq. Jesús paypa makinman huk qillqasqata churarqun, hinaspa kay pachaman chayamuspa qapariq: ¡Babilonia urmaykun! ¡urmaykun! Chaymantam yapamanta rikurqani llakichisqa runakuna kusikuyta qallarichkanku, hinaspa ñawinkuta hanaq pachaman hoqarispanku, iniywan suyakuyniywan Señor-ninkupa rikuriyninta suyaspa. Ichaqa achkha runakuna yuyayniq tuta puñuypi hina qhiparirqanku; chaywanpas rikuyta atirqani uyankupi sunqun uku llakiypa qhipasqanta. Llakichisqa runakuna Bibliamanta rikurqanku paykuna suyay unaychasqa p’unchaykunapi kasqankuta, hinaspa pacienciayuqta suyanankuta rikuchisqa musquypa hunt’akusqanta. Chay kikillan willakuykuna paykunata 1843 watapi Señor-ninkuta suyanankupaq pusarqan, chaykikillanmi 1844 watapipas payta suyanankupaq pusarqan. Rikurqanim achkha aswan hatun tupu runakunaqa mana chay kallpata charirqankuchu, mayqanmi paykunapa ininku 1843 watapi sut’incharqan. Llakisqankum ininkuta pisiysichirqan. Ichaqa llakichisqa runakuna iskay ñiqin angelpa qapariyninwan hukllachasqa kaptinku, hanaq pacha ejército ancha hatun intereswan qhawarqan, hinaspa mensajepa rurayninta repararqun. Paykuna rikurqanku cristianokuna sutita apaqkuna asipaywan hinaspa pisipaq qhawariywan llakichisqa kasqakunaman tikrarqanku. Burlaqpa siminmanta kay simikuna urmamuchkaptin: ¡Manaraqmi wicharirqankichu! huk ángel chayta qillqarqan. Angelqa nirqan: Dios-ta asinku.”</w:t>
      </w:r>
    </w:p>
    <w:p>
      <w:pPr>
        <w:pStyle w:val="ArticleScripture"/>
        <w:jc w:val="left"/>
      </w:pPr>
      <w:r>
        <w:rPr>
          <w:rFonts w:ascii="Times New Roman" w:hAnsi="Times New Roman" w:eastAsia="Times New Roman" w:cs="Times New Roman"/>
        </w:rPr>
        <w:t>“Elíaspa apasqasqa kayninta qhipaman kutichisqa karqani. Paypa mantonmin Eliseoman urmaykurqa, hinaspan millay wawakuna (utaq waynakuna) qatiqkamurqanku, asipayaspa, qaparispanku: ¡Wichariy, q’ara umayuq! ¡Wichariy, q’ara umayuq! Diosmanta asikurqanku, chaypin castigonkuwan tinkurqanku. Chaytaqa tayta-mamankumantam yachakurqanku. Hinaspa, santokunapa wichariynin yuyaymanta puka-simita rimakuspa asipayasqakunaqa, Diospa onqoykunawan watukusqa kankaq, hinaspan yachankaq mana pisillachu paywan pukllayqa kasqanta.”</w:t>
      </w:r>
    </w:p>
    <w:p>
      <w:pPr>
        <w:pStyle w:val="ArticleScripture"/>
        <w:jc w:val="left"/>
      </w:pPr>
      <w:r>
        <w:rPr>
          <w:rFonts w:ascii="Times New Roman" w:hAnsi="Times New Roman" w:eastAsia="Times New Roman" w:cs="Times New Roman"/>
        </w:rPr>
        <w:t>“Jesúsqa huk wak angelkunatapas kamachirqan utqaylla phawarinankupaq, llaquyasqa urmaykusqa iñiyninta kawsarichinankupaq, kallpacharinankupaq ima, hinallataq paypa llaqtan runakuna iskay kaq angelpa willakuyninta unanchanankupaq wakichinankupaq, chaymantaq hanaq pachapi mana unayllata rurasqa kananpaq kashaq ancha importante kuyuriymanta yachanankupaq. Ñoqaqa rikurqani kay angelkuna Jesúsmanta hatun atiyniyoqta, k’anchayniyoqta chaskisqankuta, hinaspa utqaylla kay pachaman phawarisqankuta kamachisqankuta hunt’anankupaq, iskay kaq angelta llamk’ayninpi yanapanankupaq. Hatun k’anchayqa Diospa llaqtan runakunaman phawarirqan angelkuna qayakuptinku. Qhawariychik, Qosan hamushan, lloqsiychik paywan tinkuq. Chaymantataq rikurqani chay llakichisqa runakuna sayarisqankuta, hinaspa iskay kaq angelwan huk sonqolla willakusqankuta: Qhawariychik, Qosan hamushan, lloqsiychik paywan tinkuq. Angelkunamanta k’anchayqa maychus tutayay kashaqmanpas haykurqan. Satanáswan angelninkunapas maskarqanku kay k’anchay mast’arikunanpa hark’ayta, munasqan rurayninta hunt’ananpa ama kananpaq. Diospa angelkunawan atipanakurqanku, hinaspa paykunata nirqanku Diosqa runakunata pantachisqanta, hinaspa llapa k’anchayniykuwan atiyniykuwanpas mana atisqankuta runakunata iñichiyta Jesús hamushanmanta. Diospa angelninkuna llamk’ayninkutaq qatiqllaraq karqanku, Satanás ñanta muyurichispa wichq’ayta, runakunapa yuyayninkuta k’anchaymanta karunchayta kallpachakuspapas. Chayta chaskiqkunaqa ancha kusisqa rikurirqanku. Ñawinkuta hanaq pachaman churaspanku, Jesús rikurimuyta munaywan suyarqanku. Wakinkunaqa ancha llaquipi kaspa waqarqanku mañakuspataq. Ñawinkuqaqa kikinkuman churasqa hina rikurirqan, hanaqman qhawariytapas mancharqanku.”</w:t>
      </w:r>
    </w:p>
    <w:p>
      <w:pPr>
        <w:pStyle w:val="ArticleScripture"/>
        <w:jc w:val="left"/>
      </w:pPr>
      <w:r>
        <w:rPr>
          <w:rFonts w:ascii="Times New Roman" w:hAnsi="Times New Roman" w:eastAsia="Times New Roman" w:cs="Times New Roman"/>
        </w:rPr>
        <w:t>Hanaq qispimanta ancha chanin k’anchay tutata paykunamanta t’aqarirqan, hinaspa ñawinkuna, mayqinkunachus llakiywan paykikunkunallapi qhawasqa karqanku, hanaqman kutirirqanku, chaykama sapa uyankupi yupaychay hinaspa ch’uyak kusikuy rikuchikurqan. Jesuspas llapa angelkunapa achka huñuyninpas cheqaq sonqoyuq, suyachkaqkunata allin rimaywan qhawarirqanku.</w:t>
      </w:r>
    </w:p>
    <w:p>
      <w:pPr>
        <w:pStyle w:val="ArticleScripture"/>
        <w:jc w:val="left"/>
      </w:pPr>
      <w:r>
        <w:rPr>
          <w:rFonts w:ascii="Times New Roman" w:hAnsi="Times New Roman" w:eastAsia="Times New Roman" w:cs="Times New Roman"/>
        </w:rPr>
        <w:t>“Piqa angelpa ñawpaq willakuyninpa k’anchayninta mana chaskiqkuna, hinaspa chayta hark’aqkunaqa, iskay ñiqinpa k’anchaynintapas chinkachirqaku, manataqmi yanapakuyman karqan chay willakuywan kuska hamuq atiyninwan hinaspa hatun k’anchariyninwan: Qhari kasarakunapaqqa hamunñam. Jesusqa paykunamanta millay uya rikuchispa kutirikurqan. Paykunaqa payta pisipaq qhawarqaku hinaspa mana chaskirqakuchu. Willakuyta chaskiqkunaqa hatun k’anchay phuyuwan muyuykusqa karqaku. Suyarqaku, qawapayarqaku, mañakurqakutaq Diospa munayninta yachanankupaq. Ancha mancharqaku payta piñachiyta. Rikurqani Satanasta hinaspa angelninkunata Diospa llaqtan runakunamanta kay hanaq k’anchayta wisq’ayta munasqankuta; ichaqa suyaqkuna k’anchayta munakuspa waqaychasqankukama, hinaspa ñawinkuta kay pachamanta Jesusman oqarisqankukama, Satanasqa manam atiyniyuqchu karqan kay ancha chanin k’anchayta paykunamanta qichuyta. Hanaq pachamanta qosqa willakuyqa Satanasta hinaspa angelninkunata phiñachirqan, hinaspa Jesus-ta munakusqankuta rimariqkuna, ichaqa hamuyninta pisipaq qhawaspa, chiqa iñiq, confiakuqkunata asirqaku hinaspa p’enqachirqaku. Ichaqa huk angelqa sapanka insultota, sapanka pisichaq qhawayta, sapanka maqmasqa nanachiyta señalarqan, mayqinkunachus profesasqa wawqenkunamanta chaskirqaku. Ancha achka runakunaqa kunkankuta oqarirqaku qapariyta: Qhari kasarakunapaqqa hamunñam, hinaspa saqerqaku wawqenkuta, mayqinkunachus Jesuspa rikurimuyninta mana munarqakuchu, nitaj paykunata saqerqakuchu iskay kutin hamuyninmanta yuyayman churakuyta. Rikurqani Jesuspa uyanta kutirichisqanta paykunamanta, mayqinkunachus hamuyninta mana chaskispa pisipaq qhawarqaku; chaymantataq angelninkunata kamachirqan llaqtanta qhelli runakunapa chawpinmanta pusamunankupaq, ama qhellichasqa kanankupaq. Willakuyninkunata kasukuqkunaqa libre hinaspa hukllachasqa sayarqaku. Huk santu hinaspa ancha allin k’anchaymi paykunapi k’ancharqan. Paykunaqa kay pachata saqerqaku, sonqonkupa munakuyninta chaymanta qichurqaku, hinaspa kay pachapi ima interesninkutapas sacrificioraq qokurqaku. Kay pachapi qhapariyninkuta saqerqaku, hinaspa llakiywan qhawasqa ñawinkuta hanaq pachaman dirigirqaku, munasqa Qispichiqninkuta rikuspa suyaspa. Huk sagrado, santu kusikuymi uyankupi lliphipirqan, hinaspa willarqan sonqonkupi tiyasqa hawka kayta hinaspa kusikuyta. Jesusqa angelninkunata kamachirqan riyta hinaspa kallpachayta, imaraykuchus pruebanankupa horasnin qayllamurqan. Rikurqani kay suyaqkunaqa manaraq pruebasqachu kasqankuta imayna pruebasqa kananankuta hina. Manam pantasqakunamanta librechu karqaku. Hinaspataq rikurqani Diospa khuyakuyninta hinaspa allin kayninta kay pachapi runakunaman huk amonestaciónta kachamusqanta, hinaspa kutikachaq willakuyninkunata paykunata huk pacha puntoman apanankupaq, paykuna kikinkuta allinta maskhanankupaq, chaynapi qhelli pantasqakunamanta llust’iykunankupaq, mayqinkunachus gentilkunamanta hinaspa papistakunamanta hamusqa. Kay willakuyninkuna vasitawanmi Diosqa llaqtanta orqhomuchkan, maypichus paykunapaq aswan hatun atiyniywan llamk’ayta atin, hinaspa maypichus llapa kamachikuyninkunata waqaychayta atinqaku....”</w:t>
      </w:r>
    </w:p>
    <w:p>
      <w:pPr>
        <w:pStyle w:val="ArticleScripture"/>
        <w:jc w:val="left"/>
      </w:pPr>
      <w:r>
        <w:rPr>
          <w:rFonts w:ascii="Times New Roman" w:hAnsi="Times New Roman" w:eastAsia="Times New Roman" w:cs="Times New Roman"/>
        </w:rPr>
        <w:t>“Jesúspa ministrasqankuna Santo Lugapi tukukuptin, Aswan Santo Lugarman pasaspa, Diospa kamachikuyninta hap’iq arkapa ñawpaqenpi sayarirqan; chaymi kay pachaman kimsañiqin willakuywan huk atiyniyuq angelta kachamurqan. Angelpa makinkaman huk qillqasqa rollota churapurqan; paytaq hatun kaywan atiyninwan kay pachaman uraykamuspa, mancharikuypaq willakuyta, runaman hayk’aqpas apasqa kaq aswan manchay amenazata willakurqan. Kay willakuyqa Diospa wawankunata allinta waqaychanankupaq, hinaspa ñawpaqenkupi kaq watukuy pacha, llaquy pacha ima kasqanta rikuchinankupaq kamarichisqa karqan. Angelmi nirqan: Sallqa animalwan hinaspa paypa rikch’ayninwan sinch’i maqanakuyman apasqa kanqaku. Wiñay kawsaypaq sapan suyasqankuqa mana kuyukuq hina sayayllapim kan. Kawsayninku peligropi kaptinpas, cheqaq kayta sinch’ita hap’ipakunayku tiyan. Kimsañiqin angelqa kay simikunawanmi willakuyninta tukuchin: Kaypin santospa paciencia; kaypin Diospa kamachikuyninkunata hinaspa Jesuspa iñiyninta waqaychaqkuna. Chay simikunata yapamanta nispaqa hanaq pacha Santuario-manmi rikuchirqan. Llapa kay willakuyta chaskiqkunapa yuyayninkuqaq Aswan Santo Lugarman pusasqa kanku, maypichus Jesús arkapa ñawpaqenpi sayaspa qhepa intercesionninta ruwanraq, khuyapayakuyraq qhipaq kaqkunapaq, hinaspa mana yachaspa Diospa kamachikuyninta p’akisqa kaqkunapaqpas. Kay pampachayqa cheqaq wañusqakunapaq hina, cheqaq kawsachkaqkunapaqpas ruwasqa kan. Jesúsqa pampachayta ruwan, wañuspa Diospa kamachikuyninkunamanta k’anchayta mana chaskispa, mana yachaspa huchallikuqkunapaq.”</w:t>
      </w:r>
    </w:p>
    <w:p>
      <w:pPr>
        <w:pStyle w:val="ArticleScripture"/>
        <w:jc w:val="left"/>
      </w:pPr>
      <w:r>
        <w:rPr>
          <w:rFonts w:ascii="Times New Roman" w:hAnsi="Times New Roman" w:eastAsia="Times New Roman" w:cs="Times New Roman"/>
        </w:rPr>
        <w:t>“Jesúsqa Santísimo nisqa punkuta kicharisqan qhipamanta, Sábado nisqapa k’anchaynin rikurirqan, hinaspa Diospa llaqtanqa pruebayman churana karqan hinaspa sut’inchasqa kanan karqan, imaynatachus Diosqa unay Israelpa churinkunata pruebaykurqan, qhawananpaq paypa leyta waqaychankuchu mana chayta. Rikurirqani kimsa kaq angelqa hanaqman señalaspa, llaqisqa kaqkunaman hanaq Santuarioq Santísimoman ñanta rikuchisqanta. Paykunaqa iñiywan Jesusta qatirqanku Santísimo ukhuman. Yapamanta Jesusta tarirqanku, hinaspa kusikuywan suyaywan musuqmanta paqarimun. Rikurirqani paykuna qhepaman qhawarispa ñawpa p’unchaykunata yuyarispanku, Jesuspa iskay kaq hamuynin willakuymanta qallarispa, purisqankuta qatipaq 1844 watapi pacha tukukuyninkama. Paykunaqa llaqisqa kayninku sut’inchasqa kasqanta qhawanku, hinaspa kusikuywan takyaq kaymantaq yapamanta kallpachakun. Kimsa kaq angelqa ñawpaqta, kunan p’unchayta, hamuq p’unchaytawan k’anchaywan hunt’achirqan, hinaspa yachanku Diosqa cheqaqtapuni paykunata pusasqanta musphayhina providencianniyoqninwan.”</w:t>
      </w:r>
    </w:p>
    <w:p>
      <w:pPr>
        <w:pStyle w:val="ArticleScripture"/>
        <w:jc w:val="left"/>
      </w:pPr>
      <w:r>
        <w:rPr>
          <w:rFonts w:ascii="Times New Roman" w:hAnsi="Times New Roman" w:eastAsia="Times New Roman" w:cs="Times New Roman"/>
        </w:rPr>
        <w:t>“Qhepa puchuqkunaqa Jesús-ta qatiqkuna kasqanku Ancha Santísimo cheqman yaykuqta, arkata qhawaqta, hinaspa misericordia tiyanata, chaykunap k’anchayninwan hap’isqa qhipariqta, chaymi ñoqaman rikuchisqa karqa. Jesúsqa arkaq tapanta hoqarirqa, hinaspa ¡qhaway! rumi tablaskuna, chunka kamachikuykuna chaypi qillqasqa, rikurirqanku. Kawsayniyuq willakuyninkunata allinta qatiqkuna; ichaqa chay chunka santo kamachikuykunamanta tawa kaq kamachikuyta rikuspanku, chayqa kawsashanraq chaypi, hinaspa hukninkunamanta aswan lliphipiy k’anchay payman churakusqa, tukuy muyuriqnintinpi gloriaq muyu kashaqta, mancharisqankuwan kutirinku. Chaypiqa mana imatapas tarinkuchu sábado p’ampachisqa kasqanta, utaq semanaq ñawpaq p’unchayninman tikrasqa kasqanta willaqta. Ñawpaqpi Diospa siminmanta orqopi llakiywan manchay atipaq hatun kaypi rimarisqa hinallataqmi leyiykun, illapakuna lliphipiptin, q’uñukuna takyaptin, hinaspa paypa kikin santo ruk’anwan rumi tablaskunapi qillqasqa kaptin: Soqta p’unchaw llank’anki, llapa ruwasqaykita ruwanki; ichaqa qanchis kaq p’unchawqa Señor Diosniykip sábado-ninmi. Chunka kamachikuykunata waqaychasqa kasqanta qhawaspanku, anchata asombrakusqanku. Jehovápaq qayllanpi churaskasqata rikunku, paypa santidadninwan llanthusqa hinaspa amachasqa. Decálogoq tawa kaq kamachikuyninta saruparisqankuta rikunku, hinaspa Jehová santochasqan p’unchawpa rantinpi, gentilkunawan papistakunawan apamuykusqa p’unchawta qhawarisqankuta. Diospa ñawpaqenpi pisiyaykunku, hinaspa ñawpaq huchallikusqankumanta waqanku.</w:t>
      </w:r>
    </w:p>
    <w:p>
      <w:pPr>
        <w:pStyle w:val="ArticleScripture"/>
        <w:jc w:val="left"/>
      </w:pPr>
      <w:r>
        <w:rPr>
          <w:rFonts w:ascii="Times New Roman" w:hAnsi="Times New Roman" w:eastAsia="Times New Roman" w:cs="Times New Roman"/>
        </w:rPr>
        <w:t>“Qhawarirqani inciensota q'ipiypi qosñispa, Jesús paykunapa huchankumanta willakuyninkuta, mañakuyninkutawan Taytanman haywarisqanta. Hinaspa wichariptin, k'anchay lliphipisqa Jesús patapi tiyaykurqan, khuyapayakuy tiyanapipis; chay sonqomanta, mañakuspa kawsaypi qispichikuyta mask'aqkunaqa, Diospa leyninta p'akisqankuta tarikuspa llaqisqa kasqankurayku, saminchasqa karqanku, uyankupis suyaywan kusikuywan k'anchaykusqa karqan. Paykunaqa kimsakaj angelpa llamkayninman hukllaykuykurqanku, hinaspa kunankuta oqarispa, chay manchay uyaq willakuyninta willakurqanku. Ichaqa qallariypi pisillam chay willakuyta chaskirqanku, chaywanpas kallpawanmi chay uyaq willakuyta willakuspalla karqanku. Chaymantataq qhawarirqani achkha runakuna kimsakaj angelpa willakuyninta hap'iqta, hinaspa chay uyaq willakuyta ñawpaqta willaqkunawan kunankuta hukllayachiqta, Dios-ta hatunchaspa payta jatunyachispa, paypa ch'uyanchasqa Samana Punchawninta waqaychaspa.”</w:t>
      </w:r>
    </w:p>
    <w:p>
      <w:pPr>
        <w:pStyle w:val="ArticleScripture"/>
        <w:jc w:val="left"/>
      </w:pPr>
      <w:r>
        <w:rPr>
          <w:rFonts w:ascii="Times New Roman" w:hAnsi="Times New Roman" w:eastAsia="Times New Roman" w:cs="Times New Roman"/>
        </w:rPr>
        <w:t>Achka runakuna kimsa kaq willakuyta chaskirqanku, ichaqa ñawpaq ishkay willakuykunapi mana experienciayoqchu karqanku. Satanás kayta yacharqan, hinaspan paykunapa contranpi mana allin ñawinqa karqan paykunata urmachinampaq; ichaqa kimsa kaq angelqa paykunata Santo de los Santosman rikuchkarqan, hinaspa ñawpaq willakuykunapi experienciayoqkunaqa hanaq pacha Santuario-man ñanta paykunaman señalaspa rikuchkarqanku. Achka runakuna angelkunapa willakuyninkunapi cheqaq-kaypa hunt’asqa cadenanta rikurqanku, hinaspan kusisqa sonqowan chaskirqanku. Chaykunata ordenninman hina hap’ipakurqanku, hinaspan iñiypa Jesus-ta qatirqanku hanaq pacha Santuario ukhuman. Kay willakuykunaqa ñuqaman rikuchisqa karqan cuerpota hap’iq ancla hina. Hinaspa sapa runa chaykunata chaskispa unanchaspaqa, Satanaspa achka pantachikuyninkunamanta waqaychasqa kanku.</w:t>
      </w:r>
    </w:p>
    <w:p>
      <w:pPr>
        <w:pStyle w:val="ArticleScripture"/>
        <w:jc w:val="left"/>
      </w:pPr>
      <w:r>
        <w:rPr>
          <w:rFonts w:ascii="Times New Roman" w:hAnsi="Times New Roman" w:eastAsia="Times New Roman" w:cs="Times New Roman"/>
        </w:rPr>
        <w:t>1844 watapi hatun llakikuy hatun kasqan qhipaman, Satanásnin angelkunanwan kuska, yapa llamk’aspa purirqanku trampakunata churayta, cuerpopa iñiyninta chinkachinankupaq. Payqa runakunapa yuyayninkunata kutichirqan, chaykunam kay imakunapi sapanka experienciayuq karqanku. Ñawpaqman qhawayninpi humillakuy hina rikurirqanku. Ñawpaq kaq ñisqa hukninchik, iskayñinchik mensajekunata tikrarqanku, hunt’akunanta qhipa p’unchawkama qhawaykuspa; wakinkunaqa ancha unay ñawpaqman qhawaykuspa, chaypiña hunt’akusqanta willarqanku. Kay runakunaqa mana yachaqkunapa yuyayninkuta asuykachirqanku, iñiyninkutataq chinkachirqanku. Wakinkunaqa Bibliata maskhasharqanku, kikinkupaq iñiyniyuq kayta sayachinankupaq, cuerpomanta sapanchasqa. Satanásqa tukuy kaykunawan kusikurqan; yacharqanmi, anclamanta kacharikuqkunataqa imaymana pantaykunawan umallinqa, doctrinakunapa wayrankunawan maymanpas apachinqa. Askhaq ñawpaq kaq hukninchik, iskayñinchik mensajekunapi pusariqkunaqa, chaykunata ñegarqanku, t’aqanakuywan ch’iqinakuywantaq cuerpo ukhupi llapallanta junt’arqan. Chaymantataq Wm. Miller-ta rikurqani. Payqa sasachakusqa hina karqan, llaquywan, ñak’ariywantaraq runankunamanta p’akichisqa. 1844 watapi hukllachasqa, munanakusqa huñunakuqta rikurqan, hukninpa munakuyninta hukninman chinkachispa, huknin hukninta awqachakusqanta. Chay runakunataq qhasa, qhipaman kutirisqa kayman urmaykusqankuta rikurqan. Llaquyqa kallpanta tukuchirqan. Pusariq runakuna Wm. Miller-ta qhawasqankuta rikurqani, paypas ichaqa kimsa kaq angelpa mensajenwan Diospa kamachikuyninkunatapas jap’iqkunman hina manchakuspa. Hanaq pachamanta kachamusaq k’anchayman asuykuptintaq, kay runakunaqa yuyayninta chaymanta anchuchinankupaq ima planllatapas churayta ruwarqanku. Runapa kallpan churasqa kasqanta rikurqani, yuyayninta tutayaypi waqaychanankupaq, hinaspataq paypa influyuntapas paykunawan qhipachinankupaq. Tukuypi Wm. Millerqa hanaq pachamanta k’anchaypa contranpi rimariyta oqarirqan. Mana chaskisqanrayku pantarqan, chay mensajeta, llapanta llakikuyninta sut’inchayman hap’ichinayuqta, ñawpaq kaqkunaman k’anchaytawan gloria-ta churayta atiyuqta, chaymi sayk’usqa kallpankunata kawsarichinman karqan, suyananta achikyaykachinman karqan, Diosta hatunchanampaqpas pusaykunman karqan. Ichaqa Diospa yachayninpa rantinpi runapa yachayninmanmi tukuyta sayachirqan; Señor-ninpa causanpi sinchi llamk’aywan p’akisqa kasqanrayku, hinallataq machu kaywanpas, manam chay cheqaq kaymanta hark’aqkunahina hina culpayoqchu karqan. Paykunaqa responsable kanku, huchataq paykunapi samaykun. Sichus Wm. Miller kimsa kaq mensajepa k’anchayninta rikunman karqan chayqa, askha imakuna paypaq tutayaq, pakasqa hina rikuriqkunata sut’inchasqa kanman karqan. Wawqenkunaqa sunqunkuspa ancha munakusqankuta, paypaq ancha interesasqankutapas nispa rikuchirqanku; chayrayku payqa mana paykunamanta t’aqakuyta atisqanta yuyarqan. Sonqonqa cheqaq kaymanmi qincliyta munarqan; ichaqa chaymantaq wawqenkunata qhawarqan. Paykunaqa chayta awqachakurqanku. ¿Jesuspa hamuyninta willakuypi paywan kuska lado lado, rikra rikrawan sayaqkunamanta t’aqakuyta atiman karqanchu? Payqa yuyarqan, paykunaqa mana pantachinqakuchu.</w:t>
      </w:r>
    </w:p>
    <w:p>
      <w:pPr>
        <w:pStyle w:val="ArticleScripture"/>
        <w:jc w:val="left"/>
      </w:pPr>
      <w:r>
        <w:rPr>
          <w:rFonts w:ascii="Times New Roman" w:hAnsi="Times New Roman" w:eastAsia="Times New Roman" w:cs="Times New Roman"/>
        </w:rPr>
        <w:t>Diosqa saqirqanmi payta Satanaspa atiyninman urmananpaq, wañuypas paypa hawanpi kamachinanpaq. P’ampasqa kashaqtinmi pakarqan, Diosmanta mana samaykuqta payta aswanraq karunchaspa apaqkunamanta karupi. Moisespas pantarqanmi prometesqa allpaman haykunanpaqña kashaqtin. Chay hinallataqmi rikurqani Wm. Millerpas pantasqanta, hanaq Kanaánman haykunanpaqña kashaqtin, paypa llank’asqan influencianta cheqaq kaypa contranman rinanpaq saqisqanrayku. Hukkunam payta chayman pusarqanku. Hukkunan chaymanta cuentata qonanku. Ichaqa angelkunaqa kay Diospa serviqninpa chanin polvoyninta qhawashanku, paytaq lloqsimunqa qhepa trompetapa waqyasqanwan.</w:t>
      </w:r>
    </w:p>
    <w:p>
      <w:pPr>
        <w:pStyle w:val="ArticleScripture"/>
        <w:jc w:val="left"/>
      </w:pPr>
      <w:r>
        <w:rPr>
          <w:rFonts w:ascii="Times New Roman" w:hAnsi="Times New Roman" w:eastAsia="Times New Roman" w:cs="Times New Roman"/>
        </w:rPr>
        <w:t>“Rikurqani huk huñu runakunata allin waqaychasqa, sinchita sayasqata, hinaspa mana ima yanapaynintapas qunqachu chaykunaman aycha masikunapa takyasqa iñiyta kuyuchiyta munasqankuman. Diosqa paykunata qhawarqan kusikuywan hinaspa allinchasqa sonqowan. Qhawachisqa karqani kimsa thaskakunata—huk, iskay, kimsa—ñawpaq, iskay ñiqin, kimsa ñiqin angelkunapa willakuyninkunata. Angelqa nirqan: Ay chay runapaq mayqinchus huk rumi hark’ata kuyuchinqa, icha huk tupu t’iksita kuyurichinqa kay willakuynipi. Kay willakuynikuna cheqaq yuyaywan unanchasqa kayninqa ancha kawsaypaqmi. Almakunapa destinoyninqa watakusqa kashan imayna chaskisqa kasqankuman. Yapamanta pusasqa karqani urayman kay willakuynikuna chawpinta, hinaspa rikurqani imayna ancha chaninpi Diospa llaqtan rantirqan kikin experiencianta. Chayqa aypa ñak’ariypi hinaspa sinchi maqanakuypi tarisqa karqan. Thaski thaskimanta Diosqa paykunata pusamurqan, chaykama paykunata churaykuspa huk sinchi, mana kuyuy atisqa plataformaman. Chaymantataq rikurqani wakin runakunata, plataforma qayllaykamuptinku, manaraq wichariykuspa, sapinchasqanta qhawarisqankuta. Wakinqa kusikuywan chaylla wichariykurqanku. Wakintaq qallariqku pantachayta maskhayta plataforma sapinchaynin churakusqanpi. Munarqanku aswan allinyachisqa kananpaq, chaymantataq plataforma aswan hunt’asqa kanman, runakunapas aswan ancha kusisqa kanman. Wakinqa plataformamanta uraykurqanku hinaspa qhawarirqanku, chaymanta pantachayta tarirqanku, nispanku mana allinta churakusqa kasqanta. Rikurqani casi llapan plataformapi sinchita sayasqankuta, hinaspa chaymanta uraykamuqkunata mañarqanku amaña quejakuykunata ruraychunchu, Diosmi hatun wasi ruwaq karqan, paykunaqa paypa contranpi maqanakusharqanku. Paykunaqa yupaycharqanku Diospa musphay ruwaqninnta, mayqinchus paykunata pusarqan sinchi plataformaman, hinaspa huk sonqolla casi llapan hanaq pachaman ñawinkuta oqarirqanku, hinaspa hatun kunkawan Diosta hatuncharqanku. Chayqa wañuchirqan wakin quejakusqakunata, plataformamanta lluqsisqakunata, hinaspa yapamanta paykunapas llamp’u uma uyaywan wichariykurqanku chayman.”</w:t>
      </w:r>
    </w:p>
    <w:p>
      <w:pPr>
        <w:pStyle w:val="ArticleScripture"/>
        <w:jc w:val="left"/>
      </w:pPr>
      <w:r>
        <w:rPr>
          <w:rFonts w:ascii="Times New Roman" w:hAnsi="Times New Roman" w:eastAsia="Times New Roman" w:cs="Times New Roman"/>
        </w:rPr>
        <w:t>«Qhawaq kachkarqani Cristopa ñawpaq hamuynin willakuyman kutichisqa. Juanqa kachkasqa Elíaspa espiritunwan atiyninwanpis, Jesuspa hamuyninpaq ñan allichanampaq. Juanpa testimonianta mana chaskiqkunaqa mana allinchasqachu Jesuspa yachachisqanwan. Paykunaq contrankusqan, paypa ñawpaq hamuynin willakuyta, churasqa karqan paykunata maypichus mana usqhaylla chaskiyta atirqankuchu aswan kallpayoq qhawachikuykunata pay Mesías kasqanpaq. Satanásqa pusarqa Juanpa willakuyninta mana chaskiqkunata aswanraq ñawpaqman riykuyta, Jesusmanta pisipanankupaq hinaspa chakatanankupaq. Chayta ruwaspa, kikinkuta churakurqanku maypichus mana chaskiyta atirqankuchu bendicionta Pentecostés p’unchawpi, mayqenchus yachachinman karqan hanaq pacha Santuaruman yaykunapaq ñanta. Templopa cortinanta llikisqa kaynin rikuchirqan judío sacrificiokunaqa kamachiykunaqa manaña chaskisqa kanankuta. Hatun Sacrificioqmi haywasqa karqan, chaskisqañataq karqan, hinaspa Espíritu Santo, mayqenchus uraykamurqan Pentecostés p’unchawpi, discípulokunaq yuyayninkuta apasqa kay pachapi Santuariomanta hanaq pacha Santuaruman, maymanchus Jesusqa yaykurqan kikin yawarninwan, hinaspa discípulonkunaman pampachakuyninpa allinniyninkunata taqwirqan. Judíokunaqa saqisqa karqanku hunt’asqa pantasqapi hinaspa tukuy llaqt’a tutayaypi. Chinkachirqanku llapa k’anchayta, mayqentachus charinkuman karqan qespichiypa planonmanta, hinaspataqraq confiakurqanku mana imapaq valeq sacrificionkupi hinaspa haywarisqankupi. Mana allinchasqa kayta atirqankuchu Cristopa mañakuqnin kasqanrayku Santo lugarninpi. Hanaq pacha Santuarioqa rantinchasqaña karqan kay pachapi Santuarioq rantinta, ichaqa paykunaqa mana yacharqankuchu hanaq pacha ñanmantaqa.»</w:t>
      </w:r>
    </w:p>
    <w:p>
      <w:pPr>
        <w:pStyle w:val="ArticleScripture"/>
        <w:jc w:val="left"/>
      </w:pPr>
      <w:r>
        <w:rPr>
          <w:rFonts w:ascii="Times New Roman" w:hAnsi="Times New Roman" w:eastAsia="Times New Roman" w:cs="Times New Roman"/>
        </w:rPr>
        <w:t>Achka runakuna mancharisqa sonqowan qhawanku judíokuna Jesúsman ima hina purisqankuta, payta mana chaskispa hinaspa chakataspa wañuchisqankuta. Hinaspa p’enqaypi mana allin tratota chaskisqan willakuyta ñawinchaspanku, yuyanku Cristota munakusqankuta, hinaspa mana Pedro hina payta ñiqrinqakuchwanchu, nitaq judíokuna hina chakataspa wañuchinqakuchwanchu. Ichaqa Dios, paypa Churinpaq rimasqanku khuyakuyninmanta testigo kaspa, paykunata pruebarqan, hinaspa Jesúsman nisqanku munakuyta qhawayman churarqan.</w:t>
      </w:r>
    </w:p>
    <w:p>
      <w:pPr>
        <w:pStyle w:val="ArticleScripture"/>
        <w:jc w:val="left"/>
      </w:pPr>
      <w:r>
        <w:rPr>
          <w:rFonts w:ascii="Times New Roman" w:hAnsi="Times New Roman" w:eastAsia="Times New Roman" w:cs="Times New Roman"/>
        </w:rPr>
        <w:t>“Sapa hanaq pacha tukuy sonqonwan ancha qhawarqan kay willakuy chaskisqa kasqanta. Ichaqa achka runakuna, Jesús-ta munakusqankuta rimaykuqkuna, chay cruzpa willakuyninta ñawirispa waqaqkuna, kay willakuyta kusikuywan chaskinankupaq rantinpiqa, phiñakuyninwan kuyurichisqa karqanku, hinaspa Jesúspa hamuyninmanta allin musuq willakuyta asipayaspa, pantasqa kasqanmanta willarqanku. Mana munarqankuchu paypa rikurimuyninta munakuqkunawan huñunakuyta, aswanpas cheqnikurqanku, hinaspa iglesiakunamanta qarqorqanku. Ñawpaq kaq willakuyta mana chaskiqkunaqa iskay kaq willakuywanqa mana yanapakuypi chayayta atirqankuchu, nitaq chawpi tuta qapariywanpas yanapakurqankuchu, chaymi wakichinankupaq karqa Jesúswan iñiywan hanaq pacha Santuarioq Ancha Santu lugarninman yaykunankupaq. Ñawpaq iskay willakuykunata mana chaskispataqmi, mana ima k’anchaytapas rikunkuchu kinsa kaq angelpa willakuyninpi, mayqanmi rikuchin ñanta Ancha Santu lugarman. Rikarqani sutilla iglesiakunaqa, imayna judíokuna Jesús-ta chakatarqanku hinata, kay willakuykunatapas chakatarqankuta; chayraykum mana yachayniyuqchu hanaq pachapi imapas kuyusqanmanta, nitaq Ancha Santu lugarman yaykuna ñanmanta; chayraykutaq chaypi Jesúspa mañakuyninwan mana yanapachikusqachu kanman. Judíokuna hina, mana allin yupaychasqanku sacrificiokunata haywarqanku hina, paykunapas mana allin mañakuyninkuta haywanku Jesúspa saqesqan cuarto-man; hinaspa Supay, Cristoq qatikuqnin kasqankuta nispa puriqkunapa pantasqankuwan kusisqa, paykunata toqllanpi sinchita hap’in, hinaspa religioso kasqanta rikuchikun, chay sutilla cristianokunapa yuyayninkunata payman pusan, atiyninwan, señalkunawan, llulla musphayninkunawan llamk’an. Wakinkunata huk hina pantachin, wakinkunatataq huk hina. Sapa imaymana yuyayniyuq runakunata pantachinampaq wakichisqa hukniray delusiunkunata payqa charin. Wakin runakuna huk pantasqaman mancharisqawan qhawanku, ichaqa huk pantasqatataq usqhaylla chaskinku. Supay wakinkunata Espiritualismo nisqawan pantachin. Hinallataq k’anchay angelnin hina hamun, hinaspa kay hallp’a patapi atiyninta mast’arikun. Llulla musuq allichakuyninkunata tukuy maypipas rikarqani. Iglesiakuna kusisqa karqanku, hinaspa yuyarqanku Diosqa paykunapaq admirakuy hina llamk’ashasqanta, ichaqa huk espiritum karqa. Chayqa chinkapunqa, hinaspa saqenqa kay pachatawan iglesiatapas ñawpaqmantapas aswan mana allin kasqapi.”</w:t>
      </w:r>
    </w:p>
    <w:p>
      <w:pPr>
        <w:pStyle w:val="ArticleScripture"/>
        <w:jc w:val="left"/>
      </w:pPr>
      <w:r>
        <w:rPr>
          <w:rFonts w:ascii="Times New Roman" w:hAnsi="Times New Roman" w:eastAsia="Times New Roman" w:cs="Times New Roman"/>
        </w:rPr>
        <w:t>“Rikurqani Diospa kasqanta chiqap sunquyuq wawan-kunata sutillapi Adventista nisqa runakuna ukhupi, hinallataq urmasqa iglesiakunapi; chay iglesiakunamantaqa ministrukuna, runakuna ima manaraq ñak'ariykunata hich'amusqankumanta ñawpaqta lluqsisqa kayman qayasqa kanqaku, kusisqataq cheqaq kayta chaskinqaku. Satanásqa kayta yachan, chayraykutaq kinsa kaq angelpa sinchi qapariynin manaraq hamusqanmanta ñawpaqta, kay diniyuq huñunakunapi kuskanchayta sayarichin, chay hina cheqaq kayta mana chaskiqkuna yuyanankupaq Dios paykunawan kashasqanta. Payqa suyanchik chiqap sunquyuqkunata llullachiyta, hinaspa pusayta yuyanankupaq Diosqa sapaqllaraq iglesiakunapaq llamk'ashasqanta. Ichaqa k'anchayqa llipinqa, llapa chiqap sunquyuqkunataq urmasqa iglesiakunamanta lluqsinqaku, hinaspa puchuqkunawan kuska sayarinqaku.” Spiritual Gifts, volume 1, 151–172.</w:t>
      </w:r>
    </w:p>
    <w:p>
      <w:pPr>
        <w:pStyle w:val="ArticleBody"/>
        <w:jc w:val="left"/>
      </w:pPr>
      <w:r>
        <w:rPr>
          <w:rFonts w:ascii="Times New Roman" w:hAnsi="Times New Roman" w:eastAsia="Times New Roman" w:cs="Times New Roman"/>
        </w:rPr>
        <w:t>Kay qillqapiqa ancha achka ancha chanin chiqaqkuna kan, ichaqa ñuqaqa kay qillqapitaqa Milleritakunaq historiankupi willakuykunapa wakin imayna kasqankunata sapaqchaspa apachkani, imaynatas chaykuna ñuqanchikpa historiaykuta rikch’achisqankuta unanchanapaq. Apocalipsis chunka tawañiyuqpi kinsa angelkunam sapaqninmanta makinkupi huk willakuyta apanku. Iskayñiqinpas kinsañiqin angelpas “qillqa r’awana” nisqayuqmi reqsisqa kanku, paykunawan kuska, willakuyninkuta apamuspa uraykamusqankupi. Sapa angelpas huk willakuytam rikch’achin, sapa willakuypa chayamunqanpas huk ruwaytam paqarichin.</w:t>
      </w:r>
    </w:p>
    <w:p>
      <w:pPr>
        <w:pStyle w:val="ArticleBody"/>
        <w:jc w:val="left"/>
      </w:pPr>
      <w:r>
        <w:rPr>
          <w:rFonts w:ascii="Times New Roman" w:hAnsi="Times New Roman" w:eastAsia="Times New Roman" w:cs="Times New Roman"/>
        </w:rPr>
        <w:t>Kay yachachiyta qatiq qillqapiqa qatipasaqku.</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Kikin Warnakuykuna - Iskayñiqin</dc:title>
  <dc:subject>Sut’intaq Willakuy Pallayta Qhawaykuy: Apocalipsis 14-pa willakuyninkunata Millerita historiapi chaymanta kunan p’unchawkunapipas sut’inchay</dc:subject>
  <dc:creator>Jeff Pippenger</dc:creator>
  <cp:keywords/>
  <dc:description>Generated by ArticleDigger from parallel_warnings\02_parallel_warnings.json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