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Kikin Warnakuykuna - Pichqayniyuq Número</w:t>
      </w:r>
    </w:p>
    <w:p>
      <w:pPr>
        <w:pStyle w:val="ArticleSubtitle"/>
        <w:jc w:val="left"/>
      </w:pPr>
      <w:r>
        <w:rPr>
          <w:rFonts w:ascii="Arial" w:hAnsi="Arial" w:eastAsia="Arial" w:cs="Arial"/>
        </w:rPr>
        <w:t>Judá ayllumanta Leónpa Qespichisqan: Hatun Ch’aqwaypa tukuyninpi qhipa rikch’akuykunata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Ñawpaq qillqasqapiña rimasqanchikpi, Apocalipsis chunka kaqpi uraykamuq angel hina Cristomanta rimashaqta sut’inchashan, atiyniyuq angel hina Cristoqa “Satanáswan hatun ch’aqwaypa tukukuynin rikch’ayninkunapi imayna ruwasqanta” rikuchin. Cristo allin lado chakinwan lamar qochapi, lluq’i lado chakinwantaq ch’aki allpapi churakusqan “ñiqiyninqa” “llapa kay pachapa hawanpi paypa aswan hatun atiyninta, kamachikuyninta ima sut’inchan.” Cristo “hatun kunkawan” waqyaspaqa, “waqyarqan” “imaynan leon qaparichkan hinata.”</w:t>
      </w:r>
    </w:p>
    <w:p>
      <w:pPr>
        <w:pStyle w:val="ArticleBody"/>
        <w:jc w:val="left"/>
      </w:pPr>
      <w:r>
        <w:rPr>
          <w:rFonts w:ascii="Times New Roman" w:hAnsi="Times New Roman" w:eastAsia="Times New Roman" w:cs="Times New Roman"/>
        </w:rPr>
        <w:t>Cristoqa rikuchinqa Tukuy-Atiyninta “hatun ch’aqwaypa tukukuynin rikch’ayninkunapi”; hinaspa Cristoqa Tukuy-Atiyninta rikuchispaqa, Judá ayllumanta León hina ruwan.</w:t>
      </w:r>
    </w:p>
    <w:p>
      <w:pPr>
        <w:pStyle w:val="ArticleScripture"/>
        <w:jc w:val="left"/>
      </w:pPr>
      <w:r>
        <w:rPr>
          <w:rFonts w:ascii="Times New Roman" w:hAnsi="Times New Roman" w:eastAsia="Times New Roman" w:cs="Times New Roman"/>
        </w:rPr>
        <w:t>“Qispichiqqa Juanpa ñawpaqenman riqsichisqa kachkan ‘Judá ayllumanta León’ nisqapa, hinallataq ‘wañuchisqa hina Cordero’ nisqapa unanchaqninkunawan. Apocalipsis 5:5, 6. Kay unanchakuna rikuchin llapa atiyyuq kallpapa hukllayniyta, kikinman qusqay munakuyniyuqwan. Judápa Leónninqa, paypa gracianta mana chaskiqkunapaq manchaypaq hina kaq, kasukunata kasukuqkunapaq, cheqap sonqoyuqkunapaqqa Diospa Corderonmi kanqa.” Hechos de los Apóstoles, 589.</w:t>
      </w:r>
    </w:p>
    <w:p>
      <w:pPr>
        <w:pStyle w:val="ArticleBody"/>
        <w:jc w:val="left"/>
      </w:pPr>
      <w:r>
        <w:rPr>
          <w:rFonts w:ascii="Times New Roman" w:hAnsi="Times New Roman" w:eastAsia="Times New Roman" w:cs="Times New Roman"/>
        </w:rPr>
        <w:t>Cristopa rikch’akuynin Judá ayllumanta León hina, paypa llamk’ayninta sumaqta qhawachin, iskriq profeciakunata sellaypi chaymanta kichariypipas, paypa divina p’unchayninman hina. Runapa probacionnin tukukuyta qayllamanta, “tiempoqa qayllañam” nisqa kaptin, huk especial Biblia cheqaq yachachiy kicharisqa kanqa, mayqenmi reqsichin “imatachus utqaylla pasanan tiyan.”</w:t>
      </w:r>
    </w:p>
    <w:p>
      <w:pPr>
        <w:pStyle w:val="ArticleScripture"/>
        <w:jc w:val="left"/>
      </w:pPr>
      <w:r>
        <w:rPr>
          <w:rFonts w:ascii="Times New Roman" w:hAnsi="Times New Roman" w:eastAsia="Times New Roman" w:cs="Times New Roman"/>
        </w:rPr>
        <w:t>Jesucristopa Revelaciónninta, maytataq Dios payman qorqan, sirviente-kunaman rikuchinampaq imakuna utqayllam hunt’akunanpaq kasqanta; chaytaq angelninwan kachaspam siñalarqan sirvienten Juanman. Paymi testimonio qorqan Diospa siminmanta, Jesucristopa testimoniomantawan, tukuy imakunatapas rikuskankunamanta. Kusisqañam leyenqa, hinallataq kay profecíapa siminkunata uyariqkuna, chaypi qelqasqa kaqkunatapas waqaychaqkuna; pachaqa qayllaña kashanrayku. Revelación 1:1–3.</w:t>
      </w:r>
    </w:p>
    <w:p>
      <w:pPr>
        <w:pStyle w:val="ArticleBody"/>
        <w:jc w:val="left"/>
      </w:pPr>
      <w:r>
        <w:rPr>
          <w:rFonts w:ascii="Times New Roman" w:hAnsi="Times New Roman" w:eastAsia="Times New Roman" w:cs="Times New Roman"/>
        </w:rPr>
        <w:t>Maypacha “qayllapiña kashan” nisqanmanta cheqaqtapuni historiaman chayamuspanqa, huk saminchay rimarisqa kachkan qhelqaqkunapaq, uyariqkunapaq “hinaspa chaypi qhelqasqa imakunatapas waqaychaqkunapaq.” Kay sapaq willakuyqa pacha-man-tupaq willakuymi, chaytaqa reqsisqa kayta atinman “maypacha qayllapiña kashan” chayllapi. Chaymantataq—chay pachallapi, manaraq ñawpaqpiqa—runakunaqa atinqaku ñawiriyta, uyariyta “hinaspa chaypi qhelqasqa imakunatapas waqaychayta” Apocalipsis libropi. Maypacha “qayllapiña kashan” chayqa, chay “ñawiriq”, “uyariq” “hinaspa chaypi qhelqasqa imakunatapas waqaychaq” runakunaman rimarisqa saminchayqa, Danielpa libronta kicharisqa kasqanwan tupachkan “tukukuy pacha”pi.</w:t>
      </w:r>
    </w:p>
    <w:p>
      <w:pPr>
        <w:pStyle w:val="ArticleScripture"/>
        <w:jc w:val="left"/>
      </w:pPr>
      <w:r>
        <w:rPr>
          <w:rFonts w:ascii="Times New Roman" w:hAnsi="Times New Roman" w:eastAsia="Times New Roman" w:cs="Times New Roman"/>
        </w:rPr>
        <w:t>Ichaqaqam, Daniel, simikunata wisq’ay, qillqasqatapas sellay tukupay p’unchaykama: askha runakunan kayman chayman purinqaku, yachaypas miranqa. Daniel 12:4.</w:t>
      </w:r>
    </w:p>
    <w:p>
      <w:pPr>
        <w:pStyle w:val="ArticleBody"/>
        <w:jc w:val="left"/>
      </w:pPr>
      <w:r>
        <w:rPr>
          <w:rFonts w:ascii="Times New Roman" w:hAnsi="Times New Roman" w:eastAsia="Times New Roman" w:cs="Times New Roman"/>
        </w:rPr>
        <w:t>“Achkakuna” “kayman chayman purishaqkuna” (kayqa Diospa Siminta yachayta rikuchin) chayta ruwashanku “tukukuypa p’unchayninpi”, maypachachus Danielpa “libronpi” “wichq’asqa” karqan “simikuna” kichasqa kanku. Ichaqa hukñataq virgenkunapa clase kan, Estados Unidos nisqapi domingo kamachiy qhipamanlla kayman chayman purishaqkuna.</w:t>
      </w:r>
    </w:p>
    <w:p>
      <w:pPr>
        <w:pStyle w:val="ArticleScripture"/>
        <w:jc w:val="left"/>
      </w:pPr>
      <w:r>
        <w:rPr>
          <w:rFonts w:ascii="Times New Roman" w:hAnsi="Times New Roman" w:eastAsia="Times New Roman" w:cs="Times New Roman"/>
        </w:rPr>
        <w:t>Qhawariychisqa, hamuq p’unchaykunaqa kanqa, nispa Señor Dios rimarin, ñoqaqa hallp’api muchuyta kachamusaq, mana t’antapa muchuyninta, nitaq yakupaq ch’akiytaqa, aswanpas Señorpa siminkunata uyarinapaq muchuyninta: hinaspan qochamanta qochakama purinqaku, chinchaymanta inti lloqsimuq chimpakama kayman chayman kallpachakuspanku Señorpa siminta mask’anqaku, ichaqa mana tarinqakuchu. Chay p’unchaypi sumaq sipaskuna hinaspa wayna qharikuna yaku ch’akiywan wañuy pataman urmanqaku. Samariapa huchanrayku jurakukuqkuna, hinaspa niqkuna: “Dan llaqtayki diosniyki kawsanmi”; hinaspa: “Beersebapa puriynin kawsanmi”; paykunallataq urmanqaku, manataq hayk’aqpas kutimunqakuchu. Amós 8:11–14.</w:t>
      </w:r>
    </w:p>
    <w:p>
      <w:pPr>
        <w:pStyle w:val="ArticleBody"/>
        <w:jc w:val="left"/>
      </w:pPr>
      <w:r>
        <w:rPr>
          <w:rFonts w:ascii="Times New Roman" w:hAnsi="Times New Roman" w:eastAsia="Times New Roman" w:cs="Times New Roman"/>
        </w:rPr>
        <w:t>Samariapa huchanqa karqan Acabwan Jezabelwan rikuchisqa hucha; Acabqa Estados Unidos nacionta sut’ichan, Jezabeltaq Iglesia Católica-ta. Jezabel, Acab, llullaq profetakunapas, Elíaswan Monte Carmelo-pi tupaqtin, domingo leyta rikch’achinku. Chay tupaypi iskay laya mana ch’uyayuq profetakuna karqanku: Baalpa profetankuna hinallataq sacha-mallkikuna ukhupi sacerdotekuna. Baalqa huk yupaychasqa diosmi karqan; huktaq, chay sach’a-mallkikuna ukhupi yupaychasqa, Astarotmi karqan. Baalqa qhari diosmi karqan, Astarottaq warmi diosmi karqan. Qharikama diosqa Estadota sut’ichin, warmikamaqa Iglesiata.</w:t>
      </w:r>
    </w:p>
    <w:p>
      <w:pPr>
        <w:pStyle w:val="ArticleBody"/>
        <w:jc w:val="left"/>
      </w:pPr>
      <w:r>
        <w:rPr>
          <w:rFonts w:ascii="Times New Roman" w:hAnsi="Times New Roman" w:eastAsia="Times New Roman" w:cs="Times New Roman"/>
        </w:rPr>
        <w:t>Dan llaqtasqa diosqa Samariapa ñawpaq rey Jeroboamwanmi sayarichisqa karqa, paymi qorimanta becerrota Bethelpi hinallataq Danpi hatarichirqan. Bethel sutinqa “Diospa wasi” ninmi, Dan sutitaq “juicio” ninmi; iskayninku kuskachasqaqa iglesiatawan estadota huñusqanta rikuchin, kaymi Estados Unidospi pasan domingo p’unchaw waqaychayta kamachinankupaq ñawpaqta. Chay iskay qorimanta becerrokunataq Aaronpa qorimanta becerronwanmi rikuchisqa karqan.</w:t>
      </w:r>
    </w:p>
    <w:p>
      <w:pPr>
        <w:pStyle w:val="ArticleBody"/>
        <w:jc w:val="left"/>
      </w:pPr>
      <w:r>
        <w:rPr>
          <w:rFonts w:ascii="Times New Roman" w:hAnsi="Times New Roman" w:eastAsia="Times New Roman" w:cs="Times New Roman"/>
        </w:rPr>
        <w:t>Uru wawqikunaqa uywa kanku, quriwan ruwasqa estatuaqa huk llikch’a kanki; chayrayku Aarónpa quri wawqi torollan, hinallataq Jeroboampa iskay quri wawqi torokunapas, Iglesiatawan Estadotawan hukllachasqa kayta rikuchinku, Estados Unidos llaqtapi domingo p’unchay kamachiy chanikuy manaraq churasqa kachkaptin. Jeroboampa kaqpiqa, iskay llaqtakuna iskay kaq testigota qunku Iglesiawan Estadowan hukllachasqa kaypa unanchasqanman, chaymi Apocalipsis libropi uywapa llikch’an nisqa sutichasqa kashan.</w:t>
      </w:r>
    </w:p>
    <w:p>
      <w:pPr>
        <w:pStyle w:val="ArticleBody"/>
        <w:jc w:val="left"/>
      </w:pPr>
      <w:r>
        <w:rPr>
          <w:rFonts w:ascii="Times New Roman" w:hAnsi="Times New Roman" w:eastAsia="Times New Roman" w:cs="Times New Roman"/>
        </w:rPr>
        <w:t>Beerseba llanqhayninqa Abrahampa rimanakuyninta rikuchin. “Beerseba” sutipa ñawpaq kaq rimayqa Génesis iskay chunka hukniyuqpi tarikun, chay pasajetataq apóstol Pablo p’unchayninpi wakinkuna nishaqtin: qespichisqa kayta chaskinapaqmi ceremonial leykunata hinallataq circuncisiónta waqaychanaykichik tiyan, nisqankuta sayachinapaq llamk’achin. Pabloqa chay pasajetata llamk’achin maypichus Beersebapa ñawpaq kaq rimaynin tarikun. Chay historiataqa iskay sapaq, hukninmanta hukninpa qhapaq t’aqanakusqa rimanakuykunata chay kikin willakuy ukhupi rimananpaq llamk’achin. Pabloqa warmi kamachisqapa churin Ismaelta llamk’achin runapa kallpanpi sayasqa rimanakuyta rikuchinapaq, hinaspataq Ismaelta Isaacwan tupachin, paytataq llamk’achin Diospa kallpanpi sayasqa rimanakuyta rikuchinapaq. Kay Bibliapa pasajenqa Beerseba sutipa ñawpaq kaq rimayninmi, qhipaman historiapi Pablotaq chay historiata llamk’achin kikin kawsay historiapi kaq huk situacionta sut’ichanapaq, chay situaciontaq bíblica historiapi rikuchisqa karqa. Pabloqa creespa yachachirqan bíblica historia kutimunanta.</w:t>
      </w:r>
    </w:p>
    <w:p>
      <w:pPr>
        <w:pStyle w:val="ArticleBody"/>
        <w:jc w:val="left"/>
      </w:pPr>
      <w:r>
        <w:rPr>
          <w:rFonts w:ascii="Times New Roman" w:hAnsi="Times New Roman" w:eastAsia="Times New Roman" w:cs="Times New Roman"/>
        </w:rPr>
        <w:t>Pabloqa Génesis iskay chunka hukniyuq qhapaq qillqamanta kay pasajeta iskay ch’iqniq pactokunata rikuchinampaq llamk’achiptinpas, pasajepi kan iskay pacto Diosqa Abrahamwan ruran, ichaqa mana chay iskay pactokunachu Pabloqa willakuy-mantam orqon. Chay pasajepi Diosqa wakmanta prometerqan ñawpaq promesan hunt’akunanta Abrahamta askha nacionkunapa taytan rurananpaq Isaac nisqawan, hinallataq prometerqan Ismael nisqata hatun naciónpa taytan rurananpaq. Huk Escritura pasajellapi, tawa pacto nisqakuna rimarisqa kachkan, hinaspa chaymi Escrituraspi Beerseba sutipa punta kuti rimarisqan.</w:t>
      </w:r>
    </w:p>
    <w:p>
      <w:pPr>
        <w:pStyle w:val="ArticleScripture"/>
        <w:jc w:val="left"/>
      </w:pPr>
      <w:r>
        <w:rPr>
          <w:rFonts w:ascii="Times New Roman" w:hAnsi="Times New Roman" w:eastAsia="Times New Roman" w:cs="Times New Roman"/>
        </w:rPr>
        <w:t>Chayrayku Saraqa Abrahamman nirqan: “Kay sirvienta warmita, churinwan kuska, qarqoy; kay sirvienta warmipa churinqa mana waway Isaacwan kuska herenciata jap’inqachu” nispa. Chaymi Abrahamqa sinchi llakisqa karqan churinrayku. Hinaptin Diosqa Abrahamman nirqan: “Ama chay waynarayku, ni sirvienta warmiykirayku, sonqoykipi llakisqa kaychu; tukuy imatapas Sarapa nisusqaykita uyariy; Isaacpiqa mirayniyki sutichasqa kanqa. Sirvienta warmipa churintapas nacionta ruwasaq, mirayniyki kasqanrayku” nispa. Chaymi Abrahamqa tutamanta paqarin very temprano hatarispan t’antata, huk qipina unuta apaspa, Hagarman qorqan, rikranman churapayaspa, wawatapas, hinaspan payta kacharparqan. Paytaq ripuspa, Beersebapa chunniq pampapi puriykacharqan. Génesis 21:10–14.</w:t>
      </w:r>
    </w:p>
    <w:p>
      <w:pPr>
        <w:pStyle w:val="ArticleBody"/>
        <w:jc w:val="left"/>
      </w:pPr>
      <w:r>
        <w:rPr>
          <w:rFonts w:ascii="Times New Roman" w:hAnsi="Times New Roman" w:eastAsia="Times New Roman" w:cs="Times New Roman"/>
        </w:rPr>
        <w:t>Beersebaqa Abrahampa pactonta qhawachin. Chay kikin kapítulollapim Abrahamqa Abimelecwanpas pactota rurarqan.</w:t>
      </w:r>
    </w:p>
    <w:p>
      <w:pPr>
        <w:pStyle w:val="ArticleScripture"/>
        <w:jc w:val="left"/>
      </w:pPr>
      <w:r>
        <w:rPr>
          <w:rFonts w:ascii="Times New Roman" w:hAnsi="Times New Roman" w:eastAsia="Times New Roman" w:cs="Times New Roman"/>
        </w:rPr>
        <w:t>Chay pachaqa Abimelechwan Phicholwan, paypa soldadonkunaq hatun kapitan, Abrahamman rimarqan, nispa: Diosqa qanwanmi kachkan tukuy ima ruwasqaykipi. Kunanqa, kaypi Diospa ñawpaqenpi juraway, ama llullakuspa trataychu noqawan, nitaj churiywan, nitaj churiypa churinwan; aswanpas, ima sumaq kuyakuyta noqa qanmanta rurarquni, chay hinallataq qanpas noqamanta ruranki, hinaspa kay allpamanpis maypichus qamqa tiyaykuspa purirqanki. Hinaqtin Abrahamqa nirqan: Jurasaqmi.</w:t>
      </w:r>
    </w:p>
    <w:p>
      <w:pPr>
        <w:pStyle w:val="ArticleScripture"/>
        <w:jc w:val="left"/>
      </w:pPr>
      <w:r>
        <w:rPr>
          <w:rFonts w:ascii="Times New Roman" w:hAnsi="Times New Roman" w:eastAsia="Times New Roman" w:cs="Times New Roman"/>
        </w:rPr>
        <w:t>Chaymi Abrahammanta Abimelecman, yaku p’uyumanta, maytataq Abimelecpa kamachinkuna qhapaq kallpawan qichusqaku. Hinaspa Abimelec nirqan: Mana yachanichu pichus kayta rurasqa kasqanta; manataqmi qan willawarqankichu, nitaq ñoqa uyarisqachu karqan kaymanta, kunankama.</w:t>
      </w:r>
    </w:p>
    <w:p>
      <w:pPr>
        <w:pStyle w:val="ArticleScripture"/>
        <w:jc w:val="left"/>
      </w:pPr>
      <w:r>
        <w:rPr>
          <w:rFonts w:ascii="Times New Roman" w:hAnsi="Times New Roman" w:eastAsia="Times New Roman" w:cs="Times New Roman"/>
        </w:rPr>
        <w:t>Hinallataq Abrahamqa ovejakunata, wakakunatawan hap’ispa, Abimelecman qorqan; iskayninkutaq huk rimanakuyta ruwarqanku. Chaymantataq Abrahamqa qanchis china malta ovejakunata michiq ayllumanta sapanman churarqan. Hinaspa Abimelecqa Abrahamta nirqan: “Imatataq niyta munan kay qanchis china malta ovejakuna, qan sapanman churamusqayki?”</w:t>
      </w:r>
    </w:p>
    <w:p>
      <w:pPr>
        <w:pStyle w:val="ArticleScripture"/>
        <w:jc w:val="left"/>
      </w:pPr>
      <w:r>
        <w:rPr>
          <w:rFonts w:ascii="Times New Roman" w:hAnsi="Times New Roman" w:eastAsia="Times New Roman" w:cs="Times New Roman"/>
        </w:rPr>
        <w:t>Hinaptinmi, Kay qanchis china uwijakunaqa makiymantam jap'ikunki, noqapaq testigo kananpaq, kay p'ukruta noqam allasqaymanta, nispa. Chayraykun chay chiqasta suticharqan Beerseba nispa; iskayninkum chaypi jurarqanku. Chayhinatan Beersebapi rimanakuyta ruwarqanku; hinaptin Abimelec hatarirqan, hinallataq ejercitonpa kurak capitan Phicolpas, hinaspan Filistea runakunapa hallp'ankuman kutirqanku. Abrahamtaq Beersebapi sach'akuna huertata tarpurqan, chaypitaq wiñay Dios, Señorpa sutinta qayarirqan.</w:t>
      </w:r>
    </w:p>
    <w:p>
      <w:pPr>
        <w:pStyle w:val="ArticleScripture"/>
        <w:jc w:val="left"/>
      </w:pPr>
      <w:r>
        <w:rPr>
          <w:rFonts w:ascii="Times New Roman" w:hAnsi="Times New Roman" w:eastAsia="Times New Roman" w:cs="Times New Roman"/>
        </w:rPr>
        <w:t>Abrahamqa achka punchawkunam Filisteokunapa allpallanpi tiyara. Génesis 21:22–34.</w:t>
      </w:r>
    </w:p>
    <w:p>
      <w:pPr>
        <w:pStyle w:val="ArticleBody"/>
        <w:jc w:val="left"/>
      </w:pPr>
      <w:r>
        <w:rPr>
          <w:rFonts w:ascii="Times New Roman" w:hAnsi="Times New Roman" w:eastAsia="Times New Roman" w:cs="Times New Roman"/>
        </w:rPr>
        <w:t>Beershebaqa Diospa Abrahamwan rurasqan tratonpa unanchanmi. Bibliapi achka tratado historiakunami señalasqa kachkan, chaykunataq Beershebata Abrahampa tratonwan tinkuchin. “Beer” nisqaq p’uyum ninmi, “sheba” nisqataq “qanchis” ninmi. Shebaqa kikillan hebreo siminmi, chaymi “qanchis kuti” nisqaman tikrasqa kashan, chayta William Miller allinta yachaspa entienderqan Levitico iskay chunka suqtayuqpi iskay waranqa pisqa pachak iskay chunka watayuq profecíata rikuspa. Chayqa paypa tarisqan ñawpaq kaq “pacha profecía” karqan, hinaspataq 1863 watapi saqesqa ñawpaq cimiento cheqaq yachachiy karqan. Chay pasajepi maypichus “sheba” nisqa tawa imaymana versiculopi “qanchis kuti” nisqaman tikrasqa kashan, Diospa castigonmi, mayqinchus “qanchis kuti”wan rikuchisqa kashan, sutichasqa kashan “tratoniypa atipanakuy.”</w:t>
      </w:r>
    </w:p>
    <w:p>
      <w:pPr>
        <w:pStyle w:val="ArticleScripture"/>
        <w:jc w:val="left"/>
      </w:pPr>
      <w:r>
        <w:rPr>
          <w:rFonts w:ascii="Times New Roman" w:hAnsi="Times New Roman" w:eastAsia="Times New Roman" w:cs="Times New Roman"/>
        </w:rPr>
        <w:t>Chaymantaraq ñoqapas qankunawan contra purisqayta ruwasaq, hinaspataq huchaykichiskunamanta qanchis kutita astawan castigasqaykichik. Hinaspataq qankunaman espada apamusqaykichik, alianza-y paqarichisqan ch’aqwayta kutichinampaq; llaqtaykichiskunapi huñusqa kaptikichikqa, qankunapurapi unquy onqoyta kachamusqaykichik; hinaspataq awqaykichikpa makinman entregasqa qispichisqa kankichik. Levítico 26:24, 25.</w:t>
      </w:r>
    </w:p>
    <w:p>
      <w:pPr>
        <w:pStyle w:val="ArticleBody"/>
        <w:jc w:val="left"/>
      </w:pPr>
      <w:r>
        <w:rPr>
          <w:rFonts w:ascii="Times New Roman" w:hAnsi="Times New Roman" w:eastAsia="Times New Roman" w:cs="Times New Roman"/>
        </w:rPr>
        <w:t>“Qanchis kuti” nisqaman tikrasqa simi, hinaspa Levítico iskay chunka suqtayuqpi Diospa rimanakuyninpa “phiñasqa atipanakuy” nirqanta rikuchiq, Beerseba sutipi kaq “sheba” simiqa, Daniel qillqapipis iskay kutita tikrasqa kachkan: huk kutitaqa “juramento” nisqaman, Moiséspa ley ninapi qillqasqa kaqman; huk kutitaq “maldición” nisqaman. “Juramento” niskawan “maldición” niskawanqa iskayninpas “sheba” simimanta tikrasqa kanku; chayqa mana “qanchis”llachu nin, aswanpas rimanakuyta icha “juramento”ta yuyarichin, chayta p’akisqaqa “maldición”ta apamun.</w:t>
      </w:r>
    </w:p>
    <w:p>
      <w:pPr>
        <w:pStyle w:val="ArticleScripture"/>
        <w:jc w:val="left"/>
      </w:pPr>
      <w:r>
        <w:rPr>
          <w:rFonts w:ascii="Times New Roman" w:hAnsi="Times New Roman" w:eastAsia="Times New Roman" w:cs="Times New Roman"/>
        </w:rPr>
        <w:t>Arí, llapa Israelmi kamachiykita p’amparqa, karunchakuspan mana rimayniki kasukunankupaq; chayraykun ñoqaykuman ñakay ñak’ariy urmamun, hinallataq Diospa kamachin Moiséspa qillqasqanpi qillqasqa juramentupas, paypa contranpi huchallikusqaykurayku. Daniel 9:11.</w:t>
      </w:r>
    </w:p>
    <w:p>
      <w:pPr>
        <w:pStyle w:val="ArticleBody"/>
        <w:jc w:val="left"/>
      </w:pPr>
      <w:r>
        <w:rPr>
          <w:rFonts w:ascii="Times New Roman" w:hAnsi="Times New Roman" w:eastAsia="Times New Roman" w:cs="Times New Roman"/>
        </w:rPr>
        <w:t>“sheba” nisqaqa, ichaqa qanchis nisqaqa, Beershebaq pukyupi qanchis oveja wawata haywasqankuwan sut’ichasqa, pactota rikuchin. Hinallataq Diospa pacton, utaq Paypa juramenton, ninmi: kasukuqkuna kawsanku, mana kasukuqkunaqa wañunku.</w:t>
      </w:r>
    </w:p>
    <w:p>
      <w:pPr>
        <w:pStyle w:val="ArticleBody"/>
        <w:jc w:val="left"/>
      </w:pPr>
      <w:r>
        <w:rPr>
          <w:rFonts w:ascii="Times New Roman" w:hAnsi="Times New Roman" w:eastAsia="Times New Roman" w:cs="Times New Roman"/>
        </w:rPr>
        <w:t>Beersebaqaqa Abrahanpa iñiyninwan rikuchisqa pactota unanchan. Chayrayku, Amos qanchis pusaqniyoqpi “sumaq sipaskuna”, Mateo iskay chunka phisqayuqpi “mana yuyayniyoq sipaskuna”, hinaspa Daniel chunka iskayniyoqpi “millaykuna” nisqakunaqa, “Samariapa huchanrayku” juraspankuqa, Jezabelpa unanchanman (papakuy kamachiqman) yupaychayta jurashanku, paymi Ahabwan (Naciones Unidaswan) wañuy huchapi urmarqan, hinaspa bestiapa rikch’ayninpa hawanpi (Estados Unidospa hawanpi) kamachin.</w:t>
      </w:r>
    </w:p>
    <w:p>
      <w:pPr>
        <w:pStyle w:val="ArticleBody"/>
        <w:jc w:val="left"/>
      </w:pPr>
      <w:r>
        <w:rPr>
          <w:rFonts w:ascii="Times New Roman" w:hAnsi="Times New Roman" w:eastAsia="Times New Roman" w:cs="Times New Roman"/>
        </w:rPr>
        <w:t>Chay kikillan “sumaq sipaskuna” nispanku “Danpa diosniykiqa kawsan” nispankuqa, qorimanta rurusqa torochapa rikchayninmanmi qonqorikunku, iskay testigokuna (Aarón, Jeroboam) reqsichisqan hina. Qori torochaqa uywapa rikchaynintam unancharin, chaymi iglesiapaq estadopaqwan huñusqa kasqanmanta.</w:t>
      </w:r>
    </w:p>
    <w:p>
      <w:pPr>
        <w:pStyle w:val="ArticleBody"/>
        <w:jc w:val="left"/>
      </w:pPr>
      <w:r>
        <w:rPr>
          <w:rFonts w:ascii="Times New Roman" w:hAnsi="Times New Roman" w:eastAsia="Times New Roman" w:cs="Times New Roman"/>
        </w:rPr>
        <w:t>Chayllaña ñustakuna “Beershebaq ñanninqa kawsan” nispa rimaptinku, “manner” simiqa “ñan” ninanmi. Kayqa chay kikin siminmi, Jeremías 6:16pi “ñawpaq ñankunaq” “ñankunanta” reqsichinapaq kaq. Chay ñustakunaqa ninanku, animalpa rikch’ayninman qonqorikuspankupas, paypa kamachikuyninpa señalninta chaskispankupas, Abrahampa wawankunarahm kanku nispa. Paykunaqa mancharisqa sonqowan Diospa Siminpi mayman mayman purispa, “inti lloqsimuy”wan chay “chincha”manta, hinallataq “lamar qochamanta lamar qochakama” sut’ichasqa willakuyninta maskhashanku, hinaspataqraqmi Séptimo-día Adventistakuna kasqankuta mañakunku; ichaqa ñam qhepamanmi.</w:t>
      </w:r>
    </w:p>
    <w:p>
      <w:pPr>
        <w:pStyle w:val="ArticleScripture"/>
        <w:jc w:val="left"/>
      </w:pPr>
      <w:r>
        <w:rPr>
          <w:rFonts w:ascii="Times New Roman" w:hAnsi="Times New Roman" w:eastAsia="Times New Roman" w:cs="Times New Roman"/>
        </w:rPr>
        <w:t>Ichaqa inti llaqtamanta, ichaqa chinchaymanta willakuykuna payta mancharichinqa; chayrayku hatun phiñakuyniyoq lloqsimunqa chinkachinapaq, achka runakunata tukuyta usuchinapaq. Hinaspa kamachikuy wasinpa toldonkuna iskay qochakuna chawpinpi, hatun yupaychasqa ch’uya urqupi sayachinqa; ichaqa tukukuyninman chayamunqa, mana pipas yanapanqachu. Daniel 11:44, 45.</w:t>
      </w:r>
    </w:p>
    <w:p>
      <w:pPr>
        <w:pStyle w:val="ArticleBody"/>
        <w:jc w:val="left"/>
      </w:pPr>
      <w:r>
        <w:rPr>
          <w:rFonts w:ascii="Times New Roman" w:hAnsi="Times New Roman" w:eastAsia="Times New Roman" w:cs="Times New Roman"/>
        </w:rPr>
        <w:t>Chayqa sipas vírgenes nisqakunaqa kay ñawpaq iskay versículokunapa willakuyninta maskhashanku. Qhipa waqyay willakuy, pacha tukukuypi 1989 watapi kichasqa karqan, maypachachus Daniel chunka hukniyuq, versículo tawa chunka nisqapi sut’inchasqa hina, ñawpaq Unión Soviética nisqata rikch’achiq “nación”-kuna papadouan Estados Unidoswan pichasqa karqanku, chaymi papadopa qhipa hatariyninta hinaspa urmayninta reqsichin. Kay iskay versículopi inti lluqsimuywan hinaspa chinchaywan rikch’achisqa huk willakuy rey del norte-ta (papa-ta) phiñachin, hinaspa qhipa qatiykachay qallarin; chaytaq versículo tawa chunka phisqayuqpi tukukun, maypachachus papadopa “tabernáculos”-ninkunata tarpuykun, chay simitaq hebreo simimanta hamun “carpa” niq ninanpaq (carpataq iglesia-pa símbolom), ichaqa paypa “palacio”-npa “tabernáculo”-nmi, chaytaq estado-ta rikch’achin. Maypichus iglesiawan estadowan hukllachasqa carpa-ta churaykun, utaq Juan Revelaciónpi sutichasqan hina, bestia-pa imagen-ninta, chayqa “lamarkuna chawpinpi” kashan, achka rimaypi. Sumaq sipas vírgenes nisqakunaqa Daniel chunka hukniyuqpa versículo tawa chunka tawayuq hinaspa tawa chunka phisqayuqpi rikch’achisqa qhipa waqyay willakuyta maskhashanku, hinaspa qatiq versículollapim Miguel sayarin hinaspa gracia pacha wisq’akun. Chay pachataq Amos 8:14 nin sumaq sipas vírgenes nisqakunaqa “urmanqaku, manataq hayk’aqpas kutimunqakuchu” nispa.</w:t>
      </w:r>
    </w:p>
    <w:p>
      <w:pPr>
        <w:pStyle w:val="ArticleBody"/>
        <w:jc w:val="left"/>
      </w:pPr>
      <w:r>
        <w:rPr>
          <w:rFonts w:ascii="Times New Roman" w:hAnsi="Times New Roman" w:eastAsia="Times New Roman" w:cs="Times New Roman"/>
        </w:rPr>
        <w:t>Suma sipas ñust’akuna kikinchikta “Adventistakuna qanchis p’unchaymanta” nispa sutichakunku chay pachallapi uywakunaq millay kaqninta yupaychaspa k’umuykuchkanku, Juanqa paykunata rikuchin judíokuna hina, “judíokunan” nispa ninakuq, ichaqa mana cheqaq judíokunachu kasqankuta. Paykuna Abrahampa wawan kasqankuta niykachanku, ichaqa llullakunku.</w:t>
      </w:r>
    </w:p>
    <w:p>
      <w:pPr>
        <w:pStyle w:val="ArticleScripture"/>
        <w:jc w:val="left"/>
      </w:pPr>
      <w:r>
        <w:rPr>
          <w:rFonts w:ascii="Times New Roman" w:hAnsi="Times New Roman" w:eastAsia="Times New Roman" w:cs="Times New Roman"/>
        </w:rPr>
        <w:t>Qhawariy, Satanaspa sinagoganmanta kaqkunata, paykuna “judíokuna kashanchik” nispa ninakunku, ichaqa mana chayhina kanku, llullakuspa; qhawariy, paykunata hamuchisaq chakiykipa ñawpaqninpi k’umuykuspa yupaychaykuchun, hinaspa yachanankupaq qamtam munakurqani. Apocalipsis 3:9.</w:t>
      </w:r>
    </w:p>
    <w:p>
      <w:pPr>
        <w:pStyle w:val="ArticleBody"/>
        <w:jc w:val="left"/>
      </w:pPr>
      <w:r>
        <w:rPr>
          <w:rFonts w:ascii="Times New Roman" w:hAnsi="Times New Roman" w:eastAsia="Times New Roman" w:cs="Times New Roman"/>
        </w:rPr>
        <w:t>Paykunaqa papakunap señalta chaskisqanku, chayraykutaq paypa characterninta chaskisqanku. Ñinkuña Judío kasqankuta, icha ñinkuña sábado p’unchawta waqaychaq Adventista kasqankuta, ichaqa chaymantaqa papap characterninta apanku, paymi wakin imakunawan kuska “Diospa templonpi” tiyaykun. Ñinkuña Adventista kasqankuta, icha ñinkuña Adventistakunapa templonpi kasqankuta, ichaqa mana aswanchu Adventista kanku imaynachus papa mana cristiano kasqanchu.</w:t>
      </w:r>
    </w:p>
    <w:p>
      <w:pPr>
        <w:pStyle w:val="ArticleBody"/>
        <w:jc w:val="left"/>
      </w:pPr>
      <w:r>
        <w:rPr>
          <w:rFonts w:ascii="Times New Roman" w:hAnsi="Times New Roman" w:eastAsia="Times New Roman" w:cs="Times New Roman"/>
        </w:rPr>
        <w:t>“Kaymanman puriqman puriykuqkuna” “Señorpa siminta” mask’aspaqa, manam Daniel qillqapi reqsichisqa “yachaqkuna”chu kanku—ichaqa “vírgenes” nisqaqa paykunam reqsichisqa kanku. Rikch’arinmi chay versículokunapi purispa, yarqaywan, yakunaywan wañuqkunaqa manam “entiendenchu” “Señorpa siminkunata”, imaraykuchus chay versículokunapim kikinta mask’ashanku. Señorpa Simin, prueba wichq’ay tukunanpaq justollaña rikuchisqa kaq, Jesucristopa Revelaciónninmi; hinaspa mana yuyayniyuq, millay, utaq “sumaq vírgenes” nisqakunaqa Danielpa qillqanmantam mana entienderqankuchu yachay yapakusqanta. Paykunaqa manam kasqachu chay kasqan aceite necesario, Mateopa yachachisqan hina, kasarakuyman qatiq rinankupaq.</w:t>
      </w:r>
    </w:p>
    <w:p>
      <w:pPr>
        <w:pStyle w:val="ArticleBody"/>
        <w:jc w:val="left"/>
      </w:pPr>
      <w:r>
        <w:rPr>
          <w:rFonts w:ascii="Times New Roman" w:hAnsi="Times New Roman" w:eastAsia="Times New Roman" w:cs="Times New Roman"/>
        </w:rPr>
        <w:t>Chay “yarqayqa” probationpa tukukuyninmi. Amospa “sipaskuna” t’aqtapi t’antata maskhaqkuna (Diospa Siminta) hinallataq unuta (Santo Espirituta), Danielpa “mana allinkuna” kasqankum, paykunaqa mana “entiendeyta” atinkuchu. Paykunaqa Mateo pa mana yuyaysapa sipaskunan kanku, Santo Espirituta maskhaqkuna; chayta kimsa testigokuna huñuspa reqsichin, pichus reparanku kasarakuyman wakichikunankupa oportunidadninku ña pasasqanta, mana qharakuyniyuq kasqankuta bodasman rinankupaq, imaraykuchus mana munarqankuchu “uyariyta” kaykunan p’istarisqa kasqanmanta sapaq willakuyta. Pacha mantapacha sapaq willakuy p’istarisqa kasqanmantaraq, probationpa tukukuyninkama, chaymi qhepa qayakuynin salvacionpaq. Chay pacha manaraq wakichisqa chayamuyqa, kay simikunata uyarinapaq wakichikuymi: “¡Ancha qhipa!”</w:t>
      </w:r>
    </w:p>
    <w:p>
      <w:pPr>
        <w:pStyle w:val="ArticleScripture"/>
        <w:jc w:val="left"/>
      </w:pPr>
      <w:r>
        <w:rPr>
          <w:rFonts w:ascii="Times New Roman" w:hAnsi="Times New Roman" w:eastAsia="Times New Roman" w:cs="Times New Roman"/>
        </w:rPr>
        <w:t>“Kan huk pacha kanan mana allin kaypi, llullakuypi hinaspa pantasqa yuyaypi, wañuypa llanthunpi kashan,—puñushan, puñushan. Pitaq sonqonpi nanayta mallin kaykunata rikch’achinankupaq? Ima voztataq paykunaman chayanman? Yuyayníyqa hamuq p’unchaykunaman apasqa karqan, chay señal qosqa kanqa chaypacha. ‘Qhawariy, Qosan hamushan; lloqsimuychik paywan tinkuq.’ Ichaqa wakinkunaqa qhipaykuchkanku aceitetam maskhaspa lamparankuta hunt’achinankupaq, hinaspa unayña kasqapi tarinqaku character nisqaqa, aceitewan rikuchisqa, mana hukman qusqaqa kasqanta.” Review and Herald, February 11, 1896.</w:t>
      </w:r>
    </w:p>
    <w:p>
      <w:pPr>
        <w:pStyle w:val="ArticleBody"/>
        <w:jc w:val="left"/>
      </w:pPr>
      <w:r>
        <w:rPr>
          <w:rFonts w:ascii="Times New Roman" w:hAnsi="Times New Roman" w:eastAsia="Times New Roman" w:cs="Times New Roman"/>
        </w:rPr>
        <w:t>Chunka sipas yachaq chunkaq runakunamanta rikch’achisqa willakuypi sut’inchasqa qatiqmi aswanta rikuchin aceite-ta character-ta, ichaqa “quri aceite” hinallataq “santo aceite” nisqapas “Diospa Espíritun”pa willakuyninkunatam rikuchin.</w:t>
      </w:r>
    </w:p>
    <w:p>
      <w:pPr>
        <w:pStyle w:val="ArticleScripture"/>
        <w:jc w:val="left"/>
      </w:pPr>
      <w:r>
        <w:rPr>
          <w:rFonts w:ascii="Times New Roman" w:hAnsi="Times New Roman" w:eastAsia="Times New Roman" w:cs="Times New Roman"/>
        </w:rPr>
        <w:t>“Llapa kay pachap Apuyninpa qayllanpi sayaq ñakchasqakunaqa, ñawpaq Satanásman qusqan pakay kerubín kasqan churakuyniyuqmi kanku. Tiyananpa muyuriqninta muyuntin santo kaqkunawanmi Señorqa kay pachapi tiyakuqkunawan mana pichqa pichqayuq rimayninta sapa kutin wiñachin. Qori aceiteqa chay graciata sut’inchan, mayqenwanta Diosqa iñiqkunapa mecheronkuna hunt’asqa waqaychan, ama llawlliykuspa wañunankupaq. Manachus kay santo aceite hanaq pachamanta Diospa Espiritunpa willakuyninkunapi paramusqanman hina uraykamunman karqan chayqa, mana allin atiynikuna runakunata llapantaq atipaykuspa kamachinman karqan.”</w:t>
      </w:r>
    </w:p>
    <w:p>
      <w:pPr>
        <w:pStyle w:val="ArticleScripture"/>
        <w:jc w:val="left"/>
      </w:pPr>
      <w:r>
        <w:rPr>
          <w:rFonts w:ascii="Times New Roman" w:hAnsi="Times New Roman" w:eastAsia="Times New Roman" w:cs="Times New Roman"/>
        </w:rPr>
        <w:t>Diosqa mana yupaychasqa kachkan, pay qespichisqankunata mana chaskisqanchikrayku. Chay hinapin qori aceitetapas mana chaskinchikchu, chaytaqa sunqunchikkunaman wiñachinman karqan, tutapi kaqkunaman willasqa kananpaq. Qayakuq hamuqtin, “Qhawariychik, qosantin hamushan; lluqsiychik taripaq,” santo aceitemana chaskiqkuna, mana Cristoq gracian sunqunkupi waqaychaqkunaqa, mana yuyayniyuq sipaskunahinataq tarinqaku, Señor-ninkuta tinkunankupaq mana wakichisqa kasqankuta. Paykunap kikinpiqa manan atiyniyuqchu chay aceitetapas tariyta, kawsayninkupis thuñisqa tukupun. Ichaqa Diospa Santo Espiritunta mañakusqa kaptin, Moisés hina ruwakuspanchik, “Gloriaykita rikuchiy,” nispa, Diospa munakuyninmi sunqunchikkunapi hunt’achisqa kanqa. Qori t’uyukunawanmi qori aceiteqa noqanchikman chayamunqa. “Manan kallpawanchu, manataq atiyniywanchu, aswanpas Espírituywanmi, nispa Señor de los Ejércitos.” Chiqap Kusay Intipa lliphipiq k’anchayninkunata chaskispanmi, Diospa wawakunaqa kay pachapi achkikuna hina lliphipinqaku. Review and Herald, 20 julio, 1897.</w:t>
      </w:r>
    </w:p>
    <w:p>
      <w:pPr>
        <w:pStyle w:val="ArticleBody"/>
        <w:jc w:val="left"/>
      </w:pPr>
      <w:r>
        <w:rPr>
          <w:rFonts w:ascii="Times New Roman" w:hAnsi="Times New Roman" w:eastAsia="Times New Roman" w:cs="Times New Roman"/>
        </w:rPr>
        <w:t>Amospi “kayman chayman” phawaykachasqakunaqa astawanmi testimoniota yapan, pisiq p’unchaw Adventista nishqa t’aqaqa mayqinkunachus “hamut’anankupaq” atipanakuyta mana chaskinku, Apocalipsis libro-manta sapaq willakuyta, mayqinchus kichasqa kachkan “tiempoqa qayllapiña kachkan” nisqapi.</w:t>
      </w:r>
    </w:p>
    <w:p>
      <w:pPr>
        <w:pStyle w:val="ArticleScripture"/>
        <w:jc w:val="left"/>
      </w:pPr>
      <w:r>
        <w:rPr>
          <w:rFonts w:ascii="Times New Roman" w:hAnsi="Times New Roman" w:eastAsia="Times New Roman" w:cs="Times New Roman"/>
        </w:rPr>
        <w:t>“Kunanqa aswan hatun peligro p’unchaykunapi kawsashanchik, hinaspa mana mayqenchikpas qhipayta ruwananchu Cristo hamuyninpaq wakichikuy maskhaspa. Ama pipas pantaq sipaskunapa ejemplonta qatichunchu, nispa yuyarispa allin kasqanta suyayta crisis chayamunankama chay pachapi sayarinanpaq carácter wakichikuyta tarinankama. Qhipa p’unchayña kanqa Cristo-pa chanin kayninta maskhananpaq invitadokuna waqyachisqa hinaspa qhawasqa kaptinku. Kunanmi tiempo Cristo-pa chanin kayninta churakunapaq,—casarakuy p’achata, chaywan Cordero-pa casarakuy mikhuyman yaykunaykipaq allichasqa kanaykipaq. Parábolapi, pantaq sipaskuna aceitetam mañakuspanku rikuchisqa kanku, ichaqa mañakusqankuman hina mana chaskirqankuchu. Kayqa chaykunapaq símbolom, paykuna mana wakichikusqankurayku carácter-ta wiñachispa crisis p’unchaypi sayarinankupaq. Hinallataq kanman hina, ayllu masinkuman rispa ninman: “Qowayki carácter-niykita, manachá chinkasaqchu.” Yachaqkunaqa mana atirqankuchu aceitenkuta pantaq sipaskunapa waqllasqa mechankuman qusqayta. Carácterqa mana apasqa qusqachu. Mana rantinapaqchu nitaq ranticunapaqchu; hap’inapaqmi. Señorqa sapa runamanmi oportunidadta qorqan justo carácter-ta tarinankupaq probation pacha horaskunapi; ichaqa mana mayqan ñantaq allicharqanchu huk runa hukman qunampaq chay carácter-ta, payqa sasachakuy experienciakunata pasaspa, Yachachiq Hatunmanta yachaykunata yachaspa wiñachisqanman hina, chayrayku pruebas ukupi paciencia-ta rikuchinampaq, hinaspa fe-ta ruranaqpaq, chaywan mana atikunapaq hina orqokunatapas suchuchinampaq. Mana atikunchu munakuypa q’apayninta qusqay,—hukman qoqayta llamp’u kayta, yachaywan ruranata, hinaspa mana sayk’uy perseveranciata. Mana atikunchu huk runa sonqonmanta huk sonqoman Diospa hinaspa runamasinpa munakuyninta talliyta.”</w:t>
      </w:r>
    </w:p>
    <w:p>
      <w:pPr>
        <w:pStyle w:val="ArticleScripture"/>
        <w:jc w:val="left"/>
      </w:pPr>
      <w:r>
        <w:rPr>
          <w:rFonts w:ascii="Times New Roman" w:hAnsi="Times New Roman" w:eastAsia="Times New Roman" w:cs="Times New Roman"/>
        </w:rPr>
        <w:t>“Ichaqa p’unchay hamunqan, ñawpachataña qayllamun, maypachachus sapa laya kawsay-sayninqa huk sapaq watukuyninwan rikuchisqa kanqa. Pikunachus kamachikuy-man chiqapta sayaspa qhipakaman iñiyta ruranku, paykunan kanqaku ñawpaq horasninpi suyay p’unchayninkama riksichisqa, watukusqa, sasachakuypi chiqap kasqankuta qhawachiqkuna, hinaspa Cristo-hina kasqaman hina kawsay-sayninkuta rurakusqakuna. Chaykunan kanqaku Cristo-wan sumaqta reqsinakuyta wiñachiqkuna, paypa yachayninwan, allin kayninwan ima, Diospa kayninpi hukninchasqa kaqkuna. Ichaqa mana pipas huk runaman sonqonpa tukuyninpi yupaychayta, yuyayninpa allin sayninkunata qunchu, nitaj pisiyninkunata moral kallpawan hunt’achinchu. Sapanchikmi ancha achkata hukninchikpaq ruwasunchik runakunaman Cristo-hina ejemplota quspa, chaywan paykunata Cristo-man rispa kallpachispa, mayqan kuska chiqap kay mana paykunapaq kasqanrayku taripaypi mana sayayta atinkumanchu. Runakuna mañakuywan yuyaymanan allinta churaykuchkanman kawsay-saynita ruranamanta ancha importante kaqta, hinaspa Diospa qispichisqa qawariyninman hina kawsay-sayninkuta rurakunanpaq.”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Kikin Warnakuykuna - Pichqayniyuq Número</dc:title>
  <dc:subject>Judá ayllumanta Leónpa Qespichisqan: Hatun Ch’aqwaypa tukuyninpi qhipa rikch’akuykunata entiendenapaq</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