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Jesucristopa Apocalipsisnin — Tawa Yupayniyuq</w:t>
      </w:r>
    </w:p>
    <w:p>
      <w:pPr>
        <w:pStyle w:val="ArticleSubtitle"/>
        <w:jc w:val="left"/>
      </w:pPr>
      <w:r>
        <w:rPr>
          <w:rFonts w:ascii="Arial" w:hAnsi="Arial" w:eastAsia="Arial" w:cs="Arial"/>
        </w:rPr>
        <w:t>Isaías Chusku Chunka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Jesucristopa Revelacionninpa mensajen, kunan kichasqa kashanman hina, chaypiqa riqsichin hebreo simita “cheqaq kay” nisqaman tikrasqata, mayqinchus wakinkunawan kuska Cristoq karakternta rikuchin Alpha y Omega hina. Imaynachus imapa qallariynin chay imapa tukukuyninta temsilan, chayqa llapan Bibliapi mast’arikun; Cristoq karakterñataq Bibliapi rikurichkan, paymi Palabra kasqanrayku. Alpha y Omegaqa Cristoq karakterñinmanta huk elementonmi, chaytaq pay kikinmi riqsichin, Dios kasqanmanta prueban kananpaq.</w:t>
      </w:r>
    </w:p>
    <w:p>
      <w:pPr>
        <w:pStyle w:val="ArticleBody"/>
        <w:jc w:val="left"/>
      </w:pPr>
      <w:r>
        <w:rPr>
          <w:rFonts w:ascii="Times New Roman" w:hAnsi="Times New Roman" w:eastAsia="Times New Roman" w:cs="Times New Roman"/>
        </w:rPr>
        <w:t>Iskayías qanchis chunka tawa kapítulun qallarin huk proféticok willakuyta, chaymi astawan riqsichkan Iskayías qillqapa tukuyninkama, soqta chunka soqta kapítulokama. Qallarinmi reqsichispa kachamusqa Consoladorta, mayqintachus Cristo discípulonkuna-man prometerqan paykunata sonqochanankupaq, paypa ripuyninrayku; ichaqa Consoladorpa hamuynin tarin hunt’asqa, llapa profecíakuna hina, qhepa p’unchaykunapi. Iskayíaspa hinaspa Jesuspa reqsichisqanku Consoladorpa chayamuyninta qhawachin pachak tawa chunka tawayoq waranqa runakunapa kuyukuyninpi llakikuy-man, mayqinchus karqan julio killapa chunka pusaqniyoq p’unchayninpi, iskay waranqa iskay chunka watapi.</w:t>
      </w:r>
    </w:p>
    <w:p>
      <w:pPr>
        <w:pStyle w:val="ArticleScripture"/>
        <w:jc w:val="left"/>
      </w:pPr>
      <w:r>
        <w:rPr>
          <w:rFonts w:ascii="Times New Roman" w:hAnsi="Times New Roman" w:eastAsia="Times New Roman" w:cs="Times New Roman"/>
        </w:rPr>
        <w:t>Ichaqaqaqmi nisqaykita niykichis: allinmi qankunapaq ripusqay; mana ripuspaqa, Kuskachaqa manam qankunaman hamunqachu; ripuptiymi ichaqa payta qankunaman kachamusqaykichis. Hinaspa pay hamuspanmi, huchamanta, chiqap kaymanta, taripakuy mantawan kay pachata qawachinqa. Juan 16:7, 8.</w:t>
      </w:r>
    </w:p>
    <w:p>
      <w:pPr>
        <w:pStyle w:val="ArticleBody"/>
        <w:jc w:val="left"/>
      </w:pPr>
      <w:r>
        <w:rPr>
          <w:rFonts w:ascii="Times New Roman" w:hAnsi="Times New Roman" w:eastAsia="Times New Roman" w:cs="Times New Roman"/>
        </w:rPr>
        <w:t>“Jucha, chiqap kay, hinaspa taripay” nisqa simikunaqa “allpachata huchachinampaq” sonqochaqpa llamk’ananmi. “Huchachiy” nisqa simita tikrasqaqa, “yuyaychay, chiqapman apay” niy ima nirqankunatapas uqllarinmi. “Jucha, chiqap kay hinaspa taripay” nisqa kimsa thakikunaqa hebreo simipi “chiqaq kay” nisqaman tikrasqa simita rikuchin. Chay simiqa hebreo alfabetopa ñawpaq, chunka kimsayuq, hinaspa qhipa qillqakunanmanta rurasqam karqan; chay simitaq tukuy imakunata kamaq Diosqa ñawpaq hinaspa qhipa kasqanta, Alpha hinaspa Omega kasqanta, unanchan. Sonqochaq hamuspa llakikuywan saqisqa pachak tawa chunka tawayuq waranqaman chayaruptinqa, payqa paykunata yuyaychachinqa, chaymanta allpachatapas, Diosqa Alpha hinaspa Omega kasqanta.</w:t>
      </w:r>
    </w:p>
    <w:p>
      <w:pPr>
        <w:pStyle w:val="ArticleScripture"/>
        <w:jc w:val="left"/>
      </w:pPr>
      <w:r>
        <w:rPr>
          <w:rFonts w:ascii="Times New Roman" w:hAnsi="Times New Roman" w:eastAsia="Times New Roman" w:cs="Times New Roman"/>
        </w:rPr>
        <w:t>Sonqochiychis, sonqochiychis llaqtayta, nispa nin Diosniykichis. Sumaq simikunawan rimapaychis Jerusalénta, hinaspa waqyaychis payman, maqanakusqan tukukuqña kasqanta, huchan pampachasqa kasqanta; imaraykuchus Tukuy Apuq makimantam iskay kutita chaskirqan llapa huchankunamanta. Ch’inneqpi waqyaqpa simin: Señorpa ñanninta wakichiychis, ch’in pampapi ñiqin ñanta ruraychis Diosninchikpaq. Llapa wayq’ukuna hatarichisqa kanqa, llapa urqukuna hinaspa moqokuna urayachisqa kanqa; q’ewikuna chiqanyasqa kanqa, qhasa cheqnikuna pampachasqa kanqa. Hinaspa Señorpa k’anchaynin rikuchisqa kanqa, llapa aycha kuska rikunqa; imaraykuchus Señorpa siminmi chayta rimarqan. Isaías 40:1–5.</w:t>
      </w:r>
    </w:p>
    <w:p>
      <w:pPr>
        <w:pStyle w:val="ArticleBody"/>
        <w:jc w:val="left"/>
      </w:pPr>
      <w:r>
        <w:rPr>
          <w:rFonts w:ascii="Times New Roman" w:hAnsi="Times New Roman" w:eastAsia="Times New Roman" w:cs="Times New Roman"/>
        </w:rPr>
        <w:t>Kay pasajeqa reqsinmi qhipa Eliaspa willakuqninpa rurasqanta, mayqinchus William Millerwan rikuchisqa karqan, paytaq Juan Bautistawan rikuchisqa karqan, paytaq Eliaswan rikuchisqa karqan, hinaspataq Malaquías sutiyuq qillqaqa reqsichirqan tratopa willakuqninpaq ñanta waqaychaq willakuq hina. Qhipa Eliaspa kuyuriyninpi, Señor sonqochakuqta kachamuspa kallpachananpaq llakichisqa runakunata, mayqinkunachus Señorpaq suyaspa kashanku unaychasqa p’unchawkunapi, chayqa “Señorpa hatun k’anchaynin rikuchisqa kanqa, hinaspa llapa aycha hukllapi rikunqa.” Señorpa “hatun k’anchayninqa” paypa kawsayninmi, Jesucristopa Revelaciónnintaq paypa kawsayninmanta chay imayna kasqanta kicharisqa rikuchiymi, mayqinchus Alpha y Omega hina sutichasqa kasqanwan rikuchisqa. Ñawpaq phisqa versículokunapa qallarichiynin qhepaman, “ch’in pampa ukhupi waqaqpa simin” Diosta tapun: “¿Imatataq waqasaq?”</w:t>
      </w:r>
    </w:p>
    <w:p>
      <w:pPr>
        <w:pStyle w:val="ArticleScripture"/>
        <w:jc w:val="left"/>
      </w:pPr>
      <w:r>
        <w:rPr>
          <w:rFonts w:ascii="Times New Roman" w:hAnsi="Times New Roman" w:eastAsia="Times New Roman" w:cs="Times New Roman"/>
        </w:rPr>
        <w:t>Simitaqaqmi nirqan: “Qarqariy,” nispa. Paytaq nirqan: “¿Imatataq qarqariyman?” Tukuy aychaq kaqkuna qura hinam, tukuy sumaq kaynintaq chakra t’ikahinam: qura ch’akipun, t’ikataq wañun; Señorpa Samaynin payman wayraykusqanrayku: cheqaqtapunin llaqtaqa qura hina. Qura ch’akipun, t’ikataq wañun; ichaqa Diosninchispa siminqa wiñaypaqmi sayanqa. Isaías 40:6–8.</w:t>
      </w:r>
    </w:p>
    <w:p>
      <w:pPr>
        <w:pStyle w:val="ArticleBody"/>
        <w:jc w:val="left"/>
      </w:pPr>
      <w:r>
        <w:rPr>
          <w:rFonts w:ascii="Times New Roman" w:hAnsi="Times New Roman" w:eastAsia="Times New Roman" w:cs="Times New Roman"/>
        </w:rPr>
        <w:t>Cristopa carácterpa willakuynin, Alpha y Omega hina rikuchisqa, Islampa simbologíannimpi churakusqa kashan. Ezequiel kimsa chunka qanchisniyuqpi wañusqa tullukunapa qhuchhuwan ñawpaqta huñusqa kan, chaymantaq tawa wayrakunapa profético willakuyninwan kawsarichisqa kan.</w:t>
      </w:r>
    </w:p>
    <w:p>
      <w:pPr>
        <w:pStyle w:val="ArticleScripture"/>
        <w:jc w:val="left"/>
      </w:pPr>
      <w:r>
        <w:rPr>
          <w:rFonts w:ascii="Times New Roman" w:hAnsi="Times New Roman" w:eastAsia="Times New Roman" w:cs="Times New Roman"/>
        </w:rPr>
        <w:t>“Angelkuna tawa wayrakunata hapiykachkanku, piñasqa kawallu hina rikuchisqa, qispiyta munaspa p’akiykuspa lliw kay pachap patanman kallpayta munan, puriynin ñanpi chinkachiytawan wañuqtapas apamuspa.</w:t>
      </w:r>
    </w:p>
    <w:p>
      <w:pPr>
        <w:pStyle w:val="ArticleScripture"/>
        <w:jc w:val="left"/>
      </w:pPr>
      <w:r>
        <w:rPr>
          <w:rFonts w:ascii="Times New Roman" w:hAnsi="Times New Roman" w:eastAsia="Times New Roman" w:cs="Times New Roman"/>
        </w:rPr>
        <w:t>«¿Puñusqachu kayku wiñay pachaq muyuriyninpi kikin patapi? ¿Uphi, chiri, wañusqa hinaqa kananchu? ¡Ay, imaynatachá iglesiakunanchikpi Diospa Espíritunwan samayninwan llaqtanman phukusqa kanman, paykuna chakinkupi sayarispanku kawsanankupaq! Rikunayku tiyan ñanqa k’iti kasqanta, punkuqa sasalla kasqanta. Ichaqa chay sasalla punkuta pasaspa, anchanqa mana tukukuyniyuqmi.» Manuscript Releases, volume 20, 217.</w:t>
      </w:r>
    </w:p>
    <w:p>
      <w:pPr>
        <w:pStyle w:val="ArticleBody"/>
        <w:jc w:val="left"/>
      </w:pPr>
      <w:r>
        <w:rPr>
          <w:rFonts w:ascii="Times New Roman" w:hAnsi="Times New Roman" w:eastAsia="Times New Roman" w:cs="Times New Roman"/>
        </w:rPr>
        <w:t>Bibliaq profecíanpi phiñakuywan kachkan caballoqa Islammi. Chay phiñakuy caballoqa mana llank’aynin wañuchiyta rurachun hark’asqa kachkan, tawa angelkunaq tawa wayrakunata jap’isqanwan rikuchisqa hina, Apocalipsis qanchis ñiqinpi. Paykunaqa hark’asqa kachkanku pachak tawa chunka tawa waranqa runakuna sellasqa kanankukama.</w:t>
      </w:r>
    </w:p>
    <w:p>
      <w:pPr>
        <w:pStyle w:val="ArticleScripture"/>
        <w:jc w:val="left"/>
      </w:pPr>
      <w:r>
        <w:rPr>
          <w:rFonts w:ascii="Times New Roman" w:hAnsi="Times New Roman" w:eastAsia="Times New Roman" w:cs="Times New Roman"/>
        </w:rPr>
        <w:t>Chaykunamanta qhipamanqa rikurqani tawa angelkunata kay pachapa tawa k’uchunkunapi sayashaqta, kay pachapa tawa wayrakunata hap’ishaqta, ama wayra wayramunanpaq kay pachapi, nitaq qochapi, nitaq mayqin sach’apipas. Hinaspataq huk angelta rikurqani inti lluqsimuy lado-manta wichariqta, kawsachiq Diospa sellonta apaqta; payqa sinchi kunkawan qaparirqa chay tawa angelkunaman, pikunamanmi qosqa karqa kay pachatawan qochatapas ñak’achinankupaq, nispa: Ama ñak’achiychischu kay pachata, nitaq qochata, nitaq sach’akunata, ñawpaqta Diosniykuq kamachinkunata urqunkunapi sellosqaykukama. Apocalipsis 7:1–3.</w:t>
      </w:r>
    </w:p>
    <w:p>
      <w:pPr>
        <w:pStyle w:val="ArticleBody"/>
        <w:jc w:val="left"/>
      </w:pPr>
      <w:r>
        <w:rPr>
          <w:rFonts w:ascii="Times New Roman" w:hAnsi="Times New Roman" w:eastAsia="Times New Roman" w:cs="Times New Roman"/>
        </w:rPr>
        <w:t>Tawa chusku wayrakuna hark’asqa kasqanku, Diospa llaqtanpa sellasqan tukukunan kama Islam nisqa hark’asqa kasqanta rikuchin. Islamqa Apocalipsispi qanchis trompetakunamanta qhipa kimsa hina rikuchisqa kachkan, hinallataq kimsa ay nisqakuna hinapas.</w:t>
      </w:r>
    </w:p>
    <w:p>
      <w:pPr>
        <w:pStyle w:val="ArticleScripture"/>
        <w:jc w:val="left"/>
      </w:pPr>
      <w:r>
        <w:rPr>
          <w:rFonts w:ascii="Times New Roman" w:hAnsi="Times New Roman" w:eastAsia="Times New Roman" w:cs="Times New Roman"/>
        </w:rPr>
        <w:t>Hinaspan rikurirqani, uyarirqanitaq huk angelta hanaq pacha chawpinta phawachkaqta, sinchi qaparinawan nispa: ¡Ay, ay, ay, kay pachapi tiyaqkunapaq, chay kimsa angelkunapa waq trompetakunapa kunanraq waqyasqan rayku! Apocalipsis 8:13.</w:t>
      </w:r>
    </w:p>
    <w:p>
      <w:pPr>
        <w:pStyle w:val="ArticleBody"/>
        <w:jc w:val="left"/>
      </w:pPr>
      <w:r>
        <w:rPr>
          <w:rFonts w:ascii="Times New Roman" w:hAnsi="Times New Roman" w:eastAsia="Times New Roman" w:cs="Times New Roman"/>
        </w:rPr>
        <w:t>Kimsa aylla waqay cornokunata riqsichisqanmanta qhipaman, Juanqa isqun capítulope Islampa kayninchasqankunata reqsichin. Isqun capítulo, tawa versículopi, Islamman huk kamachiy qosqa karqan; chayqa hunt’asqa karqan Abubekrpa historiampi, paymi Mohammed qhipaman ñawpaq umalliq karqan.</w:t>
      </w:r>
    </w:p>
    <w:p>
      <w:pPr>
        <w:pStyle w:val="ArticleScripture"/>
        <w:jc w:val="left"/>
      </w:pPr>
      <w:r>
        <w:rPr>
          <w:rFonts w:ascii="Times New Roman" w:hAnsi="Times New Roman" w:eastAsia="Times New Roman" w:cs="Times New Roman"/>
        </w:rPr>
        <w:t>Hinaspata kamachisqa karqan mana allpapa qhichhanta, nitaq ima q’omer kaqta, nitaq ima sach’ata dañachinankupaq; aswanqa Diospa sellonta urkunpi mana chariq runakunallatan. Apocalipsis 9:4.</w:t>
      </w:r>
    </w:p>
    <w:p>
      <w:pPr>
        <w:pStyle w:val="ArticleBody"/>
        <w:jc w:val="left"/>
      </w:pPr>
      <w:r>
        <w:rPr>
          <w:rFonts w:ascii="Times New Roman" w:hAnsi="Times New Roman" w:eastAsia="Times New Roman" w:cs="Times New Roman"/>
        </w:rPr>
        <w:t>Uriah Smithqa, tawa qhawa chunka tawa versículowan Abubekrpa relaciónninta reqsichirqan.</w:t>
      </w:r>
    </w:p>
    <w:p>
      <w:pPr>
        <w:pStyle w:val="ArticleScripture"/>
        <w:jc w:val="left"/>
      </w:pPr>
      <w:r>
        <w:rPr>
          <w:rFonts w:ascii="Times New Roman" w:hAnsi="Times New Roman" w:eastAsia="Times New Roman" w:cs="Times New Roman"/>
        </w:rPr>
        <w:t>“Mahoma wañusqan qhipaman, paypa kamachiyninpi rantisqa karqa Abubekr, A.D. 632 watapi; paymi, atiyninta kamachiynintawan allinta sayarichisqanmanta chaylla, Arabia llaqtakunapi ayllukunaman muyuriq cartata apachirqa, maymantachus kay qatiq nisqa t’aqaqa hurqusqam:</w:t>
      </w:r>
    </w:p>
    <w:p>
      <w:pPr>
        <w:pStyle w:val="ArticleScripture"/>
        <w:jc w:val="left"/>
      </w:pPr>
      <w:r>
        <w:rPr>
          <w:rFonts w:ascii="Times New Roman" w:hAnsi="Times New Roman" w:eastAsia="Times New Roman" w:cs="Times New Roman"/>
        </w:rPr>
        <w:t>“‘Señorpa maqanakunanta maqashaspaykichis, qhari hina sinchita sayarichiychis, mana qhepapaman kutirispaykichis; ichaqa ama atipayniykichis warmikunapa, wawakunapa yawarninwan qellichasqa kachunchu. Ama palmera sach’akunata churuychischu, nitaq trigopa chakrankunatapas ruphachiychischu. Ama ruruyuq sach’akunatapas cuchuychischu, nitaq uywakunaman ima mana allintapas ruraychischu, mikhunaykichispaq wañuchisqaykichistaqa saqespa. Iman pacto utaq kamachikuytapas ruwaspaykichis, chayman hina sayaychis, nisqaykichisman hinallataq allin kaychis. Purisqaykichispiqa, wakin religioso runakunata tarikunkichis, monasteriokunapi sapallan tiyaspa, chayna Diosman serviyta munasqankuta; paykunata saqeychis, amataq paykunata wañuchiychischu nitaq monasteriokunatapas thuñiychischu. Hinaspataq huk laya runakunatapas tarikunkichis, Satanaspa sinagoganman perteneciq, rutusqa umayoqkunata; cheqaqta umankuta phallariychiychis, amataq ima qespichikuytapas qoychischu, Mohammedano tukunkama utaq tributo pagankama.’” Uriah Smith, Daniel and the Revelation, 500.</w:t>
      </w:r>
    </w:p>
    <w:p>
      <w:pPr>
        <w:pStyle w:val="ArticleBody"/>
        <w:jc w:val="left"/>
      </w:pPr>
      <w:r>
        <w:rPr>
          <w:rFonts w:ascii="Times New Roman" w:hAnsi="Times New Roman" w:eastAsia="Times New Roman" w:cs="Times New Roman"/>
        </w:rPr>
        <w:t>Uriah Smithqa iskay runakunapa rikch’ayninkunata reqsichinmi, chaykunataqa Abubekr kachamusqan islámico maqanakuy runakuna Roma contra maqanakuyta apamunankupaq reqsichinankupaq. Huk rikch’aytaqa católico monjekunamanta nispa reqsichin, paykunaqa domingo p’unchawpi yupaychaqkuna karqanku; huknin rikch’aytaq qanchis kaq p’unchawpi yupaychaqkuna karqanku. Islamqa inti yupaychaqkunallatam maqananpaq karqa. Aswan hatun ancha yuyaykusqanchikpaqmi kayqa: runakuna, domingo p’unchaw waqaychaqkuna kaptinpas icha Sabbath p’unchaw waqaychaqkuna kaptinpas, unquy simikaypi q’achuta, q’omer imaymanakunata, sach’akunatapas rikch’achisqa kanku. Qanchis ñiqi capítulopi tawa wayrakunaqa q’achuman mana wayranankupaq hark’asqa karqanku, chay Sabbath waqaychaqkuna sellosqa kanankukama.</w:t>
      </w:r>
    </w:p>
    <w:p>
      <w:pPr>
        <w:pStyle w:val="ArticleBody"/>
        <w:jc w:val="left"/>
      </w:pPr>
      <w:r>
        <w:rPr>
          <w:rFonts w:ascii="Times New Roman" w:hAnsi="Times New Roman" w:eastAsia="Times New Roman" w:cs="Times New Roman"/>
        </w:rPr>
        <w:t>Pachak tawaqa chunka tawa waranqa runakunapa kuyukuyninmanta willakuqnin Diosman tapukun: “¿Imatataq waqyayman?” nispa. Payman nisqaña karqan paypa willakuyninqa kananpaqmi Diospa Simin wiñaypaq sinchita sayasqanmanta, chay willakuynintaq churana karqan qura patapi wayra wayramusqanmanta contexto ukhupi. Imaynachus Sonqochakuq kachamusqa pachak tawaqa chunka tawa waranqa runakunaman, mayqinkunaqa Islammanta pantasqa willakuy mana hunt’akusqanrayku llakisqa karqanku, hinaspataq reqsinku chunka sipaskunapa rikch’ayninpi suyasqa pacha ukhupi kasqankuta, chaymantataq Sonqochakuq willan paykunaman paykuna rikuchinankupaq willakuyninkuqa Bibliapa profeciankunapi Islampa ruwayninmanta willakuy kasqanta. Sonqochakuqpa hamuynin, chay suyasqa pachapa historiampi, paykunata sayachin.</w:t>
      </w:r>
    </w:p>
    <w:p>
      <w:pPr>
        <w:pStyle w:val="ArticleScripture"/>
        <w:jc w:val="left"/>
      </w:pPr>
      <w:r>
        <w:rPr>
          <w:rFonts w:ascii="Times New Roman" w:hAnsi="Times New Roman" w:eastAsia="Times New Roman" w:cs="Times New Roman"/>
        </w:rPr>
        <w:t>Hinaspan niwarqan: Runaq Churin, sayariy chakiykikunapi, qanman rimasaq. Hinaspan espiritu yaykurqan ñoqaman pay rimashaqtin, chakiykunaman sayarichiwaptin, uyaq kani pay rimamuwaqniyta. Ezequiel 2:1, 2.</w:t>
      </w:r>
    </w:p>
    <w:p>
      <w:pPr>
        <w:pStyle w:val="ArticleBody"/>
        <w:jc w:val="left"/>
      </w:pPr>
      <w:r>
        <w:rPr>
          <w:rFonts w:ascii="Times New Roman" w:hAnsi="Times New Roman" w:eastAsia="Times New Roman" w:cs="Times New Roman"/>
        </w:rPr>
        <w:t>Paykuna sayarinku kawsarichisqa kaptinku.</w:t>
      </w:r>
    </w:p>
    <w:p>
      <w:pPr>
        <w:pStyle w:val="ArticleScripture"/>
        <w:jc w:val="left"/>
      </w:pPr>
      <w:r>
        <w:rPr>
          <w:rFonts w:ascii="Times New Roman" w:hAnsi="Times New Roman" w:eastAsia="Times New Roman" w:cs="Times New Roman"/>
        </w:rPr>
        <w:t>Runakuna, ayllukuna, simikuna, nacionkunapas paykunapa wañusqa cuerponta rikunqaku kimsa punchaw kuskanpi; hinaspataq mana saqenqakuchu paykunapa wañusqa cuerpunkuna p’ampasqa kananpaq. Kay pachapi tiyaqkunaqa paykunamanta kusikunqaku, raymikunqaku, hukninmanta hukninman regalokunata apachinqaku; imaraykuchus kay iskay profetakunaqa kay pachapi tiyaqkunata ñak’arichirqaku. Chay kimsa punchaw kuskan qhipamanmi Diosmanta kawsay Espíritu paykunaman haykurqan, hinaspataq chakinkupi sayariqku; paykunata rikuqkunamanpas hatun manchay urmaykurqan. Apocalipsis 11:9–11.</w:t>
      </w:r>
    </w:p>
    <w:p>
      <w:pPr>
        <w:pStyle w:val="ArticleBody"/>
        <w:jc w:val="left"/>
      </w:pPr>
      <w:r>
        <w:rPr>
          <w:rFonts w:ascii="Times New Roman" w:hAnsi="Times New Roman" w:eastAsia="Times New Roman" w:cs="Times New Roman"/>
        </w:rPr>
        <w:t>Sayaypi sayariy iskay purikuna, chaymanta estandarte hina oqarisqa kayqa Ezequielpa qanchis chunka qanchisniyuq kapítulonpipas rikuchisqanmi. Ezequielpa ñawpaq kaq puriyninqa, wañusqa ch’aki tullukunapa cuerponpa rakikuna tantachin, llakikuy pampapi kashaqkunata. Ezequielpa iskay kaq puriyninqa, tawa wayrakunapa willakuyninmi, chaymi sellado willakuy, chaymi Islampa willakuynin.</w:t>
      </w:r>
    </w:p>
    <w:p>
      <w:pPr>
        <w:pStyle w:val="ArticleScripture"/>
        <w:jc w:val="left"/>
      </w:pPr>
      <w:r>
        <w:rPr>
          <w:rFonts w:ascii="Times New Roman" w:hAnsi="Times New Roman" w:eastAsia="Times New Roman" w:cs="Times New Roman"/>
        </w:rPr>
        <w:t>Hinaspan nispaq, Runa Churi, kay tullkukunachu kawsarinqaku? Ñuqataq kutichirqani, Ay Apu Dios, qanmi yachanki. Huktawanmi nispaqarqani: Kay tullkuna patapi willakuy, hinaspa paykunata niy: Ay ch’aqi tullkuna, uyariychik Señorpa siminta. Kayhinatan Señor Dios nin kay tullkunaman: Qhawariychik, ñuqam samayta qankunaman yaykuchisaq, hinaspa kawsarinkichik: hinaspa ankukunata qankunapi churasaq, aysata wiñachisaq qankunapi, qarawanpas qankunata p’istuchisaq, samaytataq qankunaman churasaq, hinaspa kawsarinkichik; hinaspa yachankichikmi ñuqa Señor kasqayta. Chayraykun kamachisqa hina willakurqani; hinaspa willakusqaykama, uyarikurqan huk qapariy, hinaspa qhawariy, kuyuy karqan, tullkunataq huñunakuspa sapa tullku masin tullkuman chayarqan. Qhawarisqaypitaq, ankukunaqa hinaspa aysaqa paykunapi wiñarqan, qarataq patanmanta paykunata p’isturqan; ichaqa mana samaychu paykunapi karqan. Chaymantataq niwarqan, Wayraman willakuy, willakuy, Runa Churi, hinaspa wayraman niy: Kayhinatan Señor Dios nin; Tawa wayrakunamanta hamuy, ay samay, hinaspa kay wañusqakunapi samaykuy, kawsanankupaq. Chayraykun pay kamachiwashqan hina willakurqani, samaytaq paykunaman yaykurqan, paykunataq kawsarirqanku, chakinkupi sayarispa, sinchi hatun ejército hina. Ezequiel 37:3–10.</w:t>
      </w:r>
    </w:p>
    <w:p>
      <w:pPr>
        <w:pStyle w:val="ArticleBody"/>
        <w:jc w:val="left"/>
      </w:pPr>
      <w:r>
        <w:rPr>
          <w:rFonts w:ascii="Times New Roman" w:hAnsi="Times New Roman" w:eastAsia="Times New Roman" w:cs="Times New Roman"/>
        </w:rPr>
        <w:t>Isaías qelqapi, kunan yuyaychasqanchis pasajepi, sonqochakuq chayamuchkaptin, paykuna chakinkumanta sayarinku; chaymantaq hatun urquman hoqarisqa kanku unanchakuna hina, hinaspan “allin willakuyta” willakunku, chaymi qhepa tamya, kinsa kaq angelpa willakuynin.</w:t>
      </w:r>
    </w:p>
    <w:p>
      <w:pPr>
        <w:pStyle w:val="ArticleScripture"/>
        <w:jc w:val="left"/>
      </w:pPr>
      <w:r>
        <w:rPr>
          <w:rFonts w:ascii="Times New Roman" w:hAnsi="Times New Roman" w:eastAsia="Times New Roman" w:cs="Times New Roman"/>
        </w:rPr>
        <w:t>Sion llaqta, alli willakuykunata apamuq, hatun urquman wichariy; Jerusalén llaqta, alli willakuykunata apamuq, sinchi kallpawan qapariy; oqarichiy, ama manchakuychu; Judá llaqtakunaman niy: ¡Qhawariychik qankunap Diosniykichikta! Qhawariy, Señor Diosqa hamunqa kallpasapa makiwan, hinaspa brazo-nmi paypaq kamachinqa; qhawariy, premiunqa paywan kuska kachkan, rurasqanpa kutichikuyninpas ñawpaqninpi kachkan. Michiq hina uywanqan ovejakunata michinqa; makiwan corderokunata huñunqa, qhasqunpi aparinqa, wawayuqkunatataq llamp’uypi pusanqa. ¿Pita unuykunata makinpa t’uqllanwan tupurqan, hanaq pachatapas rikra tupuyninwan tupurqan, kay pachapa allpanta tupuyman huñurqan, urqukunatapas balanzapi llasharqan, moqokunatapas aysanakunapi tupurqan? ¿Pita Señorpa Espiritunta pusarqan, utaq yachachiqnin kaspa payta yachachirqan? ¿Piwantaq yuyaychakurqan, pitaq payta yachachirqan, taripay ñanpi yachachirqan, yachayta yachachirqan, unanchaypa ñanta rikuchirqan? Qhawariy, nacionkunaqa huk phuyu yaku hina baldepi urmaqlla kanku, balanzapa huch’uy allpa ñut’un hina yupasqa kanku; qhawariy, iskayladopi muyuriq allpakunatapas ancha huch’uy imahina oqarin. Líbanoqa manam hayk’anchu nina rupachinapaq, chaypi kaq uywakunapas manam hayk’anchu rupachina sacrificiopaq. Llapa nacionkunaqa paypa ñawpaqninpi mana imapas hinam kanku; paypaqqa manam imapaschu, astawan mana imapas, yanqa kayllam. Isaías 40:9–17.</w:t>
      </w:r>
    </w:p>
    <w:p>
      <w:pPr>
        <w:pStyle w:val="ArticleBody"/>
        <w:jc w:val="left"/>
      </w:pPr>
      <w:r>
        <w:rPr>
          <w:rFonts w:ascii="Times New Roman" w:hAnsi="Times New Roman" w:eastAsia="Times New Roman" w:cs="Times New Roman"/>
        </w:rPr>
        <w:t>Paykunaqa sepulturankumanta lluqsisqakunaqa huk unancha hina hoqarisqa kanku, utaq Isaias riqsichisqan hina, paykunaqa “huk hatun urquman” apasqa kanku. Chay hatun urquqa unancha kachkan, hinaspa chayqa Señorpaq suyasqakuna­ta rikuchin, unaychasqa pacha ukhupi, mayqin pacha qallarin 18 julio 2020 ñiqin ñawpaq llakikuywan.</w:t>
      </w:r>
    </w:p>
    <w:p>
      <w:pPr>
        <w:pStyle w:val="ArticleScripture"/>
        <w:jc w:val="left"/>
      </w:pPr>
      <w:r>
        <w:rPr>
          <w:rFonts w:ascii="Times New Roman" w:hAnsi="Times New Roman" w:eastAsia="Times New Roman" w:cs="Times New Roman"/>
        </w:rPr>
        <w:t>Waranqa runakuna hukpa piñakuyninmanta ayqenqaku; pichqapa piñakuyninmantataq ayqenqankichik: urqu patapi huk unanchasqa sach’a hina, hinaspa huk orqopi huk banderata hina saqisqa kanaykikama. Chayraykun Señor suyanqa, qankunata qhuyapayakuspa allin kayta qosunaykipaq; chayraykutaq hatunchasqa kanqa, qankunata khuyapayananpaq: Señorqa taripaq Diosmi; kusisqaqa llapa payta suyaqkuna. Isaías 30:17, 18.</w:t>
      </w:r>
    </w:p>
    <w:p>
      <w:pPr>
        <w:pStyle w:val="ArticleBody"/>
        <w:jc w:val="left"/>
      </w:pPr>
      <w:r>
        <w:rPr>
          <w:rFonts w:ascii="Times New Roman" w:hAnsi="Times New Roman" w:eastAsia="Times New Roman" w:cs="Times New Roman"/>
        </w:rPr>
        <w:t>Apocalipsis chunka hukniyuqpi, señalqa hanaq pacha-man apasqa kachkan.</w:t>
      </w:r>
    </w:p>
    <w:p>
      <w:pPr>
        <w:pStyle w:val="ArticleScripture"/>
        <w:jc w:val="left"/>
      </w:pPr>
      <w:r>
        <w:rPr>
          <w:rFonts w:ascii="Times New Roman" w:hAnsi="Times New Roman" w:eastAsia="Times New Roman" w:cs="Times New Roman"/>
        </w:rPr>
        <w:t>Paykunaqmi hatun qapariyta uyarirqanku, paykunaman nispa: «Kayman wichariychik.» Hinaspan pukuypi hanaq pachaman wicharirqanku; awqankunataq paykunata rikurqanku. Chaylla horapin hatun allpa kuyuy karqa, llaqtapa chunka kaqninmanta huknin urmarqa, allpa kuyuypitaq qanchis waranqa runakuna wañuchisqa karqanku; puchuq kaqkunataq mancharisqa kaspa, hanaq pacha Diosman hatunchayta qurqanku. Apocalipsis 11:12, 13.</w:t>
      </w:r>
    </w:p>
    <w:p>
      <w:pPr>
        <w:pStyle w:val="ArticleBody"/>
        <w:jc w:val="left"/>
      </w:pPr>
      <w:r>
        <w:rPr>
          <w:rFonts w:ascii="Times New Roman" w:hAnsi="Times New Roman" w:eastAsia="Times New Roman" w:cs="Times New Roman"/>
        </w:rPr>
        <w:t>Apocalipsis chunka hukniyuqmi reqsichin iskay testigokuna hanaq pacha-man oqarisqa kasqankuta, chaylla hora pampachakuywan kuska. Chay pampachakuyqa ñawpaq historiapi Francia Revoluciónwan hunt’asqa kasqa, Estados Unidos suyuta domingo leypi tikrayta rikch’achin. Chhaynaqa estandarteqa domingo leypi oqarisqa, hinaspataq chay estandarteqa “allin willakuykunata” llapa kay pachaman willakun.</w:t>
      </w:r>
    </w:p>
    <w:p>
      <w:pPr>
        <w:pStyle w:val="ArticleScripture"/>
        <w:jc w:val="left"/>
      </w:pPr>
      <w:r>
        <w:rPr>
          <w:rFonts w:ascii="Times New Roman" w:hAnsi="Times New Roman" w:eastAsia="Times New Roman" w:cs="Times New Roman"/>
        </w:rPr>
        <w:t>Tukuy kay pachaq tiyaqkuna, hallp’api kawsak runakuna ima, qhawariychik, urqukunapi huk unanchata oqarisqan p’unchawpi; waqrapas waqyasqan p’unchawpi, uyariychik. Isaías 18:3.</w:t>
      </w:r>
    </w:p>
    <w:p>
      <w:pPr>
        <w:pStyle w:val="ArticleBody"/>
        <w:jc w:val="left"/>
      </w:pPr>
      <w:r>
        <w:rPr>
          <w:rFonts w:ascii="Times New Roman" w:hAnsi="Times New Roman" w:eastAsia="Times New Roman" w:cs="Times New Roman"/>
        </w:rPr>
        <w:t>Unanchakqa “allin willakuykunata” rikuchinqa “trompeta” waqachisqa kaptin. Apocalipsispi qhipa trompetapa willakuyninqa qanchis kaq trompetam, chaymi kinsa kaq ay, chaymi Islam nisqa. Isaias, Juan, Ezequiel ima, llapankum qhipa p’unchaykunamanta rimashanku, hinaspataq manam hayk’aqpas huknin hukninta contradicenkuchu.</w:t>
      </w:r>
    </w:p>
    <w:p>
      <w:pPr>
        <w:pStyle w:val="ArticleBody"/>
        <w:jc w:val="left"/>
      </w:pPr>
      <w:r>
        <w:rPr>
          <w:rFonts w:ascii="Times New Roman" w:hAnsi="Times New Roman" w:eastAsia="Times New Roman" w:cs="Times New Roman"/>
        </w:rPr>
        <w:t>Diospa sellonqa churakun Diospa llaqtanpa hawpinman domingo p’unchay kamachiypi.</w:t>
      </w:r>
    </w:p>
    <w:p>
      <w:pPr>
        <w:pStyle w:val="ArticleScripture"/>
        <w:jc w:val="left"/>
      </w:pPr>
      <w:r>
        <w:rPr>
          <w:rFonts w:ascii="Times New Roman" w:hAnsi="Times New Roman" w:eastAsia="Times New Roman" w:cs="Times New Roman"/>
        </w:rPr>
        <w:t>“Manamantaqa mayqinpas mana hayk’aqpas Diospa sellonta chaskisunchu, characterninchikpi huk qhelli utaq huk manchasqa kaptin. Ñuqanchikmanmi saqesqa kachkan characterninchikpa pantasqankunata allichay, almaq templonta llapa qhellikuykunamanta pichay. Chaymantataq qhepa para ñuqanchikman urmamunqa, ñawpaq paraqa Pentecostés p’unchaypi discipulokunaman imayna urmarqan hinata....”</w:t>
      </w:r>
    </w:p>
    <w:p>
      <w:pPr>
        <w:pStyle w:val="ArticleScripture"/>
        <w:jc w:val="left"/>
      </w:pPr>
      <w:r>
        <w:rPr>
          <w:rFonts w:ascii="Times New Roman" w:hAnsi="Times New Roman" w:eastAsia="Times New Roman" w:cs="Times New Roman"/>
        </w:rPr>
        <w:t>“¿Imatataq ruwashankichik, wawqe-panaykuna, hatun wakichikuy llamk’aypi? Kay pachawan hukllanakusqakunaqa kay pacha rikch’ayninta chaskinku hinaspa wakichikushanku uywaqa señalninpaq. Kikinkumanta mana atiniyta yuyaspa, Diospa ñawpaqenpi k’umuykukuqkuna, cheqaq kayta kasukuspa almanninkuta chuyaqchakuqkunaqa hanaq pacha rikch’ayta chaskishanku hinaspa Diospa sellonpaq wakichikushanku urkunkupi. Kamachiy lluqsispa, señal churayta ñit’isqa kaptinqa, paykunapa kawsaynin rikch’ayninqa wiñaypaq chuya, mana ima qilliyoqpas qhiparinqa.” Testimonies, volume 5, 214–216.</w:t>
      </w:r>
    </w:p>
    <w:p>
      <w:pPr>
        <w:pStyle w:val="ArticleBody"/>
        <w:jc w:val="left"/>
      </w:pPr>
      <w:r>
        <w:rPr>
          <w:rFonts w:ascii="Times New Roman" w:hAnsi="Times New Roman" w:eastAsia="Times New Roman" w:cs="Times New Roman"/>
        </w:rPr>
        <w:t>Manaqámi kamachiyqa Domingo p’unchaypa ley nisqapi huellachasqa kanqa chaypas, sellota chaskiqkunaqa sellopaq wakichisqa carácter-niyoqña kayta muchkanku manaraq Domingo p’unchaypa ley hamuptin, imaraykuchus Domingo p’unchaypa leyqa chay crisis-mi, Diospa siminpi llapa crisis-kuna ñawpaqman rikuchisqanman chayan. Chaymi “crisis”, icha “waqyay”, chawpi tutapi chunka sipaskunamanta rimaypi nisqa.</w:t>
      </w:r>
    </w:p>
    <w:p>
      <w:pPr>
        <w:pStyle w:val="ArticleScripture"/>
        <w:jc w:val="left"/>
      </w:pPr>
      <w:r>
        <w:rPr>
          <w:rFonts w:ascii="Times New Roman" w:hAnsi="Times New Roman" w:eastAsia="Times New Roman" w:cs="Times New Roman"/>
        </w:rPr>
        <w:t>Carácterqa huk crisisiswanmi rikuchikun. Chawpi tutapim llakikuywan hunt’asqa kunkawan willasqa karqa: “Qhawariychik, qasaraq hamun; lloqsimuychik tinkuqninchikpaq”, nispa, puñusqa sipaskuna rikch’arimurqanku puñuyninkumanta, chaypim rikurirqa pichus chay ruwaypaq wakichisqa kasqanku. Iskay hukllawasqallam hap’isqa karqanku, ichaqa hukninqa wakichisqam karqa chay sasachakuypaq, huktaq mana wakichisqachu tarisqa karqa. Carácterqa circunstanciakunawanmi rikuchikun. Sasachakuykunam carácterpa cheqaq kayninta sut’inchanku. Ima ñanpaq mana suyasqa, mana yuyasqa llaquy, wañuywan chinkachikuy, utaq crisis; mana suyasqa onqoy utaq ñak’ariy; imapas almawan wañuyta uyapura sayachiq, chaymi carácterpa ukhupi cheqaq kasqanta rikuchinqa. Sut’iyachisqam kanqa Diospa siminpa promesankunapi cheqaq iñiy kasqanmanta utaq mana kasqanmanta. Sut’iyachisqam kanqa almaqa graciyawan kallpachasqa kachkanchu mana chaymanta, mecherowan kuska wiraq vesselpi kachkanchu mana chaymanta.</w:t>
      </w:r>
    </w:p>
    <w:p>
      <w:pPr>
        <w:pStyle w:val="ArticleScripture"/>
        <w:jc w:val="left"/>
      </w:pPr>
      <w:r>
        <w:rPr>
          <w:rFonts w:ascii="Times New Roman" w:hAnsi="Times New Roman" w:eastAsia="Times New Roman" w:cs="Times New Roman"/>
        </w:rPr>
        <w:t>“Pruebanakuna llapanmanmi chayamun. ¿Imaynatan Diospa pruebawan hinaspa suyaychasqanwan kaspa purinchik? ¿Mecheronchikkuna wañunachu? ¿Ichataq k’anchaykutaqa manaraqchu wañuchkanchik, aswanpas rataykuchkanchikchu? ¿Sapa imaymana sasachakuypaqchu wakichisqa kachkanchik, paywan t’inkisqa kasqanchikrayku, payqa graciawan cheqaq kaywan hunt’asqa kasqanrayku? Pichqa yachaysapa doncellakunaqa mana atirqankuchu pichqa mana yuyaysapa doncellakunaman karakterninkuta qusqayta. Karakterqa sapankama runa kasqanchikpi ñuqanchikraykuta ruwasqa kanan.” Review and Herald, October 17, 1895.</w:t>
      </w:r>
    </w:p>
    <w:p>
      <w:pPr>
        <w:pStyle w:val="ArticleBody"/>
        <w:jc w:val="left"/>
      </w:pPr>
      <w:r>
        <w:rPr>
          <w:rFonts w:ascii="Times New Roman" w:hAnsi="Times New Roman" w:eastAsia="Times New Roman" w:cs="Times New Roman"/>
        </w:rPr>
        <w:t>Yuyaysapa sipaskunaqa aceite-ta necesitakurqanku waqay manaraq rurasqa kaptin, chawpi tuta sasachakuy chayamunanpaqqa, qhipamña aceite-ta tarinapaq.</w:t>
      </w:r>
    </w:p>
    <w:p>
      <w:pPr>
        <w:pStyle w:val="ArticleScripture"/>
        <w:jc w:val="left"/>
      </w:pPr>
      <w:r>
        <w:rPr>
          <w:rFonts w:ascii="Times New Roman" w:hAnsi="Times New Roman" w:eastAsia="Times New Roman" w:cs="Times New Roman"/>
        </w:rPr>
        <w:t>“Kunanqa kachkan huk espíritu desesperaciónmanta, guerramanta hinaspa yawar usyaymanta, chay espírituqa aswanraqmi wiñanqa pacha tukukuynin kama. Diospa llaqtan runakuna urkunkupi sellasqa kanku chaylla ratomanta,—manam rikuy atisqa ima sello utaq markachu, aswanpas cheqaq kaypi takyasqa kasqankum, yuyayninpipas espiritualmentepas, mana kuyuchisqa kananpaq,—Diospa llaqtan sellasqa hinaspa chay qhuyuyllapaq wakichisqaña kaqtinkuchá, chayqa hamunqa. Arí, qallariñanñam; Diospa taripayninkunaqa kunanmi kay hallp’api kachkan, ñoqanchisman willanakunata qospa, ima hamunanta yachananchikpaq.” Manuscript Releases, volumen 1, 249.</w:t>
      </w:r>
    </w:p>
    <w:p>
      <w:pPr>
        <w:pStyle w:val="ArticleBody"/>
        <w:jc w:val="left"/>
      </w:pPr>
      <w:r>
        <w:rPr>
          <w:rFonts w:ascii="Times New Roman" w:hAnsi="Times New Roman" w:eastAsia="Times New Roman" w:cs="Times New Roman"/>
        </w:rPr>
        <w:t>Diospa sellonqa cheqaqman takyaykuymi, yuyayman hina, chaymanta espiritupi hinallataq. Chay selloqa mana rikuy atisqachu, ichaqa estandarteqa rikusqa kanqa, imaraykuchus chayllam kay pachata willakuywan waqyay atikunanpaq. Chayrayku, huk pacha kanmi maypin sellota mana rikuy atikun, chaymanta qatiqta Domingo p’unchay kamachiy hamun, maypipas sellota rikusqa kanan tiyan.</w:t>
      </w:r>
    </w:p>
    <w:p>
      <w:pPr>
        <w:pStyle w:val="ArticleScripture"/>
        <w:jc w:val="left"/>
      </w:pPr>
      <w:r>
        <w:rPr>
          <w:rFonts w:ascii="Times New Roman" w:hAnsi="Times New Roman" w:eastAsia="Times New Roman" w:cs="Times New Roman"/>
        </w:rPr>
        <w:t>“Espíritu Santoq rurananqa kaymi: huchamanta, chanin kaymanta, hinallataq taripakuymantapas kay pachata yuyachiy hinaspa sut’inchay. Kay pachaqa sapaq warningqa manam huk hina chaskinkachu, aswanqa cheqaqta iñiqkuna cheqaqwan santuyaqkuna rikurisqanraykum, hanan kaq, chuya kaq principiosman hina purisqankuwan, sut’i, hatun, hanaychasqa yuyaypi rikuchispa imayna t’aqanakuy kasqanta Diospa kamachikuyninkunata waqaychaqkunawan, chaki sikinwan saruchaqkunawanpas. Espírituq santuyachisqanmi reqsichin imayna sapaq kasqanta Diospa sellonniyuqkunawan, llulla samana p’unchayta waqaychaqkunawanpas. Pruebakuy hamuptinqa, sut’ita rikurinqa imataq bestiapa señalan kasqanta. Chayqa domingo p’unchayta waqaychaymi. Cheqaqta uyarispaña, kay p’unchayta llaqtasqa p’unchay hina yupaychaspa qhipamanraq qatiqkunaqa, huchayoq runapa firmanta apanku, paymi tiempos-ta leykunatawan tikrayta yuyarqan.” Bible Training School, December 1, 1903.</w:t>
      </w:r>
    </w:p>
    <w:p>
      <w:pPr>
        <w:pStyle w:val="ArticleBody"/>
        <w:jc w:val="left"/>
      </w:pPr>
      <w:r>
        <w:rPr>
          <w:rFonts w:ascii="Times New Roman" w:hAnsi="Times New Roman" w:eastAsia="Times New Roman" w:cs="Times New Roman"/>
        </w:rPr>
        <w:t>Siminchata kamachiy manaraq chayamushaspa tarinapaq kashanmi Cristopa kawsaynin allin rurayninpa hunt’asqa wiñaynin, chayqa mana rikuy atisqachu, angelkunallam rikunku. Siminchata kamachiypi rikuy atisqa siminqa kanku qanchis p’unchaw samana p’unchawta waqaychaqkuna, imaraykuchus chaymi Diospa llaqtanpaq simin, utaq señalnin.</w:t>
      </w:r>
    </w:p>
    <w:p>
      <w:pPr>
        <w:pStyle w:val="ArticleScripture"/>
        <w:jc w:val="left"/>
      </w:pPr>
      <w:r>
        <w:rPr>
          <w:rFonts w:ascii="Times New Roman" w:hAnsi="Times New Roman" w:eastAsia="Times New Roman" w:cs="Times New Roman"/>
        </w:rPr>
        <w:t>Qampis Israelpa churinkunamanpas rimay, nispa: Cheqaqtapuni samana p’unchaynikunata waqaychankichik; chayqa noqawan qankunawanpas unanchanmi kachkan miraynikiqkuna tukuy tiempopi; chaywan yachanaykichikpaq noqaqa Señor kasqayta, qankunata santuyaqta. Éxodo 31:13.</w:t>
      </w:r>
    </w:p>
    <w:p>
      <w:pPr>
        <w:pStyle w:val="ArticleBody"/>
        <w:jc w:val="left"/>
      </w:pPr>
      <w:r>
        <w:rPr>
          <w:rFonts w:ascii="Times New Roman" w:hAnsi="Times New Roman" w:eastAsia="Times New Roman" w:cs="Times New Roman"/>
        </w:rPr>
        <w:t>Tawaqninchik pachak iskay chunka tawa waranqa tawa pachakninpa sellosqanku qallarikurqa 18 julio 2020 p’unchaypi, hinaspan tukukunqa manaraq Domingo p’unchay kamachiy chayasqanmanta.</w:t>
      </w:r>
    </w:p>
    <w:p>
      <w:pPr>
        <w:pStyle w:val="ArticleScripture"/>
        <w:jc w:val="left"/>
      </w:pPr>
      <w:r>
        <w:rPr>
          <w:rFonts w:ascii="Times New Roman" w:hAnsi="Times New Roman" w:eastAsia="Times New Roman" w:cs="Times New Roman"/>
        </w:rPr>
        <w:t>Llapa kay pacha tiyaqkuna, hallp’a patapi kaqkuna ima, qhawariychik, urqukunapi huk unanchaqta oqariptin; waqrapas waqyasqanta uyariychik. Isaías 18:3.</w:t>
      </w:r>
    </w:p>
    <w:p>
      <w:pPr>
        <w:pStyle w:val="ArticleBody"/>
        <w:jc w:val="left"/>
      </w:pPr>
      <w:r>
        <w:rPr>
          <w:rFonts w:ascii="Times New Roman" w:hAnsi="Times New Roman" w:eastAsia="Times New Roman" w:cs="Times New Roman"/>
        </w:rPr>
        <w:t>Kunan qichasqa qanchis illapakunaqa reqsichinmi, pachak tawa chunka tawa waranqa runakunapa historiankuqa huk willakuy willay llamk’ay kasqanta, chay willakuyqa kinsa kaq manchay llakiypa waqyay pututupa kamachikuy contexto ukhupi churakusqa. Bibliaq profeciankunapi Islampa pututuqa waqyasqanmi hina, panteonmanta oqarichisqa unanchawan.</w:t>
      </w:r>
    </w:p>
    <w:p>
      <w:pPr>
        <w:pStyle w:val="ArticleBody"/>
        <w:jc w:val="left"/>
      </w:pPr>
      <w:r>
        <w:rPr>
          <w:rFonts w:ascii="Times New Roman" w:hAnsi="Times New Roman" w:eastAsia="Times New Roman" w:cs="Times New Roman"/>
        </w:rPr>
        <w:t>Sapa reforma siq’ipi tawa señalninkuna, 1840manta 1844kama historiapa tawa señalninkunawan tinkichisqa kashaspanku, sapanka reforma siq’ipi tawa puriyninkunamanta sapa hukninqa wiñayllaña kaqlla temata hap’isinanta takyachin. Pachak tawa chunka tawa waranqa runakunapa historiapin ñawpaq señal, 1840manta 1844kama rikuchisqa karqan, setiembre 11, 2001 p’unchawpi mensajepa kallpachakusqan karqan. Chay señalqa Islam karqan. Pachak tawa chunka tawa waranqa runakunapa paralelo historiapin iskay ñiqin señalqa julio 18, 2020 p’unchawpi llakikuy karqan. Chay señalqa Islammanta huk willakuy karqan, pacha churaywan waqllichisqa. Kimsa ñiqin señalqa, Chawpi Tuta Qapariyta señalaspa, Islammanta pantasqa willakuypa allinchayninmi. Chay allinchayqa pacha churayta qhespichiyta rikuchin. Tawa ñiqin señalqa domingo leymi, maypichus oqarisqa unanchaq qanchis ñiqin trompetata waqachin, chaymi kimsa ñiqin ay; chaymi Islam.</w:t>
      </w:r>
    </w:p>
    <w:p>
      <w:pPr>
        <w:pStyle w:val="ArticleBody"/>
        <w:jc w:val="left"/>
      </w:pPr>
      <w:r>
        <w:rPr>
          <w:rFonts w:ascii="Times New Roman" w:hAnsi="Times New Roman" w:eastAsia="Times New Roman" w:cs="Times New Roman"/>
        </w:rPr>
        <w:t>Isaias qillqap chunka tawa ch’usaq t’aqaqa qhawaqnin suqta chunka soqtayuq qhipaman t’aqakunapa qallariyninta reqsichin. Chay qallariyqa Taripay Willakuy qillqap chunka hukniyuq t’aqapi tarikun, iskay profetakuna runakunata ñak’arichiqkuna wañusqamanta kawsarichisqa kaptinku. Sonqochiqmi paykunata kawsarichin, sayariq kayman churamun, chaymantaq hanaq pachaman oqarisqa kanku. Isaiasqa Elías willaq chaskiqta purun pampapi waqaq simi hina reqsichin. Chay chaskiqqa tapukun imataq willakuynin kananmanta, hinaspataq profetap siminchaywan nisqa kachkan: Islampa willakuyninqa pukunata waqaychaq trompeta waqyaymi, unanchaqpa willasqan. Ichataq p’unchaykuna tukukuypi Islamqa waqaychaq trompeta hina qhawachiyta atinqa, ñawpa pachaq Islamta reqsichispa chayllawan. Islampa qallariynin, Millerita runakuna yachasqankuman hina, Habacucpa iskay santu siq’ikuna patapi rikch’arisqa hina, kimsakaq ay payapi Islamta reqsichinapaq llamk’achisqa kanan tiyan.</w:t>
      </w:r>
    </w:p>
    <w:p>
      <w:pPr>
        <w:pStyle w:val="ArticleScripture"/>
        <w:jc w:val="left"/>
      </w:pPr>
      <w:r>
        <w:rPr>
          <w:rFonts w:ascii="Times New Roman" w:hAnsi="Times New Roman" w:eastAsia="Times New Roman" w:cs="Times New Roman"/>
        </w:rPr>
        <w:t>Señorpa punchawninpi Espíritupi karqani, hinaspan qhepaymanta uyariqani hatun qapariyta, waqra qapariynin hina. Apocalipsis 1:10.</w:t>
      </w:r>
    </w:p>
    <w:p>
      <w:pPr>
        <w:pStyle w:val="ArticleBody"/>
        <w:jc w:val="left"/>
      </w:pPr>
      <w:r>
        <w:rPr>
          <w:rFonts w:ascii="Times New Roman" w:hAnsi="Times New Roman" w:eastAsia="Times New Roman" w:cs="Times New Roman"/>
        </w:rPr>
        <w:t>Juanqa qhepanta trompetapa kunan rimayninta uyarirqan Apocalipsispi, hinaspataq Juanqa pachak tawa chunka tawa waranqa runakunata reqsichin, paykuna ñawpaq pachamanta hamuq rimayta uyarinku. Juanpa qhepapi kaq rimayqa, chayqa ñawpaq pachamanta trompetapa waqyayninta reqsichispa, pionerokunapa yachayninmi, mayqenchus trompetakunaqa Diospa juicionnin karqan domingo punchaw yupaychaypa contra. Ñawpaq tawa trompetakunaqa paganoroma contra apamusqa karqan Constantino watapi 321 ñawpaq domingo kamachiyta churaptin kutichisqa hina. Pisqaqa soqta trompetapas, mayqenkunachus ñawpaq kaq iskay llaquykuna kanku, Diospa juicionninkunatan reqsichin papal Roma contra, paypas Orleans Consejo nisqapi watapi 538 domingo kamachiyta churasqanmanta qhepa. Islam nisqapa kinsa kaq llaquyninqa chayamun Estados Unidospi domingo kamachiy pasanman hina. Chaypim estandarte hoqarisqa kan, hinaspataq Islampa profetiko ruwanan reqsichisqa kan, Islampa qallariyninpi kaq ruwananman hina.</w:t>
      </w:r>
    </w:p>
    <w:p>
      <w:pPr>
        <w:pStyle w:val="ArticleBody"/>
        <w:jc w:val="left"/>
      </w:pPr>
      <w:r>
        <w:rPr>
          <w:rFonts w:ascii="Times New Roman" w:hAnsi="Times New Roman" w:eastAsia="Times New Roman" w:cs="Times New Roman"/>
        </w:rPr>
        <w:t>Unancha willakuyta estandarte nisqawan willakusqa, Alpha Omega nisqakunapa contexto ukupi churakusqallapi sayachisqa kayta atinqa. Kay qallariy qepaman, Isaías pusaq chunka kapitulumanta, Diospa Alpha Omega kasqanmanta Biblia qelqapi aswan kallpayoq, aswan chiqap nisqa rikuchiyqa achka qatipaq kapitukunapi churakun. Chay kapitukunaqa Isaíaspa rikuchisqanmi Jesucristopa Revelaciónninta, maytataq “Dios qon” Jesusta, “kamachinkunaman rikuchinampaq ima ruwanakuna utqaylla pasanankupaq kasqanta; angelwan kachaspataq señalta qowarqan kamachin Juanman,” paymi chayta “huk libropi qelqaspa, hinaspa” kacharqan “qanchis iglesiakunaman.”</w:t>
      </w:r>
    </w:p>
    <w:p>
      <w:pPr>
        <w:pStyle w:val="ArticleBody"/>
        <w:jc w:val="left"/>
      </w:pPr>
      <w:r>
        <w:rPr>
          <w:rFonts w:ascii="Times New Roman" w:hAnsi="Times New Roman" w:eastAsia="Times New Roman" w:cs="Times New Roman"/>
        </w:rPr>
        <w:t>Qatiq qillqapiqa Isaiaspa qhipan kapítulonkunaqta qhawarisunchis.</w:t>
      </w:r>
    </w:p>
    <w:p>
      <w:pPr>
        <w:pStyle w:val="ArticleScripture"/>
        <w:jc w:val="left"/>
      </w:pPr>
      <w:r>
        <w:rPr>
          <w:rFonts w:ascii="Times New Roman" w:hAnsi="Times New Roman" w:eastAsia="Times New Roman" w:cs="Times New Roman"/>
        </w:rPr>
        <w:t>Kusisqanmi ñawirinqa, kusisqanmi kay willakuy rimaykunata uyariqkuna, chaypi qillqasqa kaqkunatapas waqaychaqkuna; pachaqa ñañam qayllapiña kachkan. Apocalipsis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Jesucristopa Apocalipsisnin — Tawa Yupayniyuq</dc:title>
  <dc:subject>Isaías Chusku Chunka</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