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Jesucristoq Revelasqan - Qanchis Yupayniyuq</w:t>
      </w:r>
    </w:p>
    <w:p>
      <w:pPr>
        <w:pStyle w:val="ArticleSubtitle"/>
        <w:jc w:val="left"/>
      </w:pPr>
      <w:r>
        <w:rPr>
          <w:rFonts w:ascii="Arial" w:hAnsi="Arial" w:eastAsia="Arial" w:cs="Arial"/>
        </w:rPr>
        <w:t>Kinsa Ñak'ariywan Qanchisñiqin Qhapaq Suyupa Hatariynin: Inti Punchaw Kamachikuypa Profétic Ancha Chaninchasqan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Apocalipsis qelqa chunka hukniyuq kapitulumpi, iskay testigokuna hanaq pachaman hoqarisqa kanku huk señalta hina “chay kikin horapi”, maypachachus “llaqtapa chunka kaqmanta huknin parte” urman. Chay horapi “iskay ñak'ariyqa pasañanña; qhawariy, kinsa kaq ñak'ariyqa utqayman hamushan” nisqa. Islamqa qanchis kaq trompetan, hinaspa kinsa kaq ñak'ariymi, mayqinchus hamun domingo ley “pacha kuyuy” nisqa “horapi”.</w:t>
      </w:r>
    </w:p>
    <w:p>
      <w:pPr>
        <w:pStyle w:val="ArticleScripture"/>
        <w:jc w:val="left"/>
      </w:pPr>
      <w:r>
        <w:rPr>
          <w:rFonts w:ascii="Times New Roman" w:hAnsi="Times New Roman" w:eastAsia="Times New Roman" w:cs="Times New Roman"/>
        </w:rPr>
        <w:t>Hinaspapi huk jatun kunkata hanaq pachamanta paykunata nispa: Kayman wichariychis. Chaymantataq huk phuyu ukhupi hanaq pachaman wicharirqanku; awqankunataq paykunata qhawarirqanku. Chay kikin horallapitaq huk jatun pachakuy karqa, llaqtapa chunka kaqnin parte urmarqa, chay pachakuypitaq qanchis waranqa runakuna wañusqa karqanku; puchuqkunañataq mancharisqa kashaspanku, hanaq pacha Diosman hatunchayta qorqanku. Iskay kaq ñak'ariyqa pasañanña; qhawariy, kinsa kaq ñak'ariyqa utqaylla hamushan. Qanchis kaq angeltaq waqra waqachirqa; hinaspataq hanaq pachapi jatun kunkakuna karqa, nispa: Kay pachapa qhapaq suyuqninkunaqa Señorninchikpa, hinaspa Cristonpa qhapaq suyuqninman tukusqaña; paytaq wiñaypaq wiñayninta kamachinqa. Diospa ñawpaqenpi tiyanankunapi tiyashaq iskay chunka tawa yayaqkunataq uyankuman urmaykuspa Diosta yupaycharqanku, nispa: Añaykuykiku, llañu atiyniyuq Apu Dios, kanan kaq, ñawpaq kaq, hamuq kaqpas; hatun atiynikita hap'ispa kamachisqaykirayku. Suyukunaqa piñakurqanku, ichaqa phiñasqayki chayamunña, wañusqakunapa juzgasqa kanan pacha chayamunña, hinaspa sirviqniykikunaman, profetakunaman, santokunaman, sutiykita manchakunaman, huch'uykunaman hatunkunamanpas, premiota qonanaykipaq; hallp'ata tukuchiqkunatataq tukuchinaykipaq. Hinaqtinmi hanaq pachapi Diospa templon kicharisqa karqa, templon ukhupitaq rikusqa karqa testamentoq babulnin; hinaspataq llipyaykuna, kunkakuna, illapakuna, pachakuy, hatun chikchiwanpas karqa. Apocalipsis 11:12–19.</w:t>
      </w:r>
    </w:p>
    <w:p>
      <w:pPr>
        <w:pStyle w:val="ArticleBody"/>
        <w:jc w:val="left"/>
      </w:pPr>
      <w:r>
        <w:rPr>
          <w:rFonts w:ascii="Times New Roman" w:hAnsi="Times New Roman" w:eastAsia="Times New Roman" w:cs="Times New Roman"/>
        </w:rPr>
        <w:t>Iskay testigokuna hanaq pacha-man wicharinku phuyu ukhupi, chaymi proféticamente huk huñu angelkunata rikuchin. Kay qillqakunapi ñawpaqta nisqayku hina, hinallataq Habacucpa Tablaskunapi tarisqa hina, Hermana White sut’inchan, sapaq mensajekuna ñawpaq angel, iskay ñiqin angel, kimsa ñiqin angel nisqa hina rikuchisqakuna, profecíapa historiankaman chayamuptinku, sapaq angel hina qawachisqa kanku; ichaqa Chawpi Tuta Qapariypa mensajenqa achka angelkunawanmi rikuchisqa. Iskay testigokuna hanaq pacha-man oqarisqa kanku, achka angelkunap soldadonkuna yanapayninwan Chawpi Tuta Qapariyta willakuspa; chayraykum hanaq pacha-man apasqa kanku “phuyu ukhupi.”</w:t>
      </w:r>
    </w:p>
    <w:p>
      <w:pPr>
        <w:pStyle w:val="ArticleScripture"/>
        <w:jc w:val="left"/>
      </w:pPr>
      <w:r>
        <w:rPr>
          <w:rFonts w:ascii="Times New Roman" w:hAnsi="Times New Roman" w:eastAsia="Times New Roman" w:cs="Times New Roman"/>
        </w:rPr>
        <w:t>“Iskay kaq angelpa willakuynin tukukuyman qayllapi, hanaq pachamanta hatun k’anchayta rikurqani Diospa llaqtan patapi k’anchamushaqta. Chay k’anchaypa rayokunanqa intihina ancha lliphipiqhina karqan. Hinaptinmi angelkunapa siminkunata uyarirqani qaparispa: ‘Qhawariychik, Qosan hamushan; lluqsiychik paywan tinkuq!’”</w:t>
      </w:r>
    </w:p>
    <w:p>
      <w:pPr>
        <w:pStyle w:val="ArticleScripture"/>
        <w:jc w:val="left"/>
      </w:pPr>
      <w:r>
        <w:rPr>
          <w:rFonts w:ascii="Times New Roman" w:hAnsi="Times New Roman" w:eastAsia="Times New Roman" w:cs="Times New Roman"/>
        </w:rPr>
        <w:t>“Kaymi karqa chawpi tuta qapariy, mayqinchus iskay kaq angelpa willakuyninta kallpachananpaq karqa. Angelkuna hanaq pachamanta kachakusqa karqaku pisipakusqa santokunata rikch’achinankupaq hinaspa ñawpaqninpi kaq hatun llamk’anapaq wakichinankupaq. Aswan yachaysapa runakunaqa manam ñawpaqtaqa kay willakuyta chaskirqakuchu. Angelkunaqa kachakusqa karqaku llamp’u, sapa sonqo wiñay yupaychaqkunaman, hinaspa kallpachirqaku qaparichinankupaq: ‘Qhawariychis, kasarakuy noviom hamushan; lloqsiychis paywan tinkuq!’ Chay qapariyman entrusted kaqkunaqa utqayllam purirqaku, Santo Espiritupa kallpanwan willakuyta waqyarqaku, hinaspa pisipakusqa wawqe-panankunata rikch’achirqaku. Kay llamk’ayqa manam runakunapa yachayninpi, yachachikuyninpichu sayarqa, aswanqa Diospa kallpanpin karqa; hinaspa paypa santokuna, qaparita uyarispaqa, manam hark’akuyta atirqakuchu. Aswan espiritual kaqkunaqa kay willakuyta ñawpaqta chaskirqaku, hinaspa ñawpaqta llamk’aypi pusariq kaqkunaqa qhipata chaskirqaku hinaspa yanaparqaku qapariyta hatunyachinankupaq: ‘Qhawariychis, kasarakuy noviom hamushan; lloqsiychis paywan tinkuq!’” Primeros Escritos, 238.</w:t>
      </w:r>
    </w:p>
    <w:p>
      <w:pPr>
        <w:pStyle w:val="ArticleBody"/>
        <w:jc w:val="left"/>
      </w:pPr>
      <w:r>
        <w:rPr>
          <w:rFonts w:ascii="Times New Roman" w:hAnsi="Times New Roman" w:eastAsia="Times New Roman" w:cs="Times New Roman"/>
        </w:rPr>
        <w:t>Pachak pachak kay pacha chaypi, llaqtamanta chunka huknin rakita thuñichiqpi, qanchis waranqa qharikuna wañuchisqa kanku. Chay pachak pachak kayqa Estados Unidos llaqtapi domingo p’unchaw kamachiymi. Profecíapi huk llaqtaqa huk qhapaq suyu kasqanmi, hinaspa Estados Unidosqa Apocalipsis 17 nisqapi chunka reykunapa qhapaq suyunkumanta chunka hukninmi. Estados Unidosqa domingo p’unchaw kamachiy pachak pachak kaywan urmachisqa kaspa, Bibliapa profecíanpi soqta kaq qhapaq suyu kayta saqen, chaymantaq chunka reykunamanta ñawpaq kaq reyman, Bibliapa profecíanpi qanchis kaq qhapaq suyumán tikran, paykunaqa sutinchanku qhapaq suyunkuta papadoman qoyta; payqa pusaq kaqmi, qanchis kaqkunamantataqmi.</w:t>
      </w:r>
    </w:p>
    <w:p>
      <w:pPr>
        <w:pStyle w:val="ArticleScripture"/>
        <w:jc w:val="left"/>
      </w:pPr>
      <w:r>
        <w:rPr>
          <w:rFonts w:ascii="Times New Roman" w:hAnsi="Times New Roman" w:eastAsia="Times New Roman" w:cs="Times New Roman"/>
        </w:rPr>
        <w:t>Chunka qhawaqniykita chunka waqrankunaqa chunka reykunam, manaraqmi kaykamaqa ima reinotapas chaskirqakuchu; ichaqa uywakunawan kuska huk ratullapaqmi reykuna hina atiyta chaskinqaku. Paykunaqa huk yuyayllayuqmi kanku, hinaspataq atiynta kallpanta uywaman qonkaku. Paykunam Malt’awan maqanakunqa, Malt’ataq paykunata atipanqa; payqa señorkunapa Señorinmi, reykunapa Reyninmi; paywan kashaqkunataq waqyasqa, akllasqa, hinallataq sapaq sonqoyuqmi kanku. Hinaptinmi niwan: “Qhawaqniykita unukuna, maypim qaran warmi tiyashan, chaykunaqa llaqtakunam, achka runakunam, nacionkunam, simikunam. Chunka waqrankunata qhawaqniykita uywapi, chaykunam qaran warmita cheqnikunqa, ch’usakuyuqta, q’ala q’alaqtataq ruwankaku, aychanta mikhunqaku, ninawan ruphachinqaku. Diosmi sonqonkuman churarqun munayninta hunt’achinankupaq, huk yuyaylla kananankupaq, reinonta uywaman qonankupaq, Diospa rimayninkuna hunt’akunankama. Qhawaqniykita warmitaqmi chay hatun llaqtaha, kay pachapa reykunan hawapi kamachiq.” Apocalipsis 17:12–18.</w:t>
      </w:r>
    </w:p>
    <w:p>
      <w:pPr>
        <w:pStyle w:val="ArticleBody"/>
        <w:jc w:val="left"/>
      </w:pPr>
      <w:r>
        <w:rPr>
          <w:rFonts w:ascii="Times New Roman" w:hAnsi="Times New Roman" w:eastAsia="Times New Roman" w:cs="Times New Roman"/>
        </w:rPr>
        <w:t>Naciones Unidas nisqapa chunka reykunam “acuerdoykunku” llapa pachapi kaq “reyninkuta animalman qunankupaq”. Paykunam “huk yuyaylla” kanku, hinaqtinmi Salmos ochenta y trespi nisqaman hina “huk similla tantanakuspa yuyaychakurqanku”. Acabqa chunka ayllukunapa reynin karqan, paymi Isaías veintitréspi Tiro llaqta wayllusqa warmiwan mana allin huchallikuypi urmarqan. Acabwan Jezabelwan mana allin tinkuyninkum Eliaspa p’unchayninpi Herodeswan Herodíaswan mana allin tinkuyninta rikuchirqan, Juan Bautista hina sutichasqa kaspa. Herodesqa Roma Imperiopa rantinmi karqan; Daniel qanchispiqa, Roma Imperioqa chunka waqrakunamantam hukchasqa kachkan. Chay chunka waqrakunaqa Acabpa chunka ayllukunayuq reyninwanmi unanchasqa karqanku, iskayninkutaq Naciones Unidas nisqapa chunka reykunamanta testigokunata qunku. Acabwan Herodeswan estadota mana allin tinkuykunapi rikuchispa, ruwanakuy ninanqa Tiro llaqta wayllusqa warmipaq herejekunata qatiykachayta hunt’asqankum, payqa unanchasqa qanchis chunka watakuna tukukuyninpi takiyninkunata takispa.</w:t>
      </w:r>
    </w:p>
    <w:p>
      <w:pPr>
        <w:pStyle w:val="ArticleScripture"/>
        <w:jc w:val="left"/>
      </w:pPr>
      <w:r>
        <w:rPr>
          <w:rFonts w:ascii="Times New Roman" w:hAnsi="Times New Roman" w:eastAsia="Times New Roman" w:cs="Times New Roman"/>
        </w:rPr>
        <w:t>“Reykuna, kamachiqkuna, gobernadorkunapas kikinkuman anticristo-paq señalninta churakunku, hinaspataq dragón hina rikuchisqa kanku santo-kunawan maqanakunankupaq—Diospa kamachiykuna waqaychaqkunawan, Jesucristo-pi iñiyniyuqkunawan.” Testimonios para los Ministros, 38.</w:t>
      </w:r>
    </w:p>
    <w:p>
      <w:pPr>
        <w:pStyle w:val="ArticleBody"/>
        <w:jc w:val="left"/>
      </w:pPr>
      <w:r>
        <w:rPr>
          <w:rFonts w:ascii="Times New Roman" w:hAnsi="Times New Roman" w:eastAsia="Times New Roman" w:cs="Times New Roman"/>
        </w:rPr>
        <w:t>Inti samana kamachikuypi allpa uywaqa manañam Biblia willakuypi soqta kaq qhapaq suyuhinachu kamachin, imaraykuchus chayraqmi Jezabelwan waqllikuyman urman, hinaspataq Naciones Unidas nisqapa umalliq kayninta hapin. Chaymantaqa llapa kay pachapi kaqkunata kallpachawanmi uywapa rikch’ayninta, llapan pachapaq rikch’ayninta, sayarichinankupaq, imaynachus ñawpaqtaña chay samana kamachikuypi paykunaq suyunkupi rurarqunku hina.</w:t>
      </w:r>
    </w:p>
    <w:p>
      <w:pPr>
        <w:pStyle w:val="ArticleScripture"/>
        <w:jc w:val="left"/>
      </w:pPr>
      <w:r>
        <w:rPr>
          <w:rFonts w:ascii="Times New Roman" w:hAnsi="Times New Roman" w:eastAsia="Times New Roman" w:cs="Times New Roman"/>
        </w:rPr>
        <w:t>Hinallataqmi llaqtapi tiyaqkunata pantachin, uywapa ñawpaqenpi ruwananpaq atiyoq kasqan milagrokunawan; paykunataq llaqtapi tiyaqkunaman nin, espadawan k’iriykusqa karqan, ichaqa kawsariq uywapa rikch’ayninta ruwanankupaq. Hinaspataq atiyniyoq karqan uywapa rikch’ayninman kawsayta qonampaq, chay hina uywapa rikch’aynin rimananpaq, hinaspa mana uywapa rikch’ayninta yupaychaqkunata wañuchinankupaq. Llapa runakunatataq, huch’uykunata hatunkunatawan, qhapaqkunata wakchakunatawan, librekunata wata-sapa runakunatawan, paña makinkupi utaq urqunkupi señalta chaskinankupaq mañachin: chay señalta, utaq uywapa sutinta, utaq sutinpa yupayninta mana hap’iqqa, ama pipas rantinankupaq nitaq rantichinankupaq. Apocalipsis 13:14–17.</w:t>
      </w:r>
    </w:p>
    <w:p>
      <w:pPr>
        <w:pStyle w:val="ArticleBody"/>
        <w:jc w:val="left"/>
      </w:pPr>
      <w:r>
        <w:rPr>
          <w:rFonts w:ascii="Times New Roman" w:hAnsi="Times New Roman" w:eastAsia="Times New Roman" w:cs="Times New Roman"/>
        </w:rPr>
        <w:t>Acab, Herodes, Imperio Romanoq chunka reykuna, hinallataq Naciones Unidaspa chunka reykunapas, drágonmanmi rikch’akuqkuna kan santo-kunawan maqanakuy risaqta; imaraykuchus sapa kuti Jezabelpa munasqan qhariyninmi hunt’an, Jezabelpa heréticokuna nisqan runakunata ñak’arichiyta.</w:t>
      </w:r>
    </w:p>
    <w:p>
      <w:pPr>
        <w:pStyle w:val="ArticleScripture"/>
        <w:jc w:val="left"/>
      </w:pPr>
      <w:r>
        <w:rPr>
          <w:rFonts w:ascii="Times New Roman" w:hAnsi="Times New Roman" w:eastAsia="Times New Roman" w:cs="Times New Roman"/>
        </w:rPr>
        <w:t>“Chhaynaqa, dragón nisqaqa, ñawpaqtaqa, Satanasta rikuchin; ichaqa iskay kaq yuyaypiqa, pagano Romapa unanchanmi.” The Great Controversy, 439.</w:t>
      </w:r>
    </w:p>
    <w:p>
      <w:pPr>
        <w:pStyle w:val="ArticleBody"/>
        <w:jc w:val="left"/>
      </w:pPr>
      <w:r>
        <w:rPr>
          <w:rFonts w:ascii="Times New Roman" w:hAnsi="Times New Roman" w:eastAsia="Times New Roman" w:cs="Times New Roman"/>
        </w:rPr>
        <w:t>Domingu laymanta kamachiypa pachan allpa kuyuypiqa “qanchis waranqa” runakuna “wañuchisqa” kashanku. Daniel chunka hukniyuqpi, tawa chunka hukniyuq versiculopipas, “achkha runakuna urmachisqa kanku.” Domingu lay chayamuchkaptin urmachisqa kaqkunaqa Laodiceapi qanchis p’unchay samana Adventista runakuna kanku, mana sasachakuypaq wakichisqa kasqankurayku. “Qanchis waranqa” yupayqa Diospa llaqtanpa puchuq ayllunta rikuchin. Diosqa Elíasman nirqan, Carmelo orqopa sasachakuyninpi, chaymi domingu lay sasachakuyninta rikuchin, “Israelpi qanchis waranqa” runakuna kasqanta, paykunaqa mana Baalman qonqorikurqankuchu. Apóstol Pabloqa kaymanta rimarin.</w:t>
      </w:r>
    </w:p>
    <w:p>
      <w:pPr>
        <w:pStyle w:val="ArticleScripture"/>
        <w:jc w:val="left"/>
      </w:pPr>
      <w:r>
        <w:rPr>
          <w:rFonts w:ascii="Times New Roman" w:hAnsi="Times New Roman" w:eastAsia="Times New Roman" w:cs="Times New Roman"/>
        </w:rPr>
        <w:t>Chaymi, hinallataq Diosqa llaqtanta wischurqanchu? Mana hayk’aqpas. Ñuqapas israelitam kani, Abrahampa mirayninmanta, Benjamin ayllumantataq. Diosqa manam wischurqanchu ñawpaqmanta reqsisqan llaqtanta. Manachu yachankichis qillqasqa nisqanmanta Eliasmanta imayna Diosman Israelpa contranpi mañakusqanta, nispa: Señor, willakuykikunata wañuchirqanku, altarniykikunatapas urmachirqanku; ñuqallañam qheparani, kawsaynaytataq maskhashanku. Ichaqa, ¿imataq Diospa kutichisqan ninman? Ñuqapaq waqaycharqani qanchis waranqa qharikunata, Baalpa rikhch’ayninman mana qonqoriykukusqankuta. Chay hinallataq kunan p’unchaykunapipas kachkan huk puchuq, graciapa akllakuyninman hina. Romanos 11:1–5.</w:t>
      </w:r>
    </w:p>
    <w:p>
      <w:pPr>
        <w:pStyle w:val="ArticleBody"/>
        <w:jc w:val="left"/>
      </w:pPr>
      <w:r>
        <w:rPr>
          <w:rFonts w:ascii="Times New Roman" w:hAnsi="Times New Roman" w:eastAsia="Times New Roman" w:cs="Times New Roman"/>
        </w:rPr>
        <w:t>“qanchis waranqa” nisqa simikunaqa Diospa llaqtanmantapuni huk puchuq remanenteta rikuchin, ichaqa maypichus simbólicamente reqsichisqa kashan, chay contextoqa mana qunqayta atiynachu, yupaychasqa kanan tiyan. Domingo ley nisqapa pachapi pachakutiwan urmachisqa qharikunaqa mana fiel kaq Qanchis p’unchaw Adventista runakunapa puchuqninmi kanku; chaypi hinallataq chay pachapiqa, kunan pacha espiritual Babiloniawan presochasqa apasqa kanku. Ñawpaq literal Israelpa profético historiapim, Babilonia Jerusalénta kimsa kutimanta iskay ñiqin kutipi waqllichiptin, “qanchis waranqa” “atiyniyuq” qharikuna “hallp’amanta” kaq puchuq remanenteqa presochasqa apasqa karqan.</w:t>
      </w:r>
    </w:p>
    <w:p>
      <w:pPr>
        <w:pStyle w:val="ArticleScripture"/>
        <w:jc w:val="left"/>
      </w:pPr>
      <w:r>
        <w:rPr>
          <w:rFonts w:ascii="Times New Roman" w:hAnsi="Times New Roman" w:eastAsia="Times New Roman" w:cs="Times New Roman"/>
        </w:rPr>
        <w:t>Hinaspan Babiloniaman apasqa Jehoiakinta, reynaq mamanwan, reynaq warminkunawan, oficialninkunawan, hallp’api sinchi runakunatawan; chaykunatan Jerusalénmanta Babiloniaman prisionerokunata hina apasqa. Llapa kallpasapa runakunatapas, qanchis waranqata, artesanokunata hinaspa herrerokunata waranqata, llapa maqanakuypaq kallpasapa hinaspa wakichisqa runakunata, chaykunatapas Babilonia reynin Babiloniaman prisionerokunata hina apasqa. Hinaspan Babilonia reynin taytanpa wawqen Mataniata paypa rantinpi reyta churaran, sutintataq Sedequíasman tikrarqan. 2 Reyes 24:15–17.</w:t>
      </w:r>
    </w:p>
    <w:p>
      <w:pPr>
        <w:pStyle w:val="ArticleBody"/>
        <w:jc w:val="left"/>
      </w:pPr>
      <w:r>
        <w:rPr>
          <w:rFonts w:ascii="Times New Roman" w:hAnsi="Times New Roman" w:eastAsia="Times New Roman" w:cs="Times New Roman"/>
        </w:rPr>
        <w:t>Jerusalén llaqtapi atiyniyuq runakuna domingo kamachikuy sismi pachapi urmachisqa kachkaptinqa, “kimsañiqin ay ayqay utqayllam hamun. Hinaspa qanchisñiqin angel waqrachirqan.” Kimsañiqin ay ayqayqa qanchisñiqin waqrachasqam, chaytaq qanchisñiqin angel waqrachin. Domingo kamachikuy sismi “hora” nisqan ukhupi—Islam maqan!</w:t>
      </w:r>
    </w:p>
    <w:p>
      <w:pPr>
        <w:pStyle w:val="ArticleBody"/>
        <w:jc w:val="left"/>
      </w:pPr>
      <w:r>
        <w:rPr>
          <w:rFonts w:ascii="Times New Roman" w:hAnsi="Times New Roman" w:eastAsia="Times New Roman" w:cs="Times New Roman"/>
        </w:rPr>
        <w:t>Iskay ñak'ariykunapi Islam-pa huk ñawpaq hatun unanchayninqa karqan kay históriku cheqaq kay: paykunaq maqanakuy ruranankuqa manam rikch'akurqanchu chay llaqtakunapi waranqa watakunata purichisqa maqanakuy yachaykuna hina, maypichus profético llamk'ayninkuta hunt'arqanku. Paykunaq maqanakuy ruranankuqa karqan usqhaylla, mana suyasqa hinam maqayta qallariy. “Assassin” nisqa simiqa chay pacha Islam maqanakuy runakunaq rurayninkunamantam hamun. Paykunaq maqaykunaqa Segunda Guerra Mundial nisqapi Japonmanta Kamikaze runakunaq maqayninkunaman hinam karqan. Islam maqanakuy runakunaqa suyakuqkuna karqanku wañunaykuta, mayk'aqtachus targaykuta wañuchiq maqayta rurayta qallariqkanku. Chayraykum maqanakuy runakunapaq sapa kuti rurana karqan wañuypaq wakichikuy, hashishwan machasqa kayman yaykuyta, manaraq maqayman riykuchkaspanku, wañuy manchayta pisiyachinapaq. Víctimankunata maqaspankuqa, usqhaylla, mana suyasqa hinam maqaq karqanku; hinaspa paykunaq hashishmanta hap'ipakusqanku chay munasqa yuyay-estado paq, pakasqa maqaywan kuska, “assassin” nisqa simipa etimológico tiyananta kamachirqan, hashish simiwan tupayninrayku.</w:t>
      </w:r>
    </w:p>
    <w:p>
      <w:pPr>
        <w:pStyle w:val="ArticleBody"/>
        <w:jc w:val="left"/>
      </w:pPr>
      <w:r>
        <w:rPr>
          <w:rFonts w:ascii="Times New Roman" w:hAnsi="Times New Roman" w:eastAsia="Times New Roman" w:cs="Times New Roman"/>
        </w:rPr>
        <w:t>Kimsa ñak'ariyqa, qanchis kaq waqrawan kuska, “utqayllam hamun.”</w:t>
      </w:r>
    </w:p>
    <w:p>
      <w:pPr>
        <w:pStyle w:val="ArticleBody"/>
        <w:jc w:val="left"/>
      </w:pPr>
      <w:r>
        <w:rPr>
          <w:rFonts w:ascii="Times New Roman" w:hAnsi="Times New Roman" w:eastAsia="Times New Roman" w:cs="Times New Roman"/>
        </w:rPr>
        <w:t>Chaynamantaqa, 1844 wata, octubre killapa 22 punchawpi, rimanakuypa willakuqninqa “utqaymanta” hamurqa paypa templonman. Panay Whiteqa kay “utqaymanta” hamusqanta sut’incharqa, chaymi niyrqa paypa hamuyninqa “mana suyashqa” kasqanta. Chayrayku, 1844 wata, octubre killapa 22 punchawpi hunt’akusqa tawa “hamuykuna” llapallan mana suyashqa, utqaymanta ima karqan.</w:t>
      </w:r>
    </w:p>
    <w:p>
      <w:pPr>
        <w:pStyle w:val="ArticleScripture"/>
        <w:jc w:val="left"/>
      </w:pPr>
      <w:r>
        <w:rPr>
          <w:rFonts w:ascii="Times New Roman" w:hAnsi="Times New Roman" w:eastAsia="Times New Roman" w:cs="Times New Roman"/>
        </w:rPr>
        <w:t>“Cristopa hamuqnin, noqanchikpa hatun saserdoten hina aswan llapaq cheqman, santuario pichanapaq, Daniel 8:14pi rikuchisqa; Runapa Churinpa hamuqnin Ñawpaq P’unchawkunaqman, Daniel 7:13pi qhawaqchasqa hina; hinaspa Señorpa hamuqnin Templonman, Malaquías willakusqanman hina, chaykunaqa kikin ruwayllamanta willakuqkuna kanku; hinaspa kayqa kasaranaman novioq hamuqninwanpas rikuchisqallataqmi, Cristo chunka virgenkunamanta yachachikuyninpi nisqan hina, Mateo 25pi.” The Great Controversy, 426.</w:t>
      </w:r>
    </w:p>
    <w:p>
      <w:pPr>
        <w:pStyle w:val="ArticleBody"/>
        <w:jc w:val="left"/>
      </w:pPr>
      <w:r>
        <w:rPr>
          <w:rFonts w:ascii="Times New Roman" w:hAnsi="Times New Roman" w:eastAsia="Times New Roman" w:cs="Times New Roman"/>
        </w:rPr>
        <w:t>Chunka virgenkunamanta willakuyqa letra letra hina kutichisqa kachkan; chayrayku tawa “hamuykuna” 22 de octubre, 1844 p’unchaypi hunt’akusqankunaqa, domingo kamachikuy kasqan terremotopi, letra letra hinallataq yapamanta hunt’akunanku. Virgenkunamanta willakuyta rimarispa, Hermana Whiteqa chay testigoman yapaykun, mayqinchus domingo kamachikuy terremotopi unanchasqa usqhaylla hamuq kayta, mana suyasqa kaytawan reqsichin; chaymi Chawpi Tuta Qapariypa hunt’asqa, allin hunt’aynin kasqan.</w:t>
      </w:r>
    </w:p>
    <w:p>
      <w:pPr>
        <w:pStyle w:val="ArticleScripture"/>
        <w:jc w:val="left"/>
      </w:pPr>
      <w:r>
        <w:rPr>
          <w:rFonts w:ascii="Times New Roman" w:hAnsi="Times New Roman" w:eastAsia="Times New Roman" w:cs="Times New Roman"/>
        </w:rPr>
        <w:t>Karu kayqa sasachakuywanmi rikuchikun. Chawpi tutaqpi llakiywan hunt’asqa simi waqyaspa nirqan: “Qhawariychik, kasarakuy novio hamushan; lluqsiychik paywan tinkuq,” puñusqa sipaskunaqa puñuyninkumanta hatarirqanku, hinaspataq rikuchikurqan mayqinkunaq chay ruwaypaq waqaychasqa wakichisqa kasqanku. Iskaynin partikunata mana yuyasqankupi hap’irqan, ichaqa hukninqa chay sasachakuypaq wakichisqa karqan, huknintaq mana wakichisqallaña tarikusqa karqan. Karu kayqa imakunawan muyurisqanchikraykumi rikuchikun. Sasachakuykunaqa karu kaypa cheqaq quriqhinallata orqhon. Imapas utqaylla chayamusaq mana suyasqa llaquy, wañuywan chinkachikuy, utaq sasachakuy, imapas mana yuyasqa onqoy utaq nanay, imapas alma-ta wañuywan uyapura churaykuq, chaymi karu kaypa ukhupi cheqaq kasqanta rikuchinqa. Sut’inchakunqami Diospa siminpa promesankunapi cheqaq iñiy kasqanmanta utaq mana kasqanmanta. Sut’inchakunqami almaqa graciaywan kallpachasqa kasqanmanta, mechawan kuskan puyñupi asiy kasqanmanta.</w:t>
      </w:r>
    </w:p>
    <w:p>
      <w:pPr>
        <w:pStyle w:val="ArticleScripture"/>
        <w:jc w:val="left"/>
      </w:pPr>
      <w:r>
        <w:rPr>
          <w:rFonts w:ascii="Times New Roman" w:hAnsi="Times New Roman" w:eastAsia="Times New Roman" w:cs="Times New Roman"/>
        </w:rPr>
        <w:t>“Llapa runakunamanmi pruebakuna chayamun. ¿Imaynatan Diospa pruebananwan hinaspa qawarichisqanwan kaspa purinchik? ¿Mecheronchikkuna wañunkuchu? ¿Ichaqa k’ancharisqatachuraq waqaychanchik? ¿Sapa ima mana yuyasqa chayamusqamanpas wakichisqachu kachkanchik paywan t’inkisqa kasqanchikrayku, payqa khuyapayakuyniyoq hinallataq cheqaq kayniyoqmi? Pisqa yuyaysapa doncellakunaqa mana atirqankuchu karakterninkuta pisqa mana yuyaysapa doncellakunaman qoyta. Karakterqa sapankanchikpa ruwasqan kanan.” Review and Herald, October 17, 1895.</w:t>
      </w:r>
    </w:p>
    <w:p>
      <w:pPr>
        <w:pStyle w:val="ArticleBody"/>
        <w:jc w:val="left"/>
      </w:pPr>
      <w:r>
        <w:rPr>
          <w:rFonts w:ascii="Times New Roman" w:hAnsi="Times New Roman" w:eastAsia="Times New Roman" w:cs="Times New Roman"/>
        </w:rPr>
        <w:t>Domingo p’unchay kamachikuy ch’ukchiypi, Estados Unidosqa Bibliaq willakuyninpi soqtay ñiqin qhapaq suyutaña mana kasqanchu. Qanchis waranqa puchuq Laodicea Adventistakuna, crisispaq mana wakichikusqakuna, uywakunapa unanchanpaq wakisqa kasqanmanta rikuchiq kawsay sapaqta rikhurinqaku. Chaymanta Islamqa usqhaylla, mana suyasqa hinalla chayamun, imaraykuchus “kimsa ñiqin ay”qa “utqaylla hamun”, “qanchis ñiqin angel” waqyasqanrayku!</w:t>
      </w:r>
    </w:p>
    <w:p>
      <w:pPr>
        <w:pStyle w:val="ArticleBody"/>
        <w:jc w:val="left"/>
      </w:pPr>
      <w:r>
        <w:rPr>
          <w:rFonts w:ascii="Times New Roman" w:hAnsi="Times New Roman" w:eastAsia="Times New Roman" w:cs="Times New Roman"/>
        </w:rPr>
        <w:t>Chaymi iskay chunka iskayniyuq pusaq watapi, octubre killapa iskay chunka iskayniyuq p’unchaypi hunt’asqa llapa tawa “hamuykuna”qa chaymanta yapamanta rimarisqa kachkan. Ñawpaq hamuyqa taripaypa kichariyninta reqsichirqan, Daniel qanchis pusaqniyuq t’aqapi chunka tawa qillqasqaman hina hunt’akusqanpi. Chayqa ñawpaq angelpa willakuyninta takyachirqan, paymi willarqan paypa taripayninpa “horan” chayamushasqanta. Chay hunt’akuyqa hallp’a kuyuy “horata” rikch’achin, chaymi domingo kamachiywan qallarin, hinaspataq chay “hora”mi kachkan maypichus Islamqa huk domingo kamachiyta pasarichisqanrayku Estados Unidos pataman “Paypa taripayninta” apamun.</w:t>
      </w:r>
    </w:p>
    <w:p>
      <w:pPr>
        <w:pStyle w:val="ArticleBody"/>
        <w:jc w:val="left"/>
      </w:pPr>
      <w:r>
        <w:rPr>
          <w:rFonts w:ascii="Times New Roman" w:hAnsi="Times New Roman" w:eastAsia="Times New Roman" w:cs="Times New Roman"/>
        </w:rPr>
        <w:t>Malakías qillqap kimsa kaq capítulo nisqanpi rimayniyuq tratopa willakuqnin, mana suyaylla, tawa chunka suqta watakunapi hatarichisqan temploman hamurqan, 1798 watamanta 1844 watakama, tratoman yaykunanpaq historiapi Milleritakunaq “Levitakuna” nisqankunawan. Domingo kamachiypa allpata kuyuchisqanpi, tratopa willakuqnin mana suyaylla hamun, wañusqa ch’aki tullukunamanta kawsarichisqa temploman yaykunanpaq, tratoman yaykunanpaq pachak tawa chunka tawa waranqa historiapi “Levitakuna” nisqankunawan.</w:t>
      </w:r>
    </w:p>
    <w:p>
      <w:pPr>
        <w:pStyle w:val="ArticleBody"/>
        <w:jc w:val="left"/>
      </w:pPr>
      <w:r>
        <w:rPr>
          <w:rFonts w:ascii="Times New Roman" w:hAnsi="Times New Roman" w:eastAsia="Times New Roman" w:cs="Times New Roman"/>
        </w:rPr>
        <w:t>Domingupi ley nisqapa terremotonninpi, Runaq Churin Taytaman hamun huk qhapaq suyuta chaskinanpaq, Daniel qanchis chunka kinsa versiculopi hunt’akusqanman hina, imaynan 1844 watapi octubre killapa iskay chunka iskay ñiqin p’unchaypi rurasqanna karqan chayhina; terremotopa “hora”npiqa kan “hanaq pachapi kunan rimaykuna”, paykuna willakunku: “kay pachapa qhapaq suyunkunaqa tukusqanku Señorninchispa qhapaq suyunkunaman, paypa Cristonpa qhapaq suyunkunamanpas; paytaq wiñaypaq wiñaykama kamachinqa. Chunka tawaqniyuq iskay chunka machukuna, Diospa ñawpaqenpi tiyanankupi tiyashaqkunaqa, uyankuta pampaman urmachispanku Diosta yupaycharqanku, nispanku: Sulpayki, apaykiku, Apu Dios Tukuy-Atiyniyuq, kanan kaq, ñawpaq kaq, hamuq kaqpas; hatun atiyniykita hap’iykuspaykiña qhapaq kamachiyta qallarisqaykimanta.”</w:t>
      </w:r>
    </w:p>
    <w:p>
      <w:pPr>
        <w:pStyle w:val="ArticleBody"/>
        <w:jc w:val="left"/>
      </w:pPr>
      <w:r>
        <w:rPr>
          <w:rFonts w:ascii="Times New Roman" w:hAnsi="Times New Roman" w:eastAsia="Times New Roman" w:cs="Times New Roman"/>
        </w:rPr>
        <w:t>Pacha chukchuy pacha chayamunan horapi, paypa taripaynin chayamushaspa, ñawpaqpi wañuchisqa kallemanta kawsarichisqa iskay testigokuna sayarimunku. Chaymantataq, hatun soldadokuna hinataq, hanaq pachaman oqarisqa kanku, chaykamataq qanchis waranqa Laodicea Adventistakuna puchuqkuna urmachisqa kanku. Yachaq trigota chaypi chay pachallapi mana yachaq zizaniamanta rakisqa karqan. Chaymantataq Cristoqa reinonta chaskin, qanchis kaq trompetataq waqyamun, mayqinchus kimsa kaq ay, usqhaylla mana suyashaqlla chayamun, chaymantataq “nacionkuna”qa “phiñakusqaku, hinaspa qanpa piñakuyniki chayamunña.”</w:t>
      </w:r>
    </w:p>
    <w:p>
      <w:pPr>
        <w:pStyle w:val="ArticleBody"/>
        <w:jc w:val="left"/>
      </w:pPr>
      <w:r>
        <w:rPr>
          <w:rFonts w:ascii="Times New Roman" w:hAnsi="Times New Roman" w:eastAsia="Times New Roman" w:cs="Times New Roman"/>
        </w:rPr>
        <w:t>Nacionkunapa piñakuyqa Islam nisqapa profético rurayninmi, chaymi qallarin pacha chhaphchiy horapi, hinallataq qatiqnin runakunapa pruebankamanta tukukuyninkama chaymanta qanchis qhipa ñakaykunakama, chaykunaqa “qampa phiñakuyniyki hamusqan” nisqa simikunawan rikuchisqa kanku. Estados Unidos llaqtapi domingo kamachiywan runakunapa pruebankamanta tukukuynin ukhupi, maypichus Diospa phiñakuynin qanchis qhipa ñakaykunapi rikuchikun—kimsa kaq ay; Islam nisqapa unancha; qanchis kaq trompeta, Islam nisqapa unancha; nacionkunapa piñakuy, Islam nisqapa unancha ima—chayqa quimsa simbólico testigokunatan qun, Chawpi Tuta Qapariy willakuypa hunt’akuynin kasqanta, Islam nisqapa chayasqanwan domingo kamachiypi.</w:t>
      </w:r>
    </w:p>
    <w:p>
      <w:pPr>
        <w:pStyle w:val="ArticleBody"/>
        <w:jc w:val="left"/>
      </w:pPr>
      <w:r>
        <w:rPr>
          <w:rFonts w:ascii="Times New Roman" w:hAnsi="Times New Roman" w:eastAsia="Times New Roman" w:cs="Times New Roman"/>
        </w:rPr>
        <w:t>Imaynatachus qallariypi Millerita kuyuriyninwan karqa hina, Chawpi Tuta Qapariy willakuyqa huk pantasqa ñawpaq rimayta allinchaymi karqa. Milleritakunapa historiankupiqa, pantasqa karqa ima ruwaypas p’unchawchasqa kasqan mana hunt’asqanmanta. Millerita historiankupi qallariypiqa, Filadelfiakuna pantasqa ñawpaq rimayninkuta rikuchirqanku, imaraykuchus Diosqa makinta hark’arqan 1843 watapa chartapi huk pantay patapi.</w:t>
      </w:r>
    </w:p>
    <w:p>
      <w:pPr>
        <w:pStyle w:val="ArticleBody"/>
        <w:jc w:val="left"/>
      </w:pPr>
      <w:r>
        <w:rPr>
          <w:rFonts w:ascii="Times New Roman" w:hAnsi="Times New Roman" w:eastAsia="Times New Roman" w:cs="Times New Roman"/>
        </w:rPr>
        <w:t>Laodicea kuyuypi, Future for America tukukuyninpi, Diosqa manam hayk’aqpas makinwan pantasqata pakarqanchu. Runapa makinkunam cheqaq kayta pakarqan, pachaqa manaña profecía nisqapa aplicacionninpi llamk’achisqa kananpaq. Runapa makinkunaqa runapa ruwasqankunatan rikuchin.</w:t>
      </w:r>
    </w:p>
    <w:p>
      <w:pPr>
        <w:pStyle w:val="ArticleBody"/>
        <w:jc w:val="left"/>
      </w:pPr>
      <w:r>
        <w:rPr>
          <w:rFonts w:ascii="Times New Roman" w:hAnsi="Times New Roman" w:eastAsia="Times New Roman" w:cs="Times New Roman"/>
        </w:rPr>
        <w:t>Pachak tawa chunka tawa waranqa runakunapa tukukuynin kuyuriyninpi, pantaqmi karqa pacha churanata churay, imaraykuchus profetika pachapa churananqa manaña llamk’achisqa kananpaqchu karqa. Chay huchasapa pacha churanata churayqa rikuchisqa karqa Moisés Diospa kamachisqanta mana kasuspalla churinsa qhari wawanta señal de circuncisiónwan mana señalasqanwan, hinallataq rikuchisqa karqa Uza Diospa kamachisqanta mana kasuspalla, arca-ta sacerdotekunalla hap’iyta atinqaku nisqanta mana yupaychasqanwan. Manam Señorpa munayninchu karqa chaykuna huchasapa ruwaykuna otaq mana ruwaykunapas Diospa llaqtan rayku hunt’asqa kananpaq. Huchaqa huklla sut’iyayninmi kan, chayqa kamachikuy p’akiymi. Moisésqa Diospa circuncisión kamachikuynta p’akisqa; Uzaqa Diospa santuario kamachikuynta p’akisqa; kay kuyuriypas Diospa profetika kamachikuynta p’akisqa. Ñawpaq Israelqa Diospa leyin waqaychaqnin kananpaq churakusqa karqa, Advento kuyuriypas qallariyninpi hinallataq tukukuyninpipas Diospa profetika cheqaq kayninkunapa waqaychaqnin kananpaq churakusqa karqa.</w:t>
      </w:r>
    </w:p>
    <w:p>
      <w:pPr>
        <w:pStyle w:val="ArticleBody"/>
        <w:jc w:val="left"/>
      </w:pPr>
      <w:r>
        <w:rPr>
          <w:rFonts w:ascii="Times New Roman" w:hAnsi="Times New Roman" w:eastAsia="Times New Roman" w:cs="Times New Roman"/>
        </w:rPr>
        <w:t>Llakiykusqanpi, Ziporaqa chay ratolla pay kikin wawankuta circuncidación ruwaspa hunt’arqan, chhaynataq kay kuyuypi churasqa runakuna mana allin mana ruwasqankumanta, pacha churayta mensaje-man yapasqankurayku, utqaylla rikuchinankupaq kaq arrepentimiento-ta sut’incharqan. Davidpas hinallataq Uzzahpa ruwasqanrayku sinchi arrepentimiento-ta rikuchin. Kuyuyqa rimanman chay 18 julio 2020 p’unchaw willakusqapi pacha churay imaynachus allin kasqanta, ichaqa Diospa munaynin kasqanta, chayqa ninqanmanmi Moiseswan Zipora mana cheqaqtapuni Diospa sut’i kamachikuyninkunata waqaychanankupaq kasqanta, hinaspa Dios mana cheqaqtapuni Uzzah arcata llamk’asqanmanta imapas qhawarisqanta. 18 julio 2020qa llulla willakuy karqan, llulla kaq ima kaptinqa pachamanta kaqmi karqan.</w:t>
      </w:r>
    </w:p>
    <w:p>
      <w:pPr>
        <w:pStyle w:val="ArticleBody"/>
        <w:jc w:val="left"/>
      </w:pPr>
      <w:r>
        <w:rPr>
          <w:rFonts w:ascii="Times New Roman" w:hAnsi="Times New Roman" w:eastAsia="Times New Roman" w:cs="Times New Roman"/>
        </w:rPr>
        <w:t>Kay chiqaq qillqas qelqaymaqta musuqki qutay dipaqa qamasa kashqa maqalaya qellqa qalmis.</w:t>
      </w:r>
    </w:p>
    <w:p>
      <w:pPr>
        <w:pStyle w:val="ArticleScripture"/>
        <w:jc w:val="left"/>
      </w:pPr>
      <w:r>
        <w:rPr>
          <w:rFonts w:ascii="Times New Roman" w:hAnsi="Times New Roman" w:eastAsia="Times New Roman" w:cs="Times New Roman"/>
        </w:rPr>
        <w:t>“Señorqa rikuchiwasharqanmi kinsa kaq angilpa willakuyninqa riyta, willasqa kayta Señorpa chinkasqa wawanman, hinaspataq mana pachañiqpi wataraykusqa kananpaqchu; imaraykuchus pachaqa manañam hayk’aqpas yapamanta pruebay kananqachu. Rikurqanmi wakinkuna llulla kusikuyman haykuyta, pacha willakuyta yachachisqamanta lluqsimuq; kinsa kaq angilpa willakuyninqa pacha atisqanmantapas aswan kallpasapa kasqanta. Rikurqanmi kay willakuyninqa kikinpa tiyasqan cimientunpi sayay atisqanta, mana pachaq munasqanchu kallpanchasqa kananpaq, hinaspataq hatun atiyniyuqta rinqa, llamkayninta ruwanqa, allin kaypi pisiyachisqa tukukunqa.”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Jesucristoq Revelasqan - Qanchis Yupayniyuq</dc:title>
  <dc:subject>Kinsa Ñak'ariywan Qanchisñiqin Qhapaq Suyupa Hatariynin: Inti Punchaw Kamachikuypa Profétic Ancha Chaninchasqan</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