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Revelasqanmanta - Pusaq Yupayniyuq</w:t>
      </w:r>
    </w:p>
    <w:p>
      <w:pPr>
        <w:pStyle w:val="ArticleSubtitle"/>
        <w:jc w:val="left"/>
      </w:pPr>
      <w:r>
        <w:rPr>
          <w:rFonts w:ascii="Arial" w:hAnsi="Arial" w:eastAsia="Arial" w:cs="Arial"/>
        </w:rPr>
        <w:t>Suyu paqarisqanqa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Chawpi tuta qayllakuq willakuyqa qallariyninpi tukukurqa allinchasqa taripanakuy kichariyninpi, hinallataq Chawpi tuta qayllakuq willakuyqa tukukun, kamachiq taripanakuy kichariyninpi. Islampa kimsñiqin ay aylluyqa Estados Unidos suyuta taripachin domingo kamachiy pasachisqanrayku, hinaspa chayqa rikuchin pacha tukuy kay mundo patapi qatipakuqta, astawan kallpachakuq taripanakuyta, kikinkupa domingo kamachiyninkuta chaskisqankurayku, llaqta kamachiq qatiq ñak’arichiq atiywan ñit’isqa kaspa; chay atiyqa chunka reykunawan rikuchisqa kachkan, paykunaqa Jezabelwan, Tiro llaqta warmi wachuqwan, wañuchikuq warmiwan huchallikurqanku.</w:t>
      </w:r>
    </w:p>
    <w:p>
      <w:pPr>
        <w:pStyle w:val="ArticleScripture"/>
        <w:jc w:val="left"/>
      </w:pPr>
      <w:r>
        <w:rPr>
          <w:rFonts w:ascii="Times New Roman" w:hAnsi="Times New Roman" w:eastAsia="Times New Roman" w:cs="Times New Roman"/>
        </w:rPr>
        <w:t>“América, religiónmanta qispikuy allpa kasqanrayku, Papap Sede-ninwan hukllachaspa yuyay sonqota ñit’ispa runakunata llulla samana p’unchayta yupaychanankupaq kallpachaptinqa, kay pachapi llapa suyukunaq llaqtankunapi tiyakuq runakunaqa paypa rurasqanta qatiq pusasqa kanqaku.” Testimonies, volumen 6, 18.</w:t>
      </w:r>
    </w:p>
    <w:p>
      <w:pPr>
        <w:pStyle w:val="ArticleBody"/>
        <w:jc w:val="left"/>
      </w:pPr>
      <w:r>
        <w:rPr>
          <w:rFonts w:ascii="Times New Roman" w:hAnsi="Times New Roman" w:eastAsia="Times New Roman" w:cs="Times New Roman"/>
        </w:rPr>
        <w:t>Hatun Chunka P'anakuypi domingo kamachikuyrayku maqanakuyqa chaypim hunt'asqa kallpawan qallarin. Chaymantataq Satanásqa Cristota tukuq hina rikurimun.</w:t>
      </w:r>
    </w:p>
    <w:p>
      <w:pPr>
        <w:pStyle w:val="ArticleScripture"/>
        <w:jc w:val="left"/>
      </w:pPr>
      <w:r>
        <w:rPr>
          <w:rFonts w:ascii="Times New Roman" w:hAnsi="Times New Roman" w:eastAsia="Times New Roman" w:cs="Times New Roman"/>
        </w:rPr>
        <w:t>“Diospa kamachisqan leyninman contra, Papapa kaynin churayta kallpachasqa kamachiywanmi suyunchik hunt’asqata allin kawsaymanta t’aqakunqa. Protestantismo makinta mast’arispa chay chinkariy patamanta Romamanta atiniyuqpa makinta hap’inanpaq, ukhu t’uqu patamanta mast’arikuspa Espiritualismowan maki hap’inanpaq, hinaspa kay kinsa kuti huñusqapa kallpachasqan uranpi, suyunchik Protestante hinaspa republicano gobiernom kashanman hina Constitucionninpa llapan prinsipionkunata qichuspa, papal llullakuyninkuna hinaspa pantachikuyninkuna mirachinankupaq kamachiykunata ruraptin, chaypim yachasun Satanaspa musphay atikunankuna qallarisqanta hinaspa tukukuypa qayllamusqanta.” Testimonies, volumen 5, 451.</w:t>
      </w:r>
    </w:p>
    <w:p>
      <w:pPr>
        <w:pStyle w:val="ArticleBody"/>
        <w:jc w:val="left"/>
      </w:pPr>
      <w:r>
        <w:rPr>
          <w:rFonts w:ascii="Times New Roman" w:hAnsi="Times New Roman" w:eastAsia="Times New Roman" w:cs="Times New Roman"/>
        </w:rPr>
        <w:t>Llaqta hunt’asqa Diosmanta karunchakuy qhepanta llaqta tukukuynin hamun.</w:t>
      </w:r>
    </w:p>
    <w:p>
      <w:pPr>
        <w:pStyle w:val="ArticleScripture"/>
        <w:jc w:val="left"/>
      </w:pPr>
      <w:r>
        <w:rPr>
          <w:rFonts w:ascii="Times New Roman" w:hAnsi="Times New Roman" w:eastAsia="Times New Roman" w:cs="Times New Roman"/>
        </w:rPr>
        <w:t>“Estados Unidos llaqtapi runakunaqa askhata yanapasqa llaqtam karqanku; ichaqa maypachachus paykunaqa iñiy-munay kacharichiyta mich'anku, Protestantismota saqinku, hinaspa papakunapa yachachisqanta sayachinku chayqa, huchankupa tupuyninqa hunt’asqa kanqa, hinaspa ‘naciónpa apostasianninqa’ hanaq pachapa qillqasqan librukunapi qillqasqa kanqa. Kay apostasiamanta lloqsimuq rurayninqa naciónpa thuñisqanmi kanqa.” Review and Herald, May 2, 1893.</w:t>
      </w:r>
    </w:p>
    <w:p>
      <w:pPr>
        <w:pStyle w:val="ArticleBody"/>
        <w:jc w:val="left"/>
      </w:pPr>
      <w:r>
        <w:rPr>
          <w:rFonts w:ascii="Times New Roman" w:hAnsi="Times New Roman" w:eastAsia="Times New Roman" w:cs="Times New Roman"/>
        </w:rPr>
        <w:t>Mana yuyayniyuq Laodicea Adventistakunaqa papal kamachiywan makinkuta huñunakunku, hinaspan urmachiysqa kanku; chaykamataq Cristopa huk michiqninqa, Babiloniapiraq kashan, papakunapa makinmanta qespin.</w:t>
      </w:r>
    </w:p>
    <w:p>
      <w:pPr>
        <w:pStyle w:val="ArticleScripture"/>
        <w:jc w:val="left"/>
      </w:pPr>
      <w:r>
        <w:rPr>
          <w:rFonts w:ascii="Times New Roman" w:hAnsi="Times New Roman" w:eastAsia="Times New Roman" w:cs="Times New Roman"/>
        </w:rPr>
        <w:t>Payqa sumaq allpamanpas haykunqa, achka suyukunataq urmachisqa kanqaku; ichaqa kaykunaqa makinmanta qispinqaku, Edom, Moab, hinallataq Ammonpa churinkunamanta ñawpaqkuna. Daniel 11:41.</w:t>
      </w:r>
    </w:p>
    <w:p>
      <w:pPr>
        <w:pStyle w:val="ArticleBody"/>
        <w:jc w:val="left"/>
      </w:pPr>
      <w:r>
        <w:rPr>
          <w:rFonts w:ascii="Times New Roman" w:hAnsi="Times New Roman" w:eastAsia="Times New Roman" w:cs="Times New Roman"/>
        </w:rPr>
        <w:t>Islamqa usqhaylla Estados Unidosman maqan, qanchis kaq trompetapa waqyamunqa huk juicio llaquyta domingo p’unchaw kamachiy pasasqanrayku.</w:t>
      </w:r>
    </w:p>
    <w:p>
      <w:pPr>
        <w:pStyle w:val="ArticleScripture"/>
        <w:jc w:val="left"/>
      </w:pPr>
      <w:r>
        <w:rPr>
          <w:rFonts w:ascii="Times New Roman" w:hAnsi="Times New Roman" w:eastAsia="Times New Roman" w:cs="Times New Roman"/>
        </w:rPr>
        <w:t>Hinaspanmi, uyarirqanitaqmi huk angelta hanaq pacha chawpinta phawaykachta, sinchitaq rimarispa nirqan: “Ay, ay, ay kay pachapi tiyaqkunapaq, kimsa angelkunapa waq trompetankuna qapariyninrayku, chaykunataqa manaraqmi waqachkanku!” Apocalipsis 8:13.</w:t>
      </w:r>
    </w:p>
    <w:p>
      <w:pPr>
        <w:pStyle w:val="ArticleBody"/>
        <w:jc w:val="left"/>
      </w:pPr>
      <w:r>
        <w:rPr>
          <w:rFonts w:ascii="Times New Roman" w:hAnsi="Times New Roman" w:eastAsia="Times New Roman" w:cs="Times New Roman"/>
        </w:rPr>
        <w:t>Apocalipsis chunka hukniyuqpi iskay testigokunata rikuchiq estandarteqa, chaymanta Juanmi Apocalipsis chunka iskayniyuq kapítulopi intiwamp p’achallisqa warmi hina qhawachin, qallariymanta tukukuyman proféticamente simbolismowan rikuchisqa.</w:t>
      </w:r>
    </w:p>
    <w:p>
      <w:pPr>
        <w:pStyle w:val="ArticleScripture"/>
        <w:jc w:val="left"/>
      </w:pPr>
      <w:r>
        <w:rPr>
          <w:rFonts w:ascii="Times New Roman" w:hAnsi="Times New Roman" w:eastAsia="Times New Roman" w:cs="Times New Roman"/>
        </w:rPr>
        <w:t>Hananpim rikurirqan hanaq pacha pi hatun musphay ricuy: intiwan p'achallisqa huk warmi, killapas chakinkuna uranpi, uman patapin chunka iskayniyuq qoyllurkunamanta rurakusqa quri pillu; hinaspan wiksayuqqa qapariq, wachakuy nanaypi llakikuspalla, wachanankupaq ñak'arisqa. Hinaqtinpas hanaq pacha pi hukñataq hatun musphay ricurirqan; qhawariy, hatun puka amaru, qanchis umayuq, chunka waqrayuq, hinaspan umankuna patapi qanchis pilluyuq. Chupallanwan hanaq pacha qoyllurkunamanta kimsa kaqmanta huknin rakita aysaspa, kay pachaman wisch'umurqan; amaruqa warmi ñawpaqpi sayarqan, payqa wachananpaqña kasqanrayku, wawanta paqarisqan ratollapi mikhunanpaq. Paymi qhari wawa wacharqan, paymi llapa suyukunata fierro varawan kamachinan karqan; hinaspan wawanta Diosman, tiyanan t'oqomanpas oqarisqa apasqa karqan. Apocalipsis 12:1–5.</w:t>
      </w:r>
    </w:p>
    <w:p>
      <w:pPr>
        <w:pStyle w:val="ArticleBody"/>
        <w:jc w:val="left"/>
      </w:pPr>
      <w:r>
        <w:rPr>
          <w:rFonts w:ascii="Times New Roman" w:hAnsi="Times New Roman" w:eastAsia="Times New Roman" w:cs="Times New Roman"/>
        </w:rPr>
        <w:t>Payqa killa patapi sayasqa kachkan, intiwankama p’achallisqa. Killaqa intip ch’uyanchasqanmi, chayrayku profecía nisqapi intita rikch’achin. Coronanpi chunka iskay qoyllorkunaqa ñawpa Israelpa qallariyninpi kaq chunka iskay ayllunkunata rikuchinku, chaykunaqa ñawpa Israelpa tukukuyninpi kaq chunka iskay discipulokunata rikch’achinku. Chay chunka iskay qoyllorkuna, ñawpa Israelpa tukukuyninpi chunka iskay discipulokuna kaspa, kikinmantataq musuq Israelpa qallariyninpi chunka iskay apóstolkunam kanku. Chayrayku paykunaqa musuq Israelpa tukukuyninpi kaq pachak tawa chunka tawa waranqakunata rikch’achinku, paykunaqa discipulokuna, apóstolkunapas kanku. Chay historiapa qallariyninpi, maypichus discipulokuna ñawpa Israelpa tukukuynintawan, apóstolkunañataq musuq Israelpa qallariyninta rikuchinku, warmiqa, iglesiam kaspa, Cristowan wiksayuq karqa. Paymi “qhari wawa” nisqa, wañuyninmanta kawsarimuyninmantawan qhepata Diosman oqarisqa kananpaq.</w:t>
      </w:r>
    </w:p>
    <w:p>
      <w:pPr>
        <w:pStyle w:val="ArticleBody"/>
        <w:jc w:val="left"/>
      </w:pPr>
      <w:r>
        <w:rPr>
          <w:rFonts w:ascii="Times New Roman" w:hAnsi="Times New Roman" w:eastAsia="Times New Roman" w:cs="Times New Roman"/>
        </w:rPr>
        <w:t>Chaymiqa, warmiqa hinallataq rikuchin pachak tawa chunka tawa waranqa runakunapa paqarimusqanta, paykunapas wañuy pampamanta kawsarichisqa kaspanku hanaq pachaman wicharinakunku. Hanaq pachapiña kashaspanku, payqa huk wawatapas paqarichinman, chaymi rikuchin huk michiq uywakunata, Babiloniamanta lluqsimuqkunata Domingo kamachiy pachapi.</w:t>
      </w:r>
    </w:p>
    <w:p>
      <w:pPr>
        <w:pStyle w:val="ArticleScripture"/>
        <w:jc w:val="left"/>
      </w:pPr>
      <w:r>
        <w:rPr>
          <w:rFonts w:ascii="Times New Roman" w:hAnsi="Times New Roman" w:eastAsia="Times New Roman" w:cs="Times New Roman"/>
        </w:rPr>
        <w:t>Manaraq ñak’arisqanmanta ñawpaqta, wachakurqan; nanaynin hamunankamanta ñawpaqta, qhari wawata wachakurqan. Pitaq chay hina imata uyarirqan? Pitaq chay hina kaqkunata rikurqan? Huk p’unchayllapichu hallp’a wachachisqa kanman? Ichapas huk suyuchu chaylla pachapi paqarinman? Sión ñak’ariptinqa, wawankunata wachakurqanña. Ñuqa wachakunankama apaykuspa, manachu wachachisqayman? nispa nin Señor. Ñuqa wachachispa, manachu wachakunanta wichq’asaq? nispa nin Diosniyki. Isaías 66:7–9.</w:t>
      </w:r>
    </w:p>
    <w:p>
      <w:pPr>
        <w:pStyle w:val="ArticleBody"/>
        <w:jc w:val="left"/>
      </w:pPr>
      <w:r>
        <w:rPr>
          <w:rFonts w:ascii="Times New Roman" w:hAnsi="Times New Roman" w:eastAsia="Times New Roman" w:cs="Times New Roman"/>
        </w:rPr>
        <w:t>Allpapachaq animalninqa kamachikuynin p’unchawkunapi, huk llaqta chaylla paqarin. Chay llaqtan pachak tawa chunka tawa waranqa runakuna kan, paykunaqa Cristopa kawsayninpa chaynin allinta hunt’asqa rikch’ayninta tukuyninpi qawachinku. Paykunaqa “qhari wawa” nisqawan rikuchisqa Jesús hinallataqmi kanku. Paykunaqa Isaíaspa “qhari wawan” kanku, warmi manaraq nanayman yaykuchkaptin paqarisqa. Chinkay mana tukukuq t’uqyu ukhumanta bestia wañuchisqanrayku kay pachapi runakuna kusikusqanku ch’aki tullukunaqa Jerusalénpi sonqochasqa kanqaku, chaymantataq “qhari wawa” paqarichiq warmiwan kusikunku. Paykunaqa pay manaraq nanachkaptin paqarichisqa kanku; chaymanta pay nanan, hinaspa “paypa” wakin “wawankunata” paqarichin, hinallataq mana judío llaqtakuna kimsakaj angelpa willakuyninta mayu puriq hina kutichinku, chay willakuy hallp’anta llapanman mast’arikuspa hatun mama quchap unu wayq’u hina puriptin. Hatun sasachakuypi paqarinku, chaymi paypa nanayninta reqsichin. Apocalipsis chunka iskayniyuqpi warmiqa, ancha cheqaqta niqtinchikqa, iskay wawayoqmi. Ñawpaq paqarisqakunaqa pachak tawa chunka tawa waranqa runakunan, ñawpaq wayuqkuna hina reqsisqa; mana judío llaqtakunañataq verano pacha allin pallaypa hatun huñunakuynin hina.</w:t>
      </w:r>
    </w:p>
    <w:p>
      <w:pPr>
        <w:pStyle w:val="ArticleScripture"/>
        <w:jc w:val="left"/>
      </w:pPr>
      <w:r>
        <w:rPr>
          <w:rFonts w:ascii="Times New Roman" w:hAnsi="Times New Roman" w:eastAsia="Times New Roman" w:cs="Times New Roman"/>
        </w:rPr>
        <w:t>Kusikuychis Jerusalénwan, paywan kusikuychis, llapa payta kuyajkuna; anchata kusikuychis paywan, llapa paymanta llakikujkuna: chaymanta ñuñunta ñuñunkichis, sonqochasqaña kankichis paypa sonqochakuyninpa ñuñunkunamanta; chaymanta ñuñunta aysankichis, kusikunkichis paypa k’anchayninpa achka kayninwan. Imaraykuchus Señor nin kaynata: Qhawariy, mayuta hina thak kayta payman mast’arisaq, mana israel runakunapa k’anchaynintaqa phaway mayuta hina; chaymanta ñuñunkichis, waqtankunapi apasqa kankichis, qonqorinkunapi kuyuchisqa kankichis. Imaynachus mamanta sonqochasqa runa, chayhinataq noqa sonqochasqayki; Jerusalénpitaq sonqochasqa kankichis. Kayta rikuspaykichis sonqoykichis kusikunqa, tulluykichispas q’ora hinata wiñanqa; Señorpaj makinpas reqsisqa kanqa sirvientenkunaman, phiñasqaynintataq awqankunaman. Isaías 66:10–14.</w:t>
      </w:r>
    </w:p>
    <w:p>
      <w:pPr>
        <w:pStyle w:val="ArticleBody"/>
        <w:jc w:val="left"/>
      </w:pPr>
      <w:r>
        <w:rPr>
          <w:rFonts w:ascii="Times New Roman" w:hAnsi="Times New Roman" w:eastAsia="Times New Roman" w:cs="Times New Roman"/>
        </w:rPr>
        <w:t>Jerusalénrayku “waqaqkuna” nisqaqa paykunañam kanku ukhunpi rurasqa millay mana allinkunamanta llakikuspanku, waqaychaspanku waqayninkuwan qapariqkuna, hinaspa sellosqaña kanku; paykunataqa Domingo ley manaraq chaykuchkaptinmi ñawpaqmantaraq sellonku. Kunanqa kashanchik “iglesiapa tukukuq llamkayninpi”, chaymi pachak tawa chunka tawa waranqa runakunapa sellakusqankupa qhipa pacha ratukuna.</w:t>
      </w:r>
    </w:p>
    <w:p>
      <w:pPr>
        <w:pStyle w:val="ArticleScripture"/>
        <w:jc w:val="left"/>
      </w:pPr>
      <w:r>
        <w:rPr>
          <w:rFonts w:ascii="Times New Roman" w:hAnsi="Times New Roman" w:eastAsia="Times New Roman" w:cs="Times New Roman"/>
        </w:rPr>
        <w:t>“Diospa cheqaq llaqtan, pichus Señorpa ruwayninpa espiritunta, hinallataq almaskunapa salvacionninta sonqonpi apakunku, huchaqa cheqaq kasqanman hina, huchayuq kasqanpi, sapa kuti qhawarinqaku. Paykunaqa imaymana kuti Diospa llaqtanta mana sasachakuyllawan muyuriykuq huchakunawan cheqap simipi, cheqap sonqowan ima rurasqankupi kachkanqaku. Aswanraq iglesiapa tukukuq ruwayninpi, pachapi pachak tawa chunka tawa waranqa sellasqa kananpaq, Diospa trono ñawpaqpi mana huchayuq sayanankupaq tiempope, Diospa sutinwan riqsichikuq llaqtanpa mana allinkunata aswan ukhumanmi llakinqaku. Kayqa profetapa rikuchisqanwan sinchi hinam rikuchisqa kachkan, qhipa ruwaymanta, sapa qhari makimpi wañuchiq armata apaq hina nispa. Huk qhari paykunamanta llinu p’achawan p’achasqa karqa, ladonpitaq qillqaqpa tintawan phuchka apasqa. ‘Señorqa payta nirqan: Llaqtapa chawpinta puriy, Jerusalénpa chawpinta puriy, hinaspa señalta churay chay qharikunapa urkunman, pikunachus sonqonpi llakikun hinaspa waqanku llapa millay ruwaykunamanta chaypa chawpinpi rurasqanmanta.’” Testimonies, volumen 3, 266.</w:t>
      </w:r>
    </w:p>
    <w:p>
      <w:pPr>
        <w:pStyle w:val="ArticleBody"/>
        <w:jc w:val="left"/>
      </w:pPr>
      <w:r>
        <w:rPr>
          <w:rFonts w:ascii="Times New Roman" w:hAnsi="Times New Roman" w:eastAsia="Times New Roman" w:cs="Times New Roman"/>
        </w:rPr>
        <w:t>“Llakiykuywan waqaychaspa” kawsakunaqa sellosqa kanku manaraq tukuchiq angelkuna wañuchiy armankunawan iglesiata purichkaptinku, chaymi Jerusalén hina rikuchisqa kashan.</w:t>
      </w:r>
    </w:p>
    <w:p>
      <w:pPr>
        <w:pStyle w:val="ArticleScripture"/>
        <w:jc w:val="left"/>
      </w:pPr>
      <w:r>
        <w:rPr>
          <w:rFonts w:ascii="Times New Roman" w:hAnsi="Times New Roman" w:eastAsia="Times New Roman" w:cs="Times New Roman"/>
        </w:rPr>
        <w:t>Kamachikqa kaymi: “Llaqtapa chawpinta puriy, Jerusalénpa chawpintapas puriy, hinaspa llaqtapa chawpinpi ruwasqa tukuy millay abominacionkunamanta waqaqkunapa, llakikuspata suspiroqkunapa urkunkunapi huk señalta churay.” Kay suspiroq, waqaq runakunaqa kawsaypa siminkunata willaspa purirqanku; qhawachirqanku, yachachirqanku, mañakurqankutaq. Wakinkuna, Diosman mana yupaychakuqkunaqa, arrepentikurqanku hinaspa paypa ñawpaqenpi sonqonkuta humillakurqanku. Ichaqa Señorpa k’anchayninqa Israelmanta ripusqaña karqa; achkakuna religiónpa rikch’ayninkunallata ruwaspapas, atiyninqa, kayninqa ima mana kasharqanchu.</w:t>
      </w:r>
    </w:p>
    <w:p>
      <w:pPr>
        <w:pStyle w:val="ArticleScripture"/>
        <w:jc w:val="left"/>
      </w:pPr>
      <w:r>
        <w:rPr>
          <w:rFonts w:ascii="Times New Roman" w:hAnsi="Times New Roman" w:eastAsia="Times New Roman" w:cs="Times New Roman"/>
        </w:rPr>
        <w:t>“Piñakuynin taripaykunapi lluqsisqan pacha, kay llamp’u, tukuy sonqowan Cristo qatiqkunaqa huknin pacha runakunamanta sut’inchasqa kanqaku alma nanayninkurayku, chayqa llaquykunawan, waqaywan, huchachaykunawan, willakuykunawanmi rikuchikun. Hukkunataq kunan kaq mana allikuna pataman p’achata hina churayta munashanku, maypipas mast’arisqa hatun millay kayta pampachayta munashanku; ichaqa Diospa yupaychasqa kayninrayku sonqo nanachisqa kaqkuna, almapakunata munakuyniyuqkunaqa, manam pipa allin qhawasqanata maskhaspa upallayman churakunkuchu. Paykunapa chiqap alma-ninkunaqa sapa p’unchaymi sasachakunku mana ch’uya ruraykunawan, mana chiqaqkunapa rimayninkunawanpas. Manam atinkuchu huchapa phaway mayu hinata hark’ayta; chayraykum llaquywan manchakuywan hunt’asqa kanku. Diospa ñawpaqenpi waqashanku religionqa pisipachasqa kasqanta rikuspanku, kikinkunapa wasinkunapipas, achka k’anchayta chaskiqkunapa chawpinkunapipas. Sonqonkutapas ñak’arichinku, llaquykutapas aparinku, imaraykuchus hatunchakuy, qhapaq kay munay, kikillanta maskhay, llullakuy ima rikch’ayninpas iglesia ukhupi kashan. Diospa Espiritunmi, huchachayman kallpachaq, sarusqa kashan; Supaypa sirviqninkunataq kusikuspam atipanakunku. Diosqa mana yupaychasqañachu, cheqaq kaytaq manañam imapipas yupaychasqa kanchu.”</w:t>
      </w:r>
    </w:p>
    <w:p>
      <w:pPr>
        <w:pStyle w:val="ArticleScripture"/>
        <w:jc w:val="left"/>
      </w:pPr>
      <w:r>
        <w:rPr>
          <w:rFonts w:ascii="Times New Roman" w:hAnsi="Times New Roman" w:eastAsia="Times New Roman" w:cs="Times New Roman"/>
        </w:rPr>
        <w:t>Uka runakunaqa, kikinkupa espirituypi urmayninkumanta mana llakikukuqkuna, nitaj hukkunapa huchankunamanta waqaqkunaqa, Diospa sellonmanta saqisqa qhiparinqaku. Señorqa kachamun willakuqninchiskunata, makinkupi wañuchiq armakunata apaq runakunata: “Qatipayaychis paypa qhepanta llaqtapi, hinaspa maqaychis. Ama ñawiykichis qhispichichunchu, amataq kuyapayakuychischu. Tukuyta wañuchiychis: machukunatawan waynakunatawan, sipaskunatawan wawakunatawan warmikunatawan. Ichaqa ama qayllaykuychischu mayqin runamanpas señalniyuqmanqa. Hinaspa qallariychis Santuariyypimanta.” Chaymantataq paykuna qallariqku wasipa ñawpaqninpi kaq machu runakunamanta.</w:t>
      </w:r>
    </w:p>
    <w:p>
      <w:pPr>
        <w:pStyle w:val="ArticleScripture"/>
        <w:jc w:val="left"/>
      </w:pPr>
      <w:r>
        <w:rPr>
          <w:rFonts w:ascii="Times New Roman" w:hAnsi="Times New Roman" w:eastAsia="Times New Roman" w:cs="Times New Roman"/>
        </w:rPr>
        <w:t>“Kaypi rikunchik iglesiata—Señorpa santuarionninta—Diospa piñakuyninpa maqayta ñawpaqta chaskiq kasqanta. Ñawpa machukunakuna, paykunamanmi Dios hatun k’anchayta qosqa karqa, hinaspa runakunapa espirituyman hina interesninkunata waqaychanankupaq sayasqa karqaku, confiayta qosqankuta traicionasqanku. Paykuna hap’isqanku chay sayayta: manam milagrokunata suyananchikchu, nitaq Diospa atipayninpa sut’i rikurimuyninta ñawpaq p’unchaykunapi hina. P’unchaykuna tikrasqaña kanku. Kay simikuna mana iñiyninkuta kallpachanku, hinaspa ninku: Señorqa manam allinta ruwanchu, nitaq mana allintaqa ruwanchu. Payqa ancha kuyapayakuqmi, chayrayku manam llaqtanta taripayninwan watukuq hamunqachu. Chhaynataqa, ‘Hawkalla kay, allin seguridad’ nispa qapariyqa karqan chay runakunamanta, pikunachus manaña hayk’aqpas trompetapa hina vozninkuta oqarinqachu Diospa llaqtanta huchankunata rikuchinankupaq, Jacobpa wasintataq huchankunata willanankupaq. Kay upa allqukuna, mana qapariyta munasqankurayku, paykunallanmi phiñasqa Diospa chanin kutichikuyninta muchunku. Qharikuna, sipaskuna, huch’uy wawakunawan kuska llapankum chinkapunku.” Testimonies, volumen 5, 210, 211.</w:t>
      </w:r>
    </w:p>
    <w:p>
      <w:pPr>
        <w:pStyle w:val="ArticleBody"/>
        <w:jc w:val="left"/>
      </w:pPr>
      <w:r>
        <w:rPr>
          <w:rFonts w:ascii="Times New Roman" w:hAnsi="Times New Roman" w:eastAsia="Times New Roman" w:cs="Times New Roman"/>
        </w:rPr>
        <w:t>Isaías cuarenta qallarin iskaychaypa simbólonta llamk’achispa, chaymi proféticopaq señalmanta riman Chawpi Tuta Qapariy willakuyta, payqa iskay kaq willakuy kaspa, Babilonia urmay willakuywan huñunakun. Babiloniaq urmaynin iskaychasqa rikuchikun imaynachus proféticamente nisqa kaptin. Rimayqa kaymi: “Babilonia urmasqa, urmasqa kachkan.”</w:t>
      </w:r>
    </w:p>
    <w:p>
      <w:pPr>
        <w:pStyle w:val="ArticleScripture"/>
        <w:jc w:val="left"/>
      </w:pPr>
      <w:r>
        <w:rPr>
          <w:rFonts w:ascii="Times New Roman" w:hAnsi="Times New Roman" w:eastAsia="Times New Roman" w:cs="Times New Roman"/>
        </w:rPr>
        <w:t>Huk angelta qhepanman rirqan, nispa: Babiloniaqa urmayñam, urmayñam, chay hatun llaqtam, llapa nacionkunata qanmanta waqllikuyninpa phiñakuynin vinonta upyachisqanrayku. Apocalipsis 14:8.</w:t>
      </w:r>
    </w:p>
    <w:p>
      <w:pPr>
        <w:pStyle w:val="ArticleBody"/>
        <w:jc w:val="left"/>
      </w:pPr>
      <w:r>
        <w:rPr>
          <w:rFonts w:ascii="Times New Roman" w:hAnsi="Times New Roman" w:eastAsia="Times New Roman" w:cs="Times New Roman"/>
        </w:rPr>
        <w:t>Iskay Bibliapi qelqasqa literal Babilonia urmaykuna kan, hinaspataq iskay Bibliapi qelqasqa espiritual Babilonia urmaykunapas kan. Llapaninku huñusqa kaspa tawa historiapi testigokunata rikuchinku, chaykunaqa Babiloniapa urmayninpa profetiko característicankunata reqsichinku.</w:t>
      </w:r>
    </w:p>
    <w:p>
      <w:pPr>
        <w:pStyle w:val="ArticleScripture"/>
        <w:jc w:val="left"/>
      </w:pPr>
      <w:r>
        <w:rPr>
          <w:rFonts w:ascii="Times New Roman" w:hAnsi="Times New Roman" w:eastAsia="Times New Roman" w:cs="Times New Roman"/>
        </w:rPr>
        <w:t>Hinaspa kallpawan sinchiwan waqyarqan, nispan: Hatun Babilonia urmarqan, urmarqanña, supaykunapa tiyananman tukuspa, tukuy map’a espírituypa waqaychana wasinman, tukuy map’a cheqnisqa p’ispikunaq wisq’asqa kananmanpas. Apocalipsis 18:2.</w:t>
      </w:r>
    </w:p>
    <w:p>
      <w:pPr>
        <w:pStyle w:val="ArticleBody"/>
        <w:jc w:val="left"/>
      </w:pPr>
      <w:r>
        <w:rPr>
          <w:rFonts w:ascii="Times New Roman" w:hAnsi="Times New Roman" w:eastAsia="Times New Roman" w:cs="Times New Roman"/>
        </w:rPr>
        <w:t>Nimrodpa pacha tiempompi, literal Babiloniaqa Babel hinam urmarqan, chaymantaq literal Babiloniaqa Belshazzarpa pacha tiempompipas urmarqan. Espiritual Babiloniaqa 1798 watapi urmarqan, hinaspataq qhepa tukukuynin urmayninqa Escrituraspi kutin-kutin rikuchisqa kashan. Kayrayku, Babiloniapa urmayninmanta willakuq mensajeyqa iskaychasqapa profético simbolismonta apamun. Babiloniapa urmayninwanqa kan iskaychay, ichaqa kanmantaq iskay huk hatun profético razonespis, iskaychasqa fenómeno kaptin.</w:t>
      </w:r>
    </w:p>
    <w:p>
      <w:pPr>
        <w:pStyle w:val="ArticleBody"/>
        <w:jc w:val="left"/>
      </w:pPr>
      <w:r>
        <w:rPr>
          <w:rFonts w:ascii="Times New Roman" w:hAnsi="Times New Roman" w:eastAsia="Times New Roman" w:cs="Times New Roman"/>
        </w:rPr>
        <w:t>Iskay kaqnin raykuqa, huk willakuy hinaqa iskay kaq willakuywan huñusqa willakuyta rikuchin. Iskay willakuykunatan rikuchin. Iskay kaq angelpa willakuyninpa niyninwan hinaspa imayna rurasqa kasqanwan chaskisqa wakin ancha allin cheqaqkuna kashanmi, ichaqa noqaykuqa kayllatan qawachkanchik: Isaiaspa qhipa profetapa willakuynin, tawa chunka kaq kapitulumanta qallarispa, Consoladorta nisqa unanchapa iskaychakuyninwanmi qallarin, chay Consoladortan Cristoqa llaqtanman qosqanta prometirqan, hanaq pacha santuariopi suyasqan kama.</w:t>
      </w:r>
    </w:p>
    <w:p>
      <w:pPr>
        <w:pStyle w:val="ArticleScripture"/>
        <w:jc w:val="left"/>
      </w:pPr>
      <w:r>
        <w:rPr>
          <w:rFonts w:ascii="Times New Roman" w:hAnsi="Times New Roman" w:eastAsia="Times New Roman" w:cs="Times New Roman"/>
        </w:rPr>
        <w:t>Sumaqchasqa, sumaqchasqa kachun llaqtay, nispa niq Diosniykichis. Sonqonta samachispalla rimaychis Jerusalénman, hinaspa qapariychis payman, maqanakuyñan tukukuq kasqanta, hucha huchallikuyñan pampachasqa kasqanta; imaraykuchus Señorpa makinmantan iskay kuti chaskirqan llapa huchankunamanta. Isaías 40:1, 2.</w:t>
      </w:r>
    </w:p>
    <w:p>
      <w:pPr>
        <w:pStyle w:val="ArticleBody"/>
        <w:jc w:val="left"/>
      </w:pPr>
      <w:r>
        <w:rPr>
          <w:rFonts w:ascii="Times New Roman" w:hAnsi="Times New Roman" w:eastAsia="Times New Roman" w:cs="Times New Roman"/>
        </w:rPr>
        <w:t>Manam kachkanchu Bibliapi huk pasajeqa, Isaias qanchis chunka (40) nisqamanta libropa tukukuyninkama kaq pasajemanta aswan sut’inchaywan parlanchu Cristopa kawsayninpa chay imayna kayninmanta, pay Alpha chaymanta Omega kasqanmanta. Alpha chaymanta Omega hina, Cristo sut’inmi sutinpa firmanta churaykun chay pasaje patapi Alpha chaymanta Omega hina; imaraykuchus Isaiaspa tukukuyninman chayaspa, huk kutitaqmi Consoladormanta rimarin, Cristoqa Palabra kasqanrayku, paymi qallariy chaymanta tukukuyqa.</w:t>
      </w:r>
    </w:p>
    <w:p>
      <w:pPr>
        <w:pStyle w:val="ArticleScripture"/>
        <w:jc w:val="left"/>
      </w:pPr>
      <w:r>
        <w:rPr>
          <w:rFonts w:ascii="Times New Roman" w:hAnsi="Times New Roman" w:eastAsia="Times New Roman" w:cs="Times New Roman"/>
        </w:rPr>
        <w:t>Kaymi nin Señor: Hanaqpachaqa tiyay trönoymi, kay pachataq chaki sayanayaymi. Chayqa, maypitaq noqapaq ruwasqaykichik wasiqa? maypitaq samariyniyoq k’itiqa? Tukuy kaykunataqa makiymi ruwarqa, hinaspa tukuy kaykunaqa karqanñam, nin Señor. Ichaqa kay runamanmi qhawarisaq: wakcha kasqanmanta, sunqun llakichisqa kasqanmanta, simiyniyta uyarispataq mancharikuspam khatatatinqa chayman. Pipas torota wañuchiqa, runata wañuchisqanhinami; pipas ovejata sacrificiopi haywaqqa, allqupa kunqanta kuchusqanhinami; pipas ofrendata haywaqqa, kuchipa yawarninta haywasqanhinami; pipas inciensota rupachiqa, ídolota saminchachisqanhinami. Arí, paykunaqa kikinkupa ñankunatan akllakurqanku, almanñataq millay ruwayninkunapi kusikurqan. Noqataq paykunapa pantasqa yuyayninkunatan akllasaq, manchasqankutataq paykunaman apamusaq; imaraykuchus waqyaptíy, mana pipas kutichirqachu; rimaptíy, mana uyariqkuchu. Aswanpas ñawpaqniypi mana allintan ruwarqanku, mana kusichisqaytaq akllakurqanku. Isaías 66:1–4.</w:t>
      </w:r>
    </w:p>
    <w:p>
      <w:pPr>
        <w:pStyle w:val="ArticleBody"/>
        <w:jc w:val="left"/>
      </w:pPr>
      <w:r>
        <w:rPr>
          <w:rFonts w:ascii="Times New Roman" w:hAnsi="Times New Roman" w:eastAsia="Times New Roman" w:cs="Times New Roman"/>
        </w:rPr>
        <w:t>Tapukuy hatarichkan: ¿ima wasitaq Diospa llaqtan paypaq ruwarqanku? ¿Pedroq espiritunmanta wasinta hatarichirqankuchu, icha Satanaspa sinagoganta? Diosmi reqsichin paypa ruwasqan wasiqa kaykunamanta kasqanta: “wakcha hinallataq p’enqakusqa espirituyuq” runakunamanta, hinallataq paypa “siminmanta chukchurikuq” runakunamanta. Payqa paypa siminmanta chukchurikuqkunata huk klasiwan tupachin, chaykunaqa qhelli haywakuykunata haywarqanku, kikinkupaq ñanninkuta akllakusqankurayku. Chay qhelli haywakuykunata haywarqanku chay klasi runakunaqa, judíokuna hina, tarinqaku paykunaq wasinqa ch’usaqta saqisqa kananta paykunapaq.</w:t>
      </w:r>
    </w:p>
    <w:p>
      <w:pPr>
        <w:pStyle w:val="ArticleBody"/>
        <w:jc w:val="left"/>
      </w:pPr>
      <w:r>
        <w:rPr>
          <w:rFonts w:ascii="Times New Roman" w:hAnsi="Times New Roman" w:eastAsia="Times New Roman" w:cs="Times New Roman"/>
        </w:rPr>
        <w:t>Llapa profetakunaqa kay pachapa tukukuyninmanta rimanku, chaymi kayqa huk rikch’achiy kachkan yuyaysapa runakuna ukhupi t’aqanakuyta, paykunaqa Paypa Siminmanta khatatanku, hinaspa mana yuyaysapa runakunamantapas, paykunaqa Diosta millay ruwaykunata haywanku, chay millay ruwaykunataqa almankupuni munakunku. Chayraykum Diosqa pantasqa yuyaykunata akllanqa mana yuyaysapa Laodicea llaqtamanta sipas vírgenkunapaq, chay pantasqa yuyayta apostol Pablo reqsichin “llulla” chaskisqankurayku apamusqa kasqanta.</w:t>
      </w:r>
    </w:p>
    <w:p>
      <w:pPr>
        <w:pStyle w:val="ArticleBody"/>
        <w:jc w:val="left"/>
      </w:pPr>
      <w:r>
        <w:rPr>
          <w:rFonts w:ascii="Times New Roman" w:hAnsi="Times New Roman" w:eastAsia="Times New Roman" w:cs="Times New Roman"/>
        </w:rPr>
        <w:t>“Llulla” nisqaqa huk sapa unanchaqa Adventismoq historiampi kashan, hinaspataq 1863 watapi sayarichiqkuna chaskirqanku, hinaspataq Adventista historiapi llapa pacha hawanpi ruwasqa karqan. Chayqa huk llulla karqan, chaymanta huk pantasqa cimientota paqarichirqan, hinaspataq chaypi qallariqku huk tukuchisqa, llulla templota hatarichiyta. Chiqaq templota tukuchiy ruwayninkuqa “qhipa p’unchaykuna” kamaqmi hinalla purin. Isaiasqa soqta chunka suqtayuq kapitulopa contexto-ninta churaykusan yachaqwan mana yachaq sipaskunapa rakinasqankupi. Isaiasqa reqsichin chay profetiku historiata, chaytaqa pay señalasqan Isaias tawa chunka kapitulopa ñawpaq versiculonpi, maypicha Cristoq nisqan karqan Consoladorta kachamunanpaq kimsa chunka hukninmanta kuska unanchasqa p’unchaykunamanta qhipaman, julio 18, 2020 p’akisqa suyasqanmanta qhipa.</w:t>
      </w:r>
    </w:p>
    <w:p>
      <w:pPr>
        <w:pStyle w:val="ArticleScripture"/>
        <w:jc w:val="left"/>
      </w:pPr>
      <w:r>
        <w:rPr>
          <w:rFonts w:ascii="Times New Roman" w:hAnsi="Times New Roman" w:eastAsia="Times New Roman" w:cs="Times New Roman"/>
        </w:rPr>
        <w:t>Uyariychik Señorman siminnta, qankuna paypa siminmanta mancharikuqkuna; qankunapa wawqeykikuna, qankunata cheqnikuqkuna, sutiyrayku qarqusuqnikikuna, nirqanku: “Señor hatunchasqa kachun”; ichaqa payqa qankunapa kusikuyniykipaqmi rikurinqa, paykunataqmi p’enqachisqa kanqaku. Llaqtamanta qapariypa kunan, templomanta kunan, Señormanta kunan, awqankunaman kutichiyta quq kunan. Isaías 66:5, 6.</w:t>
      </w:r>
    </w:p>
    <w:p>
      <w:pPr>
        <w:pStyle w:val="ArticleBody"/>
        <w:jc w:val="left"/>
      </w:pPr>
      <w:r>
        <w:rPr>
          <w:rFonts w:ascii="Times New Roman" w:hAnsi="Times New Roman" w:eastAsia="Times New Roman" w:cs="Times New Roman"/>
        </w:rPr>
        <w:t>1798 watamanta 1844 kama, Milleritakunapa kuyuriyninpi, Señorqa huk ajayuyoq templota sayarichirqan; pactopa willakuqnin hina 1844 watapi chaymanmi utqaylla hamurqan. Señorqa huk ajayuyoq templota sayarichin pachak tawa chunka tawa waranqakunapa kuyuriyninpi, chay templo wan utqaylla hamuspa pactota rurananpaq. Pedroqa, ñawpaq cartanpi, iskay kaq capítulo nisqapi, chay templota “ajayuyoq wasi” nispa sutichan. “Señorpa siminta uyariqkuna” qa Juanqa Apocalipsispi rimashan hina, “kusisqa” nisqakuna kanku. Paykunam señasqa kanku, imaraykuchus señasqaqa “Israelpa qarqusqankunamanta” huñusqam. Mana yuyayniyoq Laodiceayuqkunaqa pinqakunkam Señor Philadelphiayuqkunapi kikinmanta hatunchakuspa rikuchikuptin, paykunaqa Paypa Siminman manchakuqkuna kanku; Paypa Simiqa “cheqaq kaymi.”</w:t>
      </w:r>
    </w:p>
    <w:p>
      <w:pPr>
        <w:pStyle w:val="ArticleBody"/>
        <w:jc w:val="left"/>
      </w:pPr>
      <w:r>
        <w:rPr>
          <w:rFonts w:ascii="Times New Roman" w:hAnsi="Times New Roman" w:eastAsia="Times New Roman" w:cs="Times New Roman"/>
        </w:rPr>
        <w:t>Kimsa kunan rimaykuna, yachaqkuna hinaspa mana yuyayniyuqkuna huk clase runakunamanta t’aqakusqanku pacha ukhupi uyarisqakunaqa, hamun “llaqtamanta”, “templomanta” hinaspa “kuti kutichiq Señor”manta. Ñawpaq “rimay” llaqtamantaqa “ruydupa rimayninmi”, hinaspa chay “ruydu”qa llakichiq Sonqochaqpa chayamusqanmi, payqa usqhaylla chayamun.</w:t>
      </w:r>
    </w:p>
    <w:p>
      <w:pPr>
        <w:pStyle w:val="ArticleScripture"/>
        <w:jc w:val="left"/>
      </w:pPr>
      <w:r>
        <w:rPr>
          <w:rFonts w:ascii="Times New Roman" w:hAnsi="Times New Roman" w:eastAsia="Times New Roman" w:cs="Times New Roman"/>
        </w:rPr>
        <w:t>Pentecostés p’unchay hunt’akuyta tukuchiptinmi, llapankum huk sonqolla, huk chiqllapi kasharqanku. Chaymantataq, qespimanta hina, sinchi kallpayoq wayra phawamuchkaqpa qaparinin hina, qespimanta huk suynin uyarikamurqan; chaytataq hunt’arqan llapa wasita maypichus tiyarqanku chayta. Hinaspataq rikurirqan paykuna-man t’aqanasqa qallukuna nina-hina, sapa hukninpa hawanman tiyaykamuq. Hechos 2:1-3.</w:t>
      </w:r>
    </w:p>
    <w:p>
      <w:pPr>
        <w:pStyle w:val="ArticleBody"/>
        <w:jc w:val="left"/>
      </w:pPr>
      <w:r>
        <w:rPr>
          <w:rFonts w:ascii="Times New Roman" w:hAnsi="Times New Roman" w:eastAsia="Times New Roman" w:cs="Times New Roman"/>
        </w:rPr>
        <w:t>Chay “sonido” nisqa Simikuna Ruraykuna iskayniyuq kapitulumanta, iskay versículupi tikrasqa, nin “ruido” nisqanta, hinaspa “rumor” nisqantapas. “Rumor” nisqaqa, huk profecía nirqanmi. “Llaqtamanta” hamuq “sonido” utaq “ruido”qa, “huk atiyniyuq wayra” nisqawan rikuchisqa kachkan. “Llaqtamanta ruidoq voznin” nisqaqa, Islampa “rumor”nin utaq profético willakuyninmi, chaytaq Señaq hamusqanta señalachin ch’aki tullukunapa pampapi, maypichus wañuchisqa karqanku “hatun llaqtapa calle” nisqapi, “mayqan llaqta espiritualmente Sodomapas Egiptotapas sutichasqa, maypichus Señorniykupas chacatasqa karqan” nisqapi.</w:t>
      </w:r>
    </w:p>
    <w:p>
      <w:pPr>
        <w:pStyle w:val="ArticleBody"/>
        <w:jc w:val="left"/>
      </w:pPr>
      <w:r>
        <w:rPr>
          <w:rFonts w:ascii="Times New Roman" w:hAnsi="Times New Roman" w:eastAsia="Times New Roman" w:cs="Times New Roman"/>
        </w:rPr>
        <w:t>Isaías pusaq chunka kapítulopi, “kuntratuq kachaq” ñannta wakichinanpaq kaq “kunkataqa”, ima willakuyta “qapariy” nispa mañakurqa. Paymanqa “Islam” willakuyta “qapariy” nispa willarqa. Hechos libropi, Pedroq espiritu “wasinta” hunt’aq “uyariyqa” karqa “utqhaylla kallpasapa wayra”, mayqinchus Ezequiel kimsa chunka qanchisniyuqpi, Islampa tawa wayrankunamanta hamurqa.</w:t>
      </w:r>
    </w:p>
    <w:p>
      <w:pPr>
        <w:pStyle w:val="ArticleScripture"/>
        <w:jc w:val="left"/>
      </w:pPr>
      <w:r>
        <w:rPr>
          <w:rFonts w:ascii="Times New Roman" w:hAnsi="Times New Roman" w:eastAsia="Times New Roman" w:cs="Times New Roman"/>
        </w:rPr>
        <w:t>Llaqtamanta qaparikuy uyarikun, templomantapas qaparikuy uyarikun, Señorpa qapariyninmi, awqankunaman kutichispa paykunaman churan recompensanta. Isaías 66:6.</w:t>
      </w:r>
    </w:p>
    <w:p>
      <w:pPr>
        <w:pStyle w:val="ArticleBody"/>
        <w:jc w:val="left"/>
      </w:pPr>
      <w:r>
        <w:rPr>
          <w:rFonts w:ascii="Times New Roman" w:hAnsi="Times New Roman" w:eastAsia="Times New Roman" w:cs="Times New Roman"/>
        </w:rPr>
        <w:t>Ñuqanchik Apunchik chakatapi chakatashqa karqan calle-manta, Chʼaskichiqqa ñawpaqta yachachin “voz” nirqanta, chunlla pampapi waqaqpa, imayna willakuy kananpaq kasqanta. Chaymanta atiyniyuq soldadokuna, hatun templota sayarichisqa kasqankuta rikuchiq hina, qallariy kuyuypi 1798 watamanta 1844 watakama rikuchisqa hina, waqayta aswan hatunyachin. Chay atiyniyuq soldadokunapa kuyukuynin, Islampa waqayninta willakuspa, pusan kimsay “voz” nisqaman, Diospa vozninta reqsispa, Estados Unidos nisqa llaqtapa huchachayninmanta domingo kamachiyta pasanankurayku juez kasqanta. Chaypiqa Apu kutichin pagota. Chay kinsa vozkuna kamachisqa kanku pacasqa historiapa qanchis truenokunapa estructuran ukhupi, chaymi rikuchin qallariy, chawpi, tukukuy qillqakunata hebreo simipi, Admirable Lingüista nisqa ruraqpa kamasqan simimanta, chayta “cheqaq kay” nispa tikrachinku. ¡Kaykunaqa mana runaqa umallanmanta lluqsichinmanchu!</w:t>
      </w:r>
    </w:p>
    <w:p>
      <w:pPr>
        <w:pStyle w:val="ArticleBody"/>
        <w:jc w:val="left"/>
      </w:pPr>
      <w:r>
        <w:rPr>
          <w:rFonts w:ascii="Times New Roman" w:hAnsi="Times New Roman" w:eastAsia="Times New Roman" w:cs="Times New Roman"/>
        </w:rPr>
        <w:t>Profeciapa historiaman hinallata rikhurichkanku hina, chaymanta Isaíasqa huk nacionpa paqarisqanmanta rimarin.</w:t>
      </w:r>
    </w:p>
    <w:p>
      <w:pPr>
        <w:pStyle w:val="ArticleScripture"/>
        <w:jc w:val="left"/>
      </w:pPr>
      <w:r>
        <w:rPr>
          <w:rFonts w:ascii="Times New Roman" w:hAnsi="Times New Roman" w:eastAsia="Times New Roman" w:cs="Times New Roman"/>
        </w:rPr>
        <w:t>Manaraq manaraq ñak’ariynin hamuqtin, wachakurqan; nanaynin chayaq manaraq, qhari wawatam qespikurqan. Pitaq kayhina imata uyarisqa? pitaq kayhina imakunata rikurqan? Huk punchawllapichu allpa wachachisqa kanman? ichaqa huk nacionllachu chay ratollapi paqarinman? Sión ñak’arisqan ratasqa hina, wawankunatam wachakurqan. Ñoqachu wachakuyman chayachispa, mana wachachini? nin Señor. Ñoqachu wachachispa, wiksata wisq’aykuni? nin Diosniyki. Isaías 66:7–9.</w:t>
      </w:r>
    </w:p>
    <w:p>
      <w:pPr>
        <w:pStyle w:val="ArticleBody"/>
        <w:jc w:val="left"/>
      </w:pPr>
      <w:r>
        <w:rPr>
          <w:rFonts w:ascii="Times New Roman" w:hAnsi="Times New Roman" w:eastAsia="Times New Roman" w:cs="Times New Roman"/>
        </w:rPr>
        <w:t>Warmi nanaykunanman ñak’arikusqanman ñawpaqta paqarisqa nacionqa chayraqmi ñanpi kasharqan wañusqa, ch’akisqa ima hina, tukuy pacha paypa kasqanmanta kusikuspa. Ichaqa iskay testigokuna sayarimuptin, wañuyninkumanta kusikurqanku chay runakunaqa mancharikurqanku. Chay wañusqa, ch’aki, wañuchisqa cuerpokuna nacion hina hatarimuptinqa, tukuy Jerusalénta kuyakkuqkunaqa chaymanta paywan kusikunkuña. Jerusalénta kuyakkuqkunaqa mana sapallan pachak tawa chunka tawa waranqa nacionllatachu yaykuchin, aswanpas Diospa huk ovejankunatapas, paykunaqa chay p’unchawkuna Babiloniamanta qayasqa kanqaku. Julio 18, 2020 p’unchawpi llakikuymanta kawsarimuyqa Consoladorpa chayamunwan hunt’akusan, chaymi wañusqa ch’aki “tullukunata” “qorapata hina wiñachinqa.”</w:t>
      </w:r>
    </w:p>
    <w:p>
      <w:pPr>
        <w:pStyle w:val="ArticleScripture"/>
        <w:jc w:val="left"/>
      </w:pPr>
      <w:r>
        <w:rPr>
          <w:rFonts w:ascii="Times New Roman" w:hAnsi="Times New Roman" w:eastAsia="Times New Roman" w:cs="Times New Roman"/>
        </w:rPr>
        <w:t>Kusikuychis Jerusalénwan, paywan kusisqa kaychis, llapa payta munakuqkuna; payrayku llakisqakuna, paywan kusiywan kusikuychis. Chayhinaqa ñuñunta chupanaykichispaq, sonqochakuyninkunapa ñuñunmanta saqsanaykichispaq; llikllinmanta ñuñuchakuykichispaq, hatun kayninqa qhapaq kachayninmanta kusikunaykichispaq. Imaraykuchus Señor nin kayhinata: Qhawariy, mayuta hina thak-kawsayta payman mast’arisaq, llaqta-kunapa hatun kayninta taqyasqa mayuta hina; chaymantaqa ñuñunta chupankichis, wiksa lado-kunapi aparisqa kankichis, qonqorinkunapi kuyuchisqa kankichis. Imaynan maman wawan sonqonta samachin, chayhinan noqa qankunata sonqochasqayki; Jerusalénpitaq sonqochasqa kankichis. Kayta rikuspataq sonqoykichis kusikunqa, tulluykichispis qhura hina wiñanqa; Señorpa makinmi reqsisqa kanqa sirviqnin-kunaman, phiñakuynintaq awqankunaman. Isaías 66:10–14.</w:t>
      </w:r>
    </w:p>
    <w:p>
      <w:pPr>
        <w:pStyle w:val="ArticleBody"/>
        <w:jc w:val="left"/>
      </w:pPr>
      <w:r>
        <w:rPr>
          <w:rFonts w:ascii="Times New Roman" w:hAnsi="Times New Roman" w:eastAsia="Times New Roman" w:cs="Times New Roman"/>
        </w:rPr>
        <w:t>Alfa y Omegaqa Isaíaspa qhepa kaq willakuy ninapa tukukuyninta qallariyninpi maypichus qallarin, chayllapim churaykun, Consoladorpa hamuynin riqsichisqa kananwan. Hinallataq, imaynan sapa kuti kanan hina, sapa mensajepipas Elíaspa mensajen nisqanta rikuchiq, Señorqa hallp’ata ñakasqa maldiciónwan maqasqanpa contextonpi churakun.</w:t>
      </w:r>
    </w:p>
    <w:p>
      <w:pPr>
        <w:pStyle w:val="ArticleScripture"/>
        <w:jc w:val="left"/>
      </w:pPr>
      <w:r>
        <w:rPr>
          <w:rFonts w:ascii="Times New Roman" w:hAnsi="Times New Roman" w:eastAsia="Times New Roman" w:cs="Times New Roman"/>
        </w:rPr>
        <w:t>Qhawariycháy, Señorqa ninawan hamunqa, carruyninkunapas muyu wayra hina, phiñakuyninta sinchi piñawan kutichinampaq, huchachaynintapas nina rawraywan. Señorqa ninawan, espadayninwanpas, tukuy aychawan rimarinqa juzgananpaq; Señorpa wañuchisqankunataq achkha kanqa. Kikinchikkuta santu ruwakuykuqkuna, ch’uyanchakuykuqkuna jardinukunapi huk sach’a qhepanta chawpipi, khuchi aychata, millay mana allinta, huk’uchatapas mikhukuqkuna, llapankumanta kuska tukukunqaku, nispa Señor. Ñoqaqa reqsini ruwasqankuta, yuyayninkutapas; chayamunqa, llapa nacionkunata, llapa simikunatapas huñunaypaq; paykunataq hamunqaku, hatun kayniytapas rikunqaku. Isaías 66:15–18.</w:t>
      </w:r>
    </w:p>
    <w:p>
      <w:pPr>
        <w:pStyle w:val="ArticleBody"/>
        <w:jc w:val="left"/>
      </w:pPr>
      <w:r>
        <w:rPr>
          <w:rFonts w:ascii="Times New Roman" w:hAnsi="Times New Roman" w:eastAsia="Times New Roman" w:cs="Times New Roman"/>
        </w:rPr>
        <w:t>Yuyaysapa Laodicea Adventistakuna, allinwan mana allinwan yachay sachapa qhepanta kasqankuna, mayqinchus Edén huertapa chawpinpi kashan, ninku paykuna kikinkuta santuyaqku, ch’uyaqku nispa; ichaqa cheqaqmanta Babiloniapa mana ch’uy a yachachikuyninkunata mikunku, hinaspa Adánwan Evawan hina pakakunku, anchata munasqanku huchakunata mana saqiyta atisqankurayku. Paykuna tukuy wakin nacionkunawan kuska tukusqa kanqaku. Paykunaqa yachaysapa runakunamanta sapaqchasqa kanku, mayqinkunachus huk “señal” kanqaku. Chay “señal”qa “estandarte”m, mayqinchus samana p’unchayta rikuchin, chaymi Señor Diosniykipa señalnin, mayqinchus cheqaqmanta llaqtanta santuyaan.</w:t>
      </w:r>
    </w:p>
    <w:p>
      <w:pPr>
        <w:pStyle w:val="ArticleScripture"/>
        <w:jc w:val="left"/>
      </w:pPr>
      <w:r>
        <w:rPr>
          <w:rFonts w:ascii="Times New Roman" w:hAnsi="Times New Roman" w:eastAsia="Times New Roman" w:cs="Times New Roman"/>
        </w:rPr>
        <w:t>Chayrayku Israelpa mirayninkuna samana p’unchawta waqaychanqaku, samana p’unchawta mirayninkuna tukuypi hunt’anankupaq, wiñay rimanakuy kananpaq. Kayqa noqawan Israelpa mirayninkunawan chawpipi wiñaypaq señalm; soqta p’unchawpi Señor hanaq pacha kay pachatawan ruwarqan, qanchis kaq p’unchawpitaq samarqan, kallpachakusqataq karqan. Éxodo 31:16, 17.</w:t>
      </w:r>
    </w:p>
    <w:p>
      <w:pPr>
        <w:pStyle w:val="ArticleBody"/>
        <w:jc w:val="left"/>
      </w:pPr>
      <w:r>
        <w:rPr>
          <w:rFonts w:ascii="Times New Roman" w:hAnsi="Times New Roman" w:eastAsia="Times New Roman" w:cs="Times New Roman"/>
        </w:rPr>
        <w:t>Yachaqkunaqa manam ima willakuyninkup qhepanpi sach’a ukhupi pakakusqachu; aswanqa huk unancha hina hoqarisqas kanku, hatun churanakuypa qhepa rikch’ayninkunapi Diospa k’anchayninta rikuchispa. Paypa k’anchayninqa paypa runa kayninmi, chay runa kayninmanta kay pachaman paykuna rikuchisqanku kaq ima rakhuyninqa Alpha y Omega, qallariywan tukukuynin, ñawpaq kaqwan qhipa kaqmi, chayqa “Cheqaq Kay” nisqa hina rikuchisqa kachkan.</w:t>
      </w:r>
    </w:p>
    <w:p>
      <w:pPr>
        <w:pStyle w:val="ArticleScripture"/>
        <w:jc w:val="left"/>
      </w:pPr>
      <w:r>
        <w:rPr>
          <w:rFonts w:ascii="Times New Roman" w:hAnsi="Times New Roman" w:eastAsia="Times New Roman" w:cs="Times New Roman"/>
        </w:rPr>
        <w:t>Hinaspanakuyta paykunapa chawpinpi churasaq, hinaspan qespirqanku kaqkunatapas nacionkunaman cachasaq: Tarsisman, Pulman, Ludman—p’ituwan wach’iqkunaman—Tubalman, Javánman, karu isla-kunaman, mayqenkunachus mana uyarisqankuchu sutiy paqarisqanta, nitaq rikurqankuchu hatun k’anchayniyta; hinaspan paykuna willakunkuq hatun k’anchayniyta gentilkuna ukhupi. Hinaspan llapa wawqeykichikkunata apamunqaku Señorpaq ofrendata hina, llapa nacionkunamanta, caballokunapi, carretakunapi, literakunapi, mulakunapi, utqay animal-kunapi, santu orqoy Jerusalénman, nispa Señor; imaynan Israelpa churinkuna ch’uya vasopi ofrendata apamunku Señorpa wasinman hina. Hinaspan paykunamanta wakinkunatapas sacerdotekunapaq, Levitakunapaq akllasaq, nispa Señor. Ichaqa imaynan musuq hanaq pacha, musuq kay pachapas, rurasqay, ñawpaqniypi takyanqa, nispa Señor, chayhinallataq mirayniykichikpas sutiykichikpas takyanqa. Hinaspan kanqa, huk musuq killamanta huk musuq killakama, huk samana p’unchawmantapas huk samana p’unchawkama, llapa aycha hamunqa ñawpaqniypi yupaychakuq, nispa Señor. Hinaspan lloqsispa qhawarinqaku contraypi hatarirqakuq runakunapa ayankunata: imaraykuchus kurunkuqa mana wañunqachu, ninankupas mana wañuchisqachu kanqa; hinaspan paykuna millay qhawasqa kanqaku llapa aychapáq. Isaías 66:16–24.</w:t>
      </w:r>
    </w:p>
    <w:p>
      <w:pPr>
        <w:pStyle w:val="ArticleBody"/>
        <w:jc w:val="left"/>
      </w:pPr>
      <w:r>
        <w:rPr>
          <w:rFonts w:ascii="Times New Roman" w:hAnsi="Times New Roman" w:eastAsia="Times New Roman" w:cs="Times New Roman"/>
        </w:rPr>
        <w:t>Isaiaspa qhipa profétic willakuynin qallarin 2023 watapi julio killapi Sonqochaq hamusqanwan, hinaspataq willakuyqa tukukun maypichus qallarisqanmanta. Chayamun qanchis truenoq pakasqa historiapi, probation wichq’akusqanmanraq unsealakusqapi. Qallariypi Millerita kuyuriynin kutimuyta reqsichin, tukukuypitaq pachak tawa chunka tawa waranqa runakunaq kuyuriynin historiankuwan. Rikuchin maldicionpa willakuyninta, mayqinchus Eliaspa willakuyninta qatiq, Islampa profétic llasak ruwayninpa willakuynin hina, nacionkunata phiñachispa, Señorpa llamk’achisqan kasqanrayku taripayta apamunanpaq, “ñawpaqta” Estados Unidos pataman domingo kamachikuyrayku, hinaspataq “qhipata” llapa kay pachaman, chay kikillan hatariy rayku.</w:t>
      </w:r>
    </w:p>
    <w:p>
      <w:pPr>
        <w:pStyle w:val="ArticleBody"/>
        <w:jc w:val="left"/>
      </w:pPr>
      <w:r>
        <w:rPr>
          <w:rFonts w:ascii="Times New Roman" w:hAnsi="Times New Roman" w:eastAsia="Times New Roman" w:cs="Times New Roman"/>
        </w:rPr>
        <w:t>Qatiq qillqapiqa chayaspa, Isaíaspa qhipa willakuynta qhawarisqanchikta qatiq qillqapi mast’arisun.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Revelasqanmanta - Pusaq Yupayniyuq</dc:title>
  <dc:subject>Suyu paqarisqanqa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