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Revelasqanmanta - Qanchisqon Yupayniyuq</w:t>
      </w:r>
    </w:p>
    <w:p>
      <w:pPr>
        <w:pStyle w:val="ArticleSubtitle"/>
        <w:jc w:val="left"/>
      </w:pPr>
      <w:r>
        <w:rPr>
          <w:rFonts w:ascii="Arial" w:hAnsi="Arial" w:eastAsia="Arial" w:cs="Arial"/>
        </w:rPr>
        <w:t>Isaíaspa Qhipa Profétiko Willakuynin: Cristopa Rikuchikuynin hinaspa 144,000pa Profétiko Ruwananpaq Churasqan Ruwana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Isaías qillqasqa libro, hinallataq aswanraq Isaíaspa qhipa profétiko willakuynin, tawa chunka qallariq p’anqakunamanta suqta chunka suqniyuq p’anqakama tarikusqa, huk rikuchiymin, maypim aswan allin profétiko cheqaq-kaykuna qawachisqa kachkan, Jesucristoq Revelaciónninwan chiqanta tinkisqa, chaytaq kunan kicharisqa kachkan runaqa kamachikuy p’uchukayninman qayllaykuspa. Chay cheqaq-kaykunamanta hukninmi Alpha hinallataq Omegapa revelaciónnin. Manam Biblia ukhupi mayqin libropas Isaíaspa testimonioman qayllanchu, Diospa carácter ninmanta chay imayna kaqta qawachiq nisqamanta, mayqinchus huk imapa tukukuyninta huk imapa qallariyninwan rikuchin.</w:t>
      </w:r>
    </w:p>
    <w:p>
      <w:pPr>
        <w:pStyle w:val="ArticleScripture"/>
        <w:jc w:val="left"/>
      </w:pPr>
      <w:r>
        <w:rPr>
          <w:rFonts w:ascii="Times New Roman" w:hAnsi="Times New Roman" w:eastAsia="Times New Roman" w:cs="Times New Roman"/>
        </w:rPr>
        <w:t>¿Pitaq kayta ruwaspa hunt’achirqan, qallariymantapacha miraykunata waqyaspá? Ñoqa Señor, ñawpaq kaq, qhepa kaqkunawan kuska; ñoqam pay kani. Isaías 41:4.</w:t>
      </w:r>
    </w:p>
    <w:p>
      <w:pPr>
        <w:pStyle w:val="ArticleBody"/>
        <w:jc w:val="left"/>
      </w:pPr>
      <w:r>
        <w:rPr>
          <w:rFonts w:ascii="Times New Roman" w:hAnsi="Times New Roman" w:eastAsia="Times New Roman" w:cs="Times New Roman"/>
        </w:rPr>
        <w:t>Diosqa Dios kasqanta imapi rikhuchin chayqa, Isaiaspi kashan.</w:t>
      </w:r>
    </w:p>
    <w:p>
      <w:pPr>
        <w:pStyle w:val="ArticleScripture"/>
        <w:jc w:val="left"/>
      </w:pPr>
      <w:r>
        <w:rPr>
          <w:rFonts w:ascii="Times New Roman" w:hAnsi="Times New Roman" w:eastAsia="Times New Roman" w:cs="Times New Roman"/>
        </w:rPr>
        <w:t>Kaymi nin, Israelpa Qhapaqnin Señor, hinaspa paypa Qespichiqnin, ejercitokunapa Señor: Ñuqaqa ñawpaq kaqmi kani, ñuqaqa qhipa kaqmi kani; manam ñuqamanta huk Dios kanchu. Pitaq, ñuqahina, waqyaspa willanman, churaspa allichanman ñuqapaq, unay llaqtata ñuqaqa churashaqmanta pacha? Hinaspa hamuqkunata, hinaspa hamunan kaqkunata, paykunaman rikuchichunku. Ama manchakuychikchu, amataq llakikuychikchu: ¿manachu chay pacha-mantapacha qankunaman nisqayta, hinaspa willasqayta? Qankunaqa testigoykuna kankichik. ¿Kanchu huk Dios ñuqamanta hawapi? Arí, manam Dios kanchu; manam mayqentapas reqsinichu. Isaías 44:6–8.</w:t>
      </w:r>
    </w:p>
    <w:p>
      <w:pPr>
        <w:pStyle w:val="ArticleBody"/>
        <w:jc w:val="left"/>
      </w:pPr>
      <w:r>
        <w:rPr>
          <w:rFonts w:ascii="Times New Roman" w:hAnsi="Times New Roman" w:eastAsia="Times New Roman" w:cs="Times New Roman"/>
        </w:rPr>
        <w:t>Isaíaspa qhipa profético willakuyninmi Jesúspa prometisqan Consoladorpa hamuyninpa hunt’asqa, tukukuqtaq hunt’akuyninta kallpanchan.</w:t>
      </w:r>
    </w:p>
    <w:p>
      <w:pPr>
        <w:pStyle w:val="ArticleScripture"/>
        <w:jc w:val="left"/>
      </w:pPr>
      <w:r>
        <w:rPr>
          <w:rFonts w:ascii="Times New Roman" w:hAnsi="Times New Roman" w:eastAsia="Times New Roman" w:cs="Times New Roman"/>
        </w:rPr>
        <w:t>Uyariwaychis, qankuna allin kayta qatiqkuna, qankuna Señor-ta maskaqkuna: qhawariychis rumi-man maymantachus qankuna llaqllasqa kankichis, hinaspa t’uqu-man maymantachus allpasqa orqosqa kankichis. Qhawariychis Abraham taytaykichis-man, hinaspa Sarah mamaykichis-man, paymi qankunata wacharqan: imaraykuchus sapallan payta qayarqani, saminchirqani, hinaspa mirachirqani. Señorqa Sionta sonqochanqa; llapa ch’usaqnin kuskakunatapas sonqochanqa; chunlla pampanta Eden hina ruwanqa, ch’aki hallp’anta Señorpa huertan hina; kusikuywan p’itikuywanmi chaypi tarikunan kanqa, agradecimientowan takiynin uyarikuyninwanpas. Isaías 51:1–3.</w:t>
      </w:r>
    </w:p>
    <w:p>
      <w:pPr>
        <w:pStyle w:val="ArticleBody"/>
        <w:jc w:val="left"/>
      </w:pPr>
      <w:r>
        <w:rPr>
          <w:rFonts w:ascii="Times New Roman" w:hAnsi="Times New Roman" w:eastAsia="Times New Roman" w:cs="Times New Roman"/>
        </w:rPr>
        <w:t>Hamut'ayqa 2023 watapi julio killapi chayamurqa. Isaiaspa willakuyninpi huknin allin cheqaq kaqta aswan sinchita reqsichin: qanchis illapakunapa pakasqa, kimsa patapi rikhurimuq ñawpaq pacha willakuyninmi, chaymi “emeth” nisqa hebreo simipa sayaynin, mayqinchus hebreo alfabitupa ñawpaq, chunka kimsayuq, hinaspa qhipa qillqakunawan rurasqa karqa.</w:t>
      </w:r>
    </w:p>
    <w:p>
      <w:pPr>
        <w:pStyle w:val="ArticleScripture"/>
        <w:jc w:val="left"/>
      </w:pPr>
      <w:r>
        <w:rPr>
          <w:rFonts w:ascii="Times New Roman" w:hAnsi="Times New Roman" w:eastAsia="Times New Roman" w:cs="Times New Roman"/>
        </w:rPr>
        <w:t>Llaqtamanta qapariy paqarin, templomanta qapariy paqarin, Señorpa qapariyninmi lloqsin, paypa awqankunaman kutichiyta quq. Isaías 66:6.</w:t>
      </w:r>
    </w:p>
    <w:p>
      <w:pPr>
        <w:pStyle w:val="ArticleBody"/>
        <w:jc w:val="left"/>
      </w:pPr>
      <w:r>
        <w:rPr>
          <w:rFonts w:ascii="Times New Roman" w:hAnsi="Times New Roman" w:eastAsia="Times New Roman" w:cs="Times New Roman"/>
        </w:rPr>
        <w:t>Isaiaspi huk hatun ancha importaq cheqaq kayta rikuchin: Islamqa Diospa kamachiq taripayninpa instrumento kasqanta, ñawpaqta Estados Unidos contra, chaymantataq kay pachapi tukuy runakuna contra, domingo hunt’achiyta kamachisqa pasasqanrayku.</w:t>
      </w:r>
    </w:p>
    <w:p>
      <w:pPr>
        <w:pStyle w:val="ArticleScripture"/>
        <w:jc w:val="left"/>
      </w:pPr>
      <w:r>
        <w:rPr>
          <w:rFonts w:ascii="Times New Roman" w:hAnsi="Times New Roman" w:eastAsia="Times New Roman" w:cs="Times New Roman"/>
        </w:rPr>
        <w:t>Tupuywanman hina, wiñariqta kachariptinqa, qanqa paywan rimanakunki; payqa chhullchu wayranta hark’arqan inti lloqsimuq wayra p’unchawpi. Isaías 27:8.</w:t>
      </w:r>
    </w:p>
    <w:p>
      <w:pPr>
        <w:pStyle w:val="ArticleBody"/>
        <w:jc w:val="left"/>
      </w:pPr>
      <w:r>
        <w:rPr>
          <w:rFonts w:ascii="Times New Roman" w:hAnsi="Times New Roman" w:eastAsia="Times New Roman" w:cs="Times New Roman"/>
        </w:rPr>
        <w:t>Kay llapan cheqakunaqa Chaupi Tuta waqyakuq willakuypa rakinkuna hina rikhurichisqa kanman, chayqa chunka sipasgunamanta rikch’akuyninmi, Jesucristoq Revelacionnin willakuypa rikch’akuynin kaspa, chayta Tayta Diosqa Jesusman qorqan, Jesusñataq Gabrielman qorqan, payñataq Juanta qorqan, paymi qelqaykuspa iglesiakunaman apachirqan. Noqaykuqa Isaiaspa qhepa willakuyninta llamk’achisqayku, Revelacionpa chunka hukniyuq kapitulomanta qallariq profetico ruwaykunapa seqen yanapananpaq; kunanqa chunka iskayniyuq kapitulomanña chayamusqayku, maypichus intiwan p’achallikusqa warmiqa chay unanchaywan rikhurichisqa kachkan, Isaiaspaq allinta, sinch’ita sayachisqanwan, chayqa kaymi: Cristoqa imapas tukukuyninta, qallariyninwan rikuchin.</w:t>
      </w:r>
    </w:p>
    <w:p>
      <w:pPr>
        <w:pStyle w:val="ArticleScripture"/>
        <w:jc w:val="left"/>
      </w:pPr>
      <w:r>
        <w:rPr>
          <w:rFonts w:ascii="Times New Roman" w:hAnsi="Times New Roman" w:eastAsia="Times New Roman" w:cs="Times New Roman"/>
        </w:rPr>
        <w:t>Hanaq pacha pi hatun musphana rikhurirqan; intiwan p’achallisqa warmi, killaña chakinkuna uranpi, uman patapi chunka iskayniyuq quyllurkunamanta coróna churakusqa: hinaspa wiksayuq kaspan waqaq, wachakuy nanaypi ñak’arispa, qespichikuyta munaspa. Hinaqtinmi huk musphana hanaq pacha pi rikhurirqan; qhawariy, hatun puka amaru, qanchis umayuq, chunka waqrayuq, hinaspa umankunapi qanchis corónayuq. Chupanwanmi hanaq pacha quyllurkunamanta kimsa kaq t’aqata aysaspa kay pachaman wikch’umurqan: hinaspa amaru sayarirqan chay wachakuypaqña kasqa warmi ñawpaqenpi, wawan paqarisqan chaylla mikhuykukunampaq. Hinaqtinmi qhari wawa wachakurqan, paymi llapa nacionkunata fierro varawan kamachinan karqan: hinaspa wawanqa Diosman, hinaspa tiyananman oqarisqa karqan. Apocalipsis 12:1–5.</w:t>
      </w:r>
    </w:p>
    <w:p>
      <w:pPr>
        <w:pStyle w:val="ArticleBody"/>
        <w:jc w:val="left"/>
      </w:pPr>
      <w:r>
        <w:rPr>
          <w:rFonts w:ascii="Times New Roman" w:hAnsi="Times New Roman" w:eastAsia="Times New Roman" w:cs="Times New Roman"/>
        </w:rPr>
        <w:t>Apocalipsis chunka iskayniyuqpi warmiqa, Diospa akllasqan llaqtanpa unanchaqninmi tukuy historiapi. Ñawpaq literal Israelpa chunka iskay ayllunkunaqa Diospa akllasqan pactokuy llaqtanpa qallariyninta reqsichin. Chay chunka iskay ayllunkunaqa ñawpaq literal Israelpa tukukuyninta rikuchin, imaynachus Cristoqa chunka iskay disipulonkuna ta akllarqan hina. Chay chunka iskay disipulokuna, ñawpaq literal Israelpa tukukuyninpi, kayllataqmi karqanku chunka iskay apostolkuna, kunan pacha espiritual Israelpa qallariyninpi. Iskay qallariy testigokuna hinaspa huk tukukuy testigo junt’asqanku kimsa testigokunata sayachin, chaymi pachak tawa chunka tawa waranqa runakunata reqsichin kunan pacha espiritual Israelpa tukukuynin hina.</w:t>
      </w:r>
    </w:p>
    <w:p>
      <w:pPr>
        <w:pStyle w:val="ArticleBody"/>
        <w:jc w:val="left"/>
      </w:pPr>
      <w:r>
        <w:rPr>
          <w:rFonts w:ascii="Times New Roman" w:hAnsi="Times New Roman" w:eastAsia="Times New Roman" w:cs="Times New Roman"/>
        </w:rPr>
        <w:t>Pachak tawqa tawa chunka tawa waranqa runakunaqa paykunapa wawqinkunañam qarqusqanku unanchataqmi kanku. Paykunaqa unancham kanku, chay jatun llaqtapa kallinpi Sodomapas Egiptupas sutichasqa, wañusqa ch’aki tullukunapa qhiswar pampan hina kasqa, uku p’itupi lluqsimuq bestiawan wañuchisqa runakuna. Paykunaqa unancham kanku, p’unchaw waskharinapa rumiyninkuna, warmiqa uman patapi churakusqan.</w:t>
      </w:r>
    </w:p>
    <w:p>
      <w:pPr>
        <w:pStyle w:val="ArticleScripture"/>
        <w:jc w:val="left"/>
      </w:pPr>
      <w:r>
        <w:rPr>
          <w:rFonts w:ascii="Times New Roman" w:hAnsi="Times New Roman" w:eastAsia="Times New Roman" w:cs="Times New Roman"/>
        </w:rPr>
        <w:t>Chay p’unchayqa paykunapa Tayta Diosninkunam salvanqa llaqtanpa ovejankuna hina; paykunataq coronapa rumiankuna hinam kanqaku, hallp’an patapi unanchahina hoqarisqa. Zacarías 9:16.</w:t>
      </w:r>
    </w:p>
    <w:p>
      <w:pPr>
        <w:pStyle w:val="ArticleBody"/>
        <w:jc w:val="left"/>
      </w:pPr>
      <w:r>
        <w:rPr>
          <w:rFonts w:ascii="Times New Roman" w:hAnsi="Times New Roman" w:eastAsia="Times New Roman" w:cs="Times New Roman"/>
        </w:rPr>
        <w:t>Unanchakuna, mayqenchus pachak tawa chunka tawa waranqa runakunaqa rumi hina kanku, imaynatachus Cristoqa rumi kasqanta.</w:t>
      </w:r>
    </w:p>
    <w:p>
      <w:pPr>
        <w:pStyle w:val="ArticleScripture"/>
        <w:jc w:val="left"/>
      </w:pPr>
      <w:r>
        <w:rPr>
          <w:rFonts w:ascii="Times New Roman" w:hAnsi="Times New Roman" w:eastAsia="Times New Roman" w:cs="Times New Roman"/>
        </w:rPr>
        <w:t>Hinallataqmi hukllaña espirituyuq upyanata ukyarqanku; paykunaqa paykunata qatirqan chay espirituyuq Rumi-manta ukyarqanku; chay Rumitaqmi Cristo karqa. 1 Corintios 10:4.</w:t>
      </w:r>
    </w:p>
    <w:p>
      <w:pPr>
        <w:pStyle w:val="ArticleBody"/>
        <w:jc w:val="left"/>
      </w:pPr>
      <w:r>
        <w:rPr>
          <w:rFonts w:ascii="Times New Roman" w:hAnsi="Times New Roman" w:eastAsia="Times New Roman" w:cs="Times New Roman"/>
        </w:rPr>
        <w:t>Cristoqa pachak tawa chunka tawa waranqata rikch’achin; hinaspa Pedroqa Pablowan acuerdan, Cristoqa “kawsachkaq rumi” kasqanta, chay rumita mana chaskisqankuta; hinaspa Pedroqa reqsichinpas Diospa llaqtan runakunaqa “kawsachkaq rumi-kuna” kasqankuta.</w:t>
      </w:r>
    </w:p>
    <w:p>
      <w:pPr>
        <w:pStyle w:val="ArticleScripture"/>
        <w:jc w:val="left"/>
      </w:pPr>
      <w:r>
        <w:rPr>
          <w:rFonts w:ascii="Times New Roman" w:hAnsi="Times New Roman" w:eastAsia="Times New Roman" w:cs="Times New Roman"/>
        </w:rPr>
        <w:t>Payman hamusqaman aswan, kawsaq rumi hina, runakunaqa cheqnisqa chaypas, Diospa akllasqanmi, ancha chaninnaqmi. Qankunapas, kawsaq rumikuna hina, hatarichisqa kankichik huk espiritu wasi kananpaq, huk ch’uya sacerdotekuna kananpaq, Jesucristo rayku Diospaq allinchasqa espiritu sacrificiokunata haywanaykichikpaq. 1 Pedro 2:4, 5.</w:t>
      </w:r>
    </w:p>
    <w:p>
      <w:pPr>
        <w:pStyle w:val="ArticleBody"/>
        <w:jc w:val="left"/>
      </w:pPr>
      <w:r>
        <w:rPr>
          <w:rFonts w:ascii="Times New Roman" w:hAnsi="Times New Roman" w:eastAsia="Times New Roman" w:cs="Times New Roman"/>
        </w:rPr>
        <w:t>Pachak tawa chunka tawa waranqa runakunaqa mana warmiypa coronanpi rumikuna llallachu kanku, aswanpas coronan kikinmi kanku.</w:t>
      </w:r>
    </w:p>
    <w:p>
      <w:pPr>
        <w:pStyle w:val="ArticleScripture"/>
        <w:jc w:val="left"/>
      </w:pPr>
      <w:r>
        <w:rPr>
          <w:rFonts w:ascii="Times New Roman" w:hAnsi="Times New Roman" w:eastAsia="Times New Roman" w:cs="Times New Roman"/>
        </w:rPr>
        <w:t>Sionrayku mana upallasaqchu, Jerusalénraykutaq mana samasaqchu, paypa chanin kaynin k’anchayhina lluqsipunankama, paypa qespichikuynintaq rawraykacha lamparahina rikurinankama. Hinallataq mana israel runakuna qampa chanin kayniykita rikusunkaku, llapa reykunataq qampa hatun k’anchayniykita. Hinam musuq sutiyoq sutinchasqa kanki, chay sutitaq Señorpa simin sutichanqa. Señorpa makinpi sumaq k’anchay coronahina kanqanki, Diosniykipa makinpitaq rey paqallihina. Isaías 62:1–3.</w:t>
      </w:r>
    </w:p>
    <w:p>
      <w:pPr>
        <w:pStyle w:val="ArticleBody"/>
        <w:jc w:val="left"/>
      </w:pPr>
      <w:r>
        <w:rPr>
          <w:rFonts w:ascii="Times New Roman" w:hAnsi="Times New Roman" w:eastAsia="Times New Roman" w:cs="Times New Roman"/>
        </w:rPr>
        <w:t>Cristoqa pachak tawa chunka tawa waranqa runakunata rikuchin. Payqa Qaqam, paykunataq “rumikuna.” Paykunaqa “Señorpa makimpi kachkan sumaq k’anchay coronata hina,” Cristotaq sumaq k’anchay coronam.</w:t>
      </w:r>
    </w:p>
    <w:p>
      <w:pPr>
        <w:pStyle w:val="ArticleScripture"/>
        <w:jc w:val="left"/>
      </w:pPr>
      <w:r>
        <w:rPr>
          <w:rFonts w:ascii="Times New Roman" w:hAnsi="Times New Roman" w:eastAsia="Times New Roman" w:cs="Times New Roman"/>
        </w:rPr>
        <w:t>Chay p’unchaypi Señor de los ejércitos nisqaqa llaqtanpa puchuqninpaqmi kanqa hatun k’anchaymanta coronarayaq, sumaq k’achaymanta diadema hina; hinaspataq taripaq tiyananpi tiyaykuqpaqmi kanqa taripay yuyayniyuq espíritu, chay maqanakuyta punkukama kutichiqkunapaqtaq kallpa. Isaías 28:5, 6.</w:t>
      </w:r>
    </w:p>
    <w:p>
      <w:pPr>
        <w:pStyle w:val="ArticleBody"/>
        <w:jc w:val="left"/>
      </w:pPr>
      <w:r>
        <w:rPr>
          <w:rFonts w:ascii="Times New Roman" w:hAnsi="Times New Roman" w:eastAsia="Times New Roman" w:cs="Times New Roman"/>
        </w:rPr>
        <w:t>Chunka iskay chunka iskay yupayta qallariypi tukukuypi ima kasqanmanta qhawarispa, warmiqa akllasqa pactos llaqtata rikuchin, ñawpa Israelmanta Sinaí urqupi, pachak tawa chunka tawa waranqa runakunapa historiankama. Paykunaqa Cristowan rikch’achisqa karqaku, hinaspa Paypa paqarisqanqa wañusqa ch’aki tullukunapa kawsarimuyninta rikch’achirqan calleymanta, maypichus paykunaqa wañuchisqa karqaku 18 julio 2020 p’unchawpi. Iskay patamanta ruray, Ezequiel kimsa chunka qanchis nisqanpi ancha qispi sut’inchasqa, chay iskay profetakunata kawsayman kutichimuq, Adanpa kamasqampi “ñawpaqta nisqa” kasqanpi rikurimun.</w:t>
      </w:r>
    </w:p>
    <w:p>
      <w:pPr>
        <w:pStyle w:val="ArticleBody"/>
        <w:jc w:val="left"/>
      </w:pPr>
      <w:r>
        <w:rPr>
          <w:rFonts w:ascii="Times New Roman" w:hAnsi="Times New Roman" w:eastAsia="Times New Roman" w:cs="Times New Roman"/>
        </w:rPr>
        <w:t>Adánqa iskay patapi kamaq karqa. Ñawpaqtaqa rurakurarqa, chaymantataq Cristoqa kawsay samayta payman pukuq, hina Ezekielpi tawa wayrakunamanta samay ch’aki tullukunata kawsarichisqan hina. Adánqa hunt’asqa wiñay runa hina kamaq karqa, ichaqa chaywanpas kamaq kasqanqa paqpaqpa nacesqanm karqa. Pachak tawa chunka tawa waranqa runakunaqa kinsa wata chawpi unay simbólicopi wañusqa hina ñanpi siraykusqankumanta qhipaman paqarinku, chay ñanqa wañuy pampa chawpinta purin. Pachak tawa chunka tawa waranqa runakunaqa paqarinku warmimanta, paymi “qhari wawa”ta wacharqan, “fierro varawan kamachinampaq.” Imayna iglesiata tukuy historiapi unanchaq hina, Apocalipsis chunka iskayniyuqpi warmiqa Daniel iskayniyuqpi “urqu” nisqapa kaqlla simbolismonta rikuchin.</w:t>
      </w:r>
    </w:p>
    <w:p>
      <w:pPr>
        <w:pStyle w:val="ArticleScripture"/>
        <w:jc w:val="left"/>
      </w:pPr>
      <w:r>
        <w:rPr>
          <w:rFonts w:ascii="Times New Roman" w:hAnsi="Times New Roman" w:eastAsia="Times New Roman" w:cs="Times New Roman"/>
        </w:rPr>
        <w:t>“Apocalipsisqa huk libro sellasqa kashan, ichaqa huk libro kichasqapas kashan. Chaypi qillqasqa kachkan kay allpap historiankunapa qhipa p’unchayninkunapi pasananpaq admirakuy atina ruwaykunamanta. Kay libropa yachachikuyninkuna sut’inmi kanku, manam pakasqa, nitaj mana entiendey atina imakunachu. Chaypiqa Danielpi hina kikillan profeciakunapa siq’inqa hap’isqa kashan. Wak profeciakunataqa Diosmi kutichin, chaywan rikuchispa paykunaman ancha importanciata qusqa kananpaq. Señorqa manam kutichinchu ima kaqkunatapas mana hatun consecuenciayuq kaqkunata.” Manuscript Releases, volumen 9, 8.</w:t>
      </w:r>
    </w:p>
    <w:p>
      <w:pPr>
        <w:pStyle w:val="ArticleBody"/>
        <w:jc w:val="left"/>
      </w:pPr>
      <w:r>
        <w:rPr>
          <w:rFonts w:ascii="Times New Roman" w:hAnsi="Times New Roman" w:eastAsia="Times New Roman" w:cs="Times New Roman"/>
        </w:rPr>
        <w:t>Kikin profecíapa Danielpi tarisqaqa Apocalipsispiqa hapiykun. Danielpa rumin, mana makinwan kuchusqa orqomanta lloqsisqaqa, Pedropa “kawsayniyuq rumikuna” nisqanmi, paykunaqa “ruwasqa kanku huk espiritu wasi, huk ch’uyanchasqa sacerdocioman”; hinaspataq Danielpa ruminqa pachallataqmi rikuchin pachak tawa chunka tawa waranqa runakunata. Orqoqa Diospa iglesianmi historiapa puriyninpi.</w:t>
      </w:r>
    </w:p>
    <w:p>
      <w:pPr>
        <w:pStyle w:val="ArticleScripture"/>
        <w:jc w:val="left"/>
      </w:pPr>
      <w:r>
        <w:rPr>
          <w:rFonts w:ascii="Times New Roman" w:hAnsi="Times New Roman" w:eastAsia="Times New Roman" w:cs="Times New Roman"/>
        </w:rPr>
        <w:t>Chay reykunap p’unchayninkunapi hanaq pacha Diosmi huk qhapaq suyuta sayarichinqa, chay suyuqa mana hayk’aqpas thuñisqa kanqachu; manataqmi chay suyuqa huk llaqtakunaman saqisqa kanqachu, aswanpas tukuy kay suyukunata ñut’uñachinqa, tukuruqtaqmi mikhurinqa, paytaq wiñaypaqmi sayanqa. Imaraykuchus rikusqanki rumikuna urqumanta mana makiwan quturisqa kasqanta, chaytaq fierrota, antata, allpata, qolqeta, qoritapas ñut’uñachisqanta; hatun Diosmi reyman reqsichirqan qhipaman ima pasananpaq kasqanta; chay musquyqa cheqaqmi, t’ikraqninpas sigurumi. Daniel 2:44, 45.</w:t>
      </w:r>
    </w:p>
    <w:p>
      <w:pPr>
        <w:pStyle w:val="ArticleBody"/>
        <w:jc w:val="left"/>
      </w:pPr>
      <w:r>
        <w:rPr>
          <w:rFonts w:ascii="Times New Roman" w:hAnsi="Times New Roman" w:eastAsia="Times New Roman" w:cs="Times New Roman"/>
        </w:rPr>
        <w:t>Pachak tawa chunka tawa waranqa runakunapa Chawpi Tuta Qapariynin willakuyqa qhipa para hinallataqmi rikuchisqa kachkan, hinaspataq qhipa para pacha chaypi Diosmi Danielpa rumiwan rikuchisqa qhapaq suyuta “sayarichin”.</w:t>
      </w:r>
    </w:p>
    <w:p>
      <w:pPr>
        <w:pStyle w:val="ArticleScripture"/>
        <w:jc w:val="left"/>
      </w:pPr>
      <w:r>
        <w:rPr>
          <w:rFonts w:ascii="Times New Roman" w:hAnsi="Times New Roman" w:eastAsia="Times New Roman" w:cs="Times New Roman"/>
        </w:rPr>
        <w:t>“Qhipa tamyaqa hamunña kachkan ch’uya kaqkunaman—chay hinaqa llapankum ñawpaq hinallataq chaskinqaku.</w:t>
      </w:r>
    </w:p>
    <w:p>
      <w:pPr>
        <w:pStyle w:val="ArticleScripture"/>
        <w:jc w:val="left"/>
      </w:pPr>
      <w:r>
        <w:rPr>
          <w:rFonts w:ascii="Times New Roman" w:hAnsi="Times New Roman" w:eastAsia="Times New Roman" w:cs="Times New Roman"/>
        </w:rPr>
        <w:t>“Chusku angelkuna kacharisqankumantaqa, Cristoqa qhispichinqa Sapaq Qhapaq kayninpa qhapaq suyun. Mana pipas qhipa para-ta chaskinqachu, aswanpas paykuna llapan atisqankuta ruwashaqkunaqa. Cristoqa yanapawasunmanmi. Llapanmi atipaspa atipaqkuna kayta atinkuman Diospa gracianninta, Jesuspa yawarninrayku. Llapan hanaq pacham kay llamk’aypi interesakusqa kachkan. Angelkunapas interesakusqankum.” Spalding and Magan, 3.</w:t>
      </w:r>
    </w:p>
    <w:p>
      <w:pPr>
        <w:pStyle w:val="ArticleBody"/>
        <w:jc w:val="left"/>
      </w:pPr>
      <w:r>
        <w:rPr>
          <w:rFonts w:ascii="Times New Roman" w:hAnsi="Times New Roman" w:eastAsia="Times New Roman" w:cs="Times New Roman"/>
        </w:rPr>
        <w:t>Islampa tawa wayrakunanqa Domingo kamachiypi cacharichisqa kanku, chaymantaqa Cristoqa qhapaq suyunta sayarichin. Chayqa Daniel qhelqap iskay ñiqinpi rikuchisqa espiritual qhapaq suyu-kunap p’unchayninkupi pasan. Nabucodonosorpa musquyninpi qhipa tawa espiritual qhapaq suyu-kunaqa ñawpaq tawa cheqaq qhapaq suyu-kunawan unanchasqa karqanku. Cheqaq Babilonia, Medo-Persia, Grecia, hinaspa Romaqa espiritual Babilonia, Medo-Persia, Grecia, hinaspa Roma-ta representan.</w:t>
      </w:r>
    </w:p>
    <w:p>
      <w:pPr>
        <w:pStyle w:val="ArticleBody"/>
        <w:jc w:val="left"/>
      </w:pPr>
      <w:r>
        <w:rPr>
          <w:rFonts w:ascii="Times New Roman" w:hAnsi="Times New Roman" w:eastAsia="Times New Roman" w:cs="Times New Roman"/>
        </w:rPr>
        <w:t>Babilonia espiritualqa quri umanmi, chaymi 1798 watapi wañuy apaq ch’akiyta chaskirqan, imaynachus Nabucodonosorqa “qanchis kuti” nisqapaq huk pisi p’unchawkama munayninmanta hurqusqaña karqan hina. Dragón, bestia, llulla profeta ima kimsa-manta huñusqa tinkuy pusayuq qhapaq suyu, qanchis-manta kaq pusayuq qhapaq suyuta ruraptin, chayqa llapa espiritual qhapaq suyukunamanta rurasqa kanqa, Nabucodonosorpa iskay kaq capítulope rikuchisqan estatuapi sut’inchasqa hina. Papa kay wañusqa kaqpas, kawsarichisqa kaqpas, pisi qallariypi hinallataq tukukuypi chusku espiritual qhapaq suyukunapaq quri umanmi. Estados Unidosqa, chay chusku qhapaq suyukunamanta iskay kaqninqa, espiritual Medo-Persia hina rikuchisqam. Naciones Unidasqa, chay chusku qhapaq suyukunamanta kimsa kaqninqa, espiritual Grecia hina rikuchisqam; chaykunataq llapallankutaq dragón, bestia, llulla profeta ima kimsa-manta huñusqa tinkuyta hunt’achinku, qanchismanta kaq pusayuq qhapaq suyuta sayarichinankupaq. Papakuyqa anticristo nisqam, Cristota qatipakuyta maskhan. Kayman hinaqa, qhipa chusku espiritual qhapaq suyukunamanta, papakuyqa ñawpaq kaqmi, hinallataq qhipa kaqmi.</w:t>
      </w:r>
    </w:p>
    <w:p>
      <w:pPr>
        <w:pStyle w:val="ArticleBody"/>
        <w:jc w:val="left"/>
      </w:pPr>
      <w:r>
        <w:rPr>
          <w:rFonts w:ascii="Times New Roman" w:hAnsi="Times New Roman" w:eastAsia="Times New Roman" w:cs="Times New Roman"/>
        </w:rPr>
        <w:t>Urqumanta llaqtasqa rumiqa, tukuy allpata hunt’achiq suyu tukupun, chaytaq “kay reykunapa p’unchayninkupi” unancha hina sayarichisqa kachkan, imaraykuchus laphin espiritup suyunakuna, chay rikch’akuypa kasqankuna, “qhipa p’unchaykunapi” kawsaspa rikuchisqa kachkanku. Unanchata hoqarisqa kayninqa, Cristopa suyunta sayarichiy, Islampa tawa wayrakuna kacharisqa kaptinmi pasan, hinaspataq qhipa para mana tupuyniyuqta domingo kamachikuypi hich’asqa kachkan.</w:t>
      </w:r>
    </w:p>
    <w:p>
      <w:pPr>
        <w:pStyle w:val="ArticleBody"/>
        <w:jc w:val="left"/>
      </w:pPr>
      <w:r>
        <w:rPr>
          <w:rFonts w:ascii="Times New Roman" w:hAnsi="Times New Roman" w:eastAsia="Times New Roman" w:cs="Times New Roman"/>
        </w:rPr>
        <w:t>Orqomanta k’itikusqa rumiqa kay pachapi llapa espírituq qhapaq suyukunata ñut’unqapuni, “fierruta, bronceta, allpata, qollqeta, qorita” nisqawan rikuchisqakunata. Pachak tawa chunka tawa waranqaqa Cristota rikuchinku, paymi Apocalipsis chunka iskaypi “qhari wawa” nisqa, paqarisqanmi pachak tawa chunka tawa waranqapa paqarisqanta unancharqa. “Qhari wawa”qa “llapa nacionkunata fierro varawan kamachinanpaqmi” nisqa. Chay varawanmi nacionkunata ñut’unqa.</w:t>
      </w:r>
    </w:p>
    <w:p>
      <w:pPr>
        <w:pStyle w:val="ArticleScripture"/>
        <w:jc w:val="left"/>
      </w:pPr>
      <w:r>
        <w:rPr>
          <w:rFonts w:ascii="Times New Roman" w:hAnsi="Times New Roman" w:eastAsia="Times New Roman" w:cs="Times New Roman"/>
        </w:rPr>
        <w:t>Ñoqaqa kamachisqata willarisaq: Señorqa niwarqanmi, Qanmi Churiyki kanki; kunan p’unchaymi qanta paqarichirqani. Mañakuway, hinaspa suyuqkuna qanta herenciaykipaq qosqayki, kay pachap tukukuyninkama kaqkunataq rantiykipaq. Qanqa paykunata hierro varawan p’akinki; hinaspa paykunataqa alfareropa mankan hina ñut’uy-ñut’uyta tukunki. Salmo 2:7–9.</w:t>
      </w:r>
    </w:p>
    <w:p>
      <w:pPr>
        <w:pStyle w:val="ArticleBody"/>
        <w:jc w:val="left"/>
      </w:pPr>
      <w:r>
        <w:rPr>
          <w:rFonts w:ascii="Times New Roman" w:hAnsi="Times New Roman" w:eastAsia="Times New Roman" w:cs="Times New Roman"/>
        </w:rPr>
        <w:t>Diospa Churinqa Taytapaq mirasqan karqa. Achkha runakuna kay cheqaqta hap’ispanku hinaspa paykikunap kikinkumanta chinkachikuykuman q’iwichinku. “Mirasqa” ninqa wachachiyta nin, ichaqa yachanchikmi mana hayk’aqpas kasqanta Cristoqa mana kaqchu karqanman.</w:t>
      </w:r>
    </w:p>
    <w:p>
      <w:pPr>
        <w:pStyle w:val="ArticleScripture"/>
        <w:jc w:val="left"/>
      </w:pPr>
      <w:r>
        <w:rPr>
          <w:rFonts w:ascii="Times New Roman" w:hAnsi="Times New Roman" w:eastAsia="Times New Roman" w:cs="Times New Roman"/>
        </w:rPr>
        <w:t>“‘Kunan Espíritu sut’inta rimarin, qhepa p’unchaykunapi wakinqa iñiymanta t’aqakunqaku, pantachiq espíritukunatawan supaykunapa yachachikuykunatawan uyarispa; iskay uya kaspa llullakunata rimarispa; sonqonkuqa ruphasqa fierrowan hina ruphachisqa kashaqtin.’ Apostasiapa rurayninpa qhipa wiñariyninkuna manaraq chayamushaqtinmi, iñiypi ch’aqway kanqa. Manan kanqachu Diospa pakasqa kaqninmanta sut’i, chiqap nisqa yuyaykuna. Sapa cheqaq kaqpas hukmanta huk corruptosqa kanqa. ‘Mana ima churanakuywanpas hatunmi diosllikuq kawsaypa pakasqa kaqninqa: Diosmi aychapi rikurirqa, Espíritupi chiqanchasqa karqa, angelkunapa rikushqan karqa, mana judiokunaman willasqa karqa, kay pachapi iñisqa karqa, hatun kayman oqarisqa karqa.’ Achka runakunan Cristopa ñawpaqmantapacha kawsasqanta ñinqanku mana kanchu; chayraykun dios kaynintapas ñinqanku mana kanchu; manataqmi paytaqa sapanka Qespichiqninku hina chaskinkuchu. Kayqa Cristota llapanmanta qhipaman wikch’uy sapaqmi. Paymi karqa Diospa sapallan paqarisqa Churin, pichus qallariymantapacha Taytawan hukllachasqa karqa. Paywanmi pacha-kunapas ruwasqa karqa.” Signs of the Times, May 28, 1894.</w:t>
      </w:r>
    </w:p>
    <w:p>
      <w:pPr>
        <w:pStyle w:val="ArticleBody"/>
        <w:jc w:val="left"/>
      </w:pPr>
      <w:r>
        <w:rPr>
          <w:rFonts w:ascii="Times New Roman" w:hAnsi="Times New Roman" w:eastAsia="Times New Roman" w:cs="Times New Roman"/>
        </w:rPr>
        <w:t>Imaynam Cristoqa Taytanpa “paqariqchasqan” nisqawan reqsichisqa kachkan, chayqa Cristowan tupanakusqa huk cheqaq kayta reqsichin; chay cheqaq kayqa chinkachisqa kanman, sichus runapa tayta-mama kayninpa rikch’ayninman kallpawan churaykuspa qaparisqa kanman chayqa. Manan atinchu Diosta runa kayniykumanta qhawarispalla chaninchayta. Diosqa pay kikinmanta noqanchisman imayna chaninchayninta rikuchiwanchis, chayllatam atisun chaninchayta.</w:t>
      </w:r>
    </w:p>
    <w:p>
      <w:pPr>
        <w:pStyle w:val="ArticleScripture"/>
        <w:jc w:val="left"/>
      </w:pPr>
      <w:r>
        <w:rPr>
          <w:rFonts w:ascii="Times New Roman" w:hAnsi="Times New Roman" w:eastAsia="Times New Roman" w:cs="Times New Roman"/>
        </w:rPr>
        <w:t>Saqra runaqa ñanninta saqechun, mana allin runaqa yuyayninkunatapas; kutirimuchun Señor-man, paymi payta kuyapayanku; Diosninchikmanpas, paymi ancha achka pampachayta qonqa. Ichaqa yuyaynuykunaqa manam qankunapa yuyaynikiñachu, nitaq ñanniykunapas ñanniykikunañachu, nispa Señor. Imaynan hanaq pacha allp’amanta aswan alto kasqan hina, chayhinam ñanniykunaqa ñanniykikuna-manta aswan alto, yuyaynuykunapas yuyaynikikuna-manta. Isaías 55:7–9.</w:t>
      </w:r>
    </w:p>
    <w:p>
      <w:pPr>
        <w:pStyle w:val="ArticleBody"/>
        <w:jc w:val="left"/>
      </w:pPr>
      <w:r>
        <w:rPr>
          <w:rFonts w:ascii="Times New Roman" w:hAnsi="Times New Roman" w:eastAsia="Times New Roman" w:cs="Times New Roman"/>
        </w:rPr>
        <w:t>“Wawachasqa” nisqa simita q’iwichispa, chaywan yuyayta rikhurichinapaq: maypachachus Taytaqa Cristota paqarichirqan, chayqa “llullachiq espiritukunaman, supaykunapa yachachikuyninkunamanpas uyarisqachu” kan. Kunan yachayniykupa raykun, ñuqaqa sapanlla reqsichini: Apocalipsis chunka iskayniyuqpi warmiqa “qhari wawa”ta paqarinanpaq kasharqan, mayqinchus llaqtakunata fierro varawan kamachinqa. Pachak tawa chunka tawa waranqa runakunapas llaqtakunata fierro varawan kamachinqaku.</w:t>
      </w:r>
    </w:p>
    <w:p>
      <w:pPr>
        <w:pStyle w:val="ArticleBody"/>
        <w:jc w:val="left"/>
      </w:pPr>
      <w:r>
        <w:rPr>
          <w:rFonts w:ascii="Times New Roman" w:hAnsi="Times New Roman" w:eastAsia="Times New Roman" w:cs="Times New Roman"/>
        </w:rPr>
        <w:t>Tiatira iglesian kutimunmi huktawan kutimunqa, domingo leywan papap yaykuyqa wañuy onqoynin hampikuchisqa kaptin. Chay historiapi, Diospa llaqtanman qosqa promesaqa kaymi: atipaqkunaqa “nacionkunata” kamachinqaku “hierro varawan.”</w:t>
      </w:r>
    </w:p>
    <w:p>
      <w:pPr>
        <w:pStyle w:val="ArticleScripture"/>
        <w:jc w:val="left"/>
      </w:pPr>
      <w:r>
        <w:rPr>
          <w:rFonts w:ascii="Times New Roman" w:hAnsi="Times New Roman" w:eastAsia="Times New Roman" w:cs="Times New Roman"/>
        </w:rPr>
        <w:t>Atipayakukuq runakunaq llaqtankunamanta atiyta qosaq; payqa fierrumanta varawanmi paykunata kamachinqa; imaynachus alfareropa ruranankuna ñut’u-ñut’uman p’akikunku, chayhinatam p’akichisqa kanqaku; imaynan Ñoqaqa Taytaymanta chaskirqani, chayhinam. Apocalipsis 2:26, 27.</w:t>
      </w:r>
    </w:p>
    <w:p>
      <w:pPr>
        <w:pStyle w:val="ArticleBody"/>
        <w:jc w:val="left"/>
      </w:pPr>
      <w:r>
        <w:rPr>
          <w:rFonts w:ascii="Times New Roman" w:hAnsi="Times New Roman" w:eastAsia="Times New Roman" w:cs="Times New Roman"/>
        </w:rPr>
        <w:t>Diospa llaqtan, pikunachus Thyatira iglesiapa qhipa rikuriyninpi kashanku, chaykunaqa pachak tawa chunka tawa waranqankunam. Warmiqa qallariypi Cristota wacharqan, tukukuyninpitaq Corderota qatipaq pachak tawa chunka tawa waranqankunata wacharin.</w:t>
      </w:r>
    </w:p>
    <w:p>
      <w:pPr>
        <w:pStyle w:val="ArticleScripture"/>
        <w:jc w:val="left"/>
      </w:pPr>
      <w:r>
        <w:rPr>
          <w:rFonts w:ascii="Times New Roman" w:hAnsi="Times New Roman" w:eastAsia="Times New Roman" w:cs="Times New Roman"/>
        </w:rPr>
        <w:t>Hinaspanpas musuq takitahinata hina tronu ñawpaqpi, chay tawa kawsaqkunap ñawpaqpin, kurakkunap ñawpaqpin; manataq pipas yachakuyta atirqanchu chay takita, aswanpas pachak tawa chunka tawa waranqa runakuna, kay pachamanta rantisqa kanku, paykunallam. Kaykunaqa warmikunawan mana qhelliyachisqa kasqankumanta; imaraykuchus sipaskunakunam kanku. Kaykunan Ovejata qatinku maymanchus rinqa chayman. Kaykunaqa runakunamanta rantisqa karqanku, Diospaqpas Ovejapaqpas ñawpaq ruruchakuna hina. Apocalipsis 14:3, 4.</w:t>
      </w:r>
    </w:p>
    <w:p>
      <w:pPr>
        <w:pStyle w:val="ArticleBody"/>
        <w:jc w:val="left"/>
      </w:pPr>
      <w:r>
        <w:rPr>
          <w:rFonts w:ascii="Times New Roman" w:hAnsi="Times New Roman" w:eastAsia="Times New Roman" w:cs="Times New Roman"/>
        </w:rPr>
        <w:t>Cristoqa “ñawpaqta” paqarirqan, pachak tawa chunka tawa waranqa runakunaqa Corderota qatipanku, chayrayku paykunaqa “qhepata” paqarinku. Cristoqa “Diosman oqharisqa” karqan, hinallataq Apocalipsis chunka hukniyuqpi iskay testigokunapas karqanku. Warmiypa iskaynin wawakunanpas Taytaman wicharinku.</w:t>
      </w:r>
    </w:p>
    <w:p>
      <w:pPr>
        <w:pStyle w:val="ArticleScripture"/>
        <w:jc w:val="left"/>
      </w:pPr>
      <w:r>
        <w:rPr>
          <w:rFonts w:ascii="Times New Roman" w:hAnsi="Times New Roman" w:eastAsia="Times New Roman" w:cs="Times New Roman"/>
        </w:rPr>
        <w:t>Paymi qhari wawa-ta wachakurqan, llapa nacionkunata fierro varawan kamachinampaq; hinaspan wawanta Diosman, paypa tronomankama oqarikapurqan. Apocalipsis 2:5.</w:t>
      </w:r>
    </w:p>
    <w:p>
      <w:pPr>
        <w:pStyle w:val="ArticleBody"/>
        <w:jc w:val="left"/>
      </w:pPr>
      <w:r>
        <w:rPr>
          <w:rFonts w:ascii="Times New Roman" w:hAnsi="Times New Roman" w:eastAsia="Times New Roman" w:cs="Times New Roman"/>
        </w:rPr>
        <w:t>Cristoqa, Ejércitokunap Apu kasqan hinaqa, “Jacobpa rakiy” nisqapas kashan, hinaspa Israelqa “paypa herenciankunap varan” nisqapas kashan; hinaspa Israelqa paypa “maqanakuy hachawan” paypa “awqanakuy armankunawan” kashan, paywanmi “nacionkunata t’aqanakama p’akin”paq llamk’achin.</w:t>
      </w:r>
    </w:p>
    <w:p>
      <w:pPr>
        <w:pStyle w:val="ArticleScripture"/>
        <w:jc w:val="left"/>
      </w:pPr>
      <w:r>
        <w:rPr>
          <w:rFonts w:ascii="Times New Roman" w:hAnsi="Times New Roman" w:eastAsia="Times New Roman" w:cs="Times New Roman"/>
        </w:rPr>
        <w:t>Jacobpa rakinqa mana paykunahinachu; paymi llapa imakunata kamachiqpa ruraynin; Israel-taq herencianpa varanmi: Sutinqa Señor de los ejércitos nisqami. Qamqa ñawpaq maqanakuy hachaymi, guerrapa armakunaykunañataqmi: qamwanmi nacionkunata ch’iqtasaq, qamwantaq reinokunata thuñichisaq. Jeremías 51:19, 20.</w:t>
      </w:r>
    </w:p>
    <w:p>
      <w:pPr>
        <w:pStyle w:val="ArticleBody"/>
        <w:jc w:val="left"/>
      </w:pPr>
      <w:r>
        <w:rPr>
          <w:rFonts w:ascii="Times New Roman" w:hAnsi="Times New Roman" w:eastAsia="Times New Roman" w:cs="Times New Roman"/>
        </w:rPr>
        <w:t>Cristopis pachak tawa chunka tawa waranqa runakunapas llapankutaq nacionkunata fierromanta varawan kamachinku, chaynatataq pakinku. Cristoqa “Jacobpa rakinmi”, ichaqa chay hinallataqmi llaqtan runakunapas.</w:t>
      </w:r>
    </w:p>
    <w:p>
      <w:pPr>
        <w:pStyle w:val="ArticleScripture"/>
        <w:jc w:val="left"/>
      </w:pPr>
      <w:r>
        <w:rPr>
          <w:rFonts w:ascii="Times New Roman" w:hAnsi="Times New Roman" w:eastAsia="Times New Roman" w:cs="Times New Roman"/>
        </w:rPr>
        <w:t>Señorpa rakinqa llaqtanmi; Jacobqa herencianpa suyusqan chaymi. Deuteronomio 32:9.</w:t>
      </w:r>
    </w:p>
    <w:p>
      <w:pPr>
        <w:pStyle w:val="ArticleBody"/>
        <w:jc w:val="left"/>
      </w:pPr>
      <w:r>
        <w:rPr>
          <w:rFonts w:ascii="Times New Roman" w:hAnsi="Times New Roman" w:eastAsia="Times New Roman" w:cs="Times New Roman"/>
        </w:rPr>
        <w:t>Orqomanta llaqllasqa rumi, Diospa iglesianta rikuchispa, kay pachata Paypa k’anchayninwan hunt’achiq Iglesianpa qhipa rikurimuyninmi; hinaspan paykunaqa Diospa maqanakuy hach’an hina llamk’achisqa kanku, estatuapa chakinman maqaykuspa chay qhapaq suyuqkunata “ruphay pacha trillay pampakunapi kaq ñutu hina” tukuchinankupaq. Chay qhapaq suyuqkunaqa wayrawan apasqa chinkachisqa kanku.</w:t>
      </w:r>
    </w:p>
    <w:p>
      <w:pPr>
        <w:pStyle w:val="ArticleScripture"/>
        <w:jc w:val="left"/>
      </w:pPr>
      <w:r>
        <w:rPr>
          <w:rFonts w:ascii="Times New Roman" w:hAnsi="Times New Roman" w:eastAsia="Times New Roman" w:cs="Times New Roman"/>
        </w:rPr>
        <w:t>Chayqa p’unchaymi fierro, ñiq’i allpa, antamina, qolqe, qoriwan kuskalla ñut’usqa karqan; chaykunataq ruphay tiempopi trillay pampakunapi qhaspa hina tukurqan; wayrataq apan kuspa ripurqan, mana maypipas tarisqa kananpaq: estatua-ta maqaq rumitaq hatun urquman tukuspa, tukuy kay pachata hunt’arqan. Daniel 2:35.</w:t>
      </w:r>
    </w:p>
    <w:p>
      <w:pPr>
        <w:pStyle w:val="ArticleBody"/>
        <w:jc w:val="left"/>
      </w:pPr>
      <w:r>
        <w:rPr>
          <w:rFonts w:ascii="Times New Roman" w:hAnsi="Times New Roman" w:eastAsia="Times New Roman" w:cs="Times New Roman"/>
        </w:rPr>
        <w:t>Warmikuna yupaychay siminchikta hanaq pacha-man oqarisqa unanchaqpa contexto-ninpi churayqa munasqa karqan, imaraykuchus Apocalipsis chunka iskayniyuq kapítulonpi Cristowan Satanaswan qallarirqan hanaq pachapi maqanakuyta reqsichin, chayta ruwaspanqa hanaq pachapi kaq huk maqanakuyta reqsichin, chaymi Cristowan Satanaswan hatun churanakuypa tukukuyninta reqsichin. Apocalipsis chunka iskayniyuq chanta chunka kimsayuq kapítulokuna hatun churanakuyq qhipa maqanakuy-ninta rikuchinku, chaytaqa Satanaspa rantin-kunata, hinallataq pachak tawa chunka tawa waranqa runakunata hanaq pacha-kunapi maqanakusqankuta rikuchispa ruwanku.</w:t>
      </w:r>
    </w:p>
    <w:p>
      <w:pPr>
        <w:pStyle w:val="ArticleBody"/>
        <w:jc w:val="left"/>
      </w:pPr>
      <w:r>
        <w:rPr>
          <w:rFonts w:ascii="Times New Roman" w:hAnsi="Times New Roman" w:eastAsia="Times New Roman" w:cs="Times New Roman"/>
        </w:rPr>
        <w:t>Qatiq artículo-piqa, qallariypi hanaq pacha-pi qallarirqan chay hanaq pacha maqanakuy hina rikuchisqa “qhepa p’unchaykuna”-pi hanaq pacha maqanakuyta rimanapaq ñawpaqman risunchik.</w:t>
      </w:r>
    </w:p>
    <w:p>
      <w:pPr>
        <w:pStyle w:val="ArticleScripture"/>
        <w:jc w:val="left"/>
      </w:pPr>
      <w:r>
        <w:rPr>
          <w:rFonts w:ascii="Times New Roman" w:hAnsi="Times New Roman" w:eastAsia="Times New Roman" w:cs="Times New Roman"/>
        </w:rPr>
        <w:t>Hinaspan huk uywaqa allpamanta lluqsimushaqta rikurqani; payqa iskay waqrayuq karqa ovejapa hina, ichaqa dragón hina rimarqa. Hinaspan ñawpaq kaq uywapa tukuy atiyñinta ñawpaqninpi rurachkan, allpatawan chaypi tiyakukuqkunatapas ñawpaq kaq uywata yupaychanankupaq, wañuchikuq k’irisqan hampisqa kaqta. Hatun milagrukunatapas ruran, runakunapa ñawpaqninpi hanaqpachamanta ninata allpaman uraykachimunankama. Hinaspan allpapi tiyakukuqkunata chay milagrukunawan pantachin, chaykunata uywapa ñawpaqninpi rurananpaq atiy qosqa kasqanrayku; allpapi tiyakukuqkunatataq nin, espadawan k’irisqa karpas kawsariq uywapa rikchayninta ruranankupaq. Hinaspan uywapa rikchayninman samayta qonampaq atiyniyuq karqa, uywapa rikchayninqa rimananpaq, hinallataq uywapa rikchayninta mana yupaychaqkunaqa wañuchisqa kanankupaq kamachinanpaq. Hinaspan llapa runakunata, huch’uykunata hatunkunata, qapaqkunata wakchakunata, librekunata esclavokunatawan, paña makinpi utaq urkunpi señalta chaskinankupaq kamachin. Hinaspan mana pipas rantinmanchu nitaq ranticuyta atinmanchu, mana señalyuqqa, utaq uywapa sutinta, utaq sutinpa yupayninta apaqqaqa. Kaypin yachay kashan. Entendimientoyuq runaqa uywapa yupayninta yupachun; runapa yupayninmi kashan, yupaynintaq Soqta pachak soqta chunka soqta. Apocalipsis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Revelasqanmanta - Qanchisqon Yupayniyuq</dc:title>
  <dc:subject>Isaíaspa Qhipa Profétiko Willakuynin: Cristopa Rikuchikuynin hinaspa 144,000pa Profétiko Ruwananpaq Churasqan Ruwana</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