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Jesucristoq Rikuchikuynin - Chunka Yupayniyuq</w:t>
      </w:r>
    </w:p>
    <w:p>
      <w:pPr>
        <w:pStyle w:val="ArticleSubtitle"/>
        <w:jc w:val="left"/>
      </w:pPr>
      <w:r>
        <w:rPr>
          <w:rFonts w:ascii="Arial" w:hAnsi="Arial" w:eastAsia="Arial" w:cs="Arial"/>
        </w:rPr>
        <w:t>Hanaqpachapi Awqanakuy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2023-11-03</w:t>
      </w:r>
    </w:p>
    <w:p>
      <w:pPr>
        <w:pStyle w:val="ArticleBody"/>
        <w:jc w:val="left"/>
      </w:pPr>
      <w:r>
        <w:rPr>
          <w:rFonts w:ascii="Times New Roman" w:hAnsi="Times New Roman" w:eastAsia="Times New Roman" w:cs="Times New Roman"/>
        </w:rPr>
        <w:t>Cristowan Luciferta (Apakqnin apaq)wan hatun ch’aqwayqa hanaq pachapi qallarikurqan, hinaspan Diosqa huk pruebay tiempota saqerqan. Luciferqa hatariyninta mast’ariptin, huk tiempo saqesqa karqan Apakqnin apaqpa hatariyninpa rurun rikurinanpaq. Diosqa pruebay tiempo tukusqanta kamachiptin, Luciferpa sutinqa Lucifer Apakqnin apaqmanta Satanásmanmi tikrarqan, awqaqman. Satanáspaqpas, hinaspa paywan kuska hatariyninpi huñukuq angelkunapaqpas, pruebay tiempoqa tukusqaña karqan, chayraykun hanaq pachamanta qarqusqakuna karqanku, wiñay ninamanña huchachasqa.</w:t>
      </w:r>
    </w:p>
    <w:p>
      <w:pPr>
        <w:pStyle w:val="ArticleScripture"/>
        <w:jc w:val="left"/>
      </w:pPr>
      <w:r>
        <w:rPr>
          <w:rFonts w:ascii="Times New Roman" w:hAnsi="Times New Roman" w:eastAsia="Times New Roman" w:cs="Times New Roman"/>
        </w:rPr>
        <w:t>Chaymantaqa, lluq’i lawpi kaqkunatapas ninqa: “Ñuqamanta ripuychik, maldisisqa kaqkuna, wiñay nina-man, supaypaq hinaspa angelninkunapaq wakichisqa-man” nispa. Mateo 25:41.</w:t>
      </w:r>
    </w:p>
    <w:p>
      <w:pPr>
        <w:pStyle w:val="ArticleBody"/>
        <w:jc w:val="left"/>
      </w:pPr>
      <w:r>
        <w:rPr>
          <w:rFonts w:ascii="Times New Roman" w:hAnsi="Times New Roman" w:eastAsia="Times New Roman" w:cs="Times New Roman"/>
        </w:rPr>
        <w:t>Cristowan Satanáswan hatun churanakuyqa, chaymanta Edén huertaman chayaspam, huk kutiwanpis Diosqa pruebap pacha churarqun. Satanásqa Diosman wañuymanta, sach’a rurupmanta llullakusqanrayku tumpaptin, hinaspa Evata aswanpas paypa hatarinanman qatiqta qotuchiptin, huk pacha yapam saqisqa karqan, Satanáspa hatarisqanpa rurunkuna kay pachapi rikuchikunankupaq, imaynachus hanaq pachapi karqan hinata. Chaypi Satanásqa yapasqa sutita chaskirqan, Diablo nisqata, chayqa “Tumpaq” ninanmi. Pruebap pacha tukukuptin (Adánpa churinkunapaq, Satanáspa hatarisqanman hukllachasqa runakunapaq), chay Adánpa churinkuna wiñay ninaman huchachasqa kanqaku.</w:t>
      </w:r>
    </w:p>
    <w:p>
      <w:pPr>
        <w:pStyle w:val="ArticleScripture"/>
        <w:jc w:val="left"/>
      </w:pPr>
      <w:r>
        <w:rPr>
          <w:rFonts w:ascii="Times New Roman" w:hAnsi="Times New Roman" w:eastAsia="Times New Roman" w:cs="Times New Roman"/>
        </w:rPr>
        <w:t>Hanaq pacha-pi maqanakuy karqan: Miguelqa angelninkunawan kuska dracónpa contranpi maqanakurqanku; dracónpas angelninkunawan kuska maqanakurqan, ichaqa mana atipayta atirqankuchu; nitaq hanaq pacha-pi paykunapa kashananpas mastachu tarikusqachu. Hinallataq hatun dracón qarqosqa karqan, chay ñawpaq machaqway, Diablo nisqa, Satanás nisqapas, tukuy kay pachata pantachiq; payqa kay pacha-man qarqosqa karqan, angelninkunapas paywan kuska qarqosqa karqanku. Apocalipsis 12:7–9.</w:t>
      </w:r>
    </w:p>
    <w:p>
      <w:pPr>
        <w:pStyle w:val="ArticleBody"/>
        <w:jc w:val="left"/>
      </w:pPr>
      <w:r>
        <w:rPr>
          <w:rFonts w:ascii="Times New Roman" w:hAnsi="Times New Roman" w:eastAsia="Times New Roman" w:cs="Times New Roman"/>
        </w:rPr>
        <w:t>Hatun ch’aqway qallariypi hanaq pacha ukhupi hatun ch’awchakuypa rikch’ayninmi hatun ch’awchakuypa tukukuyninpi ch’aqwayta rikuchin, imaraykuchus Alpha y Omega sapa kuti imapas tukukuyninta rikuchinku qallariyninwan kuska. Hanaq pachapi ruwakusqa ch’aqwaypa willakuyninqa hanaq pachapi hatun musphaywanmi qallarin.</w:t>
      </w:r>
    </w:p>
    <w:p>
      <w:pPr>
        <w:pStyle w:val="ArticleScripture"/>
        <w:jc w:val="left"/>
      </w:pPr>
      <w:r>
        <w:rPr>
          <w:rFonts w:ascii="Times New Roman" w:hAnsi="Times New Roman" w:eastAsia="Times New Roman" w:cs="Times New Roman"/>
        </w:rPr>
        <w:t>Hanaq pacha-pi hatun musphay rikurirqan; intiwan p’achallisqa warmi, chakin uranpi killa kaspa, uman patapi chunka iskay quyllurkunamanta ruwasqa qurunawan: payri wiksayuq kaspan waqarirqan, wachakuy nanaypi kaspa, qispichisqa kananpaq ñak’arispan. Apocalipsis 12:1, 2.</w:t>
      </w:r>
    </w:p>
    <w:p>
      <w:pPr>
        <w:pStyle w:val="ArticleBody"/>
        <w:jc w:val="left"/>
      </w:pPr>
      <w:r>
        <w:rPr>
          <w:rFonts w:ascii="Times New Roman" w:hAnsi="Times New Roman" w:eastAsia="Times New Roman" w:cs="Times New Roman"/>
        </w:rPr>
        <w:t>Cristowan Satanaswan hatun ch’aqwaypa qhipa tinkuynin kaptin, allin mana allin ruwanapa p’unchaynin manaraq tukusqa kachkaptin; chay maqanakuy pampaqa Jesucristopa Revelacionninpi hanaq pachapi kasqan hina rikuchisqa kashan. Kay chiqaqa kunanmi kicharisqa kashan. Apostol Pabloqa kimsa hanaq pachakunamanta rimarin.</w:t>
      </w:r>
    </w:p>
    <w:p>
      <w:pPr>
        <w:pStyle w:val="ArticleScripture"/>
        <w:jc w:val="left"/>
      </w:pPr>
      <w:r>
        <w:rPr>
          <w:rFonts w:ascii="Times New Roman" w:hAnsi="Times New Roman" w:eastAsia="Times New Roman" w:cs="Times New Roman"/>
        </w:rPr>
        <w:t>Apóstol Pabloqa, cristianokunapa kawsayninpa qallariyninpi, Jesús-pa qatipaqninkunamanta Diospa munayninta yachanampaq, akllaylla atipanakuykunata chaskirqan. Payqa “kimsa kaq hanaq pachakama oqarisqa” karqan, “paraísomanpas, mana rimay atina simikunata uyarirqan, chaykunataqa runapa rimananpaq mana saqesqa kananrayku.” Pay kikinmi reqsichirqan achka “rikuykunatawan revelaciónkunata” payman “Señormanta” qosqa kasqanta. Evangeliopa cheqaq kayninpa kamachikuyninkunamanta hamut’ayninqa “ancha hatun apóstolkunapa” hamut’ayninwan kikinchasqa karqan. 2 Corintios 12:2, 4, 1, 11. Payqa sut’i, hunt’a hamut’ayniyoq karqan “anchonta, suniyninta, ukhunta, hanaqninta” “Cristopa munakuyninpa, yachaymanta aswan pasaq” kasqanmanta. Efesios 3:18, 19. Hechos de los Apóstoles, 469.</w:t>
      </w:r>
    </w:p>
    <w:p>
      <w:pPr>
        <w:pStyle w:val="ArticleBody"/>
        <w:jc w:val="left"/>
      </w:pPr>
      <w:r>
        <w:rPr>
          <w:rFonts w:ascii="Times New Roman" w:hAnsi="Times New Roman" w:eastAsia="Times New Roman" w:cs="Times New Roman"/>
        </w:rPr>
        <w:t>Hatun ch’aqwayqa, jatun churanakuy qallariypi, kinsa hanaq pacha nisqapi qallarikurqan; hinaspa jatun churanakuy tukukuyninpi ch’aqwayqa huk kaq hanaq pacha nisqapi tukukun. Kimsa hanaq pachakuna kan: ñawpaq kaq hanaq pachaqa kay allpa pachapa wayra muyuriyninta rikuchin. Iskay kaq hanaq pachaqa inti, killa, ch’askakuna ima. Kinsa kaq hanaq pachaqa Sister White nisqanman hina “paraiso” sutiyuqmi, chayqa Diospa tiyanan kasqan maytapas rikuchin. Diospa kamachiy wasinpa kikin qayllanpi k’anchay apaq Lucifer sutiyuqqa hatarikuyninta qallariq.</w:t>
      </w:r>
    </w:p>
    <w:p>
      <w:pPr>
        <w:pStyle w:val="ArticleBody"/>
        <w:jc w:val="left"/>
      </w:pPr>
      <w:r>
        <w:rPr>
          <w:rFonts w:ascii="Times New Roman" w:hAnsi="Times New Roman" w:eastAsia="Times New Roman" w:cs="Times New Roman"/>
        </w:rPr>
        <w:t>Kimsak hanaq pachaqa maypim wakin profetakuna, Panikuna Whitepas, rikch’ayninpi apasqa karqaku. Pablo chaypi kashaspa, rikuchisqa karqa wañusqa ch’aki tullukunapa rikch’ariyninpa historianta, callepi wañuchisqa karqakuq 18 julio 2020 p’unchawpi, hinallataq qhipanpi hamuq ruwaykunata pachak tawa chunka tawa waranqakunapa paqarisqanwan. Pabloqa mana saqisqa karqachu chay historiata willakunanta, imaraykuchus chay historiaqa rikuchisqa karqa huk historia hina, mana allinchu “rimay” nisqata. Pablo wañurqa Juan Revelador Jesucristoq Revelación rikch’ayninta chaskinanmanta aswan kimsa chunka watakunamanta pisillata aswan ñawpaqta. Juanqa, Pablowan kuska hina, uyarirqa qanchis illapakuna ima “rimarisqanta”, paypas nisqa karqa ama qillqananchu ima “rimarisqanta”. Qanchis illapakuna ima “rimarisqanqa” sellasqa qhipakunan karqa iskay testigokuna callepi wañusqa kasqankumanta kimsa p’unchaw chawpi simbólico p’unchawkunapa tukukuyninkama.</w:t>
      </w:r>
    </w:p>
    <w:p>
      <w:pPr>
        <w:pStyle w:val="ArticleScripture"/>
        <w:jc w:val="left"/>
      </w:pPr>
      <w:r>
        <w:rPr>
          <w:rFonts w:ascii="Times New Roman" w:hAnsi="Times New Roman" w:eastAsia="Times New Roman" w:cs="Times New Roman"/>
        </w:rPr>
        <w:t>Qanchis illapa qayakuna rimayninkuta rimarisqankumanta, qillqayta qallariyta munarqani; hinaspan hanaq pacha huk simita uyarisqani, ñoqaman nispa: “Qanchis illapa qayakuna rimarisqankuta sellay, ama chaykunata qillqaychu.” Apocalipsis 10:4.</w:t>
      </w:r>
    </w:p>
    <w:p>
      <w:pPr>
        <w:pStyle w:val="ArticleBody"/>
        <w:jc w:val="left"/>
      </w:pPr>
      <w:r>
        <w:rPr>
          <w:rFonts w:ascii="Times New Roman" w:hAnsi="Times New Roman" w:eastAsia="Times New Roman" w:cs="Times New Roman"/>
        </w:rPr>
        <w:t>Llapan profetakuna willakunku “qhipa p’unchaykuna”manta, chay taripakuy mask’asqa juiciomanta; chay “qhipa p’unchaykuna”qa sut’inchasqa qallarikurqan 11 Septiembre 2001 p’unchaypi, kunanqa chayamunña maypichus sellakuy qallarin. Sellakuyqa qallarin kimsa pacha kuskan unanchasqa p’unchaykuna tukukuyninpi, iskay wañusqa testigokuna ñanpi siraykashaqtin. Llapan profetakuna hukllachasqa kanku. Pabloqa rikurqan qhipa pruebayuq guerrapa maqanakuy pampanta, chayqa ñawpaq hanaq pachapi pasaq. Qhipa pruebayuq guerrapa maqanakuy pampan, chay ñawpaq hanaq pachapi kaq, kikinchaymi ñawpaq pruebayuq guerrapa maqanakuy pampanwan, chay kimsañiqin hanaq pachapi pasaqwan. Ichaqa mana ancha munasqa hina rikurinman maqanakuy pampakuna prueba pacha guerrapa maqanakuynin kasqanta sut’ichay, ichaqa Satanásqa, pichus Cristo-pa awqan karqan ñawpaq maqanakuypi hinaspa huk pachak tawa chunka tawa waranqakunapa awqan qhipa maqanakuypi, payqa yachan tiempon pisiyasqanta. Payqa yachan kayqa prueba pachapa chakranpi churakusqa maqanakuy kasqanta. ¿Ñuqanchikri?</w:t>
      </w:r>
    </w:p>
    <w:p>
      <w:pPr>
        <w:pStyle w:val="ArticleBody"/>
        <w:jc w:val="left"/>
      </w:pPr>
      <w:r>
        <w:rPr>
          <w:rFonts w:ascii="Times New Roman" w:hAnsi="Times New Roman" w:eastAsia="Times New Roman" w:cs="Times New Roman"/>
        </w:rPr>
        <w:t>1840 watapi, atini atiq angelnin uraykamurqan hinaspa ñawpaq angelpa willakuyninta kallpacharqun. Chay pacha protestantekunaqa pruebanankupaq qallarirqaku, chaymantataq paykunaqa Babiloniapa ususinkuna nisqa sutiyuqkuna tukurqaku, mana kasukuywan chasqisqa kasqankurayku. Luciferpa sutimpis cambiaqmi karqan paypa pruebanan pacha ukhupi. 1840 watapi uraykamuq chay atini angelnin, Apocalipsis chunka pusaqniyuqpi nisqa atini angelpa llanthunmi karqan, paymi 11 septiembre 2001 watapi uraykamurqan. 1840 watapiqa manaraq investigativo juiciu qallarisqachu karqan, imaraykuchus chayqaraq tawa wata qipapi kasharqan; ichaqa protestantekunaqa kawsaqkunapa juicionpa profetico rikch’ayninta qawarichirqaku, imaraykuchus angel 1840 watapi uraykamuptin, paykunapa pruebanankupaq pacha qallarirqan. Apocalipsis chunka pusaqniyuqpa angel 2001 watapi uraykamuptinqa, hanaq pachapi juiciuqa wañuqkunapa juiciomanta kawsaqkunapa juiciomanmi tikrarqan.</w:t>
      </w:r>
    </w:p>
    <w:p>
      <w:pPr>
        <w:pStyle w:val="ArticleBody"/>
        <w:jc w:val="left"/>
      </w:pPr>
      <w:r>
        <w:rPr>
          <w:rFonts w:ascii="Times New Roman" w:hAnsi="Times New Roman" w:eastAsia="Times New Roman" w:cs="Times New Roman"/>
        </w:rPr>
        <w:t>2020 watapi julio killapa 18 p’unchaypi, kimsa kaq angelpa kuyuriyninpaq ñawpaq llakikuy chayaramurqa; kayqa ñawpaq angelpa kuyuriyninpa ñawpaq llakikuywan rikch’akusqa. Qallariypi kaq kuyuriypi, Protestantekunapa pruebanakuy rurasqankunapa puriynin tukukapun ñawpaq llakikuy waymark nisqapi; chaymantaqa ñawpaq kuyuriypa pruebanakuyqa qallarikurqa. 2020 watapi julio killapa 18 p’unchaypi, juicio nisqapa puriyninqa huk aswan ñawpaqman purisqa, imaraykuchus kimsa p’unchaw chawpin huk kuskanpi chunya pampapa tukukuyninman chayamunanpaq kaq willakuyqa mana sapallanchu chawpi tuta waqyay willakuypa hunt’asqa, tukuy tukuchkaq hunt’akuynin kanman karqa, aswanpas profetay hinam señalakurqa pachak tawa chunka tawa waranqakunapa sellakusqankupa chayamunanta.</w:t>
      </w:r>
    </w:p>
    <w:p>
      <w:pPr>
        <w:pStyle w:val="ArticleScripture"/>
        <w:jc w:val="left"/>
      </w:pPr>
      <w:r>
        <w:rPr>
          <w:rFonts w:ascii="Times New Roman" w:hAnsi="Times New Roman" w:eastAsia="Times New Roman" w:cs="Times New Roman"/>
        </w:rPr>
        <w:t>Israelpa Diosnin k’anchayninqa querubmanta, maypichus kasqa, wasipa punku punkukama wicharirqan. Hinaspan pisi llach’apawan p’achallisqa runata waqyarqun, mayqenpa ladonpichus qillqanapaq tinterunta apaq kasqa; hinaspan Señor nisqa payman: Llaqta chawpinta puriy, Jerusalén chawpinta puriy, hinaspa señalta churay urkunpi chay qharikunapa, llapan millay ruwaykuna chaypi rurasqanmanta llakikuspa sonqonwan waqaqkunapa. Ezequiel 9:3, 4.</w:t>
      </w:r>
    </w:p>
    <w:p>
      <w:pPr>
        <w:pStyle w:val="ArticleBody"/>
        <w:jc w:val="left"/>
      </w:pPr>
      <w:r>
        <w:rPr>
          <w:rFonts w:ascii="Times New Roman" w:hAnsi="Times New Roman" w:eastAsia="Times New Roman" w:cs="Times New Roman"/>
        </w:rPr>
        <w:t>Pachak tawaq chunka tawaq waranqa runakunata sellayqa paykuna paqarisqankupi qallarisqa, chaymi kikin kawsarimuy karqa. Tawa wayrakunapa willakuyninqa wañusqa ch'aki tullukunata kawsayman kutichin, hinallataq tawa wayrakunapa willakuyninqa pachak tawaq chunka tawaq waranqa runakunata sellaypa willakuyninmi. Pablowan Juanwan iskayninkuqa rikurqankum, uyarirqankum ima historiatachus kunan kawsashanchik, chay historiata “achka profetakunaqa, chiqap runakunaqa rikuyta munarqanku” nisqanta. Kinsa kaq angelpa atiyniyuq kuyuy historiata, ñawpaq kaq angelpa atiyniyuq kuyuywan unanchasqa kasqanta.</w:t>
      </w:r>
    </w:p>
    <w:p>
      <w:pPr>
        <w:pStyle w:val="ArticleScripture"/>
        <w:jc w:val="left"/>
      </w:pPr>
      <w:r>
        <w:rPr>
          <w:rFonts w:ascii="Times New Roman" w:hAnsi="Times New Roman" w:eastAsia="Times New Roman" w:cs="Times New Roman"/>
        </w:rPr>
        <w:t>“1840–1844 watakunapi qusqa llapa kacharisqakunaqa kunanqa kallpawan willakusqa kananmi, achka runakuna allin ñanninkuta chinkachisqankurayku. Chay kacharisqakunaqa llapa iglesiaskunaman chayananmi.</w:t>
      </w:r>
    </w:p>
    <w:p>
      <w:pPr>
        <w:pStyle w:val="ArticleScripture"/>
        <w:jc w:val="left"/>
      </w:pPr>
      <w:r>
        <w:rPr>
          <w:rFonts w:ascii="Times New Roman" w:hAnsi="Times New Roman" w:eastAsia="Times New Roman" w:cs="Times New Roman"/>
        </w:rPr>
        <w:t>Cristo nirqan: “Kusisqan kachunku qankunapa ñawiykikuna, rikuspankumanta; hinallataq rinriykikuna, uyarispankumanta. Cheqaqtapunin niykichis: achka profetakuna, chanin runakunapas, qankuna rikushankichis chaykunata rikuyta munarqanku, ichaqa manam rikurqankuchu; qankuna uyarishankichis chaykunata uyariytapas munarqanku, ichaqa manam uyarirqankuchu” [Mateo 13:16, 17]. Kusisqan kachunku chay ñawikuna, 1843 watapi, 1844 watapipas rikusqa kaqkunata rikurqanku chaykuna.</w:t>
      </w:r>
    </w:p>
    <w:p>
      <w:pPr>
        <w:pStyle w:val="ArticleScripture"/>
        <w:jc w:val="left"/>
      </w:pPr>
      <w:r>
        <w:rPr>
          <w:rFonts w:ascii="Times New Roman" w:hAnsi="Times New Roman" w:eastAsia="Times New Roman" w:cs="Times New Roman"/>
        </w:rPr>
        <w:t>“Willakuyqa qusqam karqan. Chaymantaqa manam imapas suyay kanan chay willakuyta yapamanta willanaykipaq, pacha señalkuna hunt’akuchkaptin; tukukuypaq llamk’ayqa rurasqa kanan. Hatun llamk’ayqa huk pisi pachallapi rurasqa kanqa. Diospa kamachiyninmanta huk willakuyqa utqayllam qusqa kanqa, hinaspa sinchi qapariymanmi wiñanqa. Chaymantam Danielqa rak’inpi sayarinqa, testimoniunta qonampaq.” Manuscript Releases, volume 21, 437.</w:t>
      </w:r>
    </w:p>
    <w:p>
      <w:pPr>
        <w:pStyle w:val="ArticleBody"/>
        <w:jc w:val="left"/>
      </w:pPr>
      <w:r>
        <w:rPr>
          <w:rFonts w:ascii="Times New Roman" w:hAnsi="Times New Roman" w:eastAsia="Times New Roman" w:cs="Times New Roman"/>
        </w:rPr>
        <w:t>Luciferpa hanaq pachaqpi ñawpaq maqanakuyqa aswan hatunmanta kasqa willakuyllapi. Payqa k’anchay apaqmi karqa, hinallataq churakusqan kamachikuyninta llamk’achispa pantayta sut’illa mana rikuchispa churasqa ch’uya angelkunapa yuyayninkuman. Niwanchikmi, paypa hatallikuy yuyayninkunata upyasqa angelkunaqa, mana hayk’aqpas reqsisqakuchu Luciferlla paykunata umallikuspa Diosmanta chay qhipaman yuyasqankuta yuyachisqanta. Ancha llamp’u, pakasqa hinam karqa, imaynachus huertapi Evawan kasqanmanta, chay hina ñawpaqta ch’uya kaq angelkunapas yuyayta qallarirqanku, Satanaspa paykunapa yuyayninkuman tarpuykusqan yuyaykunaqa kikinkupa ñawpaq, paykuna kikinmanta lluqsisqa yuyayninkum kasqanta. Chay murukunaqa, qhipamantataq wiñarispa, wiñay chinkaypa rurunta apamurqanku.</w:t>
      </w:r>
    </w:p>
    <w:p>
      <w:pPr>
        <w:pStyle w:val="ArticleBody"/>
        <w:jc w:val="left"/>
      </w:pPr>
      <w:r>
        <w:rPr>
          <w:rFonts w:ascii="Times New Roman" w:hAnsi="Times New Roman" w:eastAsia="Times New Roman" w:cs="Times New Roman"/>
        </w:rPr>
        <w:t>Qhipa maqanakuyqa, ñawpaq hanaq pacha ukhupi pasaq, qallariytaña kaykan, hinaspataq manam ch’uya angelkunata pantachiymantaqa kanchu, nitaq Satanaspa Evata pantachisqanmantaqa kanchu; aswanqa llapan runakunata pantachisqanmanta kashan, huk qhellisqa willay apachiy ruwayninwan, mayqinchus hanaq pachakunapi kasqanta hina rikuchisqa kashan. Kayqa Satanaspa World-Wide Web nisqanta llamk’achisqanmanta kashan, chaywanmi runakunaman yuyaykunata yachachin, chay runakuna mana yachaspa llullakuyta iñisqankuta, chayna ruwaspataq sut’inchanku manam cheqaq kayta munakusqankuta. Apóstol Pabloqa sut’ita nisqa karqan “qhipa p’unchaykunapi” runakuna llullakuyta chaskinqaku, “cheqaq kayta” mana munakusqankurayku. Tukuy hinam, payqa rikurqan ñawpaq historiata, maypichus kay admirakuy atiy ruway Satanaspa hunt’asqa karqan.</w:t>
      </w:r>
    </w:p>
    <w:p>
      <w:pPr>
        <w:pStyle w:val="ArticleBody"/>
        <w:jc w:val="left"/>
      </w:pPr>
      <w:r>
        <w:rPr>
          <w:rFonts w:ascii="Times New Roman" w:hAnsi="Times New Roman" w:eastAsia="Times New Roman" w:cs="Times New Roman"/>
        </w:rPr>
        <w:t>Runakuna q'otoyninqa junt'asqa kan Naciones Unidas nisqapi kaq globalistakunaq ruwasqanwan, paykunaqa dragónpa atiyninmi. Profecíapi, Naciones Unidas nisqapi kaq globalistakunaqa reykunamanta hinallataq qhatuqkunamantawan sayarinku. Reykunaqa gobiernokunam, hinaspa tecnología hatun empresakunaq apuqninkuna chaymanta llapan suyukunapi multimillonario kaqkunapas qhatuqkunam.</w:t>
      </w:r>
    </w:p>
    <w:p>
      <w:pPr>
        <w:pStyle w:val="ArticleBody"/>
        <w:jc w:val="left"/>
      </w:pPr>
      <w:r>
        <w:rPr>
          <w:rFonts w:ascii="Times New Roman" w:hAnsi="Times New Roman" w:eastAsia="Times New Roman" w:cs="Times New Roman"/>
        </w:rPr>
        <w:t>Awqanakuyqa qallarin domingo kamachiypi; chay pachapi Estados Unidosqa chunka reykunamanta ñawpaq kaq rey tukupun. Hinaqtin Estados Unidosqa ñam dragón hina rimarqanña, chaywanmi allpa animalpa soqta kaq suyupa tukukuyninta señalan. Chaymanta lloqsin tukuy pachatam qotuchinapaq, animalpa qayllanpi ruranan milagrokunawan; chay milagrokunataq hanaq pachatam ninata uraykuchiq hina rikuchisqa kanku.</w:t>
      </w:r>
    </w:p>
    <w:p>
      <w:pPr>
        <w:pStyle w:val="ArticleScripture"/>
        <w:jc w:val="left"/>
      </w:pPr>
      <w:r>
        <w:rPr>
          <w:rFonts w:ascii="Times New Roman" w:hAnsi="Times New Roman" w:eastAsia="Times New Roman" w:cs="Times New Roman"/>
        </w:rPr>
        <w:t>Hinaqa hatun unanchanakuykunata ruwan, chayhinaqmi ninaqa hanaq pacha-manta uraykamun allpaman runakunaq ñawpaqninpi. Apocalipsis 13:13.</w:t>
      </w:r>
    </w:p>
    <w:p>
      <w:pPr>
        <w:pStyle w:val="ArticleBody"/>
        <w:jc w:val="left"/>
      </w:pPr>
      <w:r>
        <w:rPr>
          <w:rFonts w:ascii="Times New Roman" w:hAnsi="Times New Roman" w:eastAsia="Times New Roman" w:cs="Times New Roman"/>
        </w:rPr>
        <w:t>Sichus wañusqa ch’aki tullukuna, callepi wañuchisqa kasqankumanta kawsarimuspa, hanaq pachaman huk unancha hina hoqarisqa kaptinku, chay pachallataq hanaq pachapi huk hukmanta admirakuy rikurimun.</w:t>
      </w:r>
    </w:p>
    <w:p>
      <w:pPr>
        <w:pStyle w:val="ArticleScripture"/>
        <w:jc w:val="left"/>
      </w:pPr>
      <w:r>
        <w:rPr>
          <w:rFonts w:ascii="Times New Roman" w:hAnsi="Times New Roman" w:eastAsia="Times New Roman" w:cs="Times New Roman"/>
        </w:rPr>
        <w:t>Hanaq pachaqpi hukmanta musuq admirakuynin rikurirqan; qhawariy, huk hatun puka amaru, qanchis umayuq, chunka waqrayuq, hinaspa umankunapi qanchis coronayuq. Apocalipsis 12:3.</w:t>
      </w:r>
    </w:p>
    <w:p>
      <w:pPr>
        <w:pStyle w:val="ArticleBody"/>
        <w:jc w:val="left"/>
      </w:pPr>
      <w:r>
        <w:rPr>
          <w:rFonts w:ascii="Times New Roman" w:hAnsi="Times New Roman" w:eastAsia="Times New Roman" w:cs="Times New Roman"/>
        </w:rPr>
        <w:t>Hatun puka amaruqa Satanásmi, ichaqa pagan Roma llaqtapas kanmi.</w:t>
      </w:r>
    </w:p>
    <w:p>
      <w:pPr>
        <w:pStyle w:val="ArticleScripture"/>
        <w:jc w:val="left"/>
      </w:pPr>
      <w:r>
        <w:rPr>
          <w:rFonts w:ascii="Times New Roman" w:hAnsi="Times New Roman" w:eastAsia="Times New Roman" w:cs="Times New Roman"/>
        </w:rPr>
        <w:t>“Chhaynaqa, dragón nisqaqa, ñawpaqtaqa Satanásta sut’inchan, ichaqa iskay kaq yuyaypiqa, Roma paganaq unanchaqninmi.” The Great Controversy, 439.</w:t>
      </w:r>
    </w:p>
    <w:p>
      <w:pPr>
        <w:pStyle w:val="ArticleBody"/>
        <w:jc w:val="left"/>
      </w:pPr>
      <w:r>
        <w:rPr>
          <w:rFonts w:ascii="Times New Roman" w:hAnsi="Times New Roman" w:eastAsia="Times New Roman" w:cs="Times New Roman"/>
        </w:rPr>
        <w:t>Dragónqa Satanásmi, iskay kaq churaypitaq dragónqa pagano Romaq sut'inchasqanmi. Cristoq paqarisqan historiapiqa, pagano Romaq dragonninmi sut'inchasqa rikurin; ichaqa dragónpa hunt’asqa profétiko churayninqa “qhipa p’unchaykuna”pi kasqa. “Qhipa p’unchaykuna”piqa dragónqa Naciones Unidaspa chunka reykunanwanmi sut'inchasqa rikurin. Paykunaqa manam Cristoq paqarisqan historiapichu rikurinku, aswanpas pachak tawa chunka tawa waranqa runakunapa paqarisqan historiapin, paykunapa paqarisqantaq Cristoq paqarisqanwanmi unanchasqa karqa.</w:t>
      </w:r>
    </w:p>
    <w:p>
      <w:pPr>
        <w:pStyle w:val="ArticleScripture"/>
        <w:jc w:val="left"/>
      </w:pPr>
      <w:r>
        <w:rPr>
          <w:rFonts w:ascii="Times New Roman" w:hAnsi="Times New Roman" w:eastAsia="Times New Roman" w:cs="Times New Roman"/>
        </w:rPr>
        <w:t>“Reykunaqpas, kamachiqkunapas, gobernadorkunapas kikinkuman anticristopa señallanwan churakunku, hinallataq dragón hina rikuchisqa kanku, chaymi rispa santoskunawan maqanakun—Diospa kamachiykunata waqaychaqkunawan, Jesuspa feenniyuqkunawan.” Testimonies to Ministers, 38.</w:t>
      </w:r>
    </w:p>
    <w:p>
      <w:pPr>
        <w:pStyle w:val="ArticleBody"/>
        <w:jc w:val="left"/>
      </w:pPr>
      <w:r>
        <w:rPr>
          <w:rFonts w:ascii="Times New Roman" w:hAnsi="Times New Roman" w:eastAsia="Times New Roman" w:cs="Times New Roman"/>
        </w:rPr>
        <w:t>Amaru chunka waqrankunaqa paypa huñunakusqanmanta unanchanmi; qanchis umankuna, coronakunawan churakusqa, payta reqsichin Bibliapi willakusqa pusaq qhapaq suyuq qanchis kaq uman kasqanta, imaynachus chayta rikuchin Nabucodonosorpa lantisqan Daniel qelqep iskay kaq kapitulumpi, hinallataq Apocalipsis qelqep chunka qanchisniyuq kaq kapitulumpi pusaq umakunapipas. Naciones Unidas nisqaqa “hanaq pachapi huk musphachiq rikch’ay” nisqami, chay pachallapitaq estandarteqa, wañusqa ch’aki tullukunapa qhichanpi puriq callepi paqarisqa kaspa, hanaq pachaman oqarisqa kachkan. Amaruwan warmiwanqa domingo kamachikuypi hanaq pachapi musphachiq rikch’aykunahina rikurinku; chaymi katolikukunaq lamar qhapaq animalnintaqpas “qepanta admirakusqa” kachkan.</w:t>
      </w:r>
    </w:p>
    <w:p>
      <w:pPr>
        <w:pStyle w:val="ArticleScripture"/>
        <w:jc w:val="left"/>
      </w:pPr>
      <w:r>
        <w:rPr>
          <w:rFonts w:ascii="Times New Roman" w:hAnsi="Times New Roman" w:eastAsia="Times New Roman" w:cs="Times New Roman"/>
        </w:rPr>
        <w:t>Hinaspanmi rikurqani huk umanta wañuyman hina k’irisqa kasqanta; ichaqa wañuy apaq k’irisqan hampisqa karqan; hinaspan llapa kay pacha admirakuspa animalta qatirqan. Apocalipsis 13:3.</w:t>
      </w:r>
    </w:p>
    <w:p>
      <w:pPr>
        <w:pStyle w:val="ArticleBody"/>
        <w:jc w:val="left"/>
      </w:pPr>
      <w:r>
        <w:rPr>
          <w:rFonts w:ascii="Times New Roman" w:hAnsi="Times New Roman" w:eastAsia="Times New Roman" w:cs="Times New Roman"/>
        </w:rPr>
        <w:t>Pachakutiqa papal lamar qhata uywata admirakuspa qatipashan, wañuy ch’akiyoq nanaynin hampiykuchisqa qhepaman, chaytaqa Estados Unidospi Domingo p’unchaw kamachiyllapi hampiykuchinku. Estandarte, dragón, beast nisqapas llapanmi admirakusqa qatipashanku, Estados Unidospi Domingo p’unchaw kamachiyllamanta qallarispa. Llulla profetaqa chay kikin p’unchawllapi supaypa musphayninkunamanta aswan hatun kaqta rikuchin; imaraykuchus Domingo p’unchaw kamachiy qhepallanpi, maypichus llulla profetaqa “dragón” hina rimayta musuqmanta qallarisqa, chaymanta lluqsispa tukuy pachata llullachin, hinaspataq hanaq pachamanta chay llullachiyta hunt’an.</w:t>
      </w:r>
    </w:p>
    <w:p>
      <w:pPr>
        <w:pStyle w:val="ArticleScripture"/>
        <w:jc w:val="left"/>
      </w:pPr>
      <w:r>
        <w:rPr>
          <w:rFonts w:ascii="Times New Roman" w:hAnsi="Times New Roman" w:eastAsia="Times New Roman" w:cs="Times New Roman"/>
        </w:rPr>
        <w:t>Hinaspan allpamanta lluqsimuq huk wak bestiata qhawarqani; payqa iskay waqrayuq karqa ovejapa wawayhinata, ichaqa dragón hina rimarqa. Hinaspan ñawpaq bestiapa llapa atiniyninta paypa ñawpaqenpi rurarin, kay allpatawan chaypi tiyaqkunatapas ñawpaq bestiata yupaychanankupaq kamachin, wañuchikuq k’iriyoq kasqan hampisqa karqa chay bestiata. Hatun musphachikuq señalkunatapas ruran, runakunapa ñawpaqenpi hanaq pachamanta allpaman ninata urayachimunanpaq. Apocalipsis 13:11–13.</w:t>
      </w:r>
    </w:p>
    <w:p>
      <w:pPr>
        <w:pStyle w:val="ArticleBody"/>
        <w:jc w:val="left"/>
      </w:pPr>
      <w:r>
        <w:rPr>
          <w:rFonts w:ascii="Times New Roman" w:hAnsi="Times New Roman" w:eastAsia="Times New Roman" w:cs="Times New Roman"/>
        </w:rPr>
        <w:t>Kimsa kaq pacha hanaqpachapi qallarisqa awqanakuqa, ñawpaq hanaqpachapi tukukun. Dragón, bestia, hinaspa llulla profeta nisqakunap kimsa-kutin huñuyninkuqa Bibliapa hinaspa Profecíapa Espíritunpa reqsisqan hina mana allin confederación nisqa kanku. Domingo kamachiypi, chay kimsa-kutin huñuyqa warmi contra llapa pachata awqanakuyman pusayta qallarin, Armagedónman purispan. Domingo kamachiypi, ñawpaq hanaqpachapi awqanakuypa pampapi maypichus sayanankuta churanku, chaymantataq atipachkanku! Romaqa kay pachapa historiapi kimsa kuti atiyniyuqman oqarispa, sapa kuti ñawpaqta awqanta atipan, chaymanta yanapakuq masinta, chaymanta víctima nisqanta, hinaspataq urman.</w:t>
      </w:r>
    </w:p>
    <w:p>
      <w:pPr>
        <w:pStyle w:val="ArticleScripture"/>
        <w:jc w:val="left"/>
      </w:pPr>
      <w:r>
        <w:rPr>
          <w:rFonts w:ascii="Times New Roman" w:hAnsi="Times New Roman" w:eastAsia="Times New Roman" w:cs="Times New Roman"/>
        </w:rPr>
        <w:t>Hinaspanmi rikurirqani kimsa q’añu espiritukunata, hamp’atukunaman rikch’akuqta, dragónpa siminmanta lluqsimuqta, uywapa siminmantapas, llulla profetapa siminmantapas. Paykunaqa supaykunapa espiritunkunami, milagrokunata ruwaspa, kay pachapa reykunaman hinallataq llapa pachapa reykunamanpas rispa, llapa-atiyniyuq Diospa hatun p’unchaynin maqanakuyman huñunankupaq. Qhawariychis, suwa hina hamuni. Kusisqa kachun qhawaq runaqa, p’achankunatapas waqaychaq, ama llatan purinampaq, pinqakuynintaq mana rikuchikunampaq. Hinaspan huñurqan paykunata hebreo simipi Armagedón sutiyuq cheqaman. Apocalipsis 16:13–16.</w:t>
      </w:r>
    </w:p>
    <w:p>
      <w:pPr>
        <w:pStyle w:val="ArticleBody"/>
        <w:jc w:val="left"/>
      </w:pPr>
      <w:r>
        <w:rPr>
          <w:rFonts w:ascii="Times New Roman" w:hAnsi="Times New Roman" w:eastAsia="Times New Roman" w:cs="Times New Roman"/>
        </w:rPr>
        <w:t>“Qhipa p'unchaykunapi” kaq “hanaq pachapi maqanakuyqa” manam huk rikch'aynin sut'i rimaychu; chayqa hanaq pachakunapi ruwasqa willakuy maqanakuymi. Dragónpa siminmanta, bestiapa siminmanta, llulla profetapa siminmantawan lluqsimun “supaykunapa espiritunkuna”, chaykunaqa “milagrokunata” ruwanku. “Espíritu” nisqa simiqa samayta nin, samayqa huk willakuypa unanchaqninmi. Ezequiel kimsa chunka qanchisniyuqpi kaq samayqa wañusqa tullukunata kawsarichin, chaytaqa Islam willakuyta apamuspa ruwan, Bibliapi ichaqa inti lloqsimuymanta wayra hina rikuchisqa kachkan. “Espíritu”, “wayra” hinallataq “samay” nisqakunapas kikin simim, chaymanta hebreo simipipas griego simipipas chay kimsa inglés simikunaman tikrasqa.</w:t>
      </w:r>
    </w:p>
    <w:p>
      <w:pPr>
        <w:pStyle w:val="ArticleScripture"/>
        <w:jc w:val="left"/>
      </w:pPr>
      <w:r>
        <w:rPr>
          <w:rFonts w:ascii="Times New Roman" w:hAnsi="Times New Roman" w:eastAsia="Times New Roman" w:cs="Times New Roman"/>
        </w:rPr>
        <w:t>“Tayta Diosqa musuq kawsayta samaykuchiyta atinmi llapa alma-kunaman, cheqaq sonqowan Payta serviyta munasqankuman; hinallataq altar patamanta kawsayniyuq nina rumita simikunaman chayachiyta atinmi, hinaspataq Paypa alabanzasninwan rimay yachaq, sumaq rimariq kananpaq. Waranqa kunan rimaykuna kallpachasqa kanqaku Diospa Simiyninpa admiraypaq cheqaqkuna willakunankupaq. Qhatiq simi paskasqa kanqa, manchakuqkunataq kallpachisqa kanqaku cheqaqmanta mana manchakuspa testimonio qepinankupaq. Señor yanapaykuchun llaqtanta alma templo-ta llapa qhelliy-mantapuni pichaykunankupaq, hinaspataq hina aswan suni, aswan qayllapi Tayninwan tinkisqa kawsanankupaq, chaymanta qhepa para taqaqasqa kaptin chaskiqnin kananankupaq.” Review and Herald, July 20, 1886.</w:t>
      </w:r>
    </w:p>
    <w:p>
      <w:pPr>
        <w:pStyle w:val="ArticleBody"/>
        <w:jc w:val="left"/>
      </w:pPr>
      <w:r>
        <w:rPr>
          <w:rFonts w:ascii="Times New Roman" w:hAnsi="Times New Roman" w:eastAsia="Times New Roman" w:cs="Times New Roman"/>
        </w:rPr>
        <w:t>Dragonpa siminmanta, uywapa siminmantapas, llulla profetapa siminmantapas lluqsimuq “espíritukuna” satánmanta willaykunata reqsichinku. Kimsa hanaq pachapi ñawpaq maqanakuypiqa—waqlliykuchisqa rimariykuna karqan, chaytaqa waqlliykuchisqa k’anchay apaqwan rikuchisqa. Ñawpaq hanaq pachapi qhipa maqanakuypitaq—huk kutitaqmi waqlliykuchisqa rimariykunakullaña kanku. Satanáspa kimsa hanaq pachapi maqanakuypi llamk’achisqan waqlliykuchisqa rimariykuna, chaymi hukmanta ñawpaq hanaq pachapi maqanakuyllapipas llamk’achisqa kanqa, chayqa mesmerismo karqan, kunan p’unchawkunaq sutimpiqa hipnosis nisqa.</w:t>
      </w:r>
    </w:p>
    <w:p>
      <w:pPr>
        <w:pStyle w:val="ArticleScripture"/>
        <w:jc w:val="left"/>
      </w:pPr>
      <w:r>
        <w:rPr>
          <w:rFonts w:ascii="Times New Roman" w:hAnsi="Times New Roman" w:eastAsia="Times New Roman" w:cs="Times New Roman"/>
        </w:rPr>
        <w:t>Qaripura warmikunaqa manam yachakunanachu imayna paykunawan kuska puriqkunapa yuyayninkuta prësuchayta yachayta. Kayqa Supaypa yachachisqan yachaymi. Kay hina kaqkunata llapanta hark’ananchikmi. Manam llamk’ananchikchu mesmerismowanpas hypnotismowanpas—ñawpaq sayayninta chinkachiq, hanaq pacha kuraqkunaq wasinkunamanta qarqosqa kaqpa yachayninwan. Manuscript 86, 1905.</w:t>
      </w:r>
    </w:p>
    <w:p>
      <w:pPr>
        <w:pStyle w:val="ArticleBody"/>
        <w:jc w:val="left"/>
      </w:pPr>
      <w:r>
        <w:rPr>
          <w:rFonts w:ascii="Times New Roman" w:hAnsi="Times New Roman" w:eastAsia="Times New Roman" w:cs="Times New Roman"/>
        </w:rPr>
        <w:t>Kunan p’unchaykunapi hipnotismoqa pachapi rurakun hatun tecnología apaqkunaq ruwasqanwan, internet mundial nisqawan, mayqinchus “moderno publicidadpa ciencian” nisqawan llamk’achikun; ichaqa cheqaqpiqa ñawpaq satanik hipnotismopa ciencianpa aswan qhipa, aswan allin yachaychasqan tukukuyninmi. Globalistakuna, hatun tecnología apaqkuna, billonariokunapas munanku llullakuypa “llikallampi” hap’iyta paykunaq saqesqankuta, mayqinchus ña tukuy pachapi sayachisqa kachkan. Munaspaqa, kayqa Satanaspa PsyOps nisqanmi tukuy pachapaq. Satanik willakuykunanmi pachata pusanku Armagedónman, hinaspa chay satanik willakuykunaqa hanaq pachakunapi willakuykuchkanku kikin pachallapi, kimsa angelkunaqa Cristopa willakuyninta hanaq pachakunapi willakuykuchkaptin.</w:t>
      </w:r>
    </w:p>
    <w:p>
      <w:pPr>
        <w:pStyle w:val="ArticleScripture"/>
        <w:jc w:val="left"/>
      </w:pPr>
      <w:r>
        <w:rPr>
          <w:rFonts w:ascii="Times New Roman" w:hAnsi="Times New Roman" w:eastAsia="Times New Roman" w:cs="Times New Roman"/>
        </w:rPr>
        <w:t>Hinaspanmi rikurirqani huk angelta hanaq pacha chawpipi phawachkaqta, wiñay Evangelio nisqata apaqta allpapi tiyaqkunaman willanampaq, hinallataq llapa suyuman, ayllumankuna-man, simikuna-man, llaqtakuna-manpas. Hatun qapariyniyoqtaq nirqan: Diosman manchakuychis, payman-taq hatunchayta qoychis; imaraykuchus juzganan pacha chayamunña. Yupaychaychis-taq hanaq pachata, allpata, lamar qochata, unu paqarina pukyukunatapas ruraqta. Hinaqtinmi huknin angel qepanta hamurqan, nispa: Urmamunñan, urmamunñan hatun llaqta Babilonia, imaraykuchus llapa suyuqkunata upyachirqan qhellichakuynin phiñasqa vinonwan. Paykunata qatiqtaq kinsa kaq angel hamurqan, hatun qapariyniyoqtaq nispa: Sichus pipas uywata hinallataq rikchayninta yupaychanman, mat’inpi utaq makinpi señalta chaskinman, paypas Diospa phiñasakuynin vinonta upyanqa, ch’aqrusqa mana kasqanta, paypa piñakuynin qiru-man hunt’asqata. Chay runaqa ñak’arichisqa kanqa ninawan azufrewanpas, ch’uya angelkunapa ñawpaqenpi, Corderopa ñawpaqenpipas. Ñak’ariyninkupa qosñinqa wiñaypaq wiñaykama wicharin; manataq samayniyoqchu tutapi p’unchawpipas, uywata rikchaynintawan yupaychaqkunaqa, hinallataq sutinpa señalta chaskiqqa. Apocalipsis 14:6–11.</w:t>
      </w:r>
    </w:p>
    <w:p>
      <w:pPr>
        <w:pStyle w:val="ArticleBody"/>
        <w:jc w:val="left"/>
      </w:pPr>
      <w:r>
        <w:rPr>
          <w:rFonts w:ascii="Times New Roman" w:hAnsi="Times New Roman" w:eastAsia="Times New Roman" w:cs="Times New Roman"/>
        </w:rPr>
        <w:t>Kimsa-hukllachasqa tinkuymanta sapa hukninmanta lluqsiq “espíritukunaqa” siminkumantam lluqsinku. Simi rimaynin huk suyupaqa gobiernonpa rurasqanmi kan.</w:t>
      </w:r>
    </w:p>
    <w:p>
      <w:pPr>
        <w:pStyle w:val="ArticleScripture"/>
        <w:jc w:val="left"/>
      </w:pPr>
      <w:r>
        <w:rPr>
          <w:rFonts w:ascii="Times New Roman" w:hAnsi="Times New Roman" w:eastAsia="Times New Roman" w:cs="Times New Roman"/>
        </w:rPr>
        <w:t>“Llaqtapa rimayninqa kamachiqninpa hinallataq taripaqninpa autoridadninkunapa rurayninmi.” The Great Controversy, 443.</w:t>
      </w:r>
    </w:p>
    <w:p>
      <w:pPr>
        <w:pStyle w:val="ArticleBody"/>
        <w:jc w:val="left"/>
      </w:pPr>
      <w:r>
        <w:rPr>
          <w:rFonts w:ascii="Times New Roman" w:hAnsi="Times New Roman" w:eastAsia="Times New Roman" w:cs="Times New Roman"/>
        </w:rPr>
        <w:t>Jeremíasman karqa nisqa: trigo-ta pajatawanmanta rakispa, hinaspa ama pajaman kutispa (ichaqa pajaqa payman kutimuyta atinman), chayqa Diosqa payta “simin” ruwananpaq.</w:t>
      </w:r>
    </w:p>
    <w:p>
      <w:pPr>
        <w:pStyle w:val="ArticleScripture"/>
        <w:jc w:val="left"/>
      </w:pPr>
      <w:r>
        <w:rPr>
          <w:rFonts w:ascii="Times New Roman" w:hAnsi="Times New Roman" w:eastAsia="Times New Roman" w:cs="Times New Roman"/>
        </w:rPr>
        <w:t>Manam tiyaqchu asikhkuna tantakuypi, nitaq kusikurqanichu; sapallaymi tiyarqani makiykimanta; imaraykuchus phiñakuyman hunt’achiwanki. ¿Imaraykutaq nanaynìy wiñaypaq, ch’akiyñiypas mana hampiy atina, hampisqa kayta mana munaspa? ¿Qanqa lliwllachu noqapaq llullaq hina kanki, ch’usaqyachkaq unu hina? Chayrayku kayhinata nin Señor: Sichus kutirimunkiqa, chayqa kutichisqayki, ñawpaqniypi sayanaykipaq; sichus chaninta mana allinmanta akllankiqa, simiy hina kanki. Paykuna qamman kutirimuchunku; qamqa ama paykunaman kutiriychu. Jeremías 15:17–19.</w:t>
      </w:r>
    </w:p>
    <w:p>
      <w:pPr>
        <w:pStyle w:val="ArticleBody"/>
        <w:jc w:val="left"/>
      </w:pPr>
      <w:r>
        <w:rPr>
          <w:rFonts w:ascii="Times New Roman" w:hAnsi="Times New Roman" w:eastAsia="Times New Roman" w:cs="Times New Roman"/>
        </w:rPr>
        <w:t>Jeremíasqa Milleritakunata rikuchkan ñawpaq hatun llakikuyñinkupi, paykunaqa yuyarqanku Dios llullakusqanta. Diosqa mana llullakurqanchu; payqa makinta churakurqan 1843 wataq tablapi huk pantasqa hina kasqanmanta hawa. Jeremíasman prometisqa karqan, hinaqa 18 julio 2020 p’unchaypi llakichisqa karqankuchikmanpas prometisqa hinallataq; sicheqha ñawpaq llakikuy manaraq chayamuchkaptin kasqanku mana yuyayniyuq runakunamanta satanáspa yachachisqankunamantawan t’aqanakuyta munankuman chayqa, Señorqa Jeremíasta, hinallataq paypa rikuchisqan runakunatapas, Paypa “simin” ruwananpaq. 1843 wataq tablaqa ruwasqa karqan Habacuc iskay kaq capítulopi chayta ruwanankupaq kamachisqa kasqan hunt’akusqanpi.</w:t>
      </w:r>
    </w:p>
    <w:p>
      <w:pPr>
        <w:pStyle w:val="ArticleScripture"/>
        <w:jc w:val="left"/>
      </w:pPr>
      <w:r>
        <w:rPr>
          <w:rFonts w:ascii="Times New Roman" w:hAnsi="Times New Roman" w:eastAsia="Times New Roman" w:cs="Times New Roman"/>
        </w:rPr>
        <w:t>“Iskayqa hukllachasqa testimuniukusun karqan Segundo Advento yachachiqkunaq, hinallataq qillqasqankupaqpas, ‘ñawpaq iñiypi’ sayaspa, siq’i lloqsimusqanqa Habacuc 2:2, 3 nisqapa hunt’akusqan kasqanta. Sichus siq’iqa profecíapa asuntun karqan (chayta ñiqnikuqkunaqa ñawpaq iñiyta saqinku), chaymanta qatinqa a.C. 457 watam karqan 2300 p’unchaykunata yupayta qallarinapaq. Necesariom karqan 1843 wata ñawpaq rikhurichisqa pacha kananpaq, chaynaqa ‘visión’ nisqa ‘unayaykunanpaq,’ utaq unayay pacha kananpaq, maypichus virgenkunapa tantanakusqanqa hatun pachapa asuntunpi puñunanpaq hinaspa puñusqanpi kananpaq karqan, chisi chawpi qapariyninwan rikch’achisqa kananankupaq qayna pisi pacha ñawpaqta.” James White, Second Advent Review and Sabbath Herald, Volume 1, Number 2.</w:t>
      </w:r>
    </w:p>
    <w:p>
      <w:pPr>
        <w:pStyle w:val="ArticleBody"/>
        <w:jc w:val="left"/>
      </w:pPr>
      <w:r>
        <w:rPr>
          <w:rFonts w:ascii="Times New Roman" w:hAnsi="Times New Roman" w:eastAsia="Times New Roman" w:cs="Times New Roman"/>
        </w:rPr>
        <w:t>Señorqa, Habacuc nisqanwan, Milleritakunata kamachirqan 1843 wataq cuadrota rurachinankupaq, chaypitaq huk pantasqa karqan, chay pantasqapaqmi Señorqa makinta hapiq hina churasqa. Chayraykun Jeremías nin, llaquyninqa Diospa makinrayku kasqanta. Chay llaquy qipaman, Señorqa Milleritakunata kutichirqan Habacuc qelqaq iskay ñiqin kapítuloman, chaypitaq rikurqanku chay promesata: musuq rikch’aynin unaychakuspa qhepayta atispa kaptinpas, paykunan suyanankupaq kasqanta, mana llullakunqachu kasqanta, tukukuyninpiqa “rimarinqa” nisqanta.</w:t>
      </w:r>
    </w:p>
    <w:p>
      <w:pPr>
        <w:pStyle w:val="ArticleBody"/>
        <w:jc w:val="left"/>
      </w:pPr>
      <w:r>
        <w:rPr>
          <w:rFonts w:ascii="Times New Roman" w:hAnsi="Times New Roman" w:eastAsia="Times New Roman" w:cs="Times New Roman"/>
        </w:rPr>
        <w:t>Rikch’ayqa “rimashan” nisqaqa profétic willakuypa imayna kayninta rikuchirqan, chaymanta Jeremíasman qosqa promesaqa kaykarqan: payqa llakikuyta qespichikuspa, llakikuy manaraq chayamushaqtin ñawpaqta willakuypaq hap’iq sonqowan kutimuspa, trigo nisqatawan paja nisqata allinta t’aqapasqa chayqa, Diospa “simin” kanqa, hinaspan Chawpi Tutanpa Qapariynin willakuyta willanqa.</w:t>
      </w:r>
    </w:p>
    <w:p>
      <w:pPr>
        <w:pStyle w:val="ArticleScripture"/>
        <w:jc w:val="left"/>
      </w:pPr>
      <w:r>
        <w:rPr>
          <w:rFonts w:ascii="Times New Roman" w:hAnsi="Times New Roman" w:eastAsia="Times New Roman" w:cs="Times New Roman"/>
        </w:rPr>
        <w:t>Chay rikch’ayqa huk churakusqa pachapaqraqmi kachkan; ichaqa tukuyninpi rimanqa, manataq llullakunqachu. Unaychakunman chayqa, suyay chayta; imaraykuchus cheqaqtapuni hamunqa, manan unaychakunqachu. Habacuc 2:3.</w:t>
      </w:r>
    </w:p>
    <w:p>
      <w:pPr>
        <w:pStyle w:val="ArticleBody"/>
        <w:jc w:val="left"/>
      </w:pPr>
      <w:r>
        <w:rPr>
          <w:rFonts w:ascii="Times New Roman" w:hAnsi="Times New Roman" w:eastAsia="Times New Roman" w:cs="Times New Roman"/>
        </w:rPr>
        <w:t>Jeremías nisqawan rikch’achisqa runakunaqa, ñawpaq kaqpas kimsay kaq angelpa kuyuriyninpipas, kutimuy nisqa kamachikuyta hunt’aqkuna, ñawpaq hanaq pachapa maqt’api, mana allin huñunakuywan maqanakuypi, Señorpa “simin” kanqaku. Paykunaqa Chawpi Tuta Qapariyta willakuyta rikhurichinqaku. Jeremías nisqawan rikch’achisqa runakunaqa kunanqa ch’in pampa-pi huk “kunka”ta uyariykanku. Kimsa p’unchay kuskan simbólicoqa profético ch’in pampa-paq huk símbolo kachkan.</w:t>
      </w:r>
    </w:p>
    <w:p>
      <w:pPr>
        <w:pStyle w:val="ArticleScripture"/>
        <w:jc w:val="left"/>
      </w:pPr>
      <w:r>
        <w:rPr>
          <w:rFonts w:ascii="Times New Roman" w:hAnsi="Times New Roman" w:eastAsia="Times New Roman" w:cs="Times New Roman"/>
        </w:rPr>
        <w:t>Ch’inpiq runapa qaparinqa chunllaq pampapi: “Señorpa ñanninta waqichiychis; ch’aki pampapi Diosninchikpaq hatun ñanta chiqanyachiychis. Llapa urqukuna hunt’asqa kanqa, llapa orqokuna hinaspa moqokuna urayachisqa kanqa; q’iwisqa ñankuna chiqanyasqa kanqa, qhapaqmi mana allin pampakuna pampa tukunku. Hinaspa Señorpa k’anchaynin rikuchisqa kanqa, llapa runakuna kuskalla rikunqaku; imaraykuchus Señorpa siminmi chayta rimarqan.” Isaías 40:3–5.</w:t>
      </w:r>
    </w:p>
    <w:p>
      <w:pPr>
        <w:pStyle w:val="ArticleBody"/>
        <w:jc w:val="left"/>
      </w:pPr>
      <w:r>
        <w:rPr>
          <w:rFonts w:ascii="Times New Roman" w:hAnsi="Times New Roman" w:eastAsia="Times New Roman" w:cs="Times New Roman"/>
        </w:rPr>
        <w:t>Qatiqaq qillqapiqa qhawayninchikta qatiqasunmi pruebapaq guerrar qhipa maqanakusninmanta, chaymi kimsakaj hanaq pachapi qallarispa, hamuq qillqapi ñawpaq kaj hanaq pachapi tukukun.</w:t>
      </w:r>
    </w:p>
    <w:p>
      <w:pPr>
        <w:pStyle w:val="ArticleScripture"/>
        <w:jc w:val="left"/>
      </w:pPr>
      <w:r>
        <w:rPr>
          <w:rFonts w:ascii="Times New Roman" w:hAnsi="Times New Roman" w:eastAsia="Times New Roman" w:cs="Times New Roman"/>
        </w:rPr>
        <w:t>Chaymiqa llapa Madián runakuna, Amalec runakuna, inti lloqsimuq ladomanta runakunapas huñunakuspa hamusqaku, chimbaspa Jezreel pampapi campamentonta sayarichirqaku. Ichaqa Señorpa Espiritunmi Gedeonman hamurqan, hinaspan waqra trompetata waqachirqan; chaymanta Abiezer ayllupas paypa qhepantaraq huñunakusqa karqan. Paymi kachaqkunata cacharqan llapa Manasés suyuntinman; chaypas paypa qhepantaraq huñunakusqa karqan. Hinaspapas kachaqkunata cacharqan Aserman, Zabulónman, Naphtalíman; paykunata tinkuq wicharirqaku. Jueces 6:33–35.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Jesucristoq Rikuchikuynin - Chunka Yupayniyuq</dc:title>
  <dc:subject>Hanaqpachapi Awqanakuy</dc:subject>
  <dc:creator>Jeff Pippenger</dc:creator>
  <cp:keywords/>
  <dc:description>Generated by ArticleDigger from revelation\10_revelation.json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