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Jesucristopa Revelasqan - Chunka hukniyuq numero</w:t>
      </w:r>
    </w:p>
    <w:p>
      <w:pPr>
        <w:pStyle w:val="ArticleSubtitle"/>
        <w:jc w:val="left"/>
      </w:pPr>
      <w:r>
        <w:rPr>
          <w:rFonts w:ascii="Arial" w:hAnsi="Arial" w:eastAsia="Arial" w:cs="Arial"/>
        </w:rPr>
        <w:t>Uywaqamanta rikch’aynin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Huksi muspharisqa rikurirqan hanaq pachapi; qhawariy, hatun puka amaru, qanchis umayuq, chunka waqrayuq, umankunapipas qanchis coronayuq. Chupanwan hanaq pacha qoyllurkunamanta huk kimsa kaqmanta huknin rakita aysaspa, kay pachaman wischurqan. Amarupas warmi wachakunayapaqña kachkaptin ñawpaqninpi sayarqan, wawanta paqarisqan ratollaña mikhuykuyta munaspa. Hinaspan qhari wawatam wachakurqan, paymi llapa suyukunata fierro varawan kamachinan karqan. Wawantataq Diosman, kamachina tiyananmanpas oqarikapun. Warmitaq ch’in pampa-man ayqekurqan, chaypim Diospa wakichisqan mayoq karqan, chaypi waranqa iskay pachak soqta chunka p’unchawkama uywasqa kananpaq. Hanaq pachapitaq maqanakuy karqan: Miguelwan angelninkunawan kuska amaruwan maqanakurqanku; amarupas angelninkunawan kuska maqanakurqa. Ichaqa mana atiparqankuchu, manañataq hanaq pachapi mayninkupas tariykurqanchu. Chay hatun amarutaq qarqosqa karqan, chay machu machaqway, Diablo nisqa, Satanás nisqa, pacha tukuyta pantachiq; kay pachamanmi wischusqa karqan, angelninkunapas paywan kuska wischusqa karqanku. Hinaqtinmi hanaq pachapi sinchi kunkayuqta uyari-rqani, nispa: Kunanmi hamun qespichikuy, kallpa, Diosninchikpa qhapaq kamachikuynin, Cristonpa atiyninpas; imaraykuchus wawqinchikkunata tumpaq urayman wikch’usqanñam, paymi Diosninchikpa ñawpaqninpi p’unchay tuta tumpaq karqan. Paytataq atirqanku Uwiha yawarninrayku, hinaspa qespichikuyninkuta willakusqankurayku; wañuykamaqa kawsayninkutapas mana kuyakurqankuchu. Chayrayku kusikuychik, hanaq pachakuna, chaypi tiyaqkunapas. ¡Ay, kay pachapi, lamar qochapipis tiyaqkuna! imaraykuchus diablom qankunaman uraykamun hatun phiñakuyniyuq, pisi tiempo sapallaña qepakusqanta yachaspa. Amarutaq kay pachaman wischusqa kasqanta rikuspataq, qhari wawata wachakuq warmita qatiykacharqan. Warmimantaq iskay hatun anka raphrankuna qosqa karqan, chaywan ch’in pampaman, kikinpa mayman phawananpaq; chaypim machaqwaypa ñawpaqninmanta huk tiempo, tiempos, y medio tiempo uywasqa kachkan. Machaqwaytaq siminmanta unu lluqsimurqan mayu hinata warmipa qhepanta, mayu apasqa kananpaq. Kay pachataq warmita yanaparqan; kay pacham siminta kicharispa, amarupa siminmanta lluqsimuq mayuta ult’urparqan. Hinaqtinmi amaru warmiwan anchata phiñakuspa ripurqan mirayninpa puchuqninwan maqanakunanpaq, paykunam Diospa kamachikuykunata waqaychanku, Jesucristoq willakuynintapas hap’ipakunku. Apocalipsis 12:1–17.</w:t>
      </w:r>
    </w:p>
    <w:p>
      <w:pPr>
        <w:pStyle w:val="ArticleBody"/>
        <w:jc w:val="left"/>
      </w:pPr>
      <w:r>
        <w:rPr>
          <w:rFonts w:ascii="Times New Roman" w:hAnsi="Times New Roman" w:eastAsia="Times New Roman" w:cs="Times New Roman"/>
        </w:rPr>
        <w:t>Hatun ch’iqnakuypi Cristo wan Satanás chawpi ñawpaq maqanakuyqa qallarikurqan kimsakaj hanaq pacha llaqtapi, Luciferpa hatarinanwan; chay ñawpaq maqanakuytaq rikuchin tukuyma qhipa maqanakuyta ñawpaq hanaq pachapi. Aswanraq maqanakuykuna kan, waranqa wata kaypi tukukuyninpiqa, Satanás huk pisi tiempollapaq cacharqakusqa kachkan, Jerusalén contra maqanakuyta hatarichin; ichaqa chay maqanakuyqa mana ima atipaypaq atiyniyuqchu. Ñawpaqpi kimsakaj hanaq pachapi kasqa maqanakuyqa, tukukuyninpi ñawpaq hanaq pachapi kaq maqanakuyta rikuchispa, allinchasqa tiempokuna kichasqa kashaqtinmi rurasqa karqan.</w:t>
      </w:r>
    </w:p>
    <w:p>
      <w:pPr>
        <w:pStyle w:val="ArticleBody"/>
        <w:jc w:val="left"/>
      </w:pPr>
      <w:r>
        <w:rPr>
          <w:rFonts w:ascii="Times New Roman" w:hAnsi="Times New Roman" w:eastAsia="Times New Roman" w:cs="Times New Roman"/>
        </w:rPr>
        <w:t>Wawayuq warmiqa, Diospa iglesianta tukuy historiapi rikuchin, chaymanta Cristopa historiampipis qhari wawata, Jesús sutiyuqta, wachayta qayllapi kasharqan. Qhipa p’unchaykunapi iskay wawata wachan. Domingo ley manaraq hamuqtinmi Apocalipsis qanchisniyuqpi nisqa pachak tawa chunka tawa waranqakunata wachan; Domingo ley chayamuytinña Apocalipsis qanchisniyuqpi nisqa hatun achka runakunata wachananpaq nanayman yaykun. Iskay wawankunaqa mana kikillanñachu, ichaqa iskay wawakunan, ñawpaq paqarisqaqa Elíasmi, sullk’a churiqa Moisésmi.</w:t>
      </w:r>
    </w:p>
    <w:p>
      <w:pPr>
        <w:pStyle w:val="ArticleBody"/>
        <w:jc w:val="left"/>
      </w:pPr>
      <w:r>
        <w:rPr>
          <w:rFonts w:ascii="Times New Roman" w:hAnsi="Times New Roman" w:eastAsia="Times New Roman" w:cs="Times New Roman"/>
        </w:rPr>
        <w:t>Espiritual Israelpa qallariyninpi, Roma paganaq dragonninqa wawa qhari Jesusta mikhuypaq suyasqa karqa, chayhinallataq kunan pacha Roma modernaq dragonninqa suyasqan kashan pachak tawa chunka tawa waranqa runakunaq wawa qharinta mikhuynanpaq. Imaynachus Roma paganaqa ñawpaq cristiano iglesiata qatiykacharqa, chayhinallataq Roma modernaqa domingo kamachiy sasachakuy pachaspi chay qatiykachayta yapamantan. Ñawpaq cristiano iglesiapi warmiqa chunka iskay pachak suqta chunka watakunata chiqpachaqta ch’in pampaman ayqekurqa, hinaspa domingo kamachiy sasachakuy pacha qatiykachayqa Apocalipsis chunka kimsayuqpi, phisqa versiculopi, tawa chunka iskay killakunawan unanchasqa kashan. Ch’in pampapi Diospa runakunaqpaqqa maypi kuskasqa kan, chaypim paykunaqa mikhuchisqa, wiñachisqataq kanku.</w:t>
      </w:r>
    </w:p>
    <w:p>
      <w:pPr>
        <w:pStyle w:val="ArticleBody"/>
        <w:jc w:val="left"/>
      </w:pPr>
      <w:r>
        <w:rPr>
          <w:rFonts w:ascii="Times New Roman" w:hAnsi="Times New Roman" w:eastAsia="Times New Roman" w:cs="Times New Roman"/>
        </w:rPr>
        <w:t>Apocalipsis qhelqepa pusaq kaq capítulope, chunka kimsañiqin versículope, qhepa kimsa trompetakunaqa kimsa ay nisqakuna hina reqsichisqa kanku. Apocalipsispi kay aykunaqa Islampa trompeta juiciokunanta rikuchin, chay domingo p’unchay kamachiykunata pasan chay atiykunapa contranpi. Chunka iskayniyuq capítulope rikuchisqa maqanakuypiqa, Islampa ruyninqa reqsichisqa kachkan kaynata nispa: “¡Ay pachapi kaqkunaman, lamar qochapi kaqkunamanpas! imaraykuchus supayqa qankunaman uraykamusqa, ancha phiñakuyniyuq, yachaspa pisi tiempollataña kapusqanta.” Jezabelpa ñak’arichiy rurasqan, apostata qosan Acabwan hunt’asqa, “pacha” uywaman hinaspa “lamar qocha” uywaman dirigisqa kachkan.</w:t>
      </w:r>
    </w:p>
    <w:p>
      <w:pPr>
        <w:pStyle w:val="ArticleBody"/>
        <w:jc w:val="left"/>
      </w:pPr>
      <w:r>
        <w:rPr>
          <w:rFonts w:ascii="Times New Roman" w:hAnsi="Times New Roman" w:eastAsia="Times New Roman" w:cs="Times New Roman"/>
        </w:rPr>
        <w:t>Apocalipsis chunka pusaqniyuqpi atiyniyuq angilpa kuyukuynin, tukuy reformapa kuyukuynin hina, taripayman pusaspa chaypi yaykupaq tawa hatun señalninkunata qhawachin. Ñawpaq angilpa kuyukuyninpaq, chay tawa señalkuna karqan kaykuna: 1840 watapi Agosto killapa 11 p’unchawnin, 1843 watapa Pawqar killakunapi ñawpaq llakikuy, 1844 watapi Agosto killapa 12-manta 17-kama Chawpi Tuta Qapariy willakuy chayamuy, hinaspa 1844 watapi Octubre killapa 22 p’unchawninpi taripay kichariy. Chay tawa señalmanta sapa hukninpas “pacha” nisqa hukllachasqa hatun yuyayniyuq karqan. 1840 watapi Agosto killapa 11 p’unchawninqa Apocalipsis isqunniyuq kapitulu, chunka pichqayuq versículopi pacha qhelqasqa willakuypa hunt’akuynin karqan. 1843 watapa ñawpaq llakikuyninqa pacha nisqamanta mana allin watuq willakuypa rikch’aynin karqan. Chawpi Tuta Qapariy willakuyninqa ñawpaqpi pantasqa pacha watuq willakuypa allichaynin karqan, hinaspa 1844 watapi Octubre killapa 22 p’unchawninqa Chawpi Tuta Qapariy willakuypi willasqa pachapa hunt’akuynin karqan.</w:t>
      </w:r>
    </w:p>
    <w:p>
      <w:pPr>
        <w:pStyle w:val="ArticleBody"/>
        <w:jc w:val="left"/>
      </w:pPr>
      <w:r>
        <w:rPr>
          <w:rFonts w:ascii="Times New Roman" w:hAnsi="Times New Roman" w:eastAsia="Times New Roman" w:cs="Times New Roman"/>
        </w:rPr>
        <w:t>Kimsa angelpa kuyukuyninqa chay kikillan tawa waymarkakunayuqmi, imaraykuchus sapa reforma churipi kanku; hinallataq, sapa reforma churipa chay tawa waymarkakunanmanta sapa waymarkaqa kikillan profetiku temayuqmi. Kimsañiqin ay paqarisqan Islamqa, pachak tawa chunka tawa waranqa runakunapa kuyukuyninpi chay tawa waymarkakunapa temanmi. 11 septiembre 2001 p’unchawpi kimsañiqin ay paqarisqan Islamqa kacharirqan, chaymantataq hark’asqa karqan. 18 julio 2020 p’unchawpa pantasqa willakuyninqa Nashville, Tennessee llaqtaman huk islámico maqanakuyta reqsisqa, hinaspataq kimsañiqin ay paqarisqan Islamta rikuchirqan. Apocalipsis chunka hukniyuqpi ñanpi kachkak wañusqa ch’aki tullukunata rikch’arichiq willakuyninqa, Chawpi Tuta Qapariy willakuypa hunt’asqa hinallataq qhipa hunt’ayninmi, hinaspataq Nashville willakuypa huk allichayninta rikuchin (pacha imaymana mana yapasqawan). Chayqa tawañiqin waymarkapi hunt’asqa kanqa, chaymi Domingo kamachikuy kachkan, maypichus kimsañiqin ay paqarisqan Islamqa Estados Unidos-ta maqananqa, utqay hamuq Domingo kamachikuyta churasqanrayku.</w:t>
      </w:r>
    </w:p>
    <w:p>
      <w:pPr>
        <w:pStyle w:val="ArticleBody"/>
        <w:jc w:val="left"/>
      </w:pPr>
      <w:r>
        <w:rPr>
          <w:rFonts w:ascii="Times New Roman" w:hAnsi="Times New Roman" w:eastAsia="Times New Roman" w:cs="Times New Roman"/>
        </w:rPr>
        <w:t>Kay chiqaq cheqaqasqa riqsisqa kaptin, kimsañiqin angelpa atiyniyoq kuyuynin hamuq taripaymanta willakuq yuyaywan kuskan, kimsañiqin llaquywan rikuchisqa islam taripayqa mana sasañachu entiendenapaq hina kay “llaquy” kasqanta, mayqinchus “pachaman” hinaspa “lamarman” apamusqa.</w:t>
      </w:r>
    </w:p>
    <w:p>
      <w:pPr>
        <w:pStyle w:val="ArticleBody"/>
        <w:jc w:val="left"/>
      </w:pPr>
      <w:r>
        <w:rPr>
          <w:rFonts w:ascii="Times New Roman" w:hAnsi="Times New Roman" w:eastAsia="Times New Roman" w:cs="Times New Roman"/>
        </w:rPr>
        <w:t>Kawsaqkuna taripayninqa qallarin 11 septiembre 2001 watapi, chay pacha mantataq, utqaylla hamuq domingo kamachikama, uywaqpa rikchayninpa rurakuyninmanta pruebam Estados Unidos llaqtapi pasan. Domingo kamachiymanta pacha Michael sayarikunankama, runapa probationnin wichq’akunankama, chaymanta pacha kay pacha huknin llaqtakunaqa uywaqpa rikchayninpa rurakuyninwan pruebayta chaskinqaku. Estados Unidospi Qanchis p’unchaw Adventistakuna pruebaypi kachkanku-chu, utaq domingo kamachiy qhepaman llapa kay pachaqa pruebaypi kachkan-chu, chay pruebaqa sut’inchasqa kachkan, maypichus wiñay destinonchis nisqanmanta kamachisqa kanqa chay pruebay hina. Hinallataq chayqa chay prueba, maytataq pasananchik tiyan, probation wichq’akunankama domingo kamachipi. Profecía nisqapi rikurisqa fenómeno, ñawpaqta Estados Unidospi uywaqman rikch’aq rikch’ayninpa prueban kanan, hinaspa chaymanta yapamanta kay pachapi kanan, allinta chiqapta unanchanapaqqa ancha allinmi.</w:t>
      </w:r>
    </w:p>
    <w:p>
      <w:pPr>
        <w:pStyle w:val="ArticleScripture"/>
        <w:jc w:val="left"/>
      </w:pPr>
      <w:r>
        <w:rPr>
          <w:rFonts w:ascii="Times New Roman" w:hAnsi="Times New Roman" w:eastAsia="Times New Roman" w:cs="Times New Roman"/>
        </w:rPr>
        <w:t>“América, religionpi qispisqa kaypa llaqtan hina, Papadowan huñunakuspa umallinkuta kallpachispa hinaspa runakunata llulla samana p’unchayta yupaychanankupaq mat’ipakuspa, chayqa kay pachapi llapa llaqtakunapi tiyaj runakuna paypa ruwasqanta qatiq rinankupaq pusasqa kanqaku.” Testimonies, volumen 6, 18.</w:t>
      </w:r>
    </w:p>
    <w:p>
      <w:pPr>
        <w:pStyle w:val="ArticleBody"/>
        <w:jc w:val="left"/>
      </w:pPr>
      <w:r>
        <w:rPr>
          <w:rFonts w:ascii="Times New Roman" w:hAnsi="Times New Roman" w:eastAsia="Times New Roman" w:cs="Times New Roman"/>
        </w:rPr>
        <w:t>Chaykunanpaq siñalkuna allinta unanchasqa kaptinqa, chaymanta Apocalipsis chunka kimsayuqpi qillqasqa pasajeta, iskay sutinpi qatipaq, ichaqa kikinmanta “bestiapa rikch’aynin” pruebakunamanta rimashaqta, mana sasa reqsisqa atikun. Kayqa achka imaraykukunarayku ancha importante. Huk imaraykuqa kaymi: Luciferpa ñawpaq kaq kimsay hanaq pachapi guerrapi apaq millaychasqa willanakuykuna, imaynatas Satanaspa millaychasqa willanakuykuna qhipa kaq ñawpaq hanaq pachapi qhipa guerrapi yapamanta rikurinqa, chayta rikuchin.</w:t>
      </w:r>
    </w:p>
    <w:p>
      <w:pPr>
        <w:pStyle w:val="ArticleBody"/>
        <w:jc w:val="left"/>
      </w:pPr>
      <w:r>
        <w:rPr>
          <w:rFonts w:ascii="Times New Roman" w:hAnsi="Times New Roman" w:eastAsia="Times New Roman" w:cs="Times New Roman"/>
        </w:rPr>
        <w:t>Punta pacha hanaq pachapi guerra, domingo kamachiywan qallarispa, atipachakun animalpa rikchayninpa prueban tiempopi llapa kay pachapaq. 11 ñiqin septiembre killapi, 2001 watamanta pacha, Estados Unidos suyupi animalpa rikchayninpa prueban tiempunqa ruwakusqanña kachkan. Kay iskay prueban tiempokunata qatiqninpi kaq hina reqsispa, Estados Unidosmanta qallarispa chaymanta llapa pachaman, hinaptinmi Apocalipsis chunka iskayniyuq kapitulumanta guerrawan rikuchisqa chiqaqkunaqa kutichisqa kanan 2001 watapa historianninkama, domingo kamachiykama. Huk ejemplopi hina, Luciferpa waqllichisqa willakuyninkuna, hipnosis nisqawan sut’ichasqa kaq, kunan p’unchaypi ruwayninpi dragón atiyniyuqwan llamk’achisqa kanqa Apocalipsis chunka iskayniyuq kapitulumanta punta hanaq pachapa guerranpi. Chay historiapi dragónpa llamk’achisqan hipnosisqa Jezabelpa herejekuna kasqankuta sut’ichasqan runakunata wañuchinapaqmi kachkan.</w:t>
      </w:r>
    </w:p>
    <w:p>
      <w:pPr>
        <w:pStyle w:val="ArticleBody"/>
        <w:jc w:val="left"/>
      </w:pPr>
      <w:r>
        <w:rPr>
          <w:rFonts w:ascii="Times New Roman" w:hAnsi="Times New Roman" w:eastAsia="Times New Roman" w:cs="Times New Roman"/>
        </w:rPr>
        <w:t>2001 watakunapaq willakuy pi, domingo p’unchay kamachikuykama, iskay testigokunaqa wañuchisqa karqanku Sodoma hinaspa Egipto callepi. Apocalipsis chunka hukniyuq qillqapi ñawpaq hunt’akuyninpi, Sodoma hinaspa Egipto nisqawan sut’inchasqa nacionqa Francia karqan. Franciaqa profetico nacionmi, iskay atiykunamanta ruwasqa, imaynatachus Medo-Persia Imperio karqan hina, imaynatachus ñawpaq Israelqa rakisqa qhapaq suyunkunapi karqan hina, hinaspa imaynatachus Judápa iskay ayllunkuna Judá hinaspa Benjamín nisqakunawan sut’inchasqa karqanku hina. Llapa iskay waqrayuq nacionkunaqa simbolicamente Estados Unidospa iskay waqrayuq nacionninta reqsichinku.</w:t>
      </w:r>
    </w:p>
    <w:p>
      <w:pPr>
        <w:pStyle w:val="ArticleBody"/>
        <w:jc w:val="left"/>
      </w:pPr>
      <w:r>
        <w:rPr>
          <w:rFonts w:ascii="Times New Roman" w:hAnsi="Times New Roman" w:eastAsia="Times New Roman" w:cs="Times New Roman"/>
        </w:rPr>
        <w:t>Sodoma llaqta, hinaspa Egipto nacionpas, iskay wagra-kunata rikuchin: Republicanismo-pa (Egipto) hinaspa Protestantismo-pa (Sodoma). Iskay wagra-kunaqa 2020 watapi wañuchisqa karqan: Republicanismo-pa wagra-nin hinaspa Protestantismo-pa wagra-nin. Chaymanta, mundialista dragón atiyniyuq-kuna hipnotismo llamk’achisqankuta, llapa pacha web nisqa chawpiwan, chayraqmi llamk’achirqanku, kikin hinallataq imaynachus jamuq ñawpaq hanaq pacha paqarin ch’aqwaypi llamk’achisqa kanqa. Llapa pacha web nisqa paqarichisqan willakuyta kamachispaqa, 2020 watapi akllayqa, cienciawan allinta manipulasqa karqan, mundialismo yuyay-saphiwan tinkuq ruwayta paqarichinanpaq. Kayqa sapanlla huk rikuchiymi, bestia-pa imagen-nin pruebata unay hamut’anapaq munasqanmanta: ñawpaqta Estados Unidospi hunt’asqa kasqanmanta, chaymantataq kay pachapi.</w:t>
      </w:r>
    </w:p>
    <w:p>
      <w:pPr>
        <w:pStyle w:val="ArticleScripture"/>
        <w:jc w:val="left"/>
      </w:pPr>
      <w:r>
        <w:rPr>
          <w:rFonts w:ascii="Times New Roman" w:hAnsi="Times New Roman" w:eastAsia="Times New Roman" w:cs="Times New Roman"/>
        </w:rPr>
        <w:t>“Señorqa sut’ita qhawachiwashan, bestiapa rikch’ayninqa formakunqa manaraq gracia p’unchaykuna tukukuptin; chaymi Diospa llaqtanpaq hatun prueban kanan, chaywanmi wiñay kawsayninpa destino-ninkuqa decidisqa kanqa. Qamkunaq sayaynikiqa hina t’aqwi, mana tupaq churasqakunawan hunt’asqa kashan, chayrayku aswan pisilla pantachisqa kanqaku.”</w:t>
      </w:r>
    </w:p>
    <w:p>
      <w:pPr>
        <w:pStyle w:val="ArticleScripture"/>
        <w:jc w:val="left"/>
      </w:pPr>
      <w:r>
        <w:rPr>
          <w:rFonts w:ascii="Times New Roman" w:hAnsi="Times New Roman" w:eastAsia="Times New Roman" w:cs="Times New Roman"/>
        </w:rPr>
        <w:t>“Apocalipsis 13 nisqapi kay yachachiyqa sut’ita qhawachisqa kachkan; [Apocalipsis 13:11–17, citado].”</w:t>
      </w:r>
    </w:p>
    <w:p>
      <w:pPr>
        <w:pStyle w:val="ArticleScripture"/>
        <w:jc w:val="left"/>
      </w:pPr>
      <w:r>
        <w:rPr>
          <w:rFonts w:ascii="Times New Roman" w:hAnsi="Times New Roman" w:eastAsia="Times New Roman" w:cs="Times New Roman"/>
        </w:rPr>
        <w:t>“Kayqaqa Diospa llaqtanpaq sellasqa kananpaq ñawpaqman hamuq prueban. Llapaqpis Diosman cheqaq kasqankuta rikuchispa, Paypa kamachikuyninta waqaychaspa, llulla sábado chaskiyta mana munasqankuqa, Señor Dios Jehovápa estandarten uranpi sayarinqaku, hinaspataq kawsak Diospa sellonta chaskinqaku. Hanaq pacha paqarimusqa cheqaq kayta saqespa, domingo sábadota chaskiqkunaqa, uywapa señalta chaskinqaku.” Manuscript Releases, volume 15, 15.</w:t>
      </w:r>
    </w:p>
    <w:p>
      <w:pPr>
        <w:pStyle w:val="ArticleBody"/>
        <w:jc w:val="left"/>
      </w:pPr>
      <w:r>
        <w:rPr>
          <w:rFonts w:ascii="Times New Roman" w:hAnsi="Times New Roman" w:eastAsia="Times New Roman" w:cs="Times New Roman"/>
        </w:rPr>
        <w:t>Qanchis p’unchaw samana p’unchaypa kamachin nisqa hunt’akusqanpi, Qanchis P’unchay Adventistakunaq gracia pacha tukukun. Estados Unidospa ejemplonta qatikuq llaqtakunaqa, imaynatachus Estados Unidos gracia pachanta wisq’akurqan hinallatataq, paykunapa gracia pachankupas wisq’akunqa.</w:t>
      </w:r>
    </w:p>
    <w:p>
      <w:pPr>
        <w:pStyle w:val="ArticleScripture"/>
        <w:jc w:val="left"/>
      </w:pPr>
      <w:r>
        <w:rPr>
          <w:rFonts w:ascii="Times New Roman" w:hAnsi="Times New Roman" w:eastAsia="Times New Roman" w:cs="Times New Roman"/>
        </w:rPr>
        <w:t>“Sapaq nacionkunaqa Estados Unidospa ejemplonta qatiqkuna kanqaku. Payqa ñawpaqman pusaptinpas, chay kikin sasachakuyqa ñuqanchik llaqtanchikman hamunqa kay pachapi tukuy chiqninkunapi.” Testimonies, volume 6, 395.</w:t>
      </w:r>
    </w:p>
    <w:p>
      <w:pPr>
        <w:pStyle w:val="ArticleBody"/>
        <w:jc w:val="left"/>
      </w:pPr>
      <w:r>
        <w:rPr>
          <w:rFonts w:ascii="Times New Roman" w:hAnsi="Times New Roman" w:eastAsia="Times New Roman" w:cs="Times New Roman"/>
        </w:rPr>
        <w:t>Qhepa kuyukuyninkunaqa usqhaylla kanku.</w:t>
      </w:r>
    </w:p>
    <w:p>
      <w:pPr>
        <w:pStyle w:val="ArticleScripture"/>
        <w:jc w:val="left"/>
      </w:pPr>
      <w:r>
        <w:rPr>
          <w:rFonts w:ascii="Times New Roman" w:hAnsi="Times New Roman" w:eastAsia="Times New Roman" w:cs="Times New Roman"/>
        </w:rPr>
        <w:t>“Mana allinchu mana allin kallpakuna huñunakuspa kawsanku, hinallataq hukllachasqa kanku. Qhipa hatun sasachakuypaq kallpachakuchkanku. Aswan hatun tikraykuna kay pachanchispi utqaylla ruwakunanpaq kashan, hinaspa qhipa kuyuykuna ancha utqayllam kanqa.” Testimonies, volumen 9, 11.</w:t>
      </w:r>
    </w:p>
    <w:p>
      <w:pPr>
        <w:pStyle w:val="ArticleBody"/>
        <w:jc w:val="left"/>
      </w:pPr>
      <w:r>
        <w:rPr>
          <w:rFonts w:ascii="Times New Roman" w:hAnsi="Times New Roman" w:eastAsia="Times New Roman" w:cs="Times New Roman"/>
        </w:rPr>
        <w:t>Uywaqpaq uywakuyta entiendenapaq, ima yachaykunatataq tekniku proféticota churayta munan. Qallarinapaqqa, bestiapa señalanwan bestiapa imagennan iskay sapa símbolokuna kanku.</w:t>
      </w:r>
    </w:p>
    <w:p>
      <w:pPr>
        <w:pStyle w:val="ArticleScripture"/>
        <w:jc w:val="left"/>
      </w:pPr>
      <w:r>
        <w:rPr>
          <w:rFonts w:ascii="Times New Roman" w:hAnsi="Times New Roman" w:eastAsia="Times New Roman" w:cs="Times New Roman"/>
        </w:rPr>
        <w:t>“‘Uywamanman rikch’ nisqaqa chay apostata protestante kaypa rikch’ayninta sut’inchan, mayqenchus protestante iglesiakuna estadoq atiynin yanapayninta maskhanku dogmanankuta kallpachayta hunt’achinankupaq. ‘Uywamanmanpa señalan’ nisqaqa manaraqmi sut’inta riqsichisqa kachkanchu.” The Great Controversy, 445.</w:t>
      </w:r>
    </w:p>
    <w:p>
      <w:pPr>
        <w:pStyle w:val="ArticleBody"/>
        <w:jc w:val="left"/>
      </w:pPr>
      <w:r>
        <w:rPr>
          <w:rFonts w:ascii="Times New Roman" w:hAnsi="Times New Roman" w:eastAsia="Times New Roman" w:cs="Times New Roman"/>
        </w:rPr>
        <w:t>Uywaq animalpa señalananqa domingo p’unchawta waqaychaspa kasqanmi, animalpa rikch’ayninqa huk iglesiam, mayqan civil kamachiyta llamk’achin hinaspa chaywanmi paypa religión yachachikuyninkunata kallpachin.</w:t>
      </w:r>
    </w:p>
    <w:p>
      <w:pPr>
        <w:pStyle w:val="ArticleScripture"/>
        <w:jc w:val="left"/>
      </w:pPr>
      <w:r>
        <w:rPr>
          <w:rFonts w:ascii="Times New Roman" w:hAnsi="Times New Roman" w:eastAsia="Times New Roman" w:cs="Times New Roman"/>
        </w:rPr>
        <w:t>“Dominguta waqaychayta kallpachay protestante iglesiakunapa ruwasqanqa papakuyta yupaychayta kallpachaymi — uywapaqta. Pichqankunachus tawa kaq kamachiypa mañakusqanta entiendespa, chiqap samana p’unchaypa rantin llulla samana p’unchayta waqaychayta akllanku, chayhinam chaylla atiywan kamachisqa kallpaqman hatun yupaychayta qonku. Ichaqa, huk religioso ruwayta secular atiyniywan kallpachaspa, iglesiakuna kikinkum imachus uywapaq rikch’ayninta rurankuman; chayraykum Estados Unidos llaqtapi dominguta waqaychayta kallpachayqa uywatawan rikch’aynintawan yupaychayta kallpachay kanman.” The Great Controversy, 448, 449.</w:t>
      </w:r>
    </w:p>
    <w:p>
      <w:pPr>
        <w:pStyle w:val="ArticleBody"/>
        <w:jc w:val="left"/>
      </w:pPr>
      <w:r>
        <w:rPr>
          <w:rFonts w:ascii="Times New Roman" w:hAnsi="Times New Roman" w:eastAsia="Times New Roman" w:cs="Times New Roman"/>
        </w:rPr>
        <w:t>Uywakuna rikch’ayninqa iglesiatawan estadotawan huñusqanmanta sut’inchan, chaypiqa iglesiawmi chay tinkuyta kamachin. Jezabelqa Acabpa hawanpi kamachirqan, imaynan Herodiaspas Herodpa hawanpi kamachirqan hina. Uywap sananqa domingota waqaychasqanmi. Uywakuna rikch’ayninqa unay tiempo puriyninpi wiñan. Uywap sananqa huk pacha chikan nisqa pachata sut’inchan. Uywakuna rikch’ayninqa aswan-aswan wiñarispan ñawpaqman purin, ichaqa hunt’asqa puquyninmanqa chayanllanmi maypachachus estadota kallpachayta atispa religionnin dogmakunata kamachinanpaq leyta pasarichin. Pruebakunaqa rikch’aypa “ruwasqanwan” tantisqañam kachkan.</w:t>
      </w:r>
    </w:p>
    <w:p>
      <w:pPr>
        <w:pStyle w:val="ArticleScripture"/>
        <w:jc w:val="left"/>
      </w:pPr>
      <w:r>
        <w:rPr>
          <w:rFonts w:ascii="Times New Roman" w:hAnsi="Times New Roman" w:eastAsia="Times New Roman" w:cs="Times New Roman"/>
        </w:rPr>
        <w:t>“Ichaqa, ¿imataq ‘uywakunapa rikch’ayninman hina’ nisqaqa? ¿imaynataq ruwasqa kanan? Chay rikch’ayninqa iskay waqrayuq uywawan ruwasqa, hinallataq uywapa rikch’ayninmi. Sapa kutiwanpas ‘uywapa rikch’aynin’ sutichasqallataqmi. Chayrayku yachananchikpaq imayna kasqanta chay rikch’ayninqa, hinallataq imaynata ruwasqa kananpaq, uywapa kikin kayninkunata yachanananchik tiyan—papado nisqapa.”</w:t>
      </w:r>
    </w:p>
    <w:p>
      <w:pPr>
        <w:pStyle w:val="ArticleScripture"/>
        <w:jc w:val="left"/>
      </w:pPr>
      <w:r>
        <w:rPr>
          <w:rFonts w:ascii="Times New Roman" w:hAnsi="Times New Roman" w:eastAsia="Times New Roman" w:cs="Times New Roman"/>
        </w:rPr>
        <w:t>“Ñawpaq iglesya, evangelio nisqapa llamp’u kayninmanta karunchakuspa, hinaspa mana Diospi iñiqkunapa ritosninkuta, costumbrenkuta chaskispa, Diospa Espirituntawan atiniyntawan chinkachirqan; chayrayku, runakunapa yuyayninkuta kamachinapaq, kay pachapi kamachiq atiyniyoqkunapa yanapakuyninta maskarqan. Chaymanta paqarirqan papado, huk iglesya mayqinchus estadoq atiyninta kamachirqan, hinaspa chayta llamk’achirqan kikin munayninkunata ñawpaqman apanapaq, aswanraq ‘herejía’ nisqata castiganapaq. Estados Unidos suyuqa animalpa rikch’ayninta ruwayta atinampaqqa, religiosoq atiyninmi civil gobiernota hina kamachinan, chay hina estadoq autoridadninpas iglesyapaq llamk’achisqa kananpaq, kikin munayninkunata hunt’ananpaq.” The Great Controversy, 443.</w:t>
      </w:r>
    </w:p>
    <w:p>
      <w:pPr>
        <w:pStyle w:val="ArticleBody"/>
        <w:jc w:val="left"/>
      </w:pPr>
      <w:r>
        <w:rPr>
          <w:rFonts w:ascii="Times New Roman" w:hAnsi="Times New Roman" w:eastAsia="Times New Roman" w:cs="Times New Roman"/>
        </w:rPr>
        <w:t>Uywaqa animalpa rikchayninwan animalpa señalninwan t’aqanakuyqa Adventistakunapa yachayninpi sumaqta chaskisqa yuyaymi. Kay yachaypi Adventismopa lliwllan pantasqanqa, aswanqa Apocalipsis chunka kimsayuqpi kashan. Paykunaqa imaynachus hukllapi chaqrunakuyniyuq kanku Estados Unidospa ruwasqanwan domingo ley qhipaman, maypachachus payqa kay pachata kallpachin animalpaq huk rikchayta sayachinankupaq, Estados Unidospi animalpa rikchaynin sayachisqa kasqanwan. Iskay sapaq profetico pacha kanku.</w:t>
      </w:r>
    </w:p>
    <w:p>
      <w:pPr>
        <w:pStyle w:val="ArticleBody"/>
        <w:jc w:val="left"/>
      </w:pPr>
      <w:r>
        <w:rPr>
          <w:rFonts w:ascii="Times New Roman" w:hAnsi="Times New Roman" w:eastAsia="Times New Roman" w:cs="Times New Roman"/>
        </w:rPr>
        <w:t>Cristo hamurqa achka runakunawan huk semanapaq pactota takyachinampaq, chay semanapa chawpinpitaq payqa chakatasqa karqa. Chhaynaqa, chay semanqa iskay pacha rakikunata rikuchin, maypichus animalpa lantiynin ruwasqa kan. Cristopa semananqa iskay kikillan pacha rakikunañanman rakisqa karqa, Cristopa lantiyninta rikuchispa. Qhipa p’unchaykunapi iskay prueba pacha rakikunaqa anticristopa lantiyninta rikuchin.</w:t>
      </w:r>
    </w:p>
    <w:p>
      <w:pPr>
        <w:pStyle w:val="ArticleBody"/>
        <w:jc w:val="left"/>
      </w:pPr>
      <w:r>
        <w:rPr>
          <w:rFonts w:ascii="Times New Roman" w:hAnsi="Times New Roman" w:eastAsia="Times New Roman" w:cs="Times New Roman"/>
        </w:rPr>
        <w:t>Ñawpaq chunka iskay pachapi, waranqa iskay pachak soqta chunka p'unchawkunapi, Cristo kikinpa testimontanta apamurqa, chaymantaq cruzpi wañurqa. Chaymantaq karqa huk kikillan waranqa iskay pachak soqta chunka p'unchawkunapas maypichus discípulokuna testificaqkuna karqaku, chaykama Miguel hatarirqa Estebanpa rumikunawan maqasqa wañuyninpi. Cruzqa domingo kamachiyta rikch'achin. Iskay pruebakuna, bestiapa imagennin ruwaywan tupaq, ñawpaq pachata reqsichin waranqa tawapachak tawa chunka tawayoqkunawan tupaq, paykunaqa Cristowan rikch'achisqa kanku, chay pachataq tukukun domingo kamachiypi, mayqinchus cruzwan rikch'achisqa. Qhipa kikillan prueba pachaqa, mayqinchus Cristopa tiemponpi discípulokunapa llamk'ayninwan rikuchisqa karqa, hatun achka runamanmi qhawarin, chaytaq tukukun Miguel hatariqtin, manam Estebanpa rumikunawan maqasqa wañuyninpiñachu, aswanpas Daniel 12:1 nisqapi runakunapa prueba pacha wisq'akuy tukukuyninpi.</w:t>
      </w:r>
    </w:p>
    <w:p>
      <w:pPr>
        <w:pStyle w:val="ArticleBody"/>
        <w:jc w:val="left"/>
      </w:pPr>
      <w:r>
        <w:rPr>
          <w:rFonts w:ascii="Times New Roman" w:hAnsi="Times New Roman" w:eastAsia="Times New Roman" w:cs="Times New Roman"/>
        </w:rPr>
        <w:t>Wakin runakunaqa mana rikunku Apocalipsis chunka kimsayuq qillqapi, chunka hukniyuq versiculomanta ñawpaqman p’unchawkunapa chiqaq qatiyninta, imaraykuchus achka kutipi rikurin chayqa munayman hina mana munaykuchkanchik riksiyta: Estados Unidos dragón hina rimaptin, chayqa Estados Unidospi bestiapa rikch’aynin hunt’asqa ruwasqa kasqanta sut’inchan. Estados Unidos domingo p’unchaw kamachiyta pasachinanpaqqa, Estados Unidospi bestiapa rikch’ayninqa domingo p’unchaw kamachiy manaraq kaptin ñawpaqta ruwasqa kanan tiyan. Yapamanta ñawiriy chay pisilla ñawpaq pasajekunata, The Great Controversy qillqamanta kunanraq citesqa, sichus mana entiendenkichu ima nisqayta.</w:t>
      </w:r>
    </w:p>
    <w:p>
      <w:pPr>
        <w:pStyle w:val="ArticleBody"/>
        <w:jc w:val="left"/>
      </w:pPr>
      <w:r>
        <w:rPr>
          <w:rFonts w:ascii="Times New Roman" w:hAnsi="Times New Roman" w:eastAsia="Times New Roman" w:cs="Times New Roman"/>
        </w:rPr>
        <w:t>Apocalipsis qanchis chunka kimsayuq ñiqi chunka kimsa capítulo chunka hukniyuq versículopi Estados Unidos dragón hina rimaptin, chayqa kayta sut’inchan: Estados Unidospi ley ruraq hinallataq justicia kamachiq atiykuna, Estados Unidospi apostata iglesiakunapa kamachisqanman hina, domingo p’unchaw leyta churasqankuta. Domingo p’unchaw leypa decretoqa Estados Unidospa siminmanta lluqsiy.</w:t>
      </w:r>
    </w:p>
    <w:p>
      <w:pPr>
        <w:pStyle w:val="ArticleScripture"/>
        <w:jc w:val="left"/>
      </w:pPr>
      <w:r>
        <w:rPr>
          <w:rFonts w:ascii="Times New Roman" w:hAnsi="Times New Roman" w:eastAsia="Times New Roman" w:cs="Times New Roman"/>
        </w:rPr>
        <w:t>“Rikurqani iskay waqrayuq uywaqa dragónpa simiyuq kasqanta, hinallataq kallpan umanpi kasqanta, hinaspa kamachikuyqa siminmanta lluqsimunanpaq kasqanta.” Spalding and Magan, 1.</w:t>
      </w:r>
    </w:p>
    <w:p>
      <w:pPr>
        <w:pStyle w:val="ArticleBody"/>
        <w:jc w:val="left"/>
      </w:pPr>
      <w:r>
        <w:rPr>
          <w:rFonts w:ascii="Times New Roman" w:hAnsi="Times New Roman" w:eastAsia="Times New Roman" w:cs="Times New Roman"/>
        </w:rPr>
        <w:t>Sapa kutipi admirakuni Adventismopa sasachakuywan rikuyta mana atisqanta, iskay waqrayuq allpa uywa dragón hina rimaptin, mana sasallachu Estados Unidospi domingo p’unchay kamachiyta señalasqanta, aswanpas papal lamar qochapi uywapa rikchaynin hunt’asqa tukusqantapas señalasqanta. Estados Unidos domingo p’unchay kamachiyta qispichinampaq, iglesiapaq estadopaq huñunakusqanqa ñawpaqtaña hunt’asqa wiñachisqa kanan tiyan. Estados Unidospa apostata iglesiakunaqa mana sasallachu huk killachaw lunes p’unchaypi huñunakunku, chaymanta martes p’unchaypi Congreso-man rinku, hinaspa Congreso-ta ninku miércoles p’unchaykama domingo p’unchaypaq kamachiyta qispichinanta munasqankuta. Iglesiapaq estadopaq chawpinpi ruwasqa huñunakuyqa rikuchisqa kachkan uywapa rikchayninpa “ruwakusqan” hina, Daniel qillqapa 3 kaq kapituluypi qori rikchaypa “ruwakusqan” hina; chayqa huk tiempo ruwanapaq hap’iqasqa kananmi. Uywapa rikchayninqa papadopa sistema, mayqenwan tutayaq pacha Edad Oscura nisqapi waranqa waranqa mártir-kunata wañuchirqan; chayta ruwanaqpaqmi tiyan llapa runakunapa kawsaypi, política-pi, religión-pi, economía-pi wiñaykunapas, hinallataq domingo p’unchay kamachiyta hunt’achinapaq munasqa kawsay muyuriynin, hinaspa kamachikuy ñawpaqchasqakuna. Chay wiñaykunaqa uywapa rikchayninpa pruebanmi, mayqanwan “wiñaypaq destinoyninchikta kamachisqa kanan,” hinaspa chayqa prueba kachkan, mayqenta atipananchik tiyan “sellosqa kananchikpaq manaraq” nisqaman hina.</w:t>
      </w:r>
    </w:p>
    <w:p>
      <w:pPr>
        <w:pStyle w:val="ArticleScripture"/>
        <w:jc w:val="left"/>
      </w:pPr>
      <w:r>
        <w:rPr>
          <w:rFonts w:ascii="Times New Roman" w:hAnsi="Times New Roman" w:eastAsia="Times New Roman" w:cs="Times New Roman"/>
        </w:rPr>
        <w:t>“Señorqa sut’ita rikuchiwashan animalpa imagenninmi kamasqa kanqa manaraq probación tukukuchkaptin; chaymi Diospa llaqtanpaq hatun prueban kanqa, maypim wiñay kawsayninpa destino-nku decidisqa kanqa.... Kaymi chay prueba, mayqintachus Diospa llaqtan pasayta tiyan manaraq sellasqa kankuchkaptin.” Manuscript Releases, volumen 15, 15.</w:t>
      </w:r>
    </w:p>
    <w:p>
      <w:pPr>
        <w:pStyle w:val="ArticleBody"/>
        <w:jc w:val="left"/>
      </w:pPr>
      <w:r>
        <w:rPr>
          <w:rFonts w:ascii="Times New Roman" w:hAnsi="Times New Roman" w:eastAsia="Times New Roman" w:cs="Times New Roman"/>
        </w:rPr>
        <w:t>Domingopa kamachikuyqa chawpi tuta sasachakuymi, chaymi chunka sipaskunamanta rimay yachachiyta tukuy hunt’asqa hinallataq qhepaman hunt’an. Chay chawpi tuta sasachakupiqa rikuchisqa kanqa, yuyaysap’a Filadelfiamanta sipaskunachu utaq mana yuyaysap’a Laodiceamanta sipaskunachu kasqanchik. Mana yuyaysap’akunaqa uywapa señalan chaskinku, yuyaysap’akunaqa Diospa sellonta chaskinku. Pipas mayqenpas Qanchis p’unchaw Adventista iglesiaman hukchasqa karqa, miembro kayman yaykunanpaq ñawpaqmantapacha doctrina cheqaq-kaykunapa listanwan acuerdota ruwarqa, chayrayku llapa Qanchis p’unchaw Adventistapas samana p’unchawpa cheqaq-kayninmanta k’anchayta qhawachisqa karqa.</w:t>
      </w:r>
    </w:p>
    <w:p>
      <w:pPr>
        <w:pStyle w:val="ArticleScripture"/>
        <w:jc w:val="left"/>
      </w:pPr>
      <w:r>
        <w:rPr>
          <w:rFonts w:ascii="Times New Roman" w:hAnsi="Times New Roman" w:eastAsia="Times New Roman" w:cs="Times New Roman"/>
        </w:rPr>
        <w:t>“Sichus chiqaq k’anchayqa qamman qhawachisqa kaptinqa, tawa kamachiypi kaq samana p’unchawta rikuchispa, hinaspa Diospa Siminpi mana ima takyachiychu kasqanta Domingo p’unchawta waqaychaspa kasqanmanta, chaywanpas qam llulla samana p’unchawmanraq hap’ipakuspalla kachkanki, Diospa ‘ñoqaqa santu p’unchaymi’ nisqan samana p’unchawta mana santupta waqaychaspa, uywapa señalta chaskinki. ¿Hayk’aqtaq kayqa pasan?—Domingo p’unchawpi llamk’ayta saqeyta kamachisusqayki kamachiyta kasukuspa, hinaspa Diosta yupaychaspa, Bibliapi mana huk simillapas kasqanta yachaspa, Domingoqa mana imapas hukniraqchu, aswanpas llank’ana sapa p’unchawlla kasqanta qhawaspa, qamqa uywapa señalta chaskiyta munanki, hinaspa Diospa sellonta mana chaskiyta akllanki. Sichus kay señalta chaskisunchik urqunchikpi otaq makinchikpi, mana kasukukuqkunapa contranpi nisqa taripaykunaqa ñoqanchikman urmaykuñan. Ichataq kawsaq Diospa sellonqa churakun Señorpa samana p’unchawnta allin yuyaywan waqaychaqkunaman.” Review and Herald, April 27, 1911.</w:t>
      </w:r>
    </w:p>
    <w:p>
      <w:pPr>
        <w:pStyle w:val="ArticleBody"/>
        <w:jc w:val="left"/>
      </w:pPr>
      <w:r>
        <w:rPr>
          <w:rFonts w:ascii="Times New Roman" w:hAnsi="Times New Roman" w:eastAsia="Times New Roman" w:cs="Times New Roman"/>
        </w:rPr>
        <w:t>Uywakuna llikllasqanmanta rikch’aynin Estados Unidospi qallarisqa karqa profecía hina 11 septiembre 2001 p’unchaypi. Kay chiqaq kayta sayachinapaq achka profecía testigokuna kan. Chay p’unchaymanta qayna hamuq domingo kamachikama, Qanchis kaq p’unchay Adventistakuna wiñay destino-nkuta churashanku, uywa llikllasmanta rikch’ayninpa pruebanta atipankuchu icha mana atipankuchu chayman hina. Ñoqaqa niymanmi ancha pisilla Qanchis kaq p’unchay Adventistakuna uywa llikllasmanta rikch’ayninqa prueba kasqanta yachanku. Pisi, icha mana pipas, imayna prueba kayta atinqa chayta yachanku; aswan importanteqa, pruebata atipanankupaq ima mañakusqantaqa mana yachankuchu. Taripashqa kachkanchik, mana sapallan kaq k’anchayniychikraykuchu, aswanpas chay k’anchayrayku ima kachwan chaskiyta atisqanchikrayku, sichus kallpanchakuswan karqa yachay yapakusqanta entiendenapaq. Chayrayku Laodicea ñawsa kayqa soqta waranqa wata huchapi aswan hatun ñawsa kaymi.</w:t>
      </w:r>
    </w:p>
    <w:p>
      <w:pPr>
        <w:pStyle w:val="ArticleScripture"/>
        <w:jc w:val="left"/>
      </w:pPr>
      <w:r>
        <w:rPr>
          <w:rFonts w:ascii="Times New Roman" w:hAnsi="Times New Roman" w:eastAsia="Times New Roman" w:cs="Times New Roman"/>
        </w:rPr>
        <w:t>Llaqtaykunaqa yachay pisi kasqanraykum chinkachisqa kanku: qam yachayta qhispichisqaykirayku, noqapas qamtam qhispichisqayki, amaña ñoqapaq sacerdote kananpaq; Diosniykipa kamachikuyninta qonqapusqaykirayku, noqapas wawaykikunatam qonqasaq. Oseas 4:6.</w:t>
      </w:r>
    </w:p>
    <w:p>
      <w:pPr>
        <w:pStyle w:val="ArticleBody"/>
        <w:jc w:val="left"/>
      </w:pPr>
      <w:r>
        <w:rPr>
          <w:rFonts w:ascii="Times New Roman" w:hAnsi="Times New Roman" w:eastAsia="Times New Roman" w:cs="Times New Roman"/>
        </w:rPr>
        <w:t>Uywa uywachik runasina rikch’ayninpa kamachisqan yant’a qharma punchaw kamachikuykama tukukun, chay pruebatata mana atipaspanchikqa, upa Laodicea llaqta sipaskunawan kuska, aceitetam mana rantikuyta munarqanku chaykunawan, uywa uywachik runaspa señalta chaskisunchik. Manam kaypi kashani ima rayku ñuqa yuyani uywa uywachik runasina rikch’ayninpa pruebanqa 11 septiembre 2001 watapi qallarisqa kasqanta, hinaspa domingo punchaw kamachikuywan tukukuqta. Ñuqaqa sapallam reqsichini profetico yuyaymanta allin razonamientota, Apocalipsis chunka kimsayuqpi sut’inchasqa Estados Unidos llaqtapa ruwanasqanta entiendenapaq, domingo punchaw kamachikuyta pasasqan qhepaman. Chunka hukniyuq versiculopiqa dragón hina rimarin, chaymantañataq “pay” nisqa simita qatiy ancha importante. Chaymantapacha Estados Unidos llaqtam kay pachapi runakunata kallpachkan uywa uywachik runasina rikch’ayninta sayarichinankupaq; ichaqa chayqa manam Estados Unidos ukhupi uywa uywachik runasina rikch’ayninchu, imaraykuchus chayqa ñam ñawpaq p’unchaykunapi pasarusqa.</w:t>
      </w:r>
    </w:p>
    <w:p>
      <w:pPr>
        <w:pStyle w:val="ArticleScripture"/>
        <w:jc w:val="left"/>
      </w:pPr>
      <w:r>
        <w:rPr>
          <w:rFonts w:ascii="Times New Roman" w:hAnsi="Times New Roman" w:eastAsia="Times New Roman" w:cs="Times New Roman"/>
        </w:rPr>
        <w:t>Hinaspan huk uywataq animalta rikurqani allpamanta lluqsimuqta; payqa iskay waqrachayuqmi karqa ovejacha hina, ichaqa dragón hina rimarqa. Payqa ñawpaq animalpa llapa atiyninta ñawpaqninpi rurachkan, hinaspan allpatawan chaypi tiyaqkunata ñawpaq animalta yupaychachin, wañuypaq nanaynin hampisqa karqa chayta. Hatun admirakuyniyuq señalkunatapas ruran, runakuna qhawasqankupi hanaq pachamanta ninata uraykuchimun allpaman hina. Hinaspan allpapi tiyaqkunata pantachin chay milagrokunawan, animalpa ñawpaqninpi rurananpaq atiyniyuq kasqanrayku; allpapi tiyaqkunaman nispan, espadawan k’irichisqa kaspa kawsarqa chay animalpaq rikch’ayninta ruranankupaq. Hinaspan animalpa rikch’ayninman kawsayta qoyta atirqa, chay animalpa rikch’ayninqa rimananpaqpas, animalpa rikch’ayninta mana yupaychaqkuna llapallan wañuchisqa kananpaqpas. Hinaspan llapallanta, huch’uykunata hatunkunatapas, qhapaqkunata wakchakunatapas, librekunata esclavokunatapas, paña makinkupi utaq urqunkunapi señalta chaskinankupaq kamachin. Hinaspan mana pipas rantiyta nitaq rantikuyta atinmanchu, señalniyuq, utaq animalpa sutiyuq, utaq sutinpa yupayninyuq kaqlla. Apocalipsis 13:11–17.</w:t>
      </w:r>
    </w:p>
    <w:p>
      <w:pPr>
        <w:pStyle w:val="ArticleBody"/>
        <w:jc w:val="left"/>
      </w:pPr>
      <w:r>
        <w:rPr>
          <w:rFonts w:ascii="Times New Roman" w:hAnsi="Times New Roman" w:eastAsia="Times New Roman" w:cs="Times New Roman"/>
        </w:rPr>
        <w:t>Chay qanchis versikukunapi, “pay” nisqa simi pusaq kuti rikurin. Sapa kuti “pay” nisqa simi llamk’achisqa kaptin, ñawpaq “pay”manmi kutin, “amaru hina rimarqa” nisqaman, Estados Unidos llaqtapi domingo ley tiempopi. Bestiapa lantinmanta pruebata, Estados Unidospi Adventistakuna atiparqanku otaq mana atiparqankuchu, Estados Unidos amaru hina rimashaqtin, chaymanta huk kuti yapamantanmi kay pachapi wakin nacionkunapi Adventistakunapaq, hinallataq Babiloniapiraq kashaq Diospa wakin churinkunapaqpas. Revelación chunka kimsayuqpi Estados Unidosmanta yuyaychayta qatiqnin artikulopi qatiqkusun, ichaqa kunan pachapi imarayku kay cheqaq kayta qhawarisqanchikta yuyarichiykichis.</w:t>
      </w:r>
    </w:p>
    <w:p>
      <w:pPr>
        <w:pStyle w:val="ArticleBody"/>
        <w:jc w:val="left"/>
      </w:pPr>
      <w:r>
        <w:rPr>
          <w:rFonts w:ascii="Times New Roman" w:hAnsi="Times New Roman" w:eastAsia="Times New Roman" w:cs="Times New Roman"/>
        </w:rPr>
        <w:t>Luciferwan kimsak hanaq pachapi qallarisqa maqanakuyqa tipificanmi chay maqanakuyta, domingo kamachiypi ñawpaq hanaq pachapi qallariqta. Dragónpa waqlliq willakuykuna iskaynin maqanakuykunapim rikuchisqa kanku. Satanaspa waqlliq willakuykunapa kunan p’unchaypi rikurimuyninmi rikuchin hipnótic trance nisqaman rikch’akuq musphachikuyta, mayman kay pacha planetapi runakuna urmaykunku, utqay hamuq domingo kamachiy qhipa historiapi. Chay llullachikuymi hunt’asqa kan tukuy pachapi llikapa kamachiyninwan, imatachus sutichanku “información super highway” nispa. Chay “información super highway” nisqapa imaymana ñankunaqa kanku social, económico, religioso, sutillapi ciencia nisqa, kusichiy, aswan importanteqa noticias mediospa ñannin.</w:t>
      </w:r>
    </w:p>
    <w:p>
      <w:pPr>
        <w:pStyle w:val="ArticleBody"/>
        <w:jc w:val="left"/>
      </w:pPr>
      <w:r>
        <w:rPr>
          <w:rFonts w:ascii="Times New Roman" w:hAnsi="Times New Roman" w:eastAsia="Times New Roman" w:cs="Times New Roman"/>
        </w:rPr>
        <w:t>Chaypi cheqaqta reqsisqa kaptinmi “information super highway” nisqaqa Satanpa hipnótiko willakuyninkunapa kunan p’unchay rikch’aynin kasqanta, hinallataq kimsa hanaq pacha ukupi angelkunapa maqanakuypi Satanaspa llamk’achisqan llamp’u hipnosis kasqantapas, sayachiyta atisun “information super highway” nisqaqa domingo kamachiy qhepaman pacha llapa pachapaq kaq uywa-imagenpa “qhipa” pruebampaq huk elemento kasqanta. Chaymantaqa sasachaypaqña mana kanqachu reqsiyta Estados Unidospaq kaq uywa-imagenpa “ñawpaq” pruebampas qhipa kaq hina kikillan waqlliq Satanpa willay chaskichiykunata hap’iyta kasqanta. Domingo kamachiymanta probacionpa tukukuyninkama “information super highway” nisqata waqlliypaq Satanaspa ruwasqanpa testigonkuna qawanmi allin prueba hina, imayna 2020 watapi allpa uywapi Republicanismopa iskay waqrankunapa wañuchisqan, hinallataq pacha patapi cheq Protestantismo puchuqninpa wañuchisqanpas hunt’asqa kasqanta. Chayqa “information super highway” nisqawanmi hunt’asqa karqa; chaytataq Juanqa Apocalipsis chunka hukniyuqpi huk “street” nispa sutichan.</w:t>
      </w:r>
    </w:p>
    <w:p>
      <w:pPr>
        <w:pStyle w:val="ArticleBody"/>
        <w:jc w:val="left"/>
      </w:pPr>
      <w:r>
        <w:rPr>
          <w:rFonts w:ascii="Times New Roman" w:hAnsi="Times New Roman" w:eastAsia="Times New Roman" w:cs="Times New Roman"/>
        </w:rPr>
        <w:t>Kay profetik chiqakunakuna kichasqa kayqa huk rakiymi chay yachaykunaq, uyarisqa kananpaq munakkuqkunapaq, animalpa rikch’ayninpa pruebanta pasananpaq, mayqinchus profetisapa warmi sut’ita rikurqan, rurasqa kananpaq manaraq gracia tiempokuna wichq’aykuchkaptinpas, manaraq pachak tawa chunka tawayuq waranqakuna sellasqa kachkaptinpas.</w:t>
      </w:r>
    </w:p>
    <w:p>
      <w:pPr>
        <w:pStyle w:val="ArticleScripture"/>
        <w:jc w:val="left"/>
      </w:pPr>
      <w:r>
        <w:rPr>
          <w:rFonts w:ascii="Times New Roman" w:hAnsi="Times New Roman" w:eastAsia="Times New Roman" w:cs="Times New Roman"/>
        </w:rPr>
        <w:t>“Kamachiy lluqsiptin, sello churakusqantapas, paykunapa caracterninku wiñaypaqmi chuya hinaspa mana qhelliyoq qhipanqa.” Testimonies, volume 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Jesucristopa Revelasqan - Chunka hukniyuq numero</dc:title>
  <dc:subject>Uywaqamanta rikch’aynin</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