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Apukalipsis Jesucristoqpa - Chunka Kimsayoq Yupaana</w:t>
      </w:r>
    </w:p>
    <w:p>
      <w:pPr>
        <w:pStyle w:val="ArticleSubtitle"/>
        <w:jc w:val="left"/>
      </w:pPr>
      <w:r>
        <w:rPr>
          <w:rFonts w:ascii="Arial" w:hAnsi="Arial" w:eastAsia="Arial" w:cs="Arial"/>
        </w:rPr>
        <w:t>Hanaq pacha-pi Awqanakuywan Qhipa p’unchaykuna: Apocalipsis 12 &amp; 13 nisqakunamanta profético pacha-secuencia nisqata qawachispa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Ñuqanchikqa reqsichkarqanchikmi hanaq pachapi maqanakuyta, Apocalipsis libro pa chunka iskayniyuq kapítulonpi nisqata. Cristoq carácter nirqanman hina, Alpha y Omega kaq principioyta llamk’achispa, chunka iskayniyuq kapítulopi hanaq pachapi maqanakuyta qayllachkarqanchikmi hina rikuchiq typificaciónta, “qhepa p’unchaykunapi” hanaq pachapi maqanakuy ima kasqanta. “Qhepa p’unchaykuna” nisqa rimayqa Bibliapi hinallataq Profecíaq Espíritu nisqapipas ninmi tapuy maskay juicioq qhepa p’unchayninkunata.</w:t>
      </w:r>
    </w:p>
    <w:p>
      <w:pPr>
        <w:pStyle w:val="ArticleBody"/>
        <w:jc w:val="left"/>
      </w:pPr>
      <w:r>
        <w:rPr>
          <w:rFonts w:ascii="Times New Roman" w:hAnsi="Times New Roman" w:eastAsia="Times New Roman" w:cs="Times New Roman"/>
        </w:rPr>
        <w:t>Riqsichisqayku chunka iskayniyuq, chunka kimsayuq kapitulukunaq kinsa satanik kallpankunata, mana ñawpaq historiapi hunt’asqa kallpakuna hinachu, aswanpas kay pacha p’unchaykunapi chay kallpakunaq hunt’akuynin hina, kay pachata Armagedónman pusaspa. Chunka iskayniyuq kapitulumanta dragón nisqaqa Naciones Unidas nisqami; domingo kamachiy Estados Unidospi kaqti kawsarichisqa kananpaq kaq Iglesia Católicaqa chunka kimsayuq kapitulumanta lamar qochamanta bestia nisqami; iskay waqrayoq allpa bestiaqa Estados Unidosmi.</w:t>
      </w:r>
    </w:p>
    <w:p>
      <w:pPr>
        <w:pStyle w:val="ArticleBody"/>
        <w:jc w:val="left"/>
      </w:pPr>
      <w:r>
        <w:rPr>
          <w:rFonts w:ascii="Times New Roman" w:hAnsi="Times New Roman" w:eastAsia="Times New Roman" w:cs="Times New Roman"/>
        </w:rPr>
        <w:t>Qanchiskay chunka iskayniyuq kapitulopi maqanakuyqa sapa kuti hanaq pachapi Luciferpa hatarikuyninllata rikuchisqan hina yuyasqa kaspapas, cheqaqpim kay pachapi hanaqkuna ukhupi pasananpaq kachkan, Estados Unidos llaqtapi utqaylla hamuq domingo kamachiywan qallarispa. Tiempo ta qespichisqanchik, Apocalipsis chunka kimsayuqmanta, chunka hukniyuqmanta chunka qanchisniyuqkama, huk pruebaykuyniyuq rurasqa kasqanta riqsichinapaq, maypichus animalpa rikchayninpa sayariyninta reqsiy kanan. Animalpa rikchayninqa iglesiawan estadopa huñusqa kayninta rikuchin, iglesiaqa chay t’inkisqapi kamachiq kaspa. Iglesia kamachiq kaptinqa, hinaptinmi estadota doctrinankunata hunt’achinapaq hinaspa herejekuna nisqan runakunata qatiykachachinapaq llamk’achin. Animalpa rikchayninpa sayariyninwan tinkisqa llapa pachapi pruebaykuyniyuq rurayqa, ñawpaqtaqa Estados Unidos ukhupim hunt’asqa kachkan. Iskay pruebaykuyniyuq ruraykunamanta sapa hukninpa profetiku kayninkunaqa, Estados Unidospi otaq kay pachapi kaspapas, aswanqa hukllam kanku.</w:t>
      </w:r>
    </w:p>
    <w:p>
      <w:pPr>
        <w:pStyle w:val="ArticleBody"/>
        <w:jc w:val="left"/>
      </w:pPr>
      <w:r>
        <w:rPr>
          <w:rFonts w:ascii="Times New Roman" w:hAnsi="Times New Roman" w:eastAsia="Times New Roman" w:cs="Times New Roman"/>
        </w:rPr>
        <w:t>Mundu tukukuypi iskay chunka soqtayoq p’unchaykunata, chakata ñawpaqmanpas qhepamanpas kasqankuta, iskay kaq testigohina rikuchirqanchik, kay pacha tukukuyninpi uywaq santunpa iskay qatiqnin imagenpa pruebaykuna reqsichisqa kasqanmanta. Estados Unidos llaqtapi uywaq santunpa imagenpa kamariynin, 11 septiembre 2001 p’unchawmanta, utqay hamuq domingo kamachikama, ñawpaqta hamun; chaymanta qhepan, Naciones Unidas ukupi uywaq santunpa imagenpa kamariynin, chay utqay hamuq domingo kamachiq qhepata. Cristopa ministrionninpa chunka iskay pachak soqta chunka p’unchayninkuna, bautizakusqanmantapacha chakakama, ñawpaqta purirqan; chay qhepata, discipulonkunapa ministrionninpa chunka iskay pachak soqta chunka p’unchayninkuna, chakata qhepaman hamuq, qatikurqan. Iskay siq’ikunaqa, sapa siq’ipi iskay pachakuna kaq, sapa pachapi kikinkama pruebakunata rikuchiq, Cristopa imagenpa utaq anticristopa imagenpa temanta sut’ichin.</w:t>
      </w:r>
    </w:p>
    <w:p>
      <w:pPr>
        <w:pStyle w:val="ArticleBody"/>
        <w:jc w:val="left"/>
      </w:pPr>
      <w:r>
        <w:rPr>
          <w:rFonts w:ascii="Times New Roman" w:hAnsi="Times New Roman" w:eastAsia="Times New Roman" w:cs="Times New Roman"/>
        </w:rPr>
        <w:t>Cristopa ministerionnin waranqa iskay pachak soqtachunka p’unchayninkuna, cruzpi tukukuq, qallarin Santo Espíritupa paypa bautizakusqanpi uraykamusqanwan; chaymi tinkun Apocalipsis chunka pusaqniyoqpi atiyniyoq angelpa uraykamusqanwan, 11 septiembre 2001 p’unchawpi.</w:t>
      </w:r>
    </w:p>
    <w:p>
      <w:pPr>
        <w:pStyle w:val="ArticleScripture"/>
        <w:jc w:val="left"/>
      </w:pPr>
      <w:r>
        <w:rPr>
          <w:rFonts w:ascii="Times New Roman" w:hAnsi="Times New Roman" w:eastAsia="Times New Roman" w:cs="Times New Roman"/>
        </w:rPr>
        <w:t>“¿Kunan hamunichu chay simi ñuqa willasqayta, Nueva York llaqtata hatun yaku paraq olawan pichasqa kananpaq? Kaytaqa mana hayk’aqpas nisqachu kani. Nisqaniqa, chaypi hatun wasikuna huk patamanta huk patakama sayarichisqakta qhawaspa: ‘¡Mayqin manchay rikch’akuynakaraq kanqa, Señor allpata sinchita chukchuchinampaq hatariptin! Chaypiraq Apocalipsis 18:1–3 nisqan simikuna hunt’akunqa’ nispa. Apocalipsispa chunka pusaqniyuq kaq tukuy capitulonqa kay pachaman imakuna hamunanta willakuq huk waqyaymi. Ichaqa manam ima k’anchaytapas sapallanta Nueva Yorkmanta hamuqkunamanta chaskirqanichu; aswanqa yachani, huk p’unchaw chaypi kaq hatun wasikuna Diospa atipaynin muyurichisqanwan, tikrasqanwan urmachisqa kanqankuta. Qowasqa k’anchaymanta yachani, kay pachapi chinkachiy kasqanta. Señorpa huk simillanwan, paypa atiyniyuq kallpanpa huk llank’allayllanwan, kay hatun ruwasqakuna urmanqaku. Rikusqakuna pasakunqa, chaykunapa manchariynintaqa mana yuyaymanapas apamuyta atisunmanchu.” Review and Herald, 5 julio, 1906.</w:t>
      </w:r>
    </w:p>
    <w:p>
      <w:pPr>
        <w:pStyle w:val="ArticleBody"/>
        <w:jc w:val="left"/>
      </w:pPr>
      <w:r>
        <w:rPr>
          <w:rFonts w:ascii="Times New Roman" w:hAnsi="Times New Roman" w:eastAsia="Times New Roman" w:cs="Times New Roman"/>
        </w:rPr>
        <w:t>Waranqa pachak suqta chunka pichqa p’unchawkuna pacha, Cristoq historiampi, chakatanakama tukukuq, rikuchin chay pachata mayqenmi tukukunqa utqay hamuq domingo p’unchay kamachiywan. Chakataqa domingo p’unchay kamachiyta rikuchin. Iskayllañataq juiciopa unanchankuna kanku. Iskayllañataq nacionalliq usuchikuynin hamuqta rikuchinku chay suyupaq, maypichus juiciopa ruwaynin pasakun. Iskayllañataq Judápa hatun yupaychasqa allpampi pasakurqan. Cristoq historiampim chayqa karqan Judápa cheqaq hatun yupaychasqa allpan; domingo p’unchay kamachiypitaq karqa Judápa espiritumanta hatun yupaychasqa allpan, Hukllachasqa Amerikapa Estadosninkuna. Chakataqpiqa, Cristoqa hoqarisqa karqan llapa runakunata payman aysanampaq.</w:t>
      </w:r>
    </w:p>
    <w:p>
      <w:pPr>
        <w:pStyle w:val="ArticleScripture"/>
        <w:jc w:val="left"/>
      </w:pPr>
      <w:r>
        <w:rPr>
          <w:rFonts w:ascii="Times New Roman" w:hAnsi="Times New Roman" w:eastAsia="Times New Roman" w:cs="Times New Roman"/>
        </w:rPr>
        <w:t>Ñuqaqa, allpamanta hoqarisqa kaptíy, llapan runakunata ñuqaman aysasaq. Kaytaqa nirqan imayna wañuyman wañunanmanta reqsichispa. Juan 12:32, 33.</w:t>
      </w:r>
    </w:p>
    <w:p>
      <w:pPr>
        <w:pStyle w:val="ArticleBody"/>
        <w:jc w:val="left"/>
      </w:pPr>
      <w:r>
        <w:rPr>
          <w:rFonts w:ascii="Times New Roman" w:hAnsi="Times New Roman" w:eastAsia="Times New Roman" w:cs="Times New Roman"/>
        </w:rPr>
        <w:t>Inti domingo kamachikuypi, pachak tawar chunka tawa waranqa runakunapa unanchan hoqarisqa kan llapa runakunata Cristo-man aysananpaq.</w:t>
      </w:r>
    </w:p>
    <w:p>
      <w:pPr>
        <w:pStyle w:val="ArticleScripture"/>
        <w:jc w:val="left"/>
      </w:pPr>
      <w:r>
        <w:rPr>
          <w:rFonts w:ascii="Times New Roman" w:hAnsi="Times New Roman" w:eastAsia="Times New Roman" w:cs="Times New Roman"/>
        </w:rPr>
        <w:t>Payqa suyuqkunaqpaq karumanta huk unancha sayarichinqa, hinaspan kay pachaq tukukuyninmanta paykunata waqyasaq; qhawariy, usqhaylla, utqaylla hamunqaku. Isaías 5:26.</w:t>
      </w:r>
    </w:p>
    <w:p>
      <w:pPr>
        <w:pStyle w:val="ArticleBody"/>
        <w:jc w:val="left"/>
      </w:pPr>
      <w:r>
        <w:rPr>
          <w:rFonts w:ascii="Times New Roman" w:hAnsi="Times New Roman" w:eastAsia="Times New Roman" w:cs="Times New Roman"/>
        </w:rPr>
        <w:t>Cristopa historiapin, chakata qhipa hamuq waranqa iskay pachak suqta chunka p’unchawkuna pacha tukukun Miguel sayariqtin Estebanpa rumiwan ch’aqwasqa wañuyninpi.</w:t>
      </w:r>
    </w:p>
    <w:p>
      <w:pPr>
        <w:pStyle w:val="ArticleScripture"/>
        <w:jc w:val="left"/>
      </w:pPr>
      <w:r>
        <w:rPr>
          <w:rFonts w:ascii="Times New Roman" w:hAnsi="Times New Roman" w:eastAsia="Times New Roman" w:cs="Times New Roman"/>
        </w:rPr>
        <w:t>Payqaqa, Espíritu Santowan hunt’asqa kashaspa, hanaq pachaman sinchita qhawarirqan, hinaspa Diospa k’anchayninta rikurqan, Jesus-tapas Diospa paña ladoyninpi sayashaqta; hinaspa nirqan: Qhawariychik, hanaq pachakuna kicharisqata rikuni, Runapa Churintapas Diospa paña ladoyninpi sayashaqta. Hechos 7:55, 56.</w:t>
      </w:r>
    </w:p>
    <w:p>
      <w:pPr>
        <w:pStyle w:val="ArticleBody"/>
        <w:jc w:val="left"/>
      </w:pPr>
      <w:r>
        <w:rPr>
          <w:rFonts w:ascii="Times New Roman" w:hAnsi="Times New Roman" w:eastAsia="Times New Roman" w:cs="Times New Roman"/>
        </w:rPr>
        <w:t>Kay animalpa qillakuna, uywaq qhipa rikch’ayninpa pruebapa pacha simbolikunamanta, tukukun Miguel sayariqtin, hinaspan runakunapa pruebapa pacha tukukuyninta señalaykun.</w:t>
      </w:r>
    </w:p>
    <w:p>
      <w:pPr>
        <w:pStyle w:val="ArticleScripture"/>
        <w:jc w:val="left"/>
      </w:pPr>
      <w:r>
        <w:rPr>
          <w:rFonts w:ascii="Times New Roman" w:hAnsi="Times New Roman" w:eastAsia="Times New Roman" w:cs="Times New Roman"/>
        </w:rPr>
        <w:t>Chay p’unchaypiqa Miguelmi hatarinqa, llaqtaykikunaq wawakunapaq sayaq hatun príncipe; chaymantataq kanqa ñak’ariypa tiempon, mana hayk’aqpas karqachu chayhinaqa, llaqtakuna qallarisqanmantapacha chay p’unchaykama; chay p’unchaypitaq llaqtaykiqa qispichisqa kanqa, pichus librupi qelqasqa tarikusqankama llapa. Daniel 12:1.</w:t>
      </w:r>
    </w:p>
    <w:p>
      <w:pPr>
        <w:pStyle w:val="ArticleBody"/>
        <w:jc w:val="left"/>
      </w:pPr>
      <w:r>
        <w:rPr>
          <w:rFonts w:ascii="Times New Roman" w:hAnsi="Times New Roman" w:eastAsia="Times New Roman" w:cs="Times New Roman"/>
        </w:rPr>
        <w:t>Iskay uywakuna rurayninpa llapan historianta, animalman rikch’akuq iskay pruebas procesosninpi, hukkuna ukhu profético testigokunatapas hap’in. Allinta hamut’asqa kaptin, hinaspataq noqaqa reqsini pisilla runakuna kay cheqaq kayta entiendenku; ichaqa ñawpaq animalman rikch’akuq prueba proceso, Estados Unidos llaqtapi hunt’asqa kaq, qallarin 11 septiembre 2001 watapi, kinsa kaq ay tiempoman chayamushqanwan. Domingo kamachiy maypin chay ñawpaq animalman rikch’akuq prueba proceso tukukun, chaymi señalan kinsa kaq aypa chayamusqanta juzgamientopi Estados Unidospa contranpi domingo kamachiy pasasqanrayku. Chay pachapi kinsa kaq aypa chayamusqan hunt’an nacionkunata phiñasichiyta, Apocalipsis chunka hukniyoq qillqapi, versículo chunka pusaqniyoq nisqaman hina, hinaspataq islampa ruletasqa ñawpaq rimayta nacionkunata phiñasichinampaq Biblia profecíapi.</w:t>
      </w:r>
    </w:p>
    <w:p>
      <w:pPr>
        <w:pStyle w:val="ArticleScripture"/>
        <w:jc w:val="left"/>
      </w:pPr>
      <w:r>
        <w:rPr>
          <w:rFonts w:ascii="Times New Roman" w:hAnsi="Times New Roman" w:eastAsia="Times New Roman" w:cs="Times New Roman"/>
        </w:rPr>
        <w:t>Payqaqa sallqa runa kanqa; makinqa llapa runakunapa contranpi kanqa, hinaspa llapa runakunapa makinpas paypa contranpi kanqa; hinaspa llapa wawqenkunapa ñawpaqenpi tiyakunqa. Génesis 16:12.</w:t>
      </w:r>
    </w:p>
    <w:p>
      <w:pPr>
        <w:pStyle w:val="ArticleBody"/>
        <w:jc w:val="left"/>
      </w:pPr>
      <w:r>
        <w:rPr>
          <w:rFonts w:ascii="Times New Roman" w:hAnsi="Times New Roman" w:eastAsia="Times New Roman" w:cs="Times New Roman"/>
        </w:rPr>
        <w:t>Kay Sundaymanta kamachisqa kamachikuyqa ñawpaq musyay pacha tukukuyninmi, hinallataq qhipa musyay pacha qallariyninpas. Qhipa musyay pacha tukukun runakunaq gracia pacha wisq’akusqanpi, chay pachapin tawa wayrakuna, kinsañiqin ay oqharikuyta rikuchiq unanchakuna kaspa, hunt’asqata kacharisqa kanku.</w:t>
      </w:r>
    </w:p>
    <w:p>
      <w:pPr>
        <w:pStyle w:val="ArticleScripture"/>
        <w:jc w:val="left"/>
      </w:pPr>
      <w:r>
        <w:rPr>
          <w:rFonts w:ascii="Times New Roman" w:hAnsi="Times New Roman" w:eastAsia="Times New Roman" w:cs="Times New Roman"/>
        </w:rPr>
        <w:t>“Salvadorqa judío runakunapi Diosmanta rakisqa huk naciónta rikuspanqa, hinallataqmi rikarqan sutipi cristiano Iglesiata kay pachawan papaduwan huñusqata. Hinaspan Oliveti urqupi sayaspa, inti qhepa urqukunapa qhepanman uraykukunankama Jerusalén llaqtapaq waqasqan hinaqa, chay hinallataqmi payqa kay qhipa pacha ratukuna ukhupi huchasapakunapaq waqaspa mañakushan. Manaraq unaymantaqa tawa wayrakunata hapispa hark’achkak angelkunaman ninqa: ‘Plagakunata cachariychis; tutayay, tukuy chinkachiy, wañuytaq hamuchun kamachiyniyta p’akisqakunaman.’ ¿Nisqachu kanqa hatun k’anchayta yachaytawan chaskiqkunaman, judío runakunaman nisqan hina: ‘Sichus qam yachawanki chayqa, qampas kay p’unchayniykipi allin kawsayniykipaq imakuna kasqanta! ichaqa kunanqa ñawiykimantam pakasqa kachkan’?” Review and Herald, October 8, 1901.</w:t>
      </w:r>
    </w:p>
    <w:p>
      <w:pPr>
        <w:pStyle w:val="ArticleBody"/>
        <w:jc w:val="left"/>
      </w:pPr>
      <w:r>
        <w:rPr>
          <w:rFonts w:ascii="Times New Roman" w:hAnsi="Times New Roman" w:eastAsia="Times New Roman" w:cs="Times New Roman"/>
        </w:rPr>
        <w:t>Cristopa historiapin, ñawpaq 1.260 p’unchawkunapa ñawpaq pacha chimpunqa qallarin Paypa bautismonpi, chayqa wañuyninmanta hinaspa kawsarimuyninmanta unanchakaynin karqa. Chay pacha tukukurqa Paypa wañuyninwan hinaspa kawsarimuyninwan, chaymi kuskanpi qallarinraq qhipa 1.260 p’unchawkunapa pachanta. Chay pachaqa tukukurqa Estebanpa wañuyninwan hinaspa prometisqa kawsarimuyninwan.</w:t>
      </w:r>
    </w:p>
    <w:p>
      <w:pPr>
        <w:pStyle w:val="ArticleBody"/>
        <w:jc w:val="left"/>
      </w:pPr>
      <w:r>
        <w:rPr>
          <w:rFonts w:ascii="Times New Roman" w:hAnsi="Times New Roman" w:eastAsia="Times New Roman" w:cs="Times New Roman"/>
        </w:rPr>
        <w:t>Ñawpaq pachakunapa siq’i, Cristoq rikchayninta sut’inchaspa, anticristoq rikchayninta sut’inchaj ñawpaq pachakunapa siq’inwan kikillan profético estructura nisqayuqmi.</w:t>
      </w:r>
    </w:p>
    <w:p>
      <w:pPr>
        <w:pStyle w:val="ArticleBody"/>
        <w:jc w:val="left"/>
      </w:pPr>
      <w:r>
        <w:rPr>
          <w:rFonts w:ascii="Times New Roman" w:hAnsi="Times New Roman" w:eastAsia="Times New Roman" w:cs="Times New Roman"/>
        </w:rPr>
        <w:t>Qelqakuna Qelqesqapi, Cristoqa cheqaqta hanaq chimpapi kamachiq reymi; Satanaspa munayninqa wiñaypaqmi Cristoq qhapaq kamachiynta urmachiyta, hinaspa llullaqta rikch’achispa rantiyta karqan.</w:t>
      </w:r>
    </w:p>
    <w:p>
      <w:pPr>
        <w:pStyle w:val="ArticleScripture"/>
        <w:jc w:val="left"/>
      </w:pPr>
      <w:r>
        <w:rPr>
          <w:rFonts w:ascii="Times New Roman" w:hAnsi="Times New Roman" w:eastAsia="Times New Roman" w:cs="Times New Roman"/>
        </w:rPr>
        <w:t>¡Imaynataq hanaq pachatamanta urmaykunkichis, Lucifer, paqarinapa churin! ¡Imaynataq pampaman kuchtusqa kankichis, nacionkunata kallpannaqaq! Sonqoykipiqa nirqankim: “Hanaq pachaman wicharisaq, Diospa qoyllurninkunamanta hanaqman tiyanayta hoqarisaq. Tantanakuy urqu patapi tiyasaq, chiri lado norte nisqapi. Phuyukunapa alturankunamanta hanaqman wicharisaq; Ancha Hanaqniyoq hina kasaq.” Isaías 14:12–14.</w:t>
      </w:r>
    </w:p>
    <w:p>
      <w:pPr>
        <w:pStyle w:val="ArticleBody"/>
        <w:jc w:val="left"/>
      </w:pPr>
      <w:r>
        <w:rPr>
          <w:rFonts w:ascii="Times New Roman" w:hAnsi="Times New Roman" w:eastAsia="Times New Roman" w:cs="Times New Roman"/>
        </w:rPr>
        <w:t>“Chinpa ladoykuna” nisqaqqa Jerusalénmi, hatun Reypa llaqtan, maypichus paypa santuarion kashan.</w:t>
      </w:r>
    </w:p>
    <w:p>
      <w:pPr>
        <w:pStyle w:val="ArticleScripture"/>
        <w:jc w:val="left"/>
      </w:pPr>
      <w:r>
        <w:rPr>
          <w:rFonts w:ascii="Times New Roman" w:hAnsi="Times New Roman" w:eastAsia="Times New Roman" w:cs="Times New Roman"/>
        </w:rPr>
        <w:t>Takikuna hinaspa Salmo Corépa churinkunapaq. Hatunmi Señorqa, ancha yupaychasqa kanampaqmi ñuqanchik Diosninchikpa llaqtanpi, paypa santu orqonpi. Sumaqmi tiyananpaq, tukuy kay pachapa kusikuyninmi Sión orqoqa, chinchay lawninkunapi, hatun Reypa llaqtan. Salmos 48:1, 2.</w:t>
      </w:r>
    </w:p>
    <w:p>
      <w:pPr>
        <w:pStyle w:val="ArticleBody"/>
        <w:jc w:val="left"/>
      </w:pPr>
      <w:r>
        <w:rPr>
          <w:rFonts w:ascii="Times New Roman" w:hAnsi="Times New Roman" w:eastAsia="Times New Roman" w:cs="Times New Roman"/>
        </w:rPr>
        <w:t>Qelqakunaq qelqasqanpi, kay pachapi “chinchaypa reyninkuna” sapa kuti Diospa llaqtanpa awqankuna hina rikuchisqanku. Paykunaqa Satanaspa kallpachakusqanta rikuchinku, cheqaq chinchaypa reyninta llullachiyta munasqanpi; chay cheqaq reyninqa Jerusalenpi tiyananpi tiyasqa, chaymi “chinchaypa ladonkuna” nisqa. Chay siqiqa, animalpa unanchanpa iskay pruebakuna ruwasqanta rikuchispa, Cristopa unanchanpa iskay pruebakuna siqiwan kikinchaska purin; chaymanmi kinsa kaq testigopas tiyan, Satanaspa chinchaypa rey kananpaq kallpachakusqanpi, Diospa llaqtanpa hawanpi kamachiyta munasqanpi.</w:t>
      </w:r>
    </w:p>
    <w:p>
      <w:pPr>
        <w:pStyle w:val="ArticleBody"/>
        <w:jc w:val="left"/>
      </w:pPr>
      <w:r>
        <w:rPr>
          <w:rFonts w:ascii="Times New Roman" w:hAnsi="Times New Roman" w:eastAsia="Times New Roman" w:cs="Times New Roman"/>
        </w:rPr>
        <w:t>723 a.C. watapi, ch’inpi ladoq rey, Asiriawan sut’inchasqa kasqan hina, Israelpa ch’inpi chunka qhapaq suyunkunata uywasqa kasqanman apasqa esclavitudman, Levítico iskay chunka soqtayoqpi “qanchis kuti” nisqapa hunt’asqanpi. Chaymanta waranqa iskay pachak soqta chunka watakuna qhipaman, 538 watapi, ch’inpi ladoq rey, chay pacha historiapi cheqaq pagano Roma sut’inchasqa kasqan hina, papal Romaman trono-ta saqerqan; chaymanta payqa huk waranqa iskay pachak soqta chunka watakuna mast’aq ch’inpi ladoq espiritu rey tukurqan. Chay iskay kaq waranqa iskay pachak soqta chunka watakuna puchukarqan 1798 watapi, maypachachus Roma espiritu ch’inpi rey wañuchiq k’irita chaskirqan. Papadokuna 1798 watapi chay wañuchiq k’irita chaskisqankupacha, runapa gracia puchukayta rikch’achirqan, maypachachus kawsarimusqa papado tukuyninpi, wiñaypaq, yanapaq mana pipas kaptin, tukukuyninman chayanqa.</w:t>
      </w:r>
    </w:p>
    <w:p>
      <w:pPr>
        <w:pStyle w:val="ArticleScripture"/>
        <w:jc w:val="left"/>
      </w:pPr>
      <w:r>
        <w:rPr>
          <w:rFonts w:ascii="Times New Roman" w:hAnsi="Times New Roman" w:eastAsia="Times New Roman" w:cs="Times New Roman"/>
        </w:rPr>
        <w:t>Payqa kamachikuyninpa toldonkuna hatun qhapaq wasinmanta iskay qochakuna chawpinpi, sumaq santu urqupi sayachinqa; ichaqa tukukuyninman chayamunqa, mana pipas yanapanqachu. Chay pacha Miguel hatarinqa, llaqtayki runakunapaq sayaq hatun príncipe; chaymantataq kanqa ñak’ariy pacha, mana hayk’aqpas kasqachu suyu kasqanmantapacha chay pacha hina: chay pachataq llaqtayki runakuna qespichisqa kanqaku, libropi qelqasqa tarikusqa sapa huknin. Daniel 11:45, 12:1.</w:t>
      </w:r>
    </w:p>
    <w:p>
      <w:pPr>
        <w:pStyle w:val="ArticleBody"/>
        <w:jc w:val="left"/>
      </w:pPr>
      <w:r>
        <w:rPr>
          <w:rFonts w:ascii="Times New Roman" w:hAnsi="Times New Roman" w:eastAsia="Times New Roman" w:cs="Times New Roman"/>
        </w:rPr>
        <w:t>Levítico iskay chunka suqtayuqpi nisqa “qanchis kutikuna”, iskay waranqa pichqa pachak iskay chunka wataman tupaq, Asiriata 723 a.C. watapi chinchay llaqtakunapa reynin kasqanta reqsichin; chay hina chinchaypa reynin kaspanmi ñawpa Israelpa “chinchay” suyunta atipaykurqan. Chaymanta pacha, Asiriamanta qallarispa, mana Diosman yupaychay hinamanta Roma paganakama, Daniel 8:13pi “ejército” nisqa Diostaq llaqtanta saruchaspa uraykacharqan waranqa iskay pachak suqta chunka watakuna. 538 watapi, literal Roma chinchaypa reyninmi, willakuq simipi espiritual Roma chinchaypa reyninpa atipasqa karqan; paytaq Diospa espiritual Israelninta huk waranqa iskay pachak suqta chunka watakunata yapay saruchaspa uraykacharqan. Kay iskay kaq saruchay pacha tukurqan espiritual Roma chinchaypa reynin 1798 watapi wañuy apaq ch’akinta chaskisqanwan.</w:t>
      </w:r>
    </w:p>
    <w:p>
      <w:pPr>
        <w:pStyle w:val="ArticleBody"/>
        <w:jc w:val="left"/>
      </w:pPr>
      <w:r>
        <w:rPr>
          <w:rFonts w:ascii="Times New Roman" w:hAnsi="Times New Roman" w:eastAsia="Times New Roman" w:cs="Times New Roman"/>
        </w:rPr>
        <w:t>Kristupa rikchayninpa siq’inpi, chawpi puntoqa chakatañam, maypichus wañuy riqsichisqa kachkan. Bestiapa rikchayninpa kamasqanpa mallkiyninmanta iskay pachakunapi pruebaninpi, chawpi puntoqa allpapa bestianpa wañuyninmi. Llulla qhapaq antiq qhispi suyuq umalliqninpa siq’inpiqa, chawpi puntoqa literal romano antiq qhispi suyuq umalliq qhapaqpa wañuyninmi.</w:t>
      </w:r>
    </w:p>
    <w:p>
      <w:pPr>
        <w:pStyle w:val="ArticleBody"/>
        <w:jc w:val="left"/>
      </w:pPr>
      <w:r>
        <w:rPr>
          <w:rFonts w:ascii="Times New Roman" w:hAnsi="Times New Roman" w:eastAsia="Times New Roman" w:cs="Times New Roman"/>
        </w:rPr>
        <w:t>Kay siq’ikuna kimsa bíblico testigokunata rikuchin, sapa huknintaq huk pacha ukhupi iskay qatipaq pacha kamayuqmi. Sapa chawpi puntoqa cuerpopi wañuyman, icha Biblia profecíapiq huk reinopa wañuyninmanmi señalasqa kachkan. Cristowanqa, chawpi puntoqa Paypa wañuyninwan kawsarimpuyninwanmi karqa. Bestiapa rikch’ayninwanqa, chawpi puntoqa kay pachapa bestiapa wañuyninmi, Biblia profecíapi soqta kaq reinom, domingo leypi. Llulla rey del nortepa siq’inwanqa, chawpi puntoqa literal romano rey del nortepa wañuynintam rikuchin, Biblia profecíapi tawa kaq reinota.</w:t>
      </w:r>
    </w:p>
    <w:p>
      <w:pPr>
        <w:pStyle w:val="ArticleBody"/>
        <w:jc w:val="left"/>
      </w:pPr>
      <w:r>
        <w:rPr>
          <w:rFonts w:ascii="Times New Roman" w:hAnsi="Times New Roman" w:eastAsia="Times New Roman" w:cs="Times New Roman"/>
        </w:rPr>
        <w:t>Apocalipsis chunka hukniyuqpi iskay testigokuna, Sister White nisqaman hina The Great Controversy libropi, Diospa Simiyninta rikuchinku. Cristoqa Diospa Simiyninmi. Chay iskay testigokunaman atiy qosqa karqan waranqa iskay pachak suqta chunka pusaq chunka p'unchawkuna prophesianankupaq, llakikuy p'achawan p'achasqa. Chaymantataq ñanpi wañuchisqa karqanku, manataq kawsarimurgankuchu kimsa p'unchaw kuskan. “Waranqa iskay pachak suqta chunka pusaq chunka p'unchawkuna”, hinaspa “kimsa p'unchaw kuskan” iskayninkuqa chunka iskay pachak suqta chunka watayuq ch'inneq llaqtapi tiyakuy pacha nisqapa unanchankunam. Qallarikurqanku huk kallpachakuyniyoq kaspa, llakikuy p'achawan p'achasqa prophesiasqankupi, wañuyman tukukuq. Chaymantaqa kikin profético pachakama upallalla karqanku, wañuywan p'achasqa, kawsarichisqa kanankukama, kimsa kaq angelpa amonestacionninta qunankupaq, mayqinmi gracia pacha tukukuyninta willakun.</w:t>
      </w:r>
    </w:p>
    <w:p>
      <w:pPr>
        <w:pStyle w:val="ArticleBody"/>
        <w:jc w:val="left"/>
      </w:pPr>
      <w:r>
        <w:rPr>
          <w:rFonts w:ascii="Times New Roman" w:hAnsi="Times New Roman" w:eastAsia="Times New Roman" w:cs="Times New Roman"/>
        </w:rPr>
        <w:t>Kay tawa proféticakuna tawa testigokunamanmi kikinchakunku. Sapa huknin kay tawa testigokunapa profétika estructurankuqa kikillanmi. Pusaq pacha-periodokunamanta sapa hukninpa pacha-periodonkunaqa, Septiembre 11, 2001 p’unchawmanta utqaylla hamuq domingo kamachikuykama, chay tawa siq’ikuna ukhupi tarikusqanmanta huklla qarqanku hinallataq profétikamente kikillanmi. Sapa chawpi puntuqa wañuyta hina imatapas rikuchin. Iskay siq’ikunaqa Cristomanta rimanku, paypa rikch’aynin hina utaq Diospa Simi hina. Huk iskay siq’ikunaqa anticristotam rikuchinku, paypa munañanwan Cristo-ta llullachispa qhapaq ch’in ñiqin kamachiq hina rikch’akuyta munasqanman hina, utaq Cristopa gobiernonpa sistemanta llullachispa rikch’achiyta munasqanman hina.</w:t>
      </w:r>
    </w:p>
    <w:p>
      <w:pPr>
        <w:pStyle w:val="ArticleBody"/>
        <w:jc w:val="left"/>
      </w:pPr>
      <w:r>
        <w:rPr>
          <w:rFonts w:ascii="Times New Roman" w:hAnsi="Times New Roman" w:eastAsia="Times New Roman" w:cs="Times New Roman"/>
        </w:rPr>
        <w:t>Qatiq qelqaypiqa pachak tawa chunka tawa waranqakunata hukñiqchayta munasunchik ñawpaq hanaq pacha chawpipi maqanakuywan. Munasqa ñawiriq, utaq uyariq: Kay chiqakunata rikuyta mana munanki chaypas, utaq cheqaqtapuni rikunki chaypas, sut’ita nispa reqsichiyqa munanmi kay llapa qelqakunapi rikuchisqa willakuyqa reqsichisqa kasqanta, hinaspataq qawachisqa, kallpachasqa, sayachisqa ima imapas qallariyninta llamk’achispa huk imapa tukukuyninta reqsinapaq. Kaymi Alpha y Omega nisqapa profetico firmankun, hinaspataq kunan paskasqa kachkan Jesucristoq Revelaciónninpa hatun rak’in.</w:t>
      </w:r>
    </w:p>
    <w:p>
      <w:pPr>
        <w:pStyle w:val="ArticleScripture"/>
        <w:jc w:val="left"/>
      </w:pPr>
      <w:r>
        <w:rPr>
          <w:rFonts w:ascii="Times New Roman" w:hAnsi="Times New Roman" w:eastAsia="Times New Roman" w:cs="Times New Roman"/>
        </w:rPr>
        <w:t>Pakakunanakunaqa Señor Diosninchikllapaqmi kanku; ichaqa revelasqa kaqkunaqa ñoqanchikpaqmi, wawanchikkunapaqwan wiñaypaq, kay leypa llapa siminkunata ruwananchikpaq. Deuteronomio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Apukalipsis Jesucristoqpa - Chunka Kimsayoq Yupaana</dc:title>
  <dc:subject>Hanaq pacha-pi Awqanakuywan Qhipa p’unchaykuna: Apocalipsis 12 &amp; 13 nisqakunamanta profético pacha-secuencia nisqata qawachispa</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