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Jesucristopa Revelaciónnin — Chunka Tawañiqin Número</w:t>
      </w:r>
    </w:p>
    <w:p>
      <w:pPr>
        <w:pStyle w:val="ArticleSubtitle"/>
        <w:jc w:val="left"/>
      </w:pPr>
      <w:r>
        <w:rPr>
          <w:rFonts w:ascii="Arial" w:hAnsi="Arial" w:eastAsia="Arial" w:cs="Arial"/>
        </w:rPr>
        <w:t>Qanchis kaq Silluyta```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Angelkunaq yuyaychanapaq guerran, mayqinchus Lucifermanta qallarin Apocalipsis chunka iskayniyuq kapitupi rikuchisqa kinsa hanaq pacha ukupi, chayqa runakunaq angelkunaqwan yuyaychanapaq guerranta niraqchaspa rikuchin, mayqinchus huk kaq hanaq pachapi tukukun. Supayta angelninkunatawan kinsa hanaq pachamanta qarqusqankumanta qhipa, Supayqa Edén huertapi musuq maqanapaq ñawpaq tinkuyta kicharin. Imaynatachus kinsa hanaq pacha guerrapi Luciferwan kuska, chaynallataq Diosqa runa kaypaqpas huk yuyaychanapaq pacha churarqan. Huk kaq hanaq pachapi guerram, mayqinchus cheqaqtapuni qallarin utqaylla hamuq domingo leypi, chayqa runa kaypaq yuyaychanapaq pacha tukukuyninta rikuchin.</w:t>
      </w:r>
    </w:p>
    <w:p>
      <w:pPr>
        <w:pStyle w:val="ArticleBody"/>
        <w:jc w:val="left"/>
      </w:pPr>
      <w:r>
        <w:rPr>
          <w:rFonts w:ascii="Times New Roman" w:hAnsi="Times New Roman" w:eastAsia="Times New Roman" w:cs="Times New Roman"/>
        </w:rPr>
        <w:t>Apocalipsis qillqapa chunka iskayniyuq, chunka kimsayuq kapitulukuna pi dragón, bestia, hinaspa llulla profeta rikuchisqa kanku. Sapa kutiqa, chay kimsa atiyniyuqkunaqa aswanta ñawpaq pacha historianta rikuchinankupaqmi hamut’achisqa kanku; ichaqa Juanman nirqanku qillqanampaq “imataq hamuqkuna kasqanta”, hinaspa tukuy Apocalipsis qillqaqa “qhepa p’unchaykuna”manta rimarin, chayrayku noqaykuqa biblia yachachiy kamachiyta llamk’achkaniku maypichus tukuynin qallariyninwan rikuchisqa kan, hinaspa Apocalipsispa unanchankunata kunan pacha cheqaq kayman, mana ñawpaq cheqaq kaymanchu, churachkaniku.</w:t>
      </w:r>
    </w:p>
    <w:p>
      <w:pPr>
        <w:pStyle w:val="ArticleBody"/>
        <w:jc w:val="left"/>
      </w:pPr>
      <w:r>
        <w:rPr>
          <w:rFonts w:ascii="Times New Roman" w:hAnsi="Times New Roman" w:eastAsia="Times New Roman" w:cs="Times New Roman"/>
        </w:rPr>
        <w:t>Supayqa reqsisqa karqan iskayninpi: kinsa hanaq pacha pi pay qallarisqan maqanakuyllapipas, hinaspa Edén huertapi runakunaman apamusqan ñawpaq kaq maqanakuyllapipas, “hipnotismo” nisqawanmi waqlliykusqa willakuykunata apachispa maqanakuyta hunt’achirqan.</w:t>
      </w:r>
    </w:p>
    <w:p>
      <w:pPr>
        <w:pStyle w:val="ArticleScripture"/>
        <w:jc w:val="left"/>
      </w:pPr>
      <w:r>
        <w:rPr>
          <w:rFonts w:ascii="Times New Roman" w:hAnsi="Times New Roman" w:eastAsia="Times New Roman" w:cs="Times New Roman"/>
        </w:rPr>
        <w:t>“Supayqa Edénpi ñawpaq Adanta tentaykurqan, hinaspan Adamqa awqawan yuyayman haykurqan, chayhinaqa payman atipayta quspa. Supayqa hipnotismo nisqa atiyninta Adanwan Evawan hawk’arqan, kay atiynintataq Cristopipas apaykachayta munarqan. Ichataq Escrituraq simin nisqa qillqasqamanta willasqa kaptin, Supayqa yacharqanña mana ima atipayniyoq kasqanta.</w:t>
      </w:r>
    </w:p>
    <w:p>
      <w:pPr>
        <w:pStyle w:val="ArticleScripture"/>
        <w:jc w:val="left"/>
      </w:pPr>
      <w:r>
        <w:rPr>
          <w:rFonts w:ascii="Times New Roman" w:hAnsi="Times New Roman" w:eastAsia="Times New Roman" w:cs="Times New Roman"/>
        </w:rPr>
        <w:t>“Qharikuna warmikunapas ama yachachunku imayna paykunawan kuska puriqkunapa yuyayninkuta apichispa watayta yachaymanta. Kayqa Supaypa yachachisqan yachaymi. Kayhina kaq tukuy imatam hark’akunayku. Manam yaykuchikunanchu mesmerismoman nitaq hipnotismomanpas—chay ñawpaq sayayninta chinkachiqmanta, hanaq pacha cortekunamanta qarqosqa kaqmanta hamuq yachayman.” Mind, Character and Personality, 713.</w:t>
      </w:r>
    </w:p>
    <w:p>
      <w:pPr>
        <w:pStyle w:val="ArticleBody"/>
        <w:jc w:val="left"/>
      </w:pPr>
      <w:r>
        <w:rPr>
          <w:rFonts w:ascii="Times New Roman" w:hAnsi="Times New Roman" w:eastAsia="Times New Roman" w:cs="Times New Roman"/>
        </w:rPr>
        <w:t>“Supay yachachisqan ciencia” nisqaqa globalista qhatun rantiqkunam allinta hunt’achisqaku, chaytaq “qhipa p’unchaykunapi” “willakuy hatun ñan” nisqawanmi ruranku. Supayqa llullakuypa taytanmi, chaymi hatun willakuy mast’ariqkuna mana chayllachu llullakuykunata wiñachinku, aswanpas cheqaq kayta hark’anku, hereje hina qhawasqankuta qatiqkunku, hinallataq kay pacha allpapi runakuna historiapi hayk’aqpas mana rurasqa aswan yachaysapa hipnotismopa rikch’ayninta llamk’achinku. Kinsa hanaq pachapi qallarisqa awqanam Supaypa awqanakuy ninan kayninta sut’inchan, chaynaqa ñawpaq yachaywan willasqa kanankupaq, huk ñiqin hanaq pacha awqanakuy qallariqtin kawsashaq sapaq iñiqkuna. Sichaqta yachanchik hinallataq tukuy pachapi llikapa, chaymanta “willakuy hatun ñan” nisqapa kamachiyninpa chawpinqa Estados Unidos llaqtapi apasqa, kamachisqa kasqanta, chayqa qhawarichiwanchik ima ninantaq Estados Unidos llaqtapa hanaq pachamanta nina uraykachimuspa tukuy pachata pantachisqanmanta. “Nina” nisqaqa Apocalipsis libropi huk willakuytami rikuchin.</w:t>
      </w:r>
    </w:p>
    <w:p>
      <w:pPr>
        <w:pStyle w:val="ArticleBody"/>
        <w:jc w:val="left"/>
      </w:pPr>
      <w:r>
        <w:rPr>
          <w:rFonts w:ascii="Times New Roman" w:hAnsi="Times New Roman" w:eastAsia="Times New Roman" w:cs="Times New Roman"/>
        </w:rPr>
        <w:t>Apocalipsis chunka kinsayuq t’aqapi, chaymanta kinsayuq versiculopi kaq unanchaqkunaqa Monte Carmelpi maqanakuymanta hurqusqam kachkan, maypichus Baalpa profetankuna, sach’akunapa profetankunawan, hanaq pachamanta ninata uraykachimuyta mana atirqankuchu, Baalpas Ashtarothpas cheqaq dioskuna kasqanta takyachinankupaq. Baal, qhari dios kasqanrayku, Ashtarothtaq warmi dios kasqanrayku, uywapa rikch’ayninta reqsichin, chaytaq iglesiaymanta estadomanta mana ch’uyachu huñunakuyta reqsichin. Paykunaqa Jezabelpa profetankuna karqanku; payqa Acabwan mana ch’uya kaq t’inkiypi kasharqan. Chay iskay profetapa testigonkuna, uywapa rikch’ayninmanta, Monte Carmelmanta willakuypi, Estados Unidospa ruwanasqanta sut’inchanku: ñawpaqta Estados Unidospi papal sistemapa rikch’ayninta ruwananta, chaymanta qhepaman pacha tukuy kay pachapipas. Carmelpi “nina”qa cheqaq Diosta pichus cheqaqmanta kasqanta rikuchinapaq prueban karqan. Chayqa hanaq pachamanta revelación karqan, cheqaq Diosta reqsichiq; hinallataq chay kikin asunto kachkan, maypachachus Estados Unidos hanaq pachamanta ninata uraykachimun.</w:t>
      </w:r>
    </w:p>
    <w:p>
      <w:pPr>
        <w:pStyle w:val="ArticleBody"/>
        <w:jc w:val="left"/>
      </w:pPr>
      <w:r>
        <w:rPr>
          <w:rFonts w:ascii="Times New Roman" w:hAnsi="Times New Roman" w:eastAsia="Times New Roman" w:cs="Times New Roman"/>
        </w:rPr>
        <w:t>Isaías qillqasqa libropi, qallariymanta tukukuyninta reqsichikuq Diosqa, ñawpa Karmelo Orqopa kikin kaq kasqanta rimapayakun, hinallataq Estados Unidos hanaq pachamanta ninata uraykachimuchkaptin rikuchisqa profético kasqantapas.</w:t>
      </w:r>
    </w:p>
    <w:p>
      <w:pPr>
        <w:pStyle w:val="ArticleScripture"/>
        <w:jc w:val="left"/>
      </w:pPr>
      <w:r>
        <w:rPr>
          <w:rFonts w:ascii="Times New Roman" w:hAnsi="Times New Roman" w:eastAsia="Times New Roman" w:cs="Times New Roman"/>
        </w:rPr>
        <w:t>Apamuychis qankunapa rimanakuykichista, nispa Señor; sinchi razonesniykichista apamuychis, nispa Jacobpa Reynin. Chaykunata apamuchunku, hinaspa rikuchiwanchis ima pasanan kasqanta: ñawpaq kaqkunata rikuchichunku, imayna kasqankuta, chaykunata yuyaymanaspa, tukukuyninta yachananchispaq; utaq hamuq tiempuq kaqkunata willawanchis. Qepa p’unchawkunapi pasaq kaqkunata rikuchiychis, qankuna dioskuna kasqaykichista yachananchispaq: ari, allinta ruwaychis utaq mana allinta ruwaychis, mancharispa, kuskan qhawarinanchispaq. Qhawariychis, mana imapas kankichis, ruwayniykichispas mana imapaqmi; millay rikukuymi qankunata akllaqqa. Ñoqaqa hukta hatarichirqani norte llaqtamanta, paymi hamunqa: inti lloqsimuymantataq sutiyta waqyanqa; kamachiqkunamanmi llut’a ñiq’iman hina purinqa, imaynan manca ruwaq mit’uta sarun chayhinata. Pitaq qallariymantapacha willarqan, yachananchispaq? hinaspa ñawpaqmantaraq, “Payqa chaninmi” ninanchispaq? Ari, manam pipas rikuchinchu; arí, manam pipas willakunachu; arí, manam pipas simiykichiskunata uyarinchu. Ñawpaq kaqqa Sionmanmi ninqa: “Qhawariy, qhawariy, paykunata”; hinaspa Jerusalénmanqa sumaq willakuy apaqta qosqayki. Isaías 41:21–27.</w:t>
      </w:r>
    </w:p>
    <w:p>
      <w:pPr>
        <w:pStyle w:val="ArticleBody"/>
        <w:jc w:val="left"/>
      </w:pPr>
      <w:r>
        <w:rPr>
          <w:rFonts w:ascii="Times New Roman" w:hAnsi="Times New Roman" w:eastAsia="Times New Roman" w:cs="Times New Roman"/>
        </w:rPr>
        <w:t>Kay ñawpaq hanaq pacha maqanakuy, utqaylla hamuq domingo kamachiy qallariyninpi, Estados Unidospas, Satanáspas kikillanmi, saqisqa kanqaku paykunaq “causanta” “ruruchinankupaq”; chaymantataq nina hanaq pachamanta uraykachimunqaku Jezabelpa diosnin cheqaq Dios kasqanta rikuchiyta munaspa. Kay pachapi runakunan tukuy kallpachisqa kanqaku chay diospa yupaychana p’unchawninpa señalninta chaskinankupaq. Hanaq pachamanta uraykachimuy sapa runaman, “información super highway” nisqa vasitawan, “mana imapaqpas” rurayninmi; chay mediopi apasqa willakuyta akllaqtaq “millay mana allin ruwaq” kasqanmi.</w:t>
      </w:r>
    </w:p>
    <w:p>
      <w:pPr>
        <w:pStyle w:val="ArticleBody"/>
        <w:jc w:val="left"/>
      </w:pPr>
      <w:r>
        <w:rPr>
          <w:rFonts w:ascii="Times New Roman" w:hAnsi="Times New Roman" w:eastAsia="Times New Roman" w:cs="Times New Roman"/>
        </w:rPr>
        <w:t>Chay maqanakuypi pachak tawa chunka tawa waranqa runakuna, chaymanta qhipaman hatun achka runakunapas, Diospa testigonkuna kanqaku pitaq cheqaq Dios kasqanmanta rimanakuypi. Iskay lado maqanakuymanta apasqa willakuykunaqa “ninawan” sutichasqa rikuchisqa kanku. Llapa nacionkuna huñusqa kanqaku pitaq cheqaq Dios kasqanta yachachinapaq, iskay laya testigokunataq kanqaku “cheqaq kayta” sayachinankupaq.</w:t>
      </w:r>
    </w:p>
    <w:p>
      <w:pPr>
        <w:pStyle w:val="ArticleScripture"/>
        <w:jc w:val="left"/>
      </w:pPr>
      <w:r>
        <w:rPr>
          <w:rFonts w:ascii="Times New Roman" w:hAnsi="Times New Roman" w:eastAsia="Times New Roman" w:cs="Times New Roman"/>
        </w:rPr>
        <w:t>Llapa nacionkuna huñunakuchun, runakunapas tantanakuchun: paykunamanta pi kayta willayta atinman, ñawpaq kaqkunatapas qawachiwanchikman? Testigonkutam apamuchunku, chayhina chaninnaqchasqa kanankupaq; utaq uyariychunku, hinaspa nichunku: “Kayqa cheqaqmi.” Qankunaqa testigoykunam kankichik, nin Señor, akllasqay sirviyniypas; chayhina reqsiwanaykichikpaq, creewanaykichikpaq, hinaspa yachanaykichikpaq ñoqaqa paymi kani. Manam ñawpaqniypi ima diospas kamasqachu karqa, nitaq qhepaypipas kanqachu. Ñoqam, arí ñoqapuni, Señor kani; noqamanta huk salvadorqa manam kanchu. Ñoqam willarqani, salvarqani, qawachirqanipas, mana ima huk law dios qankunapura kachkaptin; chayraykum qankunaqa testigoykuna kankichik, nin Señor, ñoqaqa Dios kasqayta. Isaías 43:9–12.</w:t>
      </w:r>
    </w:p>
    <w:p>
      <w:pPr>
        <w:pStyle w:val="ArticleBody"/>
        <w:jc w:val="left"/>
      </w:pPr>
      <w:r>
        <w:rPr>
          <w:rFonts w:ascii="Times New Roman" w:hAnsi="Times New Roman" w:eastAsia="Times New Roman" w:cs="Times New Roman"/>
        </w:rPr>
        <w:t>Tukuy qhipa rikuchikuy Monte Carmeloqaqa, Satanaspaq testigokunata hinallataq Diospaq testigokunatapas kachkan. Chay rikuchikuyqa pichus cheqaq Dios kasqanta qhawachinapaqmi, ichaqa ¿imatas Diospa cheqap sonqoyuq testigonkuna testifikaspa rikuchinanku?</w:t>
      </w:r>
    </w:p>
    <w:p>
      <w:pPr>
        <w:pStyle w:val="ArticleScripture"/>
        <w:jc w:val="left"/>
      </w:pPr>
      <w:r>
        <w:rPr>
          <w:rFonts w:ascii="Times New Roman" w:hAnsi="Times New Roman" w:eastAsia="Times New Roman" w:cs="Times New Roman"/>
        </w:rPr>
        <w:t>Kaymi ninmi Señor, Israelpa Reynin, hinaspa paypa Redentor, ejercitokunapa Señornin: Ñuqam ñawpaq kaq kani, ñuqam qhepa kaq kani; mana ñuqamanta huk Dios kanchu. Pitaq ñuqahina waqyanka, willakuyta ruwanka, hinaspa ñawpaqman churawanka ñuqapaq, ñawpa llaqtata ñuqa churashaqmanta pacha? Hamuqkunata, hinaspa hamunankupaq kaqkunatapas paykunaqa paykunaman rikuchichunku. Ama manchakuychikchu, ama qasqachakuychikchu: manachu chay pacha-mantapacha qankunaman niyrani, hinaspa willararqaykichik? Qankunaqa cheqaqmi testigoykuna kankichik. ¿Kanchu huk Dios ñuqamanta huklawpi? Ari, mana huk Dios kanchu; mana hukta reqsinichu. Grabasqa ídolo ruraqkunaqa llapallan yanqa kanku; munasqankupas mana imapipas yanapankachu; paykunam kikinkupa testigonkuna kanku; mana rikunkuchu, mana yachankuchu; chhaynataq p'enqachisqa kananpaq. Isaías 44:6–9.</w:t>
      </w:r>
    </w:p>
    <w:p>
      <w:pPr>
        <w:pStyle w:val="ArticleBody"/>
        <w:jc w:val="left"/>
      </w:pPr>
      <w:r>
        <w:rPr>
          <w:rFonts w:ascii="Times New Roman" w:hAnsi="Times New Roman" w:eastAsia="Times New Roman" w:cs="Times New Roman"/>
        </w:rPr>
        <w:t>Qhipa p’unchaykunapi Monte Carmeloq tukupay tinkuyninpi sapaq kasqakunaqa cheqaq kaqman testigokunan kananmi, Diosqa ñawpaq kaqpas qhepa kaqpas kasqanta. Paymi chay Dios “unay llaqtata churarqa”, hamuqkunata reqsinanpaq. Diospa testigonkunaqa Jesucristopa Revelacionninta rikuchinankum, chaymi kichasqa kachkan qhipa Monte Carmelo maqanakuy manaraq chayamuchkaptin.</w:t>
      </w:r>
    </w:p>
    <w:p>
      <w:pPr>
        <w:pStyle w:val="ArticleBody"/>
        <w:jc w:val="left"/>
      </w:pPr>
      <w:r>
        <w:rPr>
          <w:rFonts w:ascii="Times New Roman" w:hAnsi="Times New Roman" w:eastAsia="Times New Roman" w:cs="Times New Roman"/>
        </w:rPr>
        <w:t>Satanaspa Monte Carmelo willakuyñinqa hanaq pachamanta uraykamuspa nina hina rikuchisqa kachkan.</w:t>
      </w:r>
    </w:p>
    <w:p>
      <w:pPr>
        <w:pStyle w:val="ArticleScripture"/>
        <w:jc w:val="left"/>
      </w:pPr>
      <w:r>
        <w:rPr>
          <w:rFonts w:ascii="Times New Roman" w:hAnsi="Times New Roman" w:eastAsia="Times New Roman" w:cs="Times New Roman"/>
        </w:rPr>
        <w:t>Hinaspa hatun milagrukunata ruran, hinaqtinmi ninata hanaq pacha-manta uraykuchin kay allpaman runakunapa ñawpaqninpi, Apocalipsis 13:13.</w:t>
      </w:r>
    </w:p>
    <w:p>
      <w:pPr>
        <w:pStyle w:val="ArticleBody"/>
        <w:jc w:val="left"/>
      </w:pPr>
      <w:r>
        <w:rPr>
          <w:rFonts w:ascii="Times New Roman" w:hAnsi="Times New Roman" w:eastAsia="Times New Roman" w:cs="Times New Roman"/>
        </w:rPr>
        <w:t>Kay versículuqa willakuchkanmi imayna Milagrokunata Estados Unidos llaqta ruwasqanmanta, kunan pacha hipnotismopa yachayninwan, runakunaqman apachisqa “yachay willakuy hatun ñan” nisqapi. Chay versículuqa hinallataqmi rimachkan Supay kikinpa rikurimuyninmanta, Cristota tukuspa rikurimusqan pacha.</w:t>
      </w:r>
    </w:p>
    <w:p>
      <w:pPr>
        <w:pStyle w:val="ArticleScripture"/>
        <w:jc w:val="left"/>
      </w:pPr>
      <w:r>
        <w:rPr>
          <w:rFonts w:ascii="Times New Roman" w:hAnsi="Times New Roman" w:eastAsia="Times New Roman" w:cs="Times New Roman"/>
        </w:rPr>
        <w:t>“Kimsa kaq angelpa willakuynin willakuypi huñukukuq angelqa tukuy pachata kikinpa hatun k’anchariyninwan k’anchachinanmi. Kaypiqa willakuykun huk llapa pacha mast’ariq, mana sapa kuti rikusqa atiyniyuq llamk’aymanta rimanku. 1840–44 watakunapi hamuqkuna kuyuyqa Diospa atiyninpa sumaq rikuchikuynin karqa; ñawpaq angelpa willakuyninqa kay pachapi tukuy misioneropa tiyakusqanman apasqa karqa, hinaspa wakin llaqtakunapiqa soqta chunka soqtayuq pachak watayuq Reforma qhipamanmantapacha, ima llaqtapipas mana hayk’aq rikusqa hatun religioso munaychakuy karqa; ichaqa kaykunaqa kimsa kaq angelpa qhipa amonestakuynin urapi kallpasapa kuyuywan aswan llalliqchasqa kanqaku.”</w:t>
      </w:r>
    </w:p>
    <w:p>
      <w:pPr>
        <w:pStyle w:val="ArticleScripture"/>
        <w:jc w:val="left"/>
      </w:pPr>
      <w:r>
        <w:rPr>
          <w:rFonts w:ascii="Times New Roman" w:hAnsi="Times New Roman" w:eastAsia="Times New Roman" w:cs="Times New Roman"/>
        </w:rPr>
        <w:t>Llamk’anqaqaqaqaqaqa kachkanqa Pentecostés p’unchaypa ruwasqan hina. Imaynachus “ñawpaq para” qosqa karqa, Santo Espíritu hich’akusqanwan evangelio qallariyninpi, chay chanin muhu wiñariyninpaq, chay hinallataq “qhipa para” qosqa kanqa tukukuyninpi, cosechapa puquyninpaq. “Chaymantam yachasun, Señor-ta reqsinanchikpaq qatipaspa: lloqsimuyninqa paqarinapaq hina wakichisqam; payqa hamunqañam para hina, allpaman qhipa para hina, ñawpaq para hinapas.” Oseas 6:3. “Siónpa wawankuna, kusikuychik chayqa, hinaspa Señor Diosniykichikpi anchata kusikuychik: paymi qosurqankichik ñawpaq parata tupusqa hinata, hinaspa uraykachimunqañam qankunapaq parata, ñawpaq parata, hinaspa qhipa paratapas.” Joel 2:23. “Qhipa p’unchaykunapi, nispa Diosqa, Espírituymanta hich’akamusaq llapa runa aychaman.” “Hinaspa pasanqa, pipas Señorp sutinta waqyakuqqa qespichisqa kanqa.” Hechos 2:17, 21.</w:t>
      </w:r>
    </w:p>
    <w:p>
      <w:pPr>
        <w:pStyle w:val="ArticleScripture"/>
        <w:jc w:val="left"/>
      </w:pPr>
      <w:r>
        <w:rPr>
          <w:rFonts w:ascii="Times New Roman" w:hAnsi="Times New Roman" w:eastAsia="Times New Roman" w:cs="Times New Roman"/>
        </w:rPr>
        <w:t>“Evangelio paqarin hatun llamk’ayqa manan tukukunqachu Diospa atiynin rikuchikuyqa qallariyninpi rikuchisqa kasqamanta aswan pisiyachisqa kananta. Profecíakuna, ñawpa tamia jich’amuyninwan evangelio qallariyninpi hunt’asqa karqan, wakmanta hunt’akunankupaqmi kachkan qhipa tamiawan tukukuyninpi. Kaypin kachkan ‘samaykuy pacha’, mayqanta apostol Pedro ñawpaqman qhawarqan nispa: ‘Arrepentikuychik ari, tikrakuychikpas, huchaykichik pichasqa kanankupaq, Señorp a qayllanmanta samaykuy pachakuna hamunankama; paytaqmi Jesusta cachamunqa.’ Hechos 3:19, 20.”</w:t>
      </w:r>
    </w:p>
    <w:p>
      <w:pPr>
        <w:pStyle w:val="ArticleScripture"/>
        <w:jc w:val="left"/>
      </w:pPr>
      <w:r>
        <w:rPr>
          <w:rFonts w:ascii="Times New Roman" w:hAnsi="Times New Roman" w:eastAsia="Times New Roman" w:cs="Times New Roman"/>
        </w:rPr>
        <w:t>“Diospa sirviqninkuna, uyanqonkuna k’anchaywan hunt’asqa, ch’uya sapaqchasqa kasqankuwan lliphipispa, utqaylla maymanta mayman purinqaku hanaqpachamanta willakuyta willanankupaq. Waranqa simikunaq rimayninwan, tukuy kay pachapi, yuyachiyqa willasqa kanqa. Milagrukuna ruwasqa kanqa, onqosqakuna hampisqa kanqaku, hinaspa señalkuna, musphaykuna ima iñiqkunata qatinqa. Satanaspas llamk’an, llulla musphaykunawan, runakunaq ñawpaqenkupi hanaqpachamanta ninata uraykachimuspanpas. Apocalipsis 13:13. Chayhinapin kay pacha tiyakuqkuna churasqa kanqaku mayninpi sayanankupaq.” The Great Controversy, 611, 612.</w:t>
      </w:r>
    </w:p>
    <w:p>
      <w:pPr>
        <w:pStyle w:val="ArticleBody"/>
        <w:jc w:val="left"/>
      </w:pPr>
      <w:r>
        <w:rPr>
          <w:rFonts w:ascii="Times New Roman" w:hAnsi="Times New Roman" w:eastAsia="Times New Roman" w:cs="Times New Roman"/>
        </w:rPr>
        <w:t>Satanás hanaq pachaq hawanmanta nina uraykachimunan pacha chayamuchkaptin, “kay pachapi tiyakkunaqa suyayninkupi sayarinqaku.” Chay pachapiqa, Diospa testigon “utqaylla huk maymanta huk mayman rinqa hanaqpachamanta willakuyta willarichinampaq. Waranqantin simikunaqwan, tukuy kay pachapi, waqyayqa willasqa kanqa.” Diospa testigonkuna ruwasqanku llamk’ayqa “Pentecostés p’unchaypi kasqanman rikch’akuqmi kanqa,” maypichus “kimsa kaq angelpa willakuyninta willarichiypi hukllachakuq angelqa tukuy kay pachata k’anchaychinanpaq kikinpa hatun k’anchariyninwan.” Pentecostéspiqa, ninam Santo Espíritu lluqsichisqa kasqanpa unanchan karqa, hinallataq ninam Satanaspa mana ch’uyachu espiritun lluqsichisqa kasqanpa unanchanpas kan.</w:t>
      </w:r>
    </w:p>
    <w:p>
      <w:pPr>
        <w:pStyle w:val="ArticleBody"/>
        <w:jc w:val="left"/>
      </w:pPr>
      <w:r>
        <w:rPr>
          <w:rFonts w:ascii="Times New Roman" w:hAnsi="Times New Roman" w:eastAsia="Times New Roman" w:cs="Times New Roman"/>
        </w:rPr>
        <w:t>Juanqa qanchis kaq capítulo Apocalipsispi pachak tawa chunka tawa waranqa runakunata, hinallataq hatun achka runa huñusqata rikuchisqanmanta qhepaman, qanchis kaq, tukukuq sellopa kichasqanta sut’inchan. Kay tukukuq icha qanchis kaq selloqa Jesucristopa Revelacionninpa kichasqa kayninta rikuchin, hinaspataq Apocalipsis libropi kaq sapan willakuymi, probation tukukuy qayllapi kichasqa kananpaq karqa. Qanchis kaq sello, qanchis trueno-kuna, Jesucristopa Revelacionninwan kuska, llapanku huklla cheqaq kaypa unanchaqninmi; chayqa probation tukukuy qayllallapi kicharikun. Jesucristopa Revelacionninqa Cristopa characterninta hinallataq kamaq atiyninta Alpha y Omega hina qhapariychkan. Qanchis trueno-kunaqa pachak tawa chunka tawa waranqa runakuna sellasqa kasqanku historiata sut’inchanku, hinaspataq qanchis kaq selloqa Santo Espiritupa hich’akusqanta sut’inchan, iskay testigo-kuna kawsarimuspa Diospa “cheqaq” nisqanpa kamaq atiyninta chaskisqanku historiapi; chay atiymi Yayaymanta Churiman, Churimanta Gabrielman, Gabrielmanta profetaman apachikun, ñawirispa, uyarispa, ukhunpi waqaychasqa atiyninta waqaychayta akllaqkunaman.</w:t>
      </w:r>
    </w:p>
    <w:p>
      <w:pPr>
        <w:pStyle w:val="ArticleScripture"/>
        <w:jc w:val="left"/>
      </w:pPr>
      <w:r>
        <w:rPr>
          <w:rFonts w:ascii="Times New Roman" w:hAnsi="Times New Roman" w:eastAsia="Times New Roman" w:cs="Times New Roman"/>
        </w:rPr>
        <w:t>Qanchis kaq sellota kicharisqa kaptinmi, hanaq pacha ukhupi upallay karqa kuskan hora hina. Hinaspan qhawarirqani Diospa ñawpaqenpi sayaq qanchis angelkunata; paykunamanmi qanchis trompetakuna qosqa karqa. Hinaspan huk angelpas hamuspa altarpa qayllanpi sayarqa, qori inciensohina q’osñichina aptasqa; paymanmi achka inciensota qosqa karqa, llapa ch’uya runakunapa mañakusqankunawan kuska haywarinanpaq qori altarpi, tronompa ñawpaqenpi kaqpi. Hinaptin inciensopa q’osñin, ch’uya runakunapa mañakusqankunawan kuska, angelpa makinmanta Diospa ñawpaqenman wicharirqan. Hinaspan angelqa q’osñichinata hap’ispa, altarpa ninanwan hunt’achirqan, chaytaq kay pachaman wikch’urqan: hinaspan uyarikurqan rimaykuna, illapakuna, llipyaykuna, allpa kuyuypas. Apocalipsis 8:1–5.</w:t>
      </w:r>
    </w:p>
    <w:p>
      <w:pPr>
        <w:pStyle w:val="ArticleBody"/>
        <w:jc w:val="left"/>
      </w:pPr>
      <w:r>
        <w:rPr>
          <w:rFonts w:ascii="Times New Roman" w:hAnsi="Times New Roman" w:eastAsia="Times New Roman" w:cs="Times New Roman"/>
        </w:rPr>
        <w:t>Chay versículokunapi, “qanchis angelkuna” “Diospa ñawpaqenpi sayarirqanku” “qanchis trompetakunawan.” Chay qanchis trompeta angelkunaqa allintam yacharisqa, ñawpa costumbreman hina, Roma contra Diospa juicionninkunata rikuchisqankuta, domingo punchaw yupaychayta kamachisqanmanta. Constantino uraypi pagano Romaqa ñawpaq domingo leyta 321 watapi pasarqan, hinaspataq 330 watakama reinonqa inti lloqsimuyninmanpas inti yaykuy ninamanpas rakisqa karqan. Chaymanta pacha ñawpaq tawa trompetakuna waqaychariyta qallariqku, paykunataq chay historiapi kallpakunata rikuchirqanku, imaynachus chay reinon contra apamusqa karqanku, hinaspataq 476 watakama Roma llaqtata saqerqanku, maypichus mana hayk’aqpas huk romano kamachiq yapamanta chay llaqtapi kamachirqanchu, chay llaqtaqa Romaq kallpanpa hatun kayninpa unanchan karqan. Papadoqa domingo leyta Orleans Concilio nisqapi 538 watapi pasarqanmi; chaypim Mohammed hatarichisqa karqan romano iglesiata juzgananpaq, pichqa kaqtaq soqta kaq trompetakuna hina rikuchisqa, chaykunataq ñawpaq hinaspa iskay ñak’ariy karqanku, Islamta rikuchispa. Chay trompetakunamanta yachay ñawpaqmanta hamuq allin kasqankama, paykunaqa sut’inchasqa kanku chay pasaje nisqapi maypichus Apocalipsis isqonpi riqsichisqa kanku “plagas” nisqa hina.</w:t>
      </w:r>
    </w:p>
    <w:p>
      <w:pPr>
        <w:pStyle w:val="ArticleScripture"/>
        <w:jc w:val="left"/>
      </w:pPr>
      <w:r>
        <w:rPr>
          <w:rFonts w:ascii="Times New Roman" w:hAnsi="Times New Roman" w:eastAsia="Times New Roman" w:cs="Times New Roman"/>
        </w:rPr>
        <w:t>Chay plagaswan mana wañusqa runakunaqa manaraqmi makinkupa rurasqankunamanta wanakurqankuchu, ama supaykunata yupaychanankupaq, qori, qullqi, anta, rumi, kaspi idolokunatapas, mayqinkunachus mana rikuyta, mana uyariyta, mana puriyta atinkuchu: manataqmi wanakurqankuchu wañuchisqankumanta, layqakayninkumanta, huchallikusqankumanta, suwakusqankumantapas. Apocalipsis 9:20, 21.</w:t>
      </w:r>
    </w:p>
    <w:p>
      <w:pPr>
        <w:pStyle w:val="ArticleBody"/>
        <w:jc w:val="left"/>
      </w:pPr>
      <w:r>
        <w:rPr>
          <w:rFonts w:ascii="Times New Roman" w:hAnsi="Times New Roman" w:eastAsia="Times New Roman" w:cs="Times New Roman"/>
        </w:rPr>
        <w:t>Qanchis cornetakunapa hunt’asqa, tukukuyninpi, allin chinkachiyqa Apocalipsis pusaq chunka suqtayuq t’aqapi qanchis qhipa muchuyninkunam. Apocalipsis pusaq chunka isqunniyuq t’aqapi qanchis cornetakunapa profetika señalninkunata mana allinta qhawayllapas rikuchinmi paykunaqa qanchis qhipa muchuyninkunawan kikinchakuq señalninkunata hap’iykusqankuta. Qanchisniyuq sello kichasqaqa historiapi chay pachapin pasakun, maypachachus probacion tukukuyman qayllaykusqa kashan, hinaspa Diospa phiñakuynin, qanchis qhipa muchuyninkunawan unanchasqa hina, hich’aykusqa kananmantaña qayllaykusqa kashan.</w:t>
      </w:r>
    </w:p>
    <w:p>
      <w:pPr>
        <w:pStyle w:val="ArticleBody"/>
        <w:jc w:val="left"/>
      </w:pPr>
      <w:r>
        <w:rPr>
          <w:rFonts w:ascii="Times New Roman" w:hAnsi="Times New Roman" w:eastAsia="Times New Roman" w:cs="Times New Roman"/>
        </w:rPr>
        <w:t>Cristoqa, Judá ayllumanta León hina, “qanchisñiqin sellota kicharispa”, huk angel hamuspa altarpa qayllanpi sayarirqan, qurimanta incensarioyoq; paymanmi achka inciensota qorqanku, llapa santoskunapa mañakusqankunawan kuska, tronopa ñawpaqninpi kashaq quri altarman haywarinanpaq. Hinaspan inciensopa q’osñin, santoskunapa mañakusqankunawan kuska hamuq, angelpa makimanta Diospa ñawpaqninman wicharirqan. Espíritu Santopa Pentecostés p’unchaypi hich’akusqanqa ñawpaqtaqa Jerusalén llaqtapi huñusqa creyentekunapa huk sonqolla mañakusqankuwanmi qallarirqan.</w:t>
      </w:r>
    </w:p>
    <w:p>
      <w:pPr>
        <w:pStyle w:val="ArticleScripture"/>
        <w:jc w:val="left"/>
      </w:pPr>
      <w:r>
        <w:rPr>
          <w:rFonts w:ascii="Times New Roman" w:hAnsi="Times New Roman" w:eastAsia="Times New Roman" w:cs="Times New Roman"/>
        </w:rPr>
        <w:t>“Cheqap Diosman yupaychaypa kausayninchikpa musuq kawsariynin ñoqanchik ukhupiqa llapa munasqanchikmanta aswan hatun, aswan utqaylla mañakusqanmi. Kayta maskhayqa ñawpaq llamk’ayninchik kanan tiyan. Señormi qowasunchik bendicionninta chaskiyta taripaypaq sinchi kallpachakuy kanan tiyan; mana Diosqa bendicionninta ñoqanchikman qoyta mana munasqanraykuchu, aswanpas ñoqanchikqa chaskinapaq mana wakichisqa kasqanchikrayku. Hanaq pacha Yayanchikqa Santo Espiritunta mañakuqkunaman qoyta aswan achka munan, kay pachapi tayta-mamakuna wawakunaman allin qowaykunata qoyta munasqankumantaqa. Ichaqa ñoqanchikpa llamk’ayninchikmi, huchanchikta willakuspa, ñawpaqpi p’inqakuspa, wanakuspa, hinallataq sonqo llaqtawan mañakuspa, chay condicionkunata hunt’ay, mayqenkunapi Diosqa bendicionninta qowasunchikta prometesqa. Musuq kawsariytaqa mañakuyman kutichisqa kasqanllapi suyasunman.” Selected Messages, libro 1, 121.</w:t>
      </w:r>
    </w:p>
    <w:p>
      <w:pPr>
        <w:pStyle w:val="ArticleBody"/>
        <w:jc w:val="left"/>
      </w:pPr>
      <w:r>
        <w:rPr>
          <w:rFonts w:ascii="Times New Roman" w:hAnsi="Times New Roman" w:eastAsia="Times New Roman" w:cs="Times New Roman"/>
        </w:rPr>
        <w:t>Qanchis kaq sellota kichariyninmi pachak tawa chunka tawa waranqa runakunapa sellasqa kayninta reqsichin. Chay sellasqa kayqa mañakuyniyoqmi qallarin, ichaqa mana sapaq mañakuy ruwayllawanchu, aswanpas huk sapaq mañakuywan. Chay sapaq mañakuyqa Daniel qillqapi reqsichisqa kachkan, mayqinchus, sut’inchasqa hina, Apocalipsis qillqapas kachkan.</w:t>
      </w:r>
    </w:p>
    <w:p>
      <w:pPr>
        <w:pStyle w:val="ArticleBody"/>
        <w:jc w:val="left"/>
      </w:pPr>
      <w:r>
        <w:rPr>
          <w:rFonts w:ascii="Times New Roman" w:hAnsi="Times New Roman" w:eastAsia="Times New Roman" w:cs="Times New Roman"/>
        </w:rPr>
        <w:t>Juanqa Apocalipsispi, Danieltaq libronpiwan, “qhipa p’unchaykunapi” pachak tawa chunka tawa waranqata rikuchinku. “Qhipa p’unchaykunapi” ñawpaq hanaq pacha maqanakuy tiempo Diospa testigonkuna kanankupaq akllasqakuna, gracia tiempop tukukuyta manaraq chayaspa kichasqa profeciamanta testificanqaku. Kayqa kunan qhawarisqanchik versículokunapi qanchis kaq sellos nisqahina rikuchisqa kachkan. “Qori inciensero” apaq angelman chayaq mañakuykunaqa Danielpa libronpi isqon kaq capítulopi mañakuyninwanmi rikuchisqa kachkan. Chay mañakuyqa huk sut’i, nisqaman hina rikuchisqa mañakuymi, Moisés qanchis kuti nisqa profeciawan tupachispa churarqan. Chay mañakuyqa iskay rikrayoqmi, hinaspan Danielqa iskay rikrayuq mañakuyninpa contexto-ninta Moisespa “maldición” nisqapi hinallataq “juramento” nisqapi churaykun. Danielpa libronwan Apocalipsispis kikin libronmi, hinaspa Danielpa libronpi kaq kikin profeciapa siq’ikunaqa Apocalipsis libronpim yapamanta hap’isqa kanku.</w:t>
      </w:r>
    </w:p>
    <w:p>
      <w:pPr>
        <w:pStyle w:val="ArticleBody"/>
        <w:jc w:val="left"/>
      </w:pPr>
      <w:r>
        <w:rPr>
          <w:rFonts w:ascii="Times New Roman" w:hAnsi="Times New Roman" w:eastAsia="Times New Roman" w:cs="Times New Roman"/>
        </w:rPr>
        <w:t>Apocalipsis chunka pusaqniyuqpi atiyniyuq angilpa kuyuriyninpi santo ninata urmaykachiq mañakuyqa, Danielpa “qanchis kutikuna” nisqa mañakuyninmi. Chaymi hanaq pachatamanta angil Gabrielta uraykamuchirqa, Danielman willakuykunata sut’inchananpaq. Mañakuyninpa tukuyninpi, Daniel isqunniyuqpa ñawpaq ishkay chunka versokunata hap’iqpi, Gabrielqa ch’isiy ofrendapa pacha hinallataq uraykamurqa. Quri qosñichina aptaq angilpa chaskisqan wichariq mañakuykunaqa, inti chinkaqtin wichariq mañakuykunam, “qhipa p’unchaykuna” nisqapa ch’isiy pacha hinapi.</w:t>
      </w:r>
    </w:p>
    <w:p>
      <w:pPr>
        <w:pStyle w:val="ArticleScripture"/>
        <w:jc w:val="left"/>
      </w:pPr>
      <w:r>
        <w:rPr>
          <w:rFonts w:ascii="Times New Roman" w:hAnsi="Times New Roman" w:eastAsia="Times New Roman" w:cs="Times New Roman"/>
        </w:rPr>
        <w:t>Chaykama rimashaspay, mañakushaspay, huchayta hinaspa llaqtay Israelpa huchanta willakuspay, Diosniy Señorpa ñawpaqenman ruwakuyta apanaykama Diosniypa ch’uya urqunrayku; arí, mañakuypi rimashaspallaraq, qallariypi rikushqay visiónpi rikurimuq qhari Gabriel, utqaylla phawachisqa kaspa, chayamurqan ch’isi ofrendapa horasninpi. Daniel 9:20, 21.</w:t>
      </w:r>
    </w:p>
    <w:p>
      <w:pPr>
        <w:pStyle w:val="ArticleBody"/>
        <w:jc w:val="left"/>
      </w:pPr>
      <w:r>
        <w:rPr>
          <w:rFonts w:ascii="Times New Roman" w:hAnsi="Times New Roman" w:eastAsia="Times New Roman" w:cs="Times New Roman"/>
        </w:rPr>
        <w:t>Danielpa mañakusuyninqa huchankunata willakuylla manam karqa, aswanpas Diospa llaqtanpa huchankunatapas. Paypa mañakuyninqa arrepentikuy mañakuyq patrunmin, Levítico iskay chunka suqtayuqpi “qanchis kuti” nisqawan tinkisqa.</w:t>
      </w:r>
    </w:p>
    <w:p>
      <w:pPr>
        <w:pStyle w:val="ArticleScripture"/>
        <w:jc w:val="left"/>
      </w:pPr>
      <w:r>
        <w:rPr>
          <w:rFonts w:ascii="Times New Roman" w:hAnsi="Times New Roman" w:eastAsia="Times New Roman" w:cs="Times New Roman"/>
        </w:rPr>
        <w:t>Qankunamanta qhepakamaqkunaqa awqankup allpankunapi huchankupi wañuykachasqa hina chinkarinqaku; taytankup huchankunapipas paykunawan kuska chinkarinqaku. Sichus huchankuta confesakuspa willakunku, taytankup huchankutapas, ñoqaman huchallisqankumanta, hinaspa ñoqapa contraypi purisqankumantapas; hinaspa ñoqapas paykunapa contrankupi purisqayta, awqankup allpaman pusamusqaytapas; chaymanta mana señalchasqa sonqonkuta humillasqa kanman chayqa, huchankumanta castigasqa kayta chaskikunku chayqa: chaypacham Jacobwan rurasqay acuerdoyta yuyarisaq, Isaacwan rurasqay acuerdoytapas, Abrahamwan rurasqay acuerdoytapas yuyarisaq; allpatapas yuyarisaq. Levítico 26:39–42.</w:t>
      </w:r>
    </w:p>
    <w:p>
      <w:pPr>
        <w:pStyle w:val="ArticleBody"/>
        <w:jc w:val="left"/>
      </w:pPr>
      <w:r>
        <w:rPr>
          <w:rFonts w:ascii="Times New Roman" w:hAnsi="Times New Roman" w:eastAsia="Times New Roman" w:cs="Times New Roman"/>
        </w:rPr>
        <w:t>Moisés “qanchis kuti” nisqawan tupaq castígota churaykuspan, chayta Diospa “rimanakuynin” nisqa “rimanakuy alianza”-nwan sutichaspan, reqsichin ima ruranankuta Diospa llaqtanqa, imaymanapas yachakurqanku ch’aqwaqpa allpapi watasqa kamachiyuq runakuna kasqankuta, Daniel hina. Paykunaqa, Daniel sut’inchasqanmanta hina, huchankuta willakuyta munarqanku, chaynallataq taytankup huchankutapas.</w:t>
      </w:r>
    </w:p>
    <w:p>
      <w:pPr>
        <w:pStyle w:val="ArticleBody"/>
        <w:jc w:val="left"/>
      </w:pPr>
      <w:r>
        <w:rPr>
          <w:rFonts w:ascii="Times New Roman" w:hAnsi="Times New Roman" w:eastAsia="Times New Roman" w:cs="Times New Roman"/>
        </w:rPr>
        <w:t>Kay específico mañakuyqa, pachak tawqa chunka tawa waranqa runakuna—qayakusqa kaykuna—haywariptinku, qori q’ipiwan angelqa “q’ipita hinaspa” altarpa ninawan hunt’achinqa, chaymanta “kay pachaman wikch’unqa: hinaspa karqan rimaykuna, illapakuna, lliphyakuna, hinallataq huk allpa kuyuy.” Chay santo ninaqa, “cheqaq kay” willakuypa siqninchasqa kashan, llulla “nina” willakuyman contrapuestopi, mayqanta Estados Unidoswan Satanás hanaq pachamanta uraykachinku nispa; chayqa pasakullan “allpa kuyuy” horaspi, mayqan domingo kamachiy kashan.</w:t>
      </w:r>
    </w:p>
    <w:p>
      <w:pPr>
        <w:pStyle w:val="ArticleBody"/>
        <w:jc w:val="left"/>
      </w:pPr>
      <w:r>
        <w:rPr>
          <w:rFonts w:ascii="Times New Roman" w:hAnsi="Times New Roman" w:eastAsia="Times New Roman" w:cs="Times New Roman"/>
        </w:rPr>
        <w:t>Zacarías qillqapi willakuyku, Danielpa huknin kasqan esclavitudmanta kutimuspankumanta qhipa, templota hinaspa Jerusalenta wakmanta hatarichisqankumanta historiapi, Zorobabelmi temploq cimientonta churasqa, hinaspataq umalliq rumiñintapas churayta tukusqa.</w:t>
      </w:r>
    </w:p>
    <w:p>
      <w:pPr>
        <w:pStyle w:val="ArticleScripture"/>
        <w:jc w:val="left"/>
      </w:pPr>
      <w:r>
        <w:rPr>
          <w:rFonts w:ascii="Times New Roman" w:hAnsi="Times New Roman" w:eastAsia="Times New Roman" w:cs="Times New Roman"/>
        </w:rPr>
        <w:t>Chayqaqmi pay kutichiwaraq, ñispa rimarqawan: Kaymi Señorpa simin Zerubbabelman, ñispa: Manan kallpawanchu, nitaq atiywanchu, aswanqa Espírituyniywanmi, nispa nin Señor de los Ejércitos. ¿Pitaq qan kanki, hatun urqu? Zerubbabelpa ñawpaqenpi pampaman tukunkipunki; paytaq chay wasi rumi umanta orqomunqa qapariykunawan, ñispa: ¡Munakuynin, munakuynin payman! Yapamantaq Señorpa simin hamuwarqan noqaman, ñispa: Zerubbabelpa makinkunami kay wasipa cimientonta churarqan; paypa makinkunami tukuchanqakupas; chaymi yachankichik Señor de los Ejércitospas qamkunaman kachamuwasqanta. ¿Pitaq pisipaq kaq p’unchawta pisicharqan? Paykunaqa kusikunqaku, Zerubbabelpa makinpi plomadata qhawaspanku chay qanchiswan kuska; paykunan Señorpa ñawinkuna, tukuy kay pachantinta puriq, hukmanta hukman qhawariq. Zacarías 4:6–10.</w:t>
      </w:r>
    </w:p>
    <w:p>
      <w:pPr>
        <w:pStyle w:val="ArticleBody"/>
        <w:jc w:val="left"/>
      </w:pPr>
      <w:r>
        <w:rPr>
          <w:rFonts w:ascii="Times New Roman" w:hAnsi="Times New Roman" w:eastAsia="Times New Roman" w:cs="Times New Roman"/>
        </w:rPr>
        <w:t>Zorobabel nisqaqa “Babiloniamanta miray” niyta, hinaspataq iskay kaq angilpa willakuyninpa unanchaqninmi; chay willakuyqa Chawpi Tuta Qapariy willakuywan huñusqa kaspan, Advientismopa qallariy kuyuriyninpi “cimientos” churarqan. Zorobabelqa hinallataq Advientismopa tukukuq kuyuriyninpi, Future for America kuyuriypi, iskay kaq angilpa willakuynin yapamanta kutimusuqta reqsichin, maypachachus “piedra de remate” churakun.</w:t>
      </w:r>
    </w:p>
    <w:p>
      <w:pPr>
        <w:pStyle w:val="ArticleBody"/>
        <w:jc w:val="left"/>
      </w:pPr>
      <w:r>
        <w:rPr>
          <w:rFonts w:ascii="Times New Roman" w:hAnsi="Times New Roman" w:eastAsia="Times New Roman" w:cs="Times New Roman"/>
        </w:rPr>
        <w:t>Kay pachaqa kusikurqan iskay willakuy qhispichiqkuna wañuchisqa kasqankumanta wañusqa tullukunaq pampapi, chay ñanpi sutichasqa “willakuy hatun ñan” nisqapi. Chay iskay willakuy qhispichiqkuna kawsarichisqa kaptinkum, kay pacha mancharirqan, hanaq pachakunaqtaq kusikurqan. Zacarías, llapa profetakunahin, reqsichiwanchik “qhipa p’unchaykunata” Diospa llaqtan kusikunanpaq. Zacarías yachachiwanchik paykuna kusikunku iskay willakuy qhispichiqkunaq kawsarimuyninpi, “chay qanchisniyuqkunata” rikuspanku. “Chay qanchisniyuqkuna” nisqaqa kikin hebreo simim, Levítico iskay chunka suqtañiyuqpi “qanchis kuti” nispa tikrasqa kasqan. Ñawpaq angelpa puriynin churarqan Moiséspa qanchis kutikunaq cimienton ruminta, chay “cheqaq kay” ima kasqantaq kikinmi kanan umalliq rumipi kachun kinsa kaq angelpa kuyukuyninpaq, 1863 watapi chaskisqa mana kasqanman hina.</w:t>
      </w:r>
    </w:p>
    <w:p>
      <w:pPr>
        <w:pStyle w:val="ArticleBody"/>
        <w:jc w:val="left"/>
      </w:pPr>
      <w:r>
        <w:rPr>
          <w:rFonts w:ascii="Times New Roman" w:hAnsi="Times New Roman" w:eastAsia="Times New Roman" w:cs="Times New Roman"/>
        </w:rPr>
        <w:t>Sichusqa, hunt’asqa, hinallataq allin kaq iskay kutin mañakuywan rurachisqa kaptin, cheqaq ninaqa kay pachaman wikch’uykusqa kanqa, Pentecostés p’unchaypi hina.</w:t>
      </w:r>
    </w:p>
    <w:p>
      <w:pPr>
        <w:pStyle w:val="ArticleBody"/>
        <w:jc w:val="left"/>
      </w:pPr>
      <w:r>
        <w:rPr>
          <w:rFonts w:ascii="Times New Roman" w:hAnsi="Times New Roman" w:eastAsia="Times New Roman" w:cs="Times New Roman"/>
        </w:rPr>
        <w:t>Qatiq artikulupiqa qanchis kaq sellopa kichariyninmanta parlakuyta qatiqasaqku.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Jesucristopa Revelaciónnin — Chunka Tawañiqin Número</dc:title>
  <dc:subject>Qanchis kaq Silluyta```</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