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Revelasqanmanta - Chunka Pusaqniyuq Número</w:t>
      </w:r>
    </w:p>
    <w:p>
      <w:pPr>
        <w:pStyle w:val="ArticleSubtitle"/>
        <w:jc w:val="left"/>
      </w:pPr>
      <w:r>
        <w:rPr>
          <w:rFonts w:ascii="Arial" w:hAnsi="Arial" w:eastAsia="Arial" w:cs="Arial"/>
        </w:rPr>
        <w:t>Taytakunapa Huchankuna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 watapi, ñawpaq Philadelphia sutiyuq Millerita Adventismoqa James Whitewan Ellen Whitewanmi Laodicea nisqaman riqsichisqa karqan. Chaymanta James Whiteqa Laodicea willakuyta kuyuriyman mirachiyta qallarin Review and Herald nisqa qillqapi. Chay kikin qillqapi, chay kikin watapi, Levítico iskay chunka suqtayuq t’aqapi “qanchis kutikuna” nisqamanta aswan hatun k’anchaypas rikuchisqa karqan Hiram Edsonpa pusaq artículo nisqakuna qatiqninpi; paytaqmi Whiteskuna ancha yupaychaspa qhawarirqanku, chayrayku ñawpaq churinku sutinta paymanta churapurqanku. Chay qatiqninqa tukukapunanta hamuq p’unchawkunapi hunt’asqa kananmanta nisqawanmi tukukurqan, ichaqa mana hayk’aqpas yapamanta rikurimurqanchu. Ñawpaq angelpa kuyuriynin Philadelphia-manta Laodicea-man tikraq ch’iqtapi, kuyuriyninqa Levítico iskay chunka suqtayuq t’aqapi “qanchis kutikuna” nisqapi mitk’akurqan; chaymi Diospa angelkuna William Miller-man riqsichispa willakuyta apachirqanku ñawpaq-puni pacha-profecía kasqan.</w:t>
      </w:r>
    </w:p>
    <w:p>
      <w:pPr>
        <w:pStyle w:val="ArticleBody"/>
        <w:jc w:val="left"/>
      </w:pPr>
      <w:r>
        <w:rPr>
          <w:rFonts w:ascii="Times New Roman" w:hAnsi="Times New Roman" w:eastAsia="Times New Roman" w:cs="Times New Roman"/>
        </w:rPr>
        <w:t>“Qanchis kuti” nisqaqa karqanmi Millerita kunapa templonpa cimientonpa hatun esquina rumi. Sapa profetico rikuchiy mayqin sagrado cimientoqmantapas, Cristomanta rikuchiylla kan, imaraykuchus mana huk cimientoqa churakuspa atinchu Cristomanta aswanqa.</w:t>
      </w:r>
    </w:p>
    <w:p>
      <w:pPr>
        <w:pStyle w:val="ArticleScripture"/>
        <w:jc w:val="left"/>
      </w:pPr>
      <w:r>
        <w:rPr>
          <w:rFonts w:ascii="Times New Roman" w:hAnsi="Times New Roman" w:eastAsia="Times New Roman" w:cs="Times New Roman"/>
        </w:rPr>
        <w:t>Manaqa pipas huk cimentotapas churayta atinmanchu, ña churakusqanmanta hukmantaqa, chayqa Jesucristo. 1 Corintios 3:11.</w:t>
      </w:r>
    </w:p>
    <w:p>
      <w:pPr>
        <w:pStyle w:val="ArticleBody"/>
        <w:jc w:val="left"/>
      </w:pPr>
      <w:r>
        <w:rPr>
          <w:rFonts w:ascii="Times New Roman" w:hAnsi="Times New Roman" w:eastAsia="Times New Roman" w:cs="Times New Roman"/>
        </w:rPr>
        <w:t>Manam Cristollachu manam simintullachu, payqaqa chaymantaq wasichaqkuna hich'uykusqan, qhipamantataq mitk'achikusqan rumiwanpas kashan. Paymi qhipaqpi esquina umalliq rumi tukupun. Millerita historiapiqa “qanchis kuti” nisqaqa chay esquina umalliq rumipa unanchan karqan.</w:t>
      </w:r>
    </w:p>
    <w:p>
      <w:pPr>
        <w:pStyle w:val="ArticleBody"/>
        <w:jc w:val="left"/>
      </w:pPr>
      <w:r>
        <w:rPr>
          <w:rFonts w:ascii="Times New Roman" w:hAnsi="Times New Roman" w:eastAsia="Times New Roman" w:cs="Times New Roman"/>
        </w:rPr>
        <w:t>Cristoqa askha runakunawan huk semanapaq rimanakuyta takyachirqan. Israelpa norte suyupaq “qanchis kuti” nisqa profecíapa sayaynin, Hiram Edsonpa pusaq mana tukusqa qillqakunapi reqsisqan hina, Daniel qillqapa isqun kaq kapitulu, iskay chunka qanchisniyuq versículopi nisqanman hina, Cristoqa rimanakuyta takyachispa hunt’asqan profecía semanapaq kikillan sayayninta kutichirqan. Cristoqa Israelta huñusqan semanapa sayayninmi, Cristoqa Israelta ch’eqesqan semanapa kikillan sayaynin. Ñawpaq Israelpa ch’eqesqasqanqa iskay waranqa phichqa pachak iskay chunka wata karqan, espíritu nisqa Israelpa huñusqasqanri iskay waranqa phichqa pachak iskay chunka p’unchaw karqan. Payqa Israelta huñurqan rimanakuyta takyachinanpaq, hinaspataq Israelta ch’eqerqan rimanakuyninpa phiñakuyninrayku. “Qanchis kuti” nisqata Milleritakunapa templonpa cimientupa rumiynin hina reqsiyqa, Cristota cimientupa rumiynin hina reqsiywan hunt’akuyllapi kachkan. Chay rumita mana chaskiyqa, Cristotam mana chaskiy.</w:t>
      </w:r>
    </w:p>
    <w:p>
      <w:pPr>
        <w:pStyle w:val="ArticleBody"/>
        <w:jc w:val="left"/>
      </w:pPr>
      <w:r>
        <w:rPr>
          <w:rFonts w:ascii="Times New Roman" w:hAnsi="Times New Roman" w:eastAsia="Times New Roman" w:cs="Times New Roman"/>
        </w:rPr>
        <w:t>Cristoqa, 1856 watapi, cristianokunapa historiamanta llapa kutikama mana hayk’aqpis, Laodiceapa punkunpi takaspa sayarqan, chayqa maskharqan hamut’ay yapayta ruraspa millay urmanapa rumi patapi, mayqintaq wasi ruraqkuna chinkachinankupaqña kasharqanku. Qanchis wata qhipaman, ichaqa nispa atinki, iskay waranqa pichqa pachak iskay chunka simboliku p’unchawkuna qhipaman, Laodicea Adventismoqa punkuta wichqarqan. Llakikuypaqmi, Adventismoqa mana munarqanchu chay hamut’ay yapayta rikuyta. Rumiqa mayqanpi urmanki, chayqa mana rikuskayki rumim; ichaqa chayqa kashanraqmi.</w:t>
      </w:r>
    </w:p>
    <w:p>
      <w:pPr>
        <w:pStyle w:val="ArticleScripture"/>
        <w:jc w:val="left"/>
      </w:pPr>
      <w:r>
        <w:rPr>
          <w:rFonts w:ascii="Times New Roman" w:hAnsi="Times New Roman" w:eastAsia="Times New Roman" w:cs="Times New Roman"/>
        </w:rPr>
        <w:t>Llaqtaykunaqa yachay mana kaqrayku tukusqañam kachkan: qamqa yachayta qutuchirqanki rayku, noqapas qamtapas qutuchisqayki, ama ñoqapaq sacerdote kananpaq: Diosniykipa kamachikuyninta qunqarqankirayku, noqapas wawaykikunatapas qunqasqaymi. Oseas 4:6.</w:t>
      </w:r>
    </w:p>
    <w:p>
      <w:pPr>
        <w:pStyle w:val="ArticleBody"/>
        <w:jc w:val="left"/>
      </w:pPr>
      <w:r>
        <w:rPr>
          <w:rFonts w:ascii="Times New Roman" w:hAnsi="Times New Roman" w:eastAsia="Times New Roman" w:cs="Times New Roman"/>
        </w:rPr>
        <w:t>Judá llaqtapa uran suyuntaq “qanchis kuti” ñakayqa 677 a.C. watapi qallarikurqa, hinaspataq 1844 wata, octubre killapa 22 p’unchayninpi tukukurqa, Daniel qhelqapa pusaq ñiqi, chunka tawa versiculopi nisqa iskay waranqa kinsa pachak watakunawan kuska. “Qanchis kuti” nisqaqa Advento kuyuypa “cimientos y columna central” nisqaman riqsichisqa kikin profecíamanta hukninmi. Adventismoq cimientosninqa, columna centralnintaq, askha huk profecíakunawan kuska kikin pachallapi hunt’akurqa. “Qanchis kuti” nisqaqa, iskay waranqa kinsa pachak p’unchaykuna, Malaquías qhelqapa kinsa ñiqin, Daniel qhelqapa qanchis ñiqi, chunka kinsa versiculon, hinaspataq Mateo qhelqapi chunka p’unchaw sipaskunamanta rikch’achikuy, llapanmi 1844 wata, octubre killapa 22 p’unchayninpi hunt’akurqaku. 1844 wata, octubre killapa 22 p’unchayninqa Advento kuyuypa hatun sayaynin p’unchayninmi, chay p’unchaywan tupachisqataq huklla kamachiylla riqsichisqa karqa.</w:t>
      </w:r>
    </w:p>
    <w:p>
      <w:pPr>
        <w:pStyle w:val="ArticleScripture"/>
        <w:jc w:val="left"/>
      </w:pPr>
      <w:r>
        <w:rPr>
          <w:rFonts w:ascii="Times New Roman" w:hAnsi="Times New Roman" w:eastAsia="Times New Roman" w:cs="Times New Roman"/>
        </w:rPr>
        <w:t>Qochapi hinaspa allpapi hinaspa sayashaq angelta rikurqaniqa, makinta hanaq pacha-man hoqarirqan. Wiñaypaq wiñaykama kawsajpa sutimpi jurarqan, paymi hanaq pachata kamarqan, chaypi kaqkunatapas; allpatapas kamarqan, chaypi kaqkunatapas; qochatapas kamarqan, chaypi kaqkunatapas; nispa: mana aswan tiempuchu kanqaña. Apocalipsis 10:5, 6.</w:t>
      </w:r>
    </w:p>
    <w:p>
      <w:pPr>
        <w:pStyle w:val="ArticleBody"/>
        <w:jc w:val="left"/>
      </w:pPr>
      <w:r>
        <w:rPr>
          <w:rFonts w:ascii="Times New Roman" w:hAnsi="Times New Roman" w:eastAsia="Times New Roman" w:cs="Times New Roman"/>
        </w:rPr>
        <w:t>Paní Whiteqa reqsichin Apocalipsis chunka kaq capítulope ángelpi, kay pachapiwan lamar qochapipis sayaqta, Jesucristo kasqanta.</w:t>
      </w:r>
    </w:p>
    <w:p>
      <w:pPr>
        <w:pStyle w:val="ArticleScripture"/>
        <w:jc w:val="left"/>
      </w:pPr>
      <w:r>
        <w:rPr>
          <w:rFonts w:ascii="Times New Roman" w:hAnsi="Times New Roman" w:eastAsia="Times New Roman" w:cs="Times New Roman"/>
        </w:rPr>
        <w:t>Juanman yachachiq hatun anqilqa mana huk runallachu karqa, aswanpas Jesucristo kikinmi karqa. Paqpa allin lloq’e chakinta lamar qochaman churaykuspa, lluq’i chakintataq ch’aki allpaman churaykusqanmi rikuchin ima ruwanaspi kasqanta Satanáswan hatun ch’aqwaypa tukukuynin rikchanakunapi. Kay sayayninqa sut’inchan tukuy kay pachapa hawanpi qhapaq atiyninta hinallataq kamachikuyninta. The Seventh-day Adventist Bible Commentary, volumen 7, 971.</w:t>
      </w:r>
    </w:p>
    <w:p>
      <w:pPr>
        <w:pStyle w:val="ArticleBody"/>
        <w:jc w:val="left"/>
      </w:pPr>
      <w:r>
        <w:rPr>
          <w:rFonts w:ascii="Times New Roman" w:hAnsi="Times New Roman" w:eastAsia="Times New Roman" w:cs="Times New Roman"/>
        </w:rPr>
        <w:t>Cristoqa lamar qochapiwan allpapiwan sayaspa karqan, llapa imapi aswan hatun kamachiyniyoq kasqanta rikuchinampaq. Chaymanta makinta hoqariykuptin kamachirqan: “manañan pacha kanqachu.” Cristoqa Millerita sutiyoqkunawan pactota ruwaspa karqan, hinaspan huk kamachiyta qorqan, imaynachus Abrahamman qorqan pactoman yaykuptin. Abrahamta kamachirqan qhari wawakunata circuncidachinampaq. Moisespa pacha willakuypi akllakusqa llaqtawan pactoman yaykuptinqa, achka kamachiykunata qorqan, chay kamachiykunapiqa arca-ta sacerdotekunalla llamk’ananpaq, ama huk runa hap’inanpaq nisqa karqan. Makinta hoqarispa, 1844 watapi octubre killapa 22 punchawninpi jurarqan profetakunaq pachankuqa manañan biblia profeciakunaman yapasqa kananpaqchu. Jesúsqa “pachakuna” hinaspa “mit’akuna” nisqamanta rimarqan, angelkunaq phuyuyninpi hanaq pachaman wichariptin, chaynaqa iskay testigokunaq wichariyninta unancha hina rikuchispa. Chay pacha kamachisqanqa “pachakuna hinaspa mit’akuna” nisqamantan karqan.</w:t>
      </w:r>
    </w:p>
    <w:p>
      <w:pPr>
        <w:pStyle w:val="ArticleScripture"/>
        <w:jc w:val="left"/>
      </w:pPr>
      <w:r>
        <w:rPr>
          <w:rFonts w:ascii="Times New Roman" w:hAnsi="Times New Roman" w:eastAsia="Times New Roman" w:cs="Times New Roman"/>
        </w:rPr>
        <w:t>Hinaptin chaypi huñunakuspa payta tapurqanku, nispa: Señor, ¿kay p’unchawkunapichu Israelpaq qhapaq kamachiyta kutichinki? Payñataq nirqan: Manam qankunapaqchu yachanaykichik pacha-kunata otaq mit’a-kunata, chaykunatan Yayaqa kikinpa atiyninman churakusqa. Ichaqa qankunaqa atiyniyoq kankichik Santo Espíritu qankunaman hamuptin; hinaspan noqamanta testigokuna kankichik, Jerusalén llaqtapi, llapa Judeapi, Samariapi, hinallataq kay pachapa aswan karu kuchunkama. Hechos 1:6–8.</w:t>
      </w:r>
    </w:p>
    <w:p>
      <w:pPr>
        <w:pStyle w:val="ArticleBody"/>
        <w:jc w:val="left"/>
      </w:pPr>
      <w:r>
        <w:rPr>
          <w:rFonts w:ascii="Times New Roman" w:hAnsi="Times New Roman" w:eastAsia="Times New Roman" w:cs="Times New Roman"/>
        </w:rPr>
        <w:t>Jesúsqa manam nisqachu mana pacha-kuna, tiempu-kunapas kasqanta; Solomonwan rimarispanmi takyachirqan “pacha-kuna, tiempu-kunapas” kasqanta.</w:t>
      </w:r>
    </w:p>
    <w:p>
      <w:pPr>
        <w:pStyle w:val="ArticleScripture"/>
        <w:jc w:val="left"/>
      </w:pPr>
      <w:r>
        <w:rPr>
          <w:rFonts w:ascii="Times New Roman" w:hAnsi="Times New Roman" w:eastAsia="Times New Roman" w:cs="Times New Roman"/>
        </w:rPr>
        <w:t>Tukuy imapaqmi kan huk pacha, hinaspataq hanaq pachapa uranpi tukuy munaypaq huk tiempo: Eclesiastés 3:1.</w:t>
      </w:r>
    </w:p>
    <w:p>
      <w:pPr>
        <w:pStyle w:val="ArticleBody"/>
        <w:jc w:val="left"/>
      </w:pPr>
      <w:r>
        <w:rPr>
          <w:rFonts w:ascii="Times New Roman" w:hAnsi="Times New Roman" w:eastAsia="Times New Roman" w:cs="Times New Roman"/>
        </w:rPr>
        <w:t>Biblia qillqasqa willakuy ukhupi kachkanmi “pachakuna, mit’akuna” nisqakuna, chaykunaqa Palmoni-man, “Admirable Numberer” nisqaman, testimoniokunam; ichaqa 1844 watapi, octubre killapa 22 p’unchawninmanta pacha, Diospa llaqtanman kamachisqa kashan amañam hayk’aqpas huk kuti profetico willakuyta qhawaychayta pacha hina watasqaqa apamunankupaqchu. Jesúspa discipulokunaman hananman wichariyninmanta manaraq nisqan yuyaychasqanqa rikuchinmi historiata, paypa ch’uyanchasqa llaqtan Apocalipsis capítulo oncepi huk unanchakuna hina oqarisqa kanankumanta manaraq, hinaspataq 1844 watapi, octubre killapa 22 p’unchawninpi qosqan kamachinwanqa hukllachakusunmi. Adventismo-pa cimienton p’unchawninpi, Cristo kamachirqan amañam aswanqa kananchu pacha patapi sayasqa profetico willakuykuna; hinaspataq hananman wichariyninpi, Apocalipsis oncepi iskay testigokunapa wichariyninta rikuchisqanman hina, chay kamachiyta yapamanta rimarirqan.</w:t>
      </w:r>
    </w:p>
    <w:p>
      <w:pPr>
        <w:pStyle w:val="ArticleScripture"/>
        <w:jc w:val="left"/>
      </w:pPr>
      <w:r>
        <w:rPr>
          <w:rFonts w:ascii="Times New Roman" w:hAnsi="Times New Roman" w:eastAsia="Times New Roman" w:cs="Times New Roman"/>
        </w:rPr>
        <w:t>“Noqanchikpa llapa wawqi-panikuna allinta cuidakuchunku pipas Señorpa hamuyninmanta, otaq paypa siminta hunt’ananpaq pachas churayta munasqanmanta, utaq huk ancha allin nisqa promesakuna rurasqanmantapas. ‘Manan qankunapaqchu yachanaykichik tiemponkunata nitaq pacha-kunatapas, Tayta Diospa kikimpa atiyninpi churakusqanta.’ Llulla yachachiqkuna rikurimuyta atinman anchata Diospa llamk’ayninpaq kallpachakusqa hina, hinaspa qullqita, imaymanataq kapuqninkutapas gastayta atinman yuyayninkuta kay pachaman chayachinankupaq hinallataq iglesiamanpas; ichaqa pantayta cheqaqwan chaqruspa, willakuyninkuqa engañom, hinaspa almaskunata pantasqa ñankunaman pusayanqa. Paykunata tinkuspa hark’asqa kayman, hinaspa awqanakusqa kayman, mana mana allin runakuna kasqankuraykuchu, aswanpas llullakuyta yachachiqkuna kasqankurayku, hinaspa llullakuy pataman cheqaqpa sellonta churayta munasqankurayku.” Testimonies to Ministers, 55.</w:t>
      </w:r>
    </w:p>
    <w:p>
      <w:pPr>
        <w:pStyle w:val="ArticleBody"/>
        <w:jc w:val="left"/>
      </w:pPr>
      <w:r>
        <w:rPr>
          <w:rFonts w:ascii="Times New Roman" w:hAnsi="Times New Roman" w:eastAsia="Times New Roman" w:cs="Times New Roman"/>
        </w:rPr>
        <w:t>Paní White sut’ita nirqan, manan hayk’a p’unchaymanta willakuyta hayk’aqpas kapuwanqachu imatapas sapallanmanta ancha allin reqsichispa sut’inchananchikpaq, manam paypa iskay kuti hamuynillantaqa. P’unchaymanta willakuq qillqasqa profecía, mayqinchus Millerita kuyuypa tema karqan, tukukuqmi karqan 22 de octubre de 1844 p’unchaypi, chay sapallan qallariy p’unchaywan kuska kamachikuyqa kaymi karqan: p’unchayqa mana kutinpas Diospa willakuynin qhawaypi apaykachasqa kananpaq.</w:t>
      </w:r>
    </w:p>
    <w:p>
      <w:pPr>
        <w:pStyle w:val="ArticleBody"/>
        <w:jc w:val="left"/>
      </w:pPr>
      <w:r>
        <w:rPr>
          <w:rFonts w:ascii="Times New Roman" w:hAnsi="Times New Roman" w:eastAsia="Times New Roman" w:cs="Times New Roman"/>
        </w:rPr>
        <w:t>Ñawpaq kallariy kuyuypi ñawpaq angelpa, Philadelphia llaqtamanta Laodiceaman tikraypa chiqan pachanpi, aswan achka k’anchay qorqasqa karqa Millerita kuyuy paqarichiq chiqaq yachachiy patanman. Qanchis wata qhipaman, icha iskay waranqa pichqa pachak iskay chunka p’unchawkuna simbólicokuna qhipaman, icha huk “ch’in pampa” qhipaman, 1863 watapi, “qanchis kutikuna” nisqapa paqarichiq rumiqa hatarichiqkunapaq qhipaman churakusqa karqa.</w:t>
      </w:r>
    </w:p>
    <w:p>
      <w:pPr>
        <w:pStyle w:val="ArticleBody"/>
        <w:jc w:val="left"/>
      </w:pPr>
      <w:r>
        <w:rPr>
          <w:rFonts w:ascii="Times New Roman" w:hAnsi="Times New Roman" w:eastAsia="Times New Roman" w:cs="Times New Roman"/>
        </w:rPr>
        <w:t>Kimsaqa angelpa tukuynin kuyuriyninpi, Laodiceamanta Philadelphia-man tikraypa chiqan puntoypi, huk prueban qusqa kachkan, chaypi taytakunapa huchankunata willakuy churasqa. Taytakunapaq cimientomanta pruebaqa karqan “qanchis kuti”, chaymi paykunapa hatun cimienton rumi karqan. ¿Tukuynin kuyuriyqa mana yuyaymanchu churanqa chay sapa kamachiyta, mayqinchus cimientopa p’unchawninwan tinkisqa kachkan, imaynatachus paykunapa taytankuna mana yuyaymanchu churarganku paykunapa cimienton rumita?</w:t>
      </w:r>
    </w:p>
    <w:p>
      <w:pPr>
        <w:pStyle w:val="ArticleBody"/>
        <w:jc w:val="left"/>
      </w:pPr>
      <w:r>
        <w:rPr>
          <w:rFonts w:ascii="Times New Roman" w:hAnsi="Times New Roman" w:eastAsia="Times New Roman" w:cs="Times New Roman"/>
        </w:rPr>
        <w:t>Arí, paykunaqa cheqapuni chayllatam rurarqanku. Ñawpaq taytakunapa huchankunatam kutichirqanku.</w:t>
      </w:r>
    </w:p>
    <w:p>
      <w:pPr>
        <w:pStyle w:val="ArticleBody"/>
        <w:jc w:val="left"/>
      </w:pPr>
      <w:r>
        <w:rPr>
          <w:rFonts w:ascii="Times New Roman" w:hAnsi="Times New Roman" w:eastAsia="Times New Roman" w:cs="Times New Roman"/>
        </w:rPr>
        <w:t>Paykunapa taytakunaqa mana huchallikurqankuchu qallariy p’unchawpi, imaraykuchus huk imakunawan kuska chay qallariy p’unchawpiqa sapaqlla Philadelphiam kasharqanku. Paykunapa taytakunaqa qallariy pruebanpi pantarqanku Laodiceaman tukuspa, chaynataq “qanchis kuti” nisqata aswan yapay k’anchaynintin kuska qhipaman qhispichispa.</w:t>
      </w:r>
    </w:p>
    <w:p>
      <w:pPr>
        <w:pStyle w:val="ArticleBody"/>
        <w:jc w:val="left"/>
      </w:pPr>
      <w:r>
        <w:rPr>
          <w:rFonts w:ascii="Times New Roman" w:hAnsi="Times New Roman" w:eastAsia="Times New Roman" w:cs="Times New Roman"/>
        </w:rPr>
        <w:t>1863 watapi sayariyninpi qallarinqa pantasqanku, ñawpaqmanqa qanchis wata Cristoqa Laodicea sonqonkupa punkunta takasqanwan hamusqa karqan. Qanchis wataqa “qanchis kuti” nisqap, hinallataq “ch’in pampap” unanchanmi. 1856 watamanta 1863 watakama “ch’in pampamanta” qhipaman, qallarinqa pruebaykuta pantarqanku.</w:t>
      </w:r>
    </w:p>
    <w:p>
      <w:pPr>
        <w:pStyle w:val="ArticleBody"/>
        <w:jc w:val="left"/>
      </w:pPr>
      <w:r>
        <w:rPr>
          <w:rFonts w:ascii="Times New Roman" w:hAnsi="Times New Roman" w:eastAsia="Times New Roman" w:cs="Times New Roman"/>
        </w:rPr>
        <w:t>Kimsa angelpa kuyuyñinpa ñawpaq llakikuyñinpiqa Diospa llaqtan huchallikurqan, qallariy p’unchawwan chiqanta tinkisqa sapa kamachiyta mana chaskisqanrayku. Paykunaqa akllakurqanku pachakuna willakuyta profétic mensajesman yapayta, aswan allinta yachaspaña. Chayta ruwaspanqa Moisespa huchanta yapamanta rurakurqanku, churinta mana circuncidarqanrayku, hinallataq Uzzahpa huchanta, arca-ta llamk’asqanrayku, mayqantachus ruwananta hark’asqa kasqanta pay yacharqan. Kimsa angelpa kuyuyñinqa ruwarqan imatachus paykuna yacharqanku mana allin kasqanta. Sichus pipas munan chay chiqaqta pinturawan pakayta, hinaspaqa puchuq pinturatapas llamk’achun, Moisespas, Uzzahpas huchallikurqankuta, Diospa munayninman sayk’usqa kayninkuta qhawachisqankuta pakananpaq, imaynatachus paykuna rikch’akurqanku tukuy reformapa siq’inkunamanta qhipa reformapa siq’inpa ñawpaq llakikuyñinta—chay reformapa siq’inta, maymanchus llapa reforma siq’ikuna ñawpaqman qhawarirqanku. Reforma siq’ikunapi ñawpaq llakikuypa rikch’ayninkunaqa Alpha y Omega-pa firmanta apanku, chaypi qillqasqa kasqantaq Diospa llaqtanpaq allinchananpaqmi, Diospa llaqtan chaywan mana allinchakuyta munaptinkupas.</w:t>
      </w:r>
    </w:p>
    <w:p>
      <w:pPr>
        <w:pStyle w:val="ArticleBody"/>
        <w:jc w:val="left"/>
      </w:pPr>
      <w:r>
        <w:rPr>
          <w:rFonts w:ascii="Times New Roman" w:hAnsi="Times New Roman" w:eastAsia="Times New Roman" w:cs="Times New Roman"/>
        </w:rPr>
        <w:t>Ñawpaq angelpa kuyuyninqa qanchis watakunapa tiemponta chaskirqan, chayqa “qanchis kuti” nisqa chunlla pampapa unanchanmi, Laodicea willakuyta chaskinankupaq, “qanchis kuti” nisqa k’anchaywan kuska. “Qanchis kuti” nisqapa ñakayqa Señorpa siminmanta wijch’uykusqa kaypa ñakayninmi. 1863 watapiqa, Jericota yapamanta hatarichiy ruranata kutichirqanku, chay ruraymi huk “ñakay”niyuq karqan. 1856 watamanta 1863 watakama qanchis watakunaqa, ñawpaq Israelpa taytakunapa hucha rebellionninkuta uchuychasqa rikuchiyllam, chaymi paykunaman “qanchis kuti” nisqa ñakayta apamurqan. Kunan pacha Israelqa taytakunapa huchankunata 1863 watapi yapamanta rurarqan.</w:t>
      </w:r>
    </w:p>
    <w:p>
      <w:pPr>
        <w:pStyle w:val="ArticleBody"/>
        <w:jc w:val="left"/>
      </w:pPr>
      <w:r>
        <w:rPr>
          <w:rFonts w:ascii="Times New Roman" w:hAnsi="Times New Roman" w:eastAsia="Times New Roman" w:cs="Times New Roman"/>
        </w:rPr>
        <w:t>Kimsa kaq angelpa kuyukuyninqa ñawpaq llakisqa pantasqapa pruebanta mana atipayta atinchu, imaynachus Moiséswan Uzzahwanpas mana atipayta atirqanku hina. Chaymantataq ñan-kallikunapi wañuchisqa karqanku “ch’in pampa” pacha kimsa p’unchaw kuskanpaq. Kunanqa Cónfortadorpa unanchasqan rayku cuerpokunaman ruwasqa kachkanku. Cónfortadorpa unanchasqanqa “voz” nisqawanmi ch’in pampapi qosqa kachkan, hinaspataq kunanqa pruebawan tinkuchisqa kachkanku, mana pacha churaypa pruebawanchu, aswanpas “qanchis kuti” nisqapa pruebawan. Paykunaqa ñam pacha churaypa pruebanta pantarqanku.</w:t>
      </w:r>
    </w:p>
    <w:p>
      <w:pPr>
        <w:pStyle w:val="ArticleBody"/>
        <w:jc w:val="left"/>
      </w:pPr>
      <w:r>
        <w:rPr>
          <w:rFonts w:ascii="Times New Roman" w:hAnsi="Times New Roman" w:eastAsia="Times New Roman" w:cs="Times New Roman"/>
        </w:rPr>
        <w:t>Manam qhawasqachu kanku imachus “qanchis kuti” nisqaqa cheqaq yachachiychu chayta, imaraykuchus ñawpaqmantaraq willakusqankuta qhawachirqanku “qanchis kuti” nisqata hina cheqaq willakuy-profecía kasqanta chaskisqankuta. Paykunaqa confesakurqanku iskay waranqa pichqa pachak iskay chunka watakuna chinkachisqa kasqanmanta profecíata iñisqankuta. Ichaqa mana yachankuchu “qanchis kuti” nisqapa musuq pruebayuq k’anchaynin kasqanta. Paykunaqa sayashanku taytankuna maypichus 1856 watapi sayarqanku chaypi. Musuq k’anchayqa kaymi: Apocalipsis chunka hukniyuqpa kimsa p’unchay kuskan nisqanqa mana sasallachu Revolución Francesata reqsisichin, aswanpas kunanqa kaypuni cheqaq-kunan willakuy kasqanmi.</w:t>
      </w:r>
    </w:p>
    <w:p>
      <w:pPr>
        <w:pStyle w:val="ArticleBody"/>
        <w:jc w:val="left"/>
      </w:pPr>
      <w:r>
        <w:rPr>
          <w:rFonts w:ascii="Times New Roman" w:hAnsi="Times New Roman" w:eastAsia="Times New Roman" w:cs="Times New Roman"/>
        </w:rPr>
        <w:t>¿Qanchis illapa kunapa pakasqa historianta kicharispa, hinaspa qanchis kaq sellota kicharispaqa, cheqaqtapuni iskay testigokuna kasqankuchu, paykuna riqsichinankupaq Jesucristoq Revelaciónninqa kunanqa kichakuypi kasqanta? Sichus chayhina kanman, ¿cheqaqtapunichu Apocalipsis libro llapampas qhepa p’unchaykunamanta rimashan? Sichus chaypas cheqan kanman, ¿chay kimsa p’unchay huk kuska p’unchaypas virgenkunapa parábolanpi suyakuy tiempota rikuchinchu? Sichus chayhina kanman, ¿“qanchis kuti” nisqa hamp’iqa cheqaqtapunichu kamachiyta rikuchin, chayta hunt’anankupaq, 2020 wata julio killapa 18 p’unchayninpi Nashville willakuypi kaq predicción nisqapi chaypi kaqkuna?</w:t>
      </w:r>
    </w:p>
    <w:p>
      <w:pPr>
        <w:pStyle w:val="ArticleBody"/>
        <w:jc w:val="left"/>
      </w:pPr>
      <w:r>
        <w:rPr>
          <w:rFonts w:ascii="Times New Roman" w:hAnsi="Times New Roman" w:eastAsia="Times New Roman" w:cs="Times New Roman"/>
        </w:rPr>
        <w:t>¡Ancha! Qanpaqmi huk pruebay kachkan. Pikunachus rikch’arispa reparanku paykuna suyakuy p’unchawkunapi kasqankuta, ¿cheqapuni-chu paykunaqa huchankumanta, hinaspa taytankupa huchankunamantapas, kimsa p’unchaw huk kuskan tukukuyninpi arrepentekunanku? ¿Cheqapuni-chu huchakarqan mana kasukunapaq kamachisqata, pacha ama prediccionpi llamk’achinapaq nisqata?</w:t>
      </w:r>
    </w:p>
    <w:p>
      <w:pPr>
        <w:pStyle w:val="ArticleBody"/>
        <w:jc w:val="left"/>
      </w:pPr>
      <w:r>
        <w:rPr>
          <w:rFonts w:ascii="Times New Roman" w:hAnsi="Times New Roman" w:eastAsia="Times New Roman" w:cs="Times New Roman"/>
        </w:rPr>
        <w:t>Nashville llaqtaqmanta pantasqa willakuy Diospa munasqan kasqanta hap’iqkunapaq, chaymanta qhepaman chay nisqankuta sayachiyta kallpachaqkunapaqpas, huk qhawariytaraq yapayman, Diospa willakusqanpi p’unchaykuna-mit’akuna churanapa huchanmanta aswan. Nashville llaqtaqmanta pantasqa willakuywan ima pasasqapas, manam 1844 watapi Cristo kamachisqanmanta hatariykuyllachu karqan, aswanmi huk ruway karqan, Adventismo hawapi kaqkunaman niq, Profecía Espíritu nisqapi tarikusqa willakuykuna pantayniyuq kasqanta. Chayqa Profecía Espíritu qelqakuna patapi p’enqay churaymi karqan. Chayqa kay pachapi kaqkunapaq rikuchinmi Ellen Whitepa qelqasqankunaqa Joseph Smithpa, utaq Nostradamuspa qelqasqankunahinalla ancha importan kasqanta. Ellen Whitepa ancha chanin siminkunaqa noqayku hatariyniyku millay siminkunawan waqllichisqa karqan. Manam Diospa Simin Cristo contra huk hatariyllachu karqan, aswanmi chay pachallapi Profecía Espíritu contrapas huk hatariy karqan. Juanqa Patmos sutiyuq isla p’isqipi qatiykachasqa karqan, manam runapa yuyayninta Bibliamanta hinallataq Profecía Espíritumanta aswan churakusqanraykuchu, aswanqa chay iskay testigokunata kasukusqanraykum.</w:t>
      </w:r>
    </w:p>
    <w:p>
      <w:pPr>
        <w:pStyle w:val="ArticleScripture"/>
        <w:jc w:val="left"/>
      </w:pPr>
      <w:r>
        <w:rPr>
          <w:rFonts w:ascii="Times New Roman" w:hAnsi="Times New Roman" w:eastAsia="Times New Roman" w:cs="Times New Roman"/>
        </w:rPr>
        <w:t>Ñuqa Juanmi, qamkunapa wawqekipas kani, sasachakuypi, Jesucristopa qhapaq kayninpi, hinallataq paypi suyaywan muchuyta awantaypi ima masiyniykichis kani. Diospa siminrayku, Jesucristomanta testimonio rayku ima, Patmos sutiyoq islapin karqani. Apocalipsis 1:9.</w:t>
      </w:r>
    </w:p>
    <w:p>
      <w:pPr>
        <w:pStyle w:val="ArticleBody"/>
        <w:jc w:val="left"/>
      </w:pPr>
      <w:r>
        <w:rPr>
          <w:rFonts w:ascii="Times New Roman" w:hAnsi="Times New Roman" w:eastAsia="Times New Roman" w:cs="Times New Roman"/>
        </w:rPr>
        <w:t>Ñuqanchikqa tayta Moisespa huchankunata qatiqkuna karqanchik ñawpaq llakikuyñinchikpi, chaytaq willakuykuspa confesakuykuymanmi. Kayta confesakuykuymanmi, kunanqa 1856 watapi hina kashanchikrayku. Kunanqa musuq k’anchaymi kan “qanchis kuti” nisqamanta, chay hinaña chay p’unchaykunapipas karqan. Kunanqa Laodiceamanta Philadelphiaman tikrakuypi kashanchik, imaynachus qallariy kuyuyqa 1856 watapi Philadelphia-manta Laodiceaman tikrakuypi karqan hina. 1856 watapi, ñawpaq taytanchikkunaqa “qanchis kuti” nisqamanta yachay yapakuq willakuypa qillqasqa lluqsichiyta sayachirqanku. Ichapas mana atisunchikchu chay k’anchaypa lluqsichisqa qillqanta sayachiyta, ichaqa chiqapmi sonqonchikkunapa punkunkunata kay k’anchaypaq wisq’ayta atisunchik. Atiwasunchikmi, imaynachus qallariq qanchis p’unchay adventista hatun ruraqkuna llank’arqanku hina, rumiqa manapuni chaypi kasqanta hina tukuspa, hinaspataq chay rumipi mitk’akuspa puriyta qatiyta. Sasachakuyninchikqa kaymi: manañam huk pachak watamanta aswanraqchu umanchikkunata allp’aman pampaypaq kanchu, taripäykunaqa ñan qallarisqaña kasqanrayku.</w:t>
      </w:r>
    </w:p>
    <w:p>
      <w:pPr>
        <w:pStyle w:val="ArticleBody"/>
        <w:jc w:val="left"/>
      </w:pPr>
      <w:r>
        <w:rPr>
          <w:rFonts w:ascii="Times New Roman" w:hAnsi="Times New Roman" w:eastAsia="Times New Roman" w:cs="Times New Roman"/>
        </w:rPr>
        <w:t>Sichus Alpha-Omega nisqan yachachinaykuta saqespa, kay kamachiywan: imapas tukukuyninqa qallariyninwan rikuchisqa kachkan, chayqa facilmanta rikunanchikmi Alpha-Omega nisqan Nashville willakuyta ñawpaq taytakunawan rikch’achispa qhawachisqanta. Kay cheqaqta reqsispa chaskisunchik chayqa, hinamanta uyanchasqa kasunchik kay cheqaq kayman: willakuymanta qhipaman, pantasqa willakuyta chaninchaypaq runapa ima yuyaychayllapas rurasqa kasqanqa mana imapas karqanichu, aswan higo raphrallam karqan. Chaymanta rikusunmi Diosqa mana ñuqanchikwan purisqanta, awqapa allpanpi kashaqtinchik. Payqa chaypi karqanmi, ichaqa sonqokunapa punkunkunata takaspa, haykunayta maskhaspa kasqanraykullam. Sichus runapa yuyaychaypa higo raphra qichusqa kanman chayqa, hinallataq rikuyta atisunchikmi ñakariy, utaq pantasqa runapa yuyaychayta, mayqenwanmi Nashville willakuyta chaninchayta munarqanchik, chayqa Cristoman chinkasqa, paypa contranpi purisqanchikpa qhawarichisqan kasqanta.</w:t>
      </w:r>
    </w:p>
    <w:p>
      <w:pPr>
        <w:pStyle w:val="ArticleBody"/>
        <w:jc w:val="left"/>
      </w:pPr>
      <w:r>
        <w:rPr>
          <w:rFonts w:ascii="Times New Roman" w:hAnsi="Times New Roman" w:eastAsia="Times New Roman" w:cs="Times New Roman"/>
        </w:rPr>
        <w:t>1856 watapi, Filadelfiamanta Adventismoqa Laodiceaman tukurqan, chaytaq paykuna yacharqanku. Señorqa chayta takyachirqan profetisapa warmipa nisqankunawan, qharinpa nisqankunawan ima. Chay Laodicea sonqokunapa punkunkunapi sayaspa, Cristoqa yaykumuyta munarqan, paykunawan kuska mikhunaypaq. Apamusqan mikhunaqa “qanchis kuti” nisqapa cimienton rumi karqan. Paykunaqa mana chaskirqankuchu.</w:t>
      </w:r>
    </w:p>
    <w:p>
      <w:pPr>
        <w:pStyle w:val="ArticleBody"/>
        <w:jc w:val="left"/>
      </w:pPr>
      <w:r>
        <w:rPr>
          <w:rFonts w:ascii="Times New Roman" w:hAnsi="Times New Roman" w:eastAsia="Times New Roman" w:cs="Times New Roman"/>
        </w:rPr>
        <w:t>2023 watapi, qhipa kuyuyqa kunan Laodiceamanta Philadelphia-manmi chimpashan, pusaq kaq iglesiaqa qanchis iglesiakunamanta kasqanrayku. Alpha y Omega Señorqa kayta cheqaqchasqanmi paypa “cheqaq kay” nisqa siminwan. Cristoqa kunanmi sayashan chay musuqlla wañusqa ch’aki tullukunapa punkunpi, haykunanpaq paykunawan mikhunanpaq; hinaspa paykunawan rakiyta munasqan mikhuyqa kikillan mikhuymin taytakunawan rakiyta munarqan 1856 watapi. Manaqa sapallanchu “qanchis kuti” yachachikuyq doctrina-npa tuercankuna hinaspa pernokunankuna hina, imaynachus taytakunapaq karqan 1856 watapi. Mana, aswanqa “qanchis kuti” nisqapa hayaq hampinmi; chay hampiqa chay hina pisi sonqoyuk kaytam munan, mayqintachus achkallamanta sasachakun millp’uyta.</w:t>
      </w:r>
    </w:p>
    <w:p>
      <w:pPr>
        <w:pStyle w:val="ArticleScripture"/>
        <w:jc w:val="left"/>
      </w:pPr>
      <w:r>
        <w:rPr>
          <w:rFonts w:ascii="Times New Roman" w:hAnsi="Times New Roman" w:eastAsia="Times New Roman" w:cs="Times New Roman"/>
        </w:rPr>
        <w:t>Yapaypa simin kutimuwan hukmanta hamuwarqan, nispa: Runa churiy, Tiro llaqtapa kamachiqninman niy: Kayhinatan Señor Dios nin: Sonqoyki hatunchakusqanrayku, nispataq qam rimarqanki: Ñuqaqa huk diosmi kani, Diospa tiyananpi tiyasaq, lamar qochakuna chawpinpi; ichaqa qamqa runallam kanki, manataq Dioschu, sonqoykita Diospa sonqon hinaman churanki chaypas. Qhawariy, qamqa Danielmantapas aswan yachaqmi kanki; mana ima pakasqa imapas kanchu qanmanta pakayta atinkuman chayqa. Ezequiel 28:1–3.</w:t>
      </w:r>
    </w:p>
    <w:p>
      <w:pPr>
        <w:pStyle w:val="ArticleBody"/>
        <w:jc w:val="left"/>
      </w:pPr>
      <w:r>
        <w:rPr>
          <w:rFonts w:ascii="Times New Roman" w:hAnsi="Times New Roman" w:eastAsia="Times New Roman" w:cs="Times New Roman"/>
        </w:rPr>
        <w:t>Ichapas ñoqayku, Nashville nisqapi willakusqapi ruwasqaykumanta chaypi kaqkuna, Danielmanta aswan yachayniyuqkuna kanchikman?</w:t>
      </w:r>
    </w:p>
    <w:p>
      <w:pPr>
        <w:pStyle w:val="ArticleScripture"/>
        <w:jc w:val="left"/>
      </w:pPr>
      <w:r>
        <w:rPr>
          <w:rFonts w:ascii="Times New Roman" w:hAnsi="Times New Roman" w:eastAsia="Times New Roman" w:cs="Times New Roman"/>
        </w:rPr>
        <w:t>Reynin kamachisqanpa ñawpaq watanpi, ñoqa Daniel allin yacharquni liwrukunamanta watakunapa yupayninta, maymantachus Señorpa simin chayamurqa profeta Jeremiasman, Jerusalén llaqtapa ch’usaqyayninkunapi qanchis chunka watata hunt’achinanpaq. Hinaptinmi uyayta churarquni Señor Diosman, maskhanaypaq mañakuywan, ruwakuykunawan, ayunaywan, llakikuy p’achawan, uchpawan ima. Señor Diosniymanmi mañakurqani, huchayta willakurqani, nispa: Ay Señor, jatun, mancharikuypaq Dios, qampaq munakuqkunawan, kamachiykunata waqaychaqkunawan rimayniykita, khuyapayniykitapas waqaychaq; ñoqaykuqa huchallikurqayku, mana allin rurasqaykuta rurarquyku, millayta rurarquyku, hatarirqayku ima, kamachiykikunamanta, taripayninikunamantapas karunchakuspa. Manataqmi uyariykuqchu qampa kamachikuqniyki profetakunata, paykunaq sutiykipi rimarqanku reyniykukunaman, apuqniykukunaman, taytaykukuman, llapa suyu runakunamanpas. Ay Señor, chiqap kayqa qampaqmi; ñoqaykupaqqa uyay p’enqakuyllam, kunan p’unchay hina, Judá runakunapaq, Jerusalén llaqtapi tiyaqkunapaq, hinallataq llapa Israelpaq, qayllapi kaqkunapaq, karupi kaqkunapaqpas, llapa llaqtakunapi maymanchus qam qarqusqayki, qamman huchallikusqankurayku. Ay Señor, ñoqaykupaqqa uyay p’enqakuyllam, reyniykukunapaq, apuqniykukunapaq, taytaykukupaqpas, qam contra huchallikusqaykurayku. Señor Diosniykupaqmi khuyapayakuypas pampachakuypas kan, ichaqa paypa contranpi hatarirqayku. Manataqmi uyarisqaykuchu Señor Diosniykupa qapariyninta, paypa leyninkunapi purinaykupaq; chaykunataqa churawarqayku sirviqnin profetakunawan. Arí, llapa Israelmi leyyikita p’anqachirqan, karunchakuspa mana qampa simiykita uyariyta munaspa; chayraykumi ñoqaykuman tikramun ñakay, hinaspa juramento, Diospa sirviqnin Moisespa leyninpi qillqasqa kaq, paypa contranpi huchallikusqaykurayku. Hinaspataqmi payqa rimayninkunata sayachirqan, ñoqaykupa contranpi rimarisqankunata, taripaqniykukunapa contranpi rimarisqankunatapas, ñoqaykuman jatun sasachakuyta apamuspa; janan pachapa llapan uranpiqa manam imapas rurasqachu imayna Jerusalénpa contranpi rurasqa kasqan hina.</w:t>
      </w:r>
    </w:p>
    <w:p>
      <w:pPr>
        <w:pStyle w:val="ArticleScripture"/>
        <w:jc w:val="left"/>
      </w:pPr>
      <w:r>
        <w:rPr>
          <w:rFonts w:ascii="Times New Roman" w:hAnsi="Times New Roman" w:eastAsia="Times New Roman" w:cs="Times New Roman"/>
        </w:rPr>
        <w:t>Moiséspa kamachikuyninpi qelqasqa hina, llapan kay mana allinmi ñoqaykuman hamun; chaywanpas mana Señor Diosninchikpa ñawpaqenman mañakuyta ruwarqanichikchu, huchanchikkunamanta kutirikunanchikpaq, cheqaq kayniykita entiendenanchikpaqpas. Chayraykun Señorqa kay mana allinta qhawarispa ñoqaykuman apamurqa; imaraykuchus Señor Diosninchikqa llapan ruwasqankunapi cheqanmi; imaraykuchus paypa rimayninta mana kasukurqanichikchu. Kunanqa, ay Señor Diosnilláy, qampaq llaqtaykita Egipto allpamanta atiyniyoq makiwan orqomuq, sutiykita hatunchaspa kunan p’unchay hina reqsisqa ruwakuq, huchallikurqaniku, mana allinta ruwarqaniku. Ay Señor, llapan cheqan kayniykiman hina, rugakuyki, phiñakuyniykiwan rawrayniykiqa llaqtayki Jerusalénmanta, santu orqoykimantapas kutirichun; imaraykuchus huchanchikkunarayku, taytanchikkunapa mana allin ruwayninkunarayku, Jerusalénwan llaqtaykipas muyuriqninchikpi kaqkunapa qayapakuyninman tukusqaku. Kunanqa chayrayku, ay Diosnilláyku, uyariy kamachiykipa rantinpa mañakuyninta, rugakuyninkunatapas, uyayki k’ancharichun ch’usaqyachisqa santuarionikimanta, Señor rayku. Ay Diosníy, rinriykita k’umuykuchiy, uyarimuy; ñawiykikunata kichariy, qhawarimuy ch’usaqyachisqa kayniykuta, sutiykiwan sutichasqa llaqtatapas; mana cheqan kayninchikkunaraykuchu qampa ñawpaqeykipi rugakuyninchikkuta churayku, aswanqa hatun khuyapayakuyniykiraykum. Ay Señor, uyariy; ay Señor, pampachay; ay Señor, uyarispa ruway; ama unaychaychu, kikiykirayku, ay Diosníy; imaraykuchus llaqtaykiwan llaqtaykipas sutiykiwan sutichasqam. Ñoqaqa rimashaspa, mañakushaspa, huchayta, llaqtay Israelpa huchantawan willakushaspa, Diosníy Señorpa ñawpaqenman Diosníypa santu orqonrayku rugakuyniyta apashaqtin; arí, mañakuypi rimashaqtiyraq, qallariypi rikushqay visiónpi kaq runa Gabriel, utqaylla phawachisqa hamuspa, chayamuwarqa ch’isi sacrificiopa horasninpi. Hinaspan yachachiwarqa, rimapayawarqa, nispa: Ay Daniel, kunanqa lloqsiramuni yuyaytawan entiendenata qosunaykipaq.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Revelasqanmanta - Chunka Pusaqniyuq Número</dc:title>
  <dc:subject>Taytakunapa Huchankuna</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