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Amateka Ahishwe y’Umurongo wa Mirongo Ine — Umubare wa Makumyabiri n’Umwe</w:t>
      </w:r>
    </w:p>
    <w:p>
      <w:pPr>
        <w:pStyle w:val="ArticleSubtitle"/>
        <w:jc w:val="left"/>
      </w:pPr>
      <w:r>
        <w:rPr>
          <w:rFonts w:ascii="Arial" w:hAnsi="Arial" w:eastAsia="Arial" w:cs="Arial"/>
        </w:rPr>
        <w:t>Ishyano rya Kabiri—Igice cya Munani—Ezekiyeli wa Kabiri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Ezekiyeli agereranya n’abahawe umurimo wo kwigishwa wakozweho na Ntare yo mu muryango wa Yuda, kandi inyigisho Yayo y’ibanze ni “umurongo ku wundi murongo.”</w:t>
      </w:r>
    </w:p>
    <w:p>
      <w:pPr>
        <w:pStyle w:val="ArticleScripture"/>
        <w:jc w:val="left"/>
      </w:pPr>
      <w:r>
        <w:rPr>
          <w:rFonts w:ascii="Times New Roman" w:hAnsi="Times New Roman" w:eastAsia="Times New Roman" w:cs="Times New Roman"/>
        </w:rPr>
        <w:t>Abo ni bo yabwiye ati: Ubu ni bwo buruhukiro mubeshwesha abananiwe kuruhuka; kandi uku ni ko kugarurirwa ubuyanja; nyamara ntibashatse kumva. Ariko ijambo ry’Uwiteka ryababereye itegeko ku itegeko, itegeko ku itegeko; umurongo ku murongo, umurongo ku murongo; hano duke, na harya duke; kugira ngo bagende, bagwe basubira inyuma, bameneke, bagwe mu mutego, bafatwe. Yesaya 28:12, 13.</w:t>
      </w:r>
    </w:p>
    <w:p>
      <w:pPr>
        <w:pStyle w:val="ArticleBody"/>
        <w:jc w:val="left"/>
      </w:pPr>
      <w:r>
        <w:rPr>
          <w:rFonts w:ascii="Times New Roman" w:hAnsi="Times New Roman" w:eastAsia="Times New Roman" w:cs="Times New Roman"/>
        </w:rPr>
        <w:t>Ubu Intare yo mu muryango wa Yuda ni yo iri guhishura igitabo cya Ezekiyeli. Tubwirwa ko Ezekiyeli ari umutambyi mu mwaka wa mirongo itatu, yaba “mirongo itatu” ihagarariye imyaka ye y’igereranyo nk’umutambyi, cyangwa se umwaka wa mirongo itatu mu murongo w’ubuhanuzi watangiriye kuri Yubile Ikomeye ya Yosiya. Ubutambyi bwa nyuma bwo mu minsi y’imperuka ni ba bihumbi ijana na mirongo ine na bane, kandi amateka ya kera yanditswe uko yakabaye ashusanya amateka y’igereranyo yo mu minsi y’imperuka.</w:t>
      </w:r>
    </w:p>
    <w:p>
      <w:pPr>
        <w:pStyle w:val="ArticleScripture"/>
        <w:jc w:val="left"/>
      </w:pPr>
      <w:r>
        <w:rPr>
          <w:rFonts w:ascii="Times New Roman" w:hAnsi="Times New Roman" w:eastAsia="Times New Roman" w:cs="Times New Roman"/>
        </w:rPr>
        <w:t>Ariko mwe muzitwa Abatambyi b’Uwiteka: abantu bazabita Abakozi b’Imana yacu: muzarya ubutunzi bw’abanyamahanga, kandi muzīrata mu cyubahiro cyabo. Yesaya 61:6.</w:t>
      </w:r>
    </w:p>
    <w:p>
      <w:pPr>
        <w:pStyle w:val="ArticleBody"/>
        <w:jc w:val="left"/>
      </w:pPr>
      <w:r>
        <w:rPr>
          <w:rFonts w:ascii="Times New Roman" w:hAnsi="Times New Roman" w:eastAsia="Times New Roman" w:cs="Times New Roman"/>
        </w:rPr>
        <w:t>Ezekiyeli ni ikimenyetso cy’abantu b’Imana bo mu minsi y’imperuka—ari ryo mateka yera buri buhamya bw’ubuhanuzi bwose bugaragaza. Ayo mateka yera ni urugendo rw’umumarayika wa gatatu, rwagereranyijwe by’umwihariko n’urw’umumarayika wa mbere mu mwaka wa 1840. Urugendo rw’umumarayika wa mbere rwari umumarayika wa alufa mu bamarayika batatu, naho uwa gatatu akaba umumarayika wa omega. Bityo rero, Ezekiyeli ahuzwa na Petero mu gihe cyo gushyirwaho ikimenyetso cy’abo ijana na mirongo ine na bine. Ayo mateka y’ikigereranyo Petero na Ezekiyeli bombi barimo, agaragazwa nk’amateka ya Panium.</w:t>
      </w:r>
    </w:p>
    <w:p>
      <w:pPr>
        <w:pStyle w:val="ArticleHeading"/>
        <w:jc w:val="left"/>
      </w:pPr>
      <w:r>
        <w:rPr>
          <w:rFonts w:ascii="Arial" w:hAnsi="Arial" w:eastAsia="Arial" w:cs="Arial"/>
        </w:rPr>
        <w:t>Agatabo Gato</w:t>
      </w:r>
    </w:p>
    <w:p>
      <w:pPr>
        <w:pStyle w:val="ArticleBody"/>
        <w:jc w:val="left"/>
      </w:pPr>
      <w:r>
        <w:rPr>
          <w:rFonts w:ascii="Times New Roman" w:hAnsi="Times New Roman" w:eastAsia="Times New Roman" w:cs="Times New Roman"/>
        </w:rPr>
        <w:t>Ezekiyeli afata icyo gitabo gito, nk’uko na Yohana yabigenje mu Byahishuwe icumi.</w:t>
      </w:r>
    </w:p>
    <w:p>
      <w:pPr>
        <w:pStyle w:val="ArticleScripture"/>
        <w:jc w:val="left"/>
      </w:pPr>
      <w:r>
        <w:rPr>
          <w:rFonts w:ascii="Times New Roman" w:hAnsi="Times New Roman" w:eastAsia="Times New Roman" w:cs="Times New Roman"/>
        </w:rPr>
        <w:t>Ariko wowe, mwana w’umuntu, umva icyo nkubwira; ntube icyigomeke nk’iyo nzu y’ibyigomeke: terura akanwa kawe, urye icyo nguhaye. Nuko ndebye, mbona ikiganza kinyohererejweho; kandi dore, cyari gifite umuzingo w’igitabo; arawunsanza imbere yanjye; kandi wari wanditsemo imbere no inyuma: kandi hari handitswemo amaganya, no kurira, n’amakuba. Kandi arambwira ati: Mwana w’umuntu, rya icyo ubonye; rya uyu muzingo, ugende uvugane n’inzu ya Isirayeli. Nuko nterura akanwa kanjye, anryesha uwo muzingo. Arambwira ati: Mwana w’umuntu, tegeka inda yawe kurya, wuzuze amara yawe uyu muzingo nguha. Nuko ndawurya; kandi mu kanwa kanjye wari uryoshye nk’ubuki. Ezekiyeli 2:8–10, 3:1–3.</w:t>
      </w:r>
    </w:p>
    <w:p>
      <w:pPr>
        <w:pStyle w:val="ArticleBody"/>
        <w:jc w:val="left"/>
      </w:pPr>
      <w:r>
        <w:rPr>
          <w:rFonts w:ascii="Times New Roman" w:hAnsi="Times New Roman" w:eastAsia="Times New Roman" w:cs="Times New Roman"/>
        </w:rPr>
        <w:t>Mu Ibyahishuwe icumi, Yohana arya agatabo gato, kandi igice cyose kigaragaza ihishurwa ry’ubushobozi bw’Imana kuva ku wa 11 Kanama 1840 kugeza ku wa 22 Ukwakira 1844.</w:t>
      </w:r>
    </w:p>
    <w:p>
      <w:pPr>
        <w:pStyle w:val="ArticleScripture"/>
        <w:jc w:val="left"/>
      </w:pPr>
      <w:r>
        <w:rPr>
          <w:rFonts w:ascii="Times New Roman" w:hAnsi="Times New Roman" w:eastAsia="Times New Roman" w:cs="Times New Roman"/>
        </w:rPr>
        <w:t>“Umumarayika uhuza n’itangazwa ry’ubutumwa bw’umumarayika wa gatatu agomba kumurikisha isi yose ubwiza bwe. Hano hahanuwe umurimo ufite ubwaguke bugera ku isi yose n’imbaraga zidasanzwe. Umuhari w’ukuza kwa Kristo wo mu myaka ya 1840–44 wari ukugaragazwa kw’ikuzo kw’imbaraga z’Imana; ubutumwa bw’umumarayika wa mbere bwagejejwe kuri buri sitasiyo y’ubumisiyoneri yo mu isi, kandi mu bihugu bimwe habayeho ukwitabira iby’idini kuruta ukwigeze kuboneka mu gihugu icyo ari cyo cyose uhereye ku Ivugurura ryo mu kinyejana cya cumi na gatandatu; ariko ibi bizarusha n’umuhari ukomeye uzabaho munsi y’umuburo wa nyuma w’umumarayika wa gatatu.” Intambara Ikomeye, 611.</w:t>
      </w:r>
    </w:p>
    <w:p>
      <w:pPr>
        <w:pStyle w:val="ArticleBody"/>
        <w:jc w:val="left"/>
      </w:pPr>
      <w:r>
        <w:rPr>
          <w:rFonts w:ascii="Times New Roman" w:hAnsi="Times New Roman" w:eastAsia="Times New Roman" w:cs="Times New Roman"/>
        </w:rPr>
        <w:t>Ezekiyeli ahuzwa na Yohana mu gice cya cumi cya Ibyahishuwe, bityo Petero, Yohana na Ezekiyeli bahagararana hamwe mu mwanya bagenewe mu gihe cyo gushyirwaho ikimenyetso cya ba bantu ibihumbi ijana na mirongo ine na bine.</w:t>
      </w:r>
    </w:p>
    <w:p>
      <w:pPr>
        <w:pStyle w:val="ArticleBody"/>
        <w:jc w:val="left"/>
      </w:pPr>
      <w:r>
        <w:rPr>
          <w:rFonts w:ascii="Times New Roman" w:hAnsi="Times New Roman" w:eastAsia="Times New Roman" w:cs="Times New Roman"/>
        </w:rPr>
        <w:t>1840 kugeza ku wa 1844 hagereranya igihe cy’imyaka ine cyatangiye ubwo ubuhanuzi bw’igihe bwatangiranaga n’igihe cy’imyaka ijana na mirongo itanu ku wa 27 Nyakanga 1299. Ayo “mezi atanu” yarangiye maze yifatanya n’ubuhanuzi bw’igihe bw’imyaka magana atatu na mirongo cyenda n’umwe n’iminsi cumi n’itanu bwasojwe ku wa 11 Kanama 1840, igihe ihishurwa rihebuje ry’imbaraga z’Imana ryagaragarijwe kugeza ku wa 22 Ukwakira 1844. Hanyuma ikoreshwa ry’igihe cy’ubuhanuzi rirahagarara.</w:t>
      </w:r>
    </w:p>
    <w:p>
      <w:pPr>
        <w:pStyle w:val="ArticleScripture"/>
        <w:jc w:val="left"/>
      </w:pPr>
      <w:r>
        <w:rPr>
          <w:rFonts w:ascii="Times New Roman" w:hAnsi="Times New Roman" w:eastAsia="Times New Roman" w:cs="Times New Roman"/>
        </w:rPr>
        <w:t>Nuko arahira Uhoraho uhoraho iteka ryose, waremye ijuru n’ibiririmo, n’isi n’ibiyirimo, n’inyanja n’ibiyirimo, yuko igihe kitazaba kikiriho. Ibyahishuwe 10:6.</w:t>
      </w:r>
    </w:p>
    <w:p>
      <w:pPr>
        <w:pStyle w:val="ArticleBody"/>
        <w:jc w:val="left"/>
      </w:pPr>
      <w:r>
        <w:rPr>
          <w:rFonts w:ascii="Times New Roman" w:hAnsi="Times New Roman" w:eastAsia="Times New Roman" w:cs="Times New Roman"/>
        </w:rPr>
        <w:t>Igihe cy’ubuhanuzi cyarangiye, nk’ishyirwa mu bikorwa ryemewe ry’ubuhanuzi, ku wa 22 Ukwakira 1844. Ezekiyeli, Petero na Yohana buri wese ahagarariye abakobwa b’inkumi b’abanyabwenge b’Imana bo mu rugendo rw’umumarayika wa mbere n’uwa kabiri, kandi nanone no mu rugendo rw’umumarayika wa gatatu.</w:t>
      </w:r>
    </w:p>
    <w:p>
      <w:pPr>
        <w:pStyle w:val="ArticleHeading"/>
        <w:jc w:val="left"/>
      </w:pPr>
      <w:r>
        <w:rPr>
          <w:rFonts w:ascii="Arial" w:hAnsi="Arial" w:eastAsia="Arial" w:cs="Arial"/>
        </w:rPr>
        <w:t>Iyerekwa</w:t>
      </w:r>
    </w:p>
    <w:p>
      <w:pPr>
        <w:pStyle w:val="ArticleBody"/>
        <w:jc w:val="left"/>
      </w:pPr>
      <w:r>
        <w:rPr>
          <w:rFonts w:ascii="Times New Roman" w:hAnsi="Times New Roman" w:eastAsia="Times New Roman" w:cs="Times New Roman"/>
        </w:rPr>
        <w:t>Ibice cumi na kimwe bya mbere bya Ezekieli bitanga urukurikirane rw’“iyerekwa” nk’uko byasobanuwe mu murongo wa mbere w’igice cya mbere.</w:t>
      </w:r>
    </w:p>
    <w:p>
      <w:pPr>
        <w:pStyle w:val="ArticleScripture"/>
        <w:jc w:val="left"/>
      </w:pPr>
      <w:r>
        <w:rPr>
          <w:rFonts w:ascii="Times New Roman" w:hAnsi="Times New Roman" w:eastAsia="Times New Roman" w:cs="Times New Roman"/>
        </w:rPr>
        <w:t>Nuko mu mwaka wa mirongo itatu, mu kwezi kwa kane, ku munsi wa gatanu w’uko kwezi, nkiri mu bajyanywe mu bunyage ku ruzi rwa Kebari, ijuru rirakinguka, mbona ibyerekanywe n’Imana. Ezekiyeli 1:1.</w:t>
      </w:r>
    </w:p>
    <w:p>
      <w:pPr>
        <w:pStyle w:val="ArticleBody"/>
        <w:jc w:val="left"/>
      </w:pPr>
      <w:r>
        <w:rPr>
          <w:rFonts w:ascii="Times New Roman" w:hAnsi="Times New Roman" w:eastAsia="Times New Roman" w:cs="Times New Roman"/>
        </w:rPr>
        <w:t>“Amayerekwa” y’imitwe cumi n’umwe ya mbere yabanje gutangwa mu mutwe wa mbere ku ruzi rwa Kebari, hanyuma arushaho gusobanurwa mu iyerekwa ryo mu mutwe wa gatatu ryabereye mu “kibaya,” maze yongera gutangwa mu iyerekwa ryo mu mutwe wa munani ryabereye i Yerusalemu. Aho hantu hatatu, ari ho uruzi rwa Kebari, ikibaya na Yerusalemu, hagereranya amayerekwa atatu, ari hamwe agize iyerekwa rimwe, ari ryo “amayerekwa” avugwa mu murongo wa mbere no mu mitwe “cumi n’umwe” ya mbere.</w:t>
      </w:r>
    </w:p>
    <w:p>
      <w:pPr>
        <w:pStyle w:val="ArticleHeading"/>
        <w:jc w:val="left"/>
      </w:pPr>
      <w:r>
        <w:rPr>
          <w:rFonts w:ascii="Arial" w:hAnsi="Arial" w:eastAsia="Arial" w:cs="Arial"/>
        </w:rPr>
        <w:t>Yubile</w:t>
      </w:r>
    </w:p>
    <w:p>
      <w:pPr>
        <w:pStyle w:val="ArticleBody"/>
        <w:jc w:val="left"/>
      </w:pPr>
      <w:r>
        <w:rPr>
          <w:rFonts w:ascii="Times New Roman" w:hAnsi="Times New Roman" w:eastAsia="Times New Roman" w:cs="Times New Roman"/>
        </w:rPr>
        <w:t>Gufata umwaka wa mirongo itatu nk’umwaka wa mirongo itatu w’umuzenguruko wa Yubile watangiriye kuri Pasika izwi cyane ya Yosiya, maze ugasozwa ku wa 22 Ukwakira, biroroshye cyane kubishyigikira, kuko uwo murongo wihariye w’amateka yera ugaragazwa mu buryo busobanutse, umurongo ku wundi murongo, kandi ufite abahamya barenze umwe. Urugero; Pasika ishushanya iminsi mikuru yo mu rugaryi, naho umunsi w’impongano ugashushanya iminsi mikuru yo mu gihe cy’itumba. Bityo rero, Abalewi makumyabiri na gatatu ihuzwa n’umuzenguruko wa Yubile watangiranye na Yosiya. Hari indi mirongo ihuzwa n’amateka agaragazwa n’umwami Yosiya kugeza ku wa 22 Ukwakira, 573 Mbere ya Kristo. Isohozwa ry’amateka ryabaye ku wa 22 Ukwakira, 573 Mbere ya Kristo, ry’umwaka wa Yubile rishyigikirwa n’abanyamateka.</w:t>
      </w:r>
    </w:p>
    <w:p>
      <w:pPr>
        <w:pStyle w:val="ArticleBody"/>
        <w:jc w:val="left"/>
      </w:pPr>
      <w:r>
        <w:rPr>
          <w:rFonts w:ascii="Times New Roman" w:hAnsi="Times New Roman" w:eastAsia="Times New Roman" w:cs="Times New Roman"/>
        </w:rPr>
        <w:t>Abahanga mu kugena ibihe by’amateka muri rusange bemera ko umunsi w’impongano wabaye ku wa 22 Ukwakira 573 mbere ya Kristo, kandi na Pasika Ikomeye ya Yosiya yo mu 622 mbere ya Kristo na yo ni itariki yemewe n’abo bahanga mu ibihe bya Bibiliya. Pasika, ikimenyetso cy’iminsi mikuru yo mu mpeshyi, yatangiye uruziga rw’imyaka mirongo ine n’icyenda rwa Yubile, rwasojwe n’ikimenyetso cy’iminsi mikuru yo mu itumba ku munsi w’impongano. Ibyumweru birindwi by’imyaka byagize imyaka mirongo ine n’icyenda byari ibimenyetso by’Isabato y’igihugu.</w:t>
      </w:r>
    </w:p>
    <w:p>
      <w:pPr>
        <w:pStyle w:val="ArticleScripture"/>
        <w:jc w:val="left"/>
      </w:pPr>
      <w:r>
        <w:rPr>
          <w:rFonts w:ascii="Times New Roman" w:hAnsi="Times New Roman" w:eastAsia="Times New Roman" w:cs="Times New Roman"/>
        </w:rPr>
        <w:t>“Muri buri paji, haba ari amateka, cyangwa amabwiriza, cyangwa ubuhanuzi, Ibyanditswe byo mu Isezerano rya Kera birabagirana ubwiza bw’Umwana w’Imana. Ku rugero byari byarashyizweho n’Imana, gahunda yose y’Abayuda yari ubuhanuzi bwuzuye bw’ubutumwa bwiza. Kuri Kristo ni ho “abahanuzi bose bamuhamiriza.” Ibyakozwe n’Intumwa 10:43. Uhereye ku isezerano ryahawe Adamu, ugakomeza mu murongo w’abakurambere no mu rwego rw’amategeko, umucyo w’ikuzo wo mu ijuru wagaragaje neza intambwe z’Umucunguzi. Abahanuzi babonye Inyenyeri y’i Betelehemu, Shilo uzaza, mu gihe iby’igihe kizaza byanyuraga imbere yabo mu rugendo rw’amayobera. Muri buri gitambo, urupfu rwa Kristo rwaragaragajwe. Muri buri gicu cy’umubavu, gukiranuka Kwe kwarazamukaga. Buri mpanda ya yubile yamamaje izina Rye. Mu ibanga riteye ubwoba ry’Ahera Cyane, ikuzo Rye ryahabaga.” Uwifuzwa Ibihe Byose, 211.</w:t>
      </w:r>
    </w:p>
    <w:p>
      <w:pPr>
        <w:pStyle w:val="ArticleHeading"/>
        <w:jc w:val="left"/>
      </w:pPr>
      <w:r>
        <w:rPr>
          <w:rFonts w:ascii="Arial" w:hAnsi="Arial" w:eastAsia="Arial" w:cs="Arial"/>
        </w:rPr>
        <w:t>Cumi na karindwi</w:t>
      </w:r>
    </w:p>
    <w:p>
      <w:pPr>
        <w:pStyle w:val="ArticleBody"/>
        <w:jc w:val="left"/>
      </w:pPr>
      <w:r>
        <w:rPr>
          <w:rFonts w:ascii="Times New Roman" w:hAnsi="Times New Roman" w:eastAsia="Times New Roman" w:cs="Times New Roman"/>
        </w:rPr>
        <w:t>Zedekiya yari yarajyanywe i Babuloni igihe Yerusalemu yagwaga, imyaka cumi n’ine mbere ya 573 M.K. Abanyamateka b’Abayahudi bagaragaza uruziga rwa Yubile kuva kuri Yosiya mu wa 622 kugeza ku wa 22 Ukwakira 573 nk’uruziga rwa 17 rwa Yubile. Igihe kuva ku rugamba rwa Rafiya kugeza ku rugamba rwa Paniyumu cyari imyaka cumi n’irindwi. Ptolemy ni we watsinze ku rugamba rwa Rafiya, kandi yamaze imyaka cumi n’irindwi ategeka nk’umwami w’epfo. Kuva ku Itegeko rya Milani kugeza igihe Konstantini yagabanyaga ubwami bwe mu wa 330, cyari igihe cy’imyaka cumi n’irindwi. Mu ruziga rwa cumi na karindwi rwa Yubile, Yerusalemu yarimbuwe na Nebukadinezari.</w:t>
      </w:r>
    </w:p>
    <w:p>
      <w:pPr>
        <w:pStyle w:val="ArticleScripture"/>
        <w:jc w:val="left"/>
      </w:pPr>
      <w:r>
        <w:rPr>
          <w:rFonts w:ascii="Times New Roman" w:hAnsi="Times New Roman" w:eastAsia="Times New Roman" w:cs="Times New Roman"/>
        </w:rPr>
        <w:t>Kuko abana ba Isirayeli bazamara iminsi myinshi badafite umwami, badafite umutware, badafite igitambo, badafite inkingi y’ishusho, badafite efodi, badafite terafimu; hanyuma abana ba Isirayeli bazagaruka, bashake Uwiteka Imana yabo, na Dawidi umwami wabo; kandi bazubaha Uwiteka n’ubugwaneza bwe mu minsi y’imperuka. Hoseya 3:4, 5.</w:t>
      </w:r>
    </w:p>
    <w:p>
      <w:pPr>
        <w:pStyle w:val="ArticleBody"/>
        <w:jc w:val="left"/>
      </w:pPr>
      <w:r>
        <w:rPr>
          <w:rFonts w:ascii="Times New Roman" w:hAnsi="Times New Roman" w:eastAsia="Times New Roman" w:cs="Times New Roman"/>
        </w:rPr>
        <w:t>Hoseya aravuga ku ngingo ifitanye isano itaziguye no kujyanwa mu bunyage kwa Sedekiya, nubwo kandi ishushanya itangiriro ry’ubunyage bw’ubwami bw’amajyaruguru mu mwaka wa 723 Mbere ya Kristo. Impamvu ituma uyu murongo wa Hoseya uhuza n’ubuhamya bwa Ezekiyeli ifitanye isano no kwanga Imana igihe Isirayeli yashimangiraga kugira umwami w’umuntu. Icyifuzo cya Isirayeli cyo gutegekwa n’umwami w’umuntu aho gutegekwa n’Umwami w’Imana ni cyo kigaragazwa nk’“ubwibone bw’imbaraga zawe” mu rubanza rw’“inshuro zirindwi” muri Abalewi 26.</w:t>
      </w:r>
    </w:p>
    <w:p>
      <w:pPr>
        <w:pStyle w:val="ArticleScripture"/>
        <w:jc w:val="left"/>
      </w:pPr>
      <w:r>
        <w:rPr>
          <w:rFonts w:ascii="Times New Roman" w:hAnsi="Times New Roman" w:eastAsia="Times New Roman" w:cs="Times New Roman"/>
        </w:rPr>
        <w:t>Nimwanga kutanyumva muri ibyo byose, nzabahana incuro ndwi kurushaho ku bw’ibyaha byanyu. Kandi nzavunagura ubwibone bw’imbaraga zanyu; kandi nzatuma ijuru ryanyu risa n’icyuma, n’isi yanyu ibe nk’umuringa. Abalewi 26:18, 19.</w:t>
      </w:r>
    </w:p>
    <w:p>
      <w:pPr>
        <w:pStyle w:val="ArticleBody"/>
        <w:jc w:val="left"/>
      </w:pPr>
      <w:r>
        <w:rPr>
          <w:rFonts w:ascii="Times New Roman" w:hAnsi="Times New Roman" w:eastAsia="Times New Roman" w:cs="Times New Roman"/>
        </w:rPr>
        <w:t>“Ubwibone bw’imbaraga zanyu” bugaragaza icyifuzo cya Isirayeli cyo gushaka kumera nk’isi no kugira umwami wayo bwite. Gukurwaho k’umwami w’ubwami bwo mu majyaruguru mu mwaka wa 723 Mbere ya Kristo, hanyuma no kujyanwa mu bunyage kwa mwami Sedekiya wo mu bwami bwo mu majyepfo mu mwaka wa 586 Mbere ya Kristo, bigaragaza kumenwa k’“ubwibone” bwa Isirayeli ya kera, kandi ubwibone bubanziriza kugwa. Mu buhanuzi bwa Bibiliya, “imbaraga” ni umwami cyangwa ubwami, kandi ubwibone bwa Isirayeli mu kwihesha umwami w’umuntu bugaragaza kwanga ubutegetsi bw’Imana n’Umwami mvajuru.</w:t>
      </w:r>
    </w:p>
    <w:p>
      <w:pPr>
        <w:pStyle w:val="ArticleScripture"/>
        <w:jc w:val="left"/>
      </w:pPr>
      <w:r>
        <w:rPr>
          <w:rFonts w:ascii="Times New Roman" w:hAnsi="Times New Roman" w:eastAsia="Times New Roman" w:cs="Times New Roman"/>
        </w:rPr>
        <w:t>Nuko Samuel amaze gusaza, ashyiraho abahungu be ngo babe abacamanza ba Isirayeli. Imfura ye yitwaga Yoweli, uwa kabiri akitwa Abiya; kandi baciraga imanza i Bērisheba. Ariko abahungu be ntibagendeye mu nzira ze, ahubwo bayoba bakurikira inyungu mbi, bakira indonke, kandi bagoreka imanza. Nuko abakuru bose ba Isirayeli bateranira hamwe, basanga Samuel i Rama, baramubwira bati: Dore urashaje, kandi abahungu bawe ntibagendera mu nzira zawe; noneho dushyirireho umwami wo kuducira imanza nk’uko andi mahanga yose agira. Ariko icyo kintu nticyashimishije Samuel, ubwo bavugaga bati: Duhe umwami wo kuducira imanza. Nuko Samuel asenga Uwiteka. Uwiteka abwira Samuel ati: Wumvire ijwi ry’abo bantu muri byose bakubwira; kuko atari wowe banze, ahubwo ni jye banze, kugira ngo ntaba nkiri Umwami ubategeka. Nk’uko bakoze imirimo yose uhereye ku munsi nabakuranye muri Egiputa kugeza uyu munsi, bakansiga bagakorera izindi mana, ni ko bagukorera nawe. Noneho rero umvire ijwi ryabo; ariko ubaburire cyane, kandi ubamenyeshe imigenzereze y’umwami uzabategeka. 1 Samweli 8:1–9.</w:t>
      </w:r>
    </w:p>
    <w:p>
      <w:pPr>
        <w:pStyle w:val="ArticleBody"/>
        <w:jc w:val="left"/>
      </w:pPr>
      <w:r>
        <w:rPr>
          <w:rFonts w:ascii="Times New Roman" w:hAnsi="Times New Roman" w:eastAsia="Times New Roman" w:cs="Times New Roman"/>
        </w:rPr>
        <w:t>Birakwiriye kwitondera ko muri icyo gihe Isirayeli itanze umugongo Imana itayanze gusa nk’Umwami wayo, ahubwo ko yanze n’Umwuka w’Ubuhanuzi, nk’uko wagereranywaga na Samweli; kuko handitswe ngo: “bansize, bakorera izindi mana, ni ko bakugenza nawe.”</w:t>
      </w:r>
    </w:p>
    <w:p>
      <w:pPr>
        <w:pStyle w:val="ArticleScripture"/>
        <w:jc w:val="left"/>
      </w:pPr>
      <w:r>
        <w:rPr>
          <w:rFonts w:ascii="Times New Roman" w:hAnsi="Times New Roman" w:eastAsia="Times New Roman" w:cs="Times New Roman"/>
        </w:rPr>
        <w:t>“Satani ahora... ahora yinjiza ubuyobe ubudahwema kugira ngo ayobye abantu abakure ku kuri. Uburiganya bwa nyuma cyane bwa Satani buzaba ugutesha agaciro rwose ubuhamya bwa Mwuka w’Imana. ‘Aho kutagira iyerekwa, abantu bararimbuka’ (Imigani 29:18). Satani azakorana ubuhanga bwinshi, mu buryo butandukanye no mu nzira zinyuranye, kugira ngo ahungabanye icyizere cy’ubwoko bw’Imana bw’insigisigi gifitiye ubuhamya nyakuri.”</w:t>
      </w:r>
    </w:p>
    <w:p>
      <w:pPr>
        <w:pStyle w:val="ArticleScripture"/>
        <w:jc w:val="left"/>
      </w:pPr>
      <w:r>
        <w:rPr>
          <w:rFonts w:ascii="Times New Roman" w:hAnsi="Times New Roman" w:eastAsia="Times New Roman" w:cs="Times New Roman"/>
        </w:rPr>
        <w:t>“Hazabyuka urwango ruzakangurirwa kurwanya Ubuhamya, urwango ruzaba ari urwa satani. Ibikorwa bya Satani bizaba ibyo guhungabanya kwizera kw’amatorero muri bwo, kubera impamvu iyi: Satani ntashobora kubona inzira isobanutse bene aka kageni yo kwinjiza ibishukisho bye no kuboha imitima mu buyobe bwe, niba imiburo n’ibihano n’inama by’Umwuka w’Imana byumviwe.” Selected Messages, igitabo cya 1, 48.</w:t>
      </w:r>
    </w:p>
    <w:p>
      <w:pPr>
        <w:pStyle w:val="ArticleBody"/>
        <w:jc w:val="left"/>
      </w:pPr>
      <w:r>
        <w:rPr>
          <w:rFonts w:ascii="Times New Roman" w:hAnsi="Times New Roman" w:eastAsia="Times New Roman" w:cs="Times New Roman"/>
        </w:rPr>
        <w:t>Uburiganya bwa nyuma bwatewe tewokarasi ya Isirayeli ya kera bwari ukwanga atari Imana yonyine gusa, ahubwo n’Umwuka w’Ubuhanuzi. Ukwanga uko ko mu wa 1097 Mbere ya Kristo gushushanya uburiganya bwa nyuma bwa Adventisime y’Umunsi wa Karindwi ya Lawodikiya mu wa 1863. “Ibihe birindwi” byo mu Balewi makumyabiri na gatandatu ni Ijambo ry’Imana, kandi Umwuka w’Ubuhanuzi uvuga ku byerekeye “ibihe birindwi” ko “bitagomba guhindurwa.”</w:t>
      </w:r>
    </w:p>
    <w:p>
      <w:pPr>
        <w:pStyle w:val="ArticleScripture"/>
        <w:jc w:val="left"/>
      </w:pPr>
      <w:r>
        <w:rPr>
          <w:rFonts w:ascii="Times New Roman" w:hAnsi="Times New Roman" w:eastAsia="Times New Roman" w:cs="Times New Roman"/>
        </w:rPr>
        <w:t>“Nabonye yuko imbonerahamwe yo mu 1843 yari iyobowe n’ukuboko kw’Umwami, kandi ko itagombaga guhindurwa; ko imibare yari uko Yashakaga ko iba; ko ukuboko Kwe kwari kuri yo kandi guhisha ikosa mu mibare imwe n’imwe, ku buryo nta n’umwe washoboraga kuribona, kugeza ubwo ukuboko Kwe kwavanywagaho.” Early Writings, 74.</w:t>
      </w:r>
    </w:p>
    <w:p>
      <w:pPr>
        <w:pStyle w:val="ArticleBody"/>
        <w:jc w:val="left"/>
      </w:pPr>
      <w:r>
        <w:rPr>
          <w:rFonts w:ascii="Times New Roman" w:hAnsi="Times New Roman" w:eastAsia="Times New Roman" w:cs="Times New Roman"/>
        </w:rPr>
        <w:t>Umwuka w’Ubuhanuzi rwose wemeye “ibihe birindwi,” kandi ukwemera kwabwo kwari umuburo wo kudahindura imibare iri ku gishushanyo, aho “ibihe birindwi” biri mu nkingi yo hagati no mu mfuruka yo hejuru iburyo. Haje igishushanyo cy’impimbano cya Uriah Smith mu 1863, hakurikiraho kwangwa buhoro buhoro kw’ukuri kw’ishingiro, byagereranyijwe na Isirayeli ya kera mu kwanga Imana kwayo, kandi Umwuka w’Ubuhanuzi yagaragaje ubwigomeke bwo mu 1863. Itariki y’ubwigomeke bwo mu 1863 ihura n’umurongo w’ubuhanuzi watanzwe mu gitabo cya Ezekiyeli. Muri uwo murongo w’amateka, iherezo ryabaye ugusenyerwa kwa Yerusalemu, kwagereranyaga itegeko ryo ku Cyumweru. Kuva mu 1863 kugera ku itegeko ryo ku Cyumweru rigiye kuza byagereranyijwe n’amateka y’umwami Sawuli mu 1097 Mbere ya Kristo kugeza kuri Sedekiya mu 586 Mbere ya Kristo.</w:t>
      </w:r>
    </w:p>
    <w:p>
      <w:pPr>
        <w:pStyle w:val="ArticleBody"/>
        <w:jc w:val="left"/>
      </w:pPr>
      <w:r>
        <w:rPr>
          <w:rFonts w:ascii="Times New Roman" w:hAnsi="Times New Roman" w:eastAsia="Times New Roman" w:cs="Times New Roman"/>
        </w:rPr>
        <w:t>Zedekiya yajyanywe i Babuloni imyaka cumi n’ine mbere ya Yubile yo mu 573 mbere ya Kristo. Umuzenguruko wa cumi n’indwi wa Yubile watangiye mu 622 mbere ya Kristo, kandi mu mwaka wa mirongo itatu Ezekiyeli yerekanwa nk’umutambyi mu 591 mbere ya Kristo, hanyuma imyaka itanu nyuma yaho Yerusalemu irarimburwa mu 586 mbere ya Kristo. Yarimbuwe ku munsi umwe w’uwo mwaka nk’uwo yongeye kurimburwaho ubwa kabiri mu mwaka wa 70 nyuma ya Kristo na Tito. Umurongo wa mbere wa Ezekiyeli igice cya mbere ubanziriza kurimbuka kwa Yerusalemu imyaka itanu kandi ukabanziriza imyaka cumi n’icyenda iyerekwa ry’urusengero ryo mu gice cya mirongo ine.</w:t>
      </w:r>
    </w:p>
    <w:p>
      <w:pPr>
        <w:pStyle w:val="ArticleScripture"/>
        <w:jc w:val="left"/>
      </w:pPr>
      <w:r>
        <w:rPr>
          <w:rFonts w:ascii="Times New Roman" w:hAnsi="Times New Roman" w:eastAsia="Times New Roman" w:cs="Times New Roman"/>
        </w:rPr>
        <w:t>Mu mwaka wa makumyabiri n’itanu w’ubunyage bwacu, mu itangiriro ry’umwaka, ku munsi wa cumi w’ukwezi, mu mwaka wa cumi na kane nyuma y’uko uwo murwa urimbuwe, kuri uwo munsi nyir’izina ukuboko k’Uwiteka kwari kuri jye, kandi anjyana aho. Ezekiel 40:1.</w:t>
      </w:r>
    </w:p>
    <w:p>
      <w:pPr>
        <w:pStyle w:val="ArticleBody"/>
        <w:jc w:val="left"/>
      </w:pPr>
      <w:r>
        <w:rPr>
          <w:rFonts w:ascii="Times New Roman" w:hAnsi="Times New Roman" w:eastAsia="Times New Roman" w:cs="Times New Roman"/>
        </w:rPr>
        <w:t>Kubera kutumvira isezerano ry’Isabato y’ihugu, Imana yagaragaje ko “ibihe birindwi” ari wo muvumo w’ubutumvira umwaka wa karindwi, ari wo sabato y’ihugu. “Igihe” ni umwaka, kandi “umwaka” ugizwe n’iminsi magana atatu na mirongo itandatu; bityo ibihe birindwi bikubye n’iminsi magana atatu na mirongo itandatu bingana n’imyaka ibihumbi bibiri na magana atanu na makumyabiri. Abamillerite bashobora kuba batarakoresheje imvugo ya “makumyabiri na magana abiri na magana atanu,” ariko amashusho yabo yombi yera yerekanaga mu mibare iyo myaka ibihumbi bibiri na magana atanu na makumyabiri.</w:t>
      </w:r>
    </w:p>
    <w:p>
      <w:pPr>
        <w:pStyle w:val="ArticleBody"/>
        <w:jc w:val="left"/>
      </w:pPr>
      <w:r>
        <w:rPr>
          <w:rFonts w:ascii="Times New Roman" w:hAnsi="Times New Roman" w:eastAsia="Times New Roman" w:cs="Times New Roman"/>
        </w:rPr>
        <w:t>Kwamamazawa kw’umuvumo w’inshuro zirindwi ku bwami bwombi, ubw’amajyaruguru bwa Isirayeli n’ubw’amajyepfo bwa Yuda, ni ko kwari ugusobanukirwa kwa mbere kwa William Miller, cyangwa wavuga ko kwari ugusobanukirwa “shingiro,” ndetse washobora no kuvuga ko kwari “alufa” y’imyumvire ye. Mu 1863, itorero ry’Abadiventisiti b’Umunsi wa Karindwi b’i Lawodikiya ryateye umugongo ugusobanukirwa shingiro rw’ibyo William Miller yavumbuye; “ibyo yavumbuye” byari bihagarariye urufatiro rwose rw’umutwe w’Abamillerite. Uguhumekera kw’Imana kwaburiye mu buryo butaziguye ko ibi byashoboraga kubaho, kandi byarabaye, ndetse byabaye kera cyane.</w:t>
      </w:r>
    </w:p>
    <w:p>
      <w:pPr>
        <w:pStyle w:val="ArticleBody"/>
        <w:jc w:val="left"/>
      </w:pPr>
      <w:r>
        <w:rPr>
          <w:rFonts w:ascii="Times New Roman" w:hAnsi="Times New Roman" w:eastAsia="Times New Roman" w:cs="Times New Roman"/>
        </w:rPr>
        <w:t>Urufatiro rw’urusengero rwongeye kubakwa nyuma y’ubunyage bwo i Babuloni rwararangiye mu mateka y’itegeko rya mbere, kandi mbere y’itegeko rya kabiri. Urusengero rwubatswe rwose mu mateka y’itegeko rya kabiri. Mu itegeko rya gatatu ubwigenge bw’igihugu bwasubijwe Isirayeli ya kera nyakuri. William Miller yagereranyaga marayika wa mbere wageze mu 1798 kandi ahabwa imbaraga ku wa 11 Kanama 1840. Marayika wa kabiri yaje nyuma y’aho imfatiro zishyiriweho, nk’uko byagereranyijwe n’ishusho yo mu 1843, yasohowe muri Gicurasi 1842. Mu gucika intege kwa mbere ko mu 1844, kwa gucika intege kwa alufa ko mu 1844, marayika wa kabiri ndetse n’igihe cyo gutinda cyo mu mugani w’abakobwa cumi barindaga umugeni na byo byarahageze, kandi ubwo ubutumwa bwa marayika wa kabiri bwahabwaga imbaraga mu nteko yo mu nkambi yabereye Exeter, urusengero rwararangiye. Hanyuma mu gucika intege gukomeye, cyangwa gucika intege kwa omega ko mu 1844, Intumwa y’Isezerano yahise iza mu rusengero rwayo, mu gusohozwa kw’iyo myaka ibihumbi bibiri na magana atatu yatangiriye ku itegeko rya gatatu ikarangirana no kuza kwa marayika wa gatatu.</w:t>
      </w:r>
    </w:p>
    <w:p>
      <w:pPr>
        <w:pStyle w:val="ArticleBody"/>
        <w:jc w:val="left"/>
      </w:pPr>
      <w:r>
        <w:rPr>
          <w:rFonts w:ascii="Times New Roman" w:hAnsi="Times New Roman" w:eastAsia="Times New Roman" w:cs="Times New Roman"/>
        </w:rPr>
        <w:t>Yosiya bisobanura ngo “urufatiro rw’Imana.” Yaba ari umwami Yosiya cyangwa Yosiya Litch, bombi ni ibimenyetso by’urufatiro, nk’uko bigaragazwa mu mateka y’itegeko rya mbere kandi nk’uko bigaragazwa n’iminsi mikuru yo mu mpeshyi ivugwa mu mirongo makumyabiri n’ibiri ya mbere ya Levitiki makumyabiri na gatatu. Urufatiro, iminsi mikuru yo mu mpeshyi, n’itegeko rya mbere, byose ni ibimenyetso bya 1840 n’uguhabwa imbaraga kwa marayika wa mbere. Ku wa 22 Ukwakira, 573 Mbere ya Kristo, nk’uko bivugwa muri Ezekiyeli igice cya mirongo ine n’umurongo wa mbere, ni ikimenyetso cya 22 Ukwakira 1844 n’itangira ry’urubanza rw’abapfuye, kandi nanone ni ikimenyetso cya 11 Nzeri 2001 mu gutangira kw’urubanza rw’abazima. Umuntu wese wakomeje gukurikira izi nyandiko akwiriye kumenya imikoreshereze ndi gukoresha.</w:t>
      </w:r>
    </w:p>
    <w:p>
      <w:pPr>
        <w:pStyle w:val="ArticleBody"/>
        <w:jc w:val="left"/>
      </w:pPr>
      <w:r>
        <w:rPr>
          <w:rFonts w:ascii="Times New Roman" w:hAnsi="Times New Roman" w:eastAsia="Times New Roman" w:cs="Times New Roman"/>
        </w:rPr>
        <w:t>Ezekiyeli ni ikimenyetso kiri mu mateka y’ubuhanuzi agaragarirwa mu nyandiko ze. Ezekiyeli ari aho igihe abagabo makumyabiri na batanu bunamiraga izuba ku musozo w’igice cya munani. Yari anahari mu bice bikurikira, ubwo “gushyirwaho ikimenyetso gukurikirwa no kubaga” byazanwaga kuri Yerusalemu, Ellen White akaba agaragaza ko ari Itorero ry’Abadivantisiti b’Umunsi wa Karindwi. Mu bice cumi na kimwe bya mbere, Ezekiyeli ajyanwa mu buturo bwera bwo mu ijuru kugira ngo ahabwe amabwiriza ye, nk’uko Abamilerite bahamagawe kubigenza mu 1844, kandi nk’uko uyu mutwe na wo ubu urimo guhamagarirwa kubikora.</w:t>
      </w:r>
    </w:p>
    <w:p>
      <w:pPr>
        <w:pStyle w:val="ArticleScripture"/>
        <w:jc w:val="left"/>
      </w:pPr>
      <w:r>
        <w:rPr>
          <w:rFonts w:ascii="Times New Roman" w:hAnsi="Times New Roman" w:eastAsia="Times New Roman" w:cs="Times New Roman"/>
        </w:rPr>
        <w:t>Bityo Ezekiyeli ababereye ikimenyetso: nk’uko yakoze byose ni ko namwe muzabikora; kandi nuko ibi nibisohora, muzamenya yuko ndi Uwiteka Imana. Ezekiyeli 24:24.</w:t>
      </w:r>
    </w:p>
    <w:p>
      <w:pPr>
        <w:pStyle w:val="ArticleHeading"/>
        <w:jc w:val="left"/>
      </w:pPr>
      <w:r>
        <w:rPr>
          <w:rFonts w:ascii="Arial" w:hAnsi="Arial" w:eastAsia="Arial" w:cs="Arial"/>
        </w:rPr>
        <w:t>Iyo Ibi Bije</w:t>
      </w:r>
    </w:p>
    <w:p>
      <w:pPr>
        <w:pStyle w:val="ArticleBody"/>
        <w:jc w:val="left"/>
      </w:pPr>
      <w:r>
        <w:rPr>
          <w:rFonts w:ascii="Times New Roman" w:hAnsi="Times New Roman" w:eastAsia="Times New Roman" w:cs="Times New Roman"/>
        </w:rPr>
        <w:t>Iyo tugeze ku rwego, mu minsi y’imperuka, aho ibintu Ezekiyeli yagaragaje byongeye kuboneka mu bwoko bw’Imana, ni bwo tuba tugeze ku kimenyetso cya Ezekiyeli. Iyo umenye ko Ezekiyeli ahagarariye abantu ibihumbi ijana na mirongo ine na bine, kandi ukabimenya ku rugero rw’ukwizera no gusobanukirwa bifite ibyitezwe byejejwe ko ibintu byose Ezekiyeli yagaragaje mu nyandiko ze bishushanya urukurikirane rwera rw’ibyabaye byo mu minsi y’imperuka birebana n’abo bihumbi ijana na mirongo ine na bine—iyo ubizi utyo, ni bwo “muzamenya” ko “Uwiteka” ari “Imana.”</w:t>
      </w:r>
    </w:p>
    <w:p>
      <w:pPr>
        <w:pStyle w:val="ArticleBody"/>
        <w:jc w:val="left"/>
      </w:pPr>
      <w:r>
        <w:rPr>
          <w:rFonts w:ascii="Times New Roman" w:hAnsi="Times New Roman" w:eastAsia="Times New Roman" w:cs="Times New Roman"/>
        </w:rPr>
        <w:t>Tuzakomeza ibi bitekerezo mu nyandiko ikurikira.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Amateka Ahishwe y’Umurongo wa Mirongo Ine — Umubare wa Makumyabiri n’Umwe</dc:title>
  <dc:subject>Ishyano rya Kabiri—Igice cya Munani—Ezekiyeli wa Kabiri</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