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Umubare wa Makumyabiri na Gatatu</w:t>
      </w:r>
    </w:p>
    <w:p>
      <w:pPr>
        <w:pStyle w:val="ArticleSubtitle"/>
        <w:jc w:val="left"/>
      </w:pPr>
      <w:r>
        <w:rPr>
          <w:rFonts w:ascii="Arial" w:hAnsi="Arial" w:eastAsia="Arial" w:cs="Arial"/>
        </w:rPr>
        <w:t>Ezekiyeli Umubare wa Kane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Ezekiyeli azwiho ko ari “umuhanuzi w’akababaro,” kuko ari ikimenyetso cy’abihumbi ijana na mirongo ine na bane, bo mu gice cya cyenda cy’igitabo cye bagaragazwa nk’abari mu gahinda (basuhuza kandi barira) bazira ibizira bikorerwa mu gihugu no mu itorero. Mu gice cyavuye mu gitabo cya Testimonies twasubiyemo mu nyandiko iheruka, Mwene Data White yanditse ati: “Umuhanuzi ubwe yari umunyamahanga mu gihugu cy’amahanga, aho ukwifuza gutegeka kutagira urugero n’ubugome bw’inyamaswa byari byiganje cyane. Ibyo yabonaga n’ibyo yumvaga by’igitugu cy’abantu n’akarengane byababazaga umutima we, kandi yariraga cyane ku manywa na nijoro.”</w:t>
      </w:r>
    </w:p>
    <w:p>
      <w:pPr>
        <w:pStyle w:val="ArticleBody"/>
        <w:jc w:val="left"/>
      </w:pPr>
      <w:r>
        <w:rPr>
          <w:rFonts w:ascii="Times New Roman" w:hAnsi="Times New Roman" w:eastAsia="Times New Roman" w:cs="Times New Roman"/>
        </w:rPr>
        <w:t>Ibihumbi ijana na mirongo ine na bine ni bo “abaciwe ba Isirayeli,” bari baratatanyijwe, nk’uko bigaragazwa no kujyanwa kwa Ezekiyeli mu bunyage. Igikorwa cyo gushyirwaho ikimenyetso kigereranywa muri Ezekiyeli 9 ni cyo kimwe n’icyo mu Ibyahishuwe 7, kandi ibyo bice byombi bigaragazwa nk’ibibera mu minsi y’imperuka.</w:t>
      </w:r>
    </w:p>
    <w:p>
      <w:pPr>
        <w:pStyle w:val="ArticleScripture"/>
        <w:jc w:val="left"/>
      </w:pPr>
      <w:r>
        <w:rPr>
          <w:rFonts w:ascii="Times New Roman" w:hAnsi="Times New Roman" w:eastAsia="Times New Roman" w:cs="Times New Roman"/>
        </w:rPr>
        <w:t>“Iki kimenyetso gishyirwa ku bagaragu b’Imana ni cyo kimwe cyeretswe Ezekiyeli mu iyerekwa.” Testimonies to Ministers, 445.</w:t>
      </w:r>
    </w:p>
    <w:p>
      <w:pPr>
        <w:pStyle w:val="ArticleBody"/>
        <w:jc w:val="left"/>
      </w:pPr>
      <w:r>
        <w:rPr>
          <w:rFonts w:ascii="Times New Roman" w:hAnsi="Times New Roman" w:eastAsia="Times New Roman" w:cs="Times New Roman"/>
        </w:rPr>
        <w:t>Kuva ku ntebe y’ubwami, Imana iyobora abakerubi, na bo na bo bakagenga ibiziga. Mu iyerekwa, Ezekiyeli yagombaga gusobanukirwa ko Imana ari yo yari ifite ububasha bwo gutegeka byose, ndetse no mu gihe ibintu byose byagaragaraga ko biri mu rujijo. Mushiki wa White avuga ati “mu buryo nk’ubwo” amaze kugaragaza imiterere y’Imana iri ku ntebe y’ubwami, iyobora abakerubi bayoboraga ibijyanye n’isi, nk’uko asobanura Yohana ari mu buturo bwera aho Kristo yagendaga hagati y’amatorero arindwi. Ezekiyeli na Yohana ni ibimenyetso by’ababaho mu gihe cyo gushyirwaho ikimenyetso cya ba bantu ibihumbi ijana na mirongo ine na bine, abo, nk’uko ibyahishuwe byanditswe bibivuga, “Ibyabaye bigiye gukorwa mu isi yacu ntibirarangwamo no kurota.”</w:t>
      </w:r>
    </w:p>
    <w:p>
      <w:pPr>
        <w:pStyle w:val="ArticleBody"/>
        <w:jc w:val="left"/>
      </w:pPr>
      <w:r>
        <w:rPr>
          <w:rFonts w:ascii="Times New Roman" w:hAnsi="Times New Roman" w:eastAsia="Times New Roman" w:cs="Times New Roman"/>
        </w:rPr>
        <w:t>Ni ukuri rwose ko igihe Mushiki wa White yandikaga ayo magambo, ayo magambo yari ukuri; ariko mu gihe cyo gushyirwaho ikimenyetso, abona isohozwa ryayo ritunganye rwose. Hafi nko mu myaka makumyabiri ishize, mwari kuba mwaratekereje ko ibiri kuba ubu mu isi bifitanye isano no kwiyongera kw’inzige za Isilamu? Inzige nk’ikimenyetso cya Isilamu mu gice cya cyenda cy’Ibyahishuwe zikubiyemo kwimuka kw’inzige zo muri Afurika y’Amajyaruguru nk’uko bibaho mu byaremwe. Uwo murongo w’inzira y’izo nzige ziteraniye hamwe mu kwimuka kwazo muri Afurika uhuza n’akarere k’isi kagizweho ubutegetsi na Isilamu. Isilamu ikomoka kuri Ishimayeli, kandi nyina wa Ishimayeli yari Hagari. Hagari bisobanura “guhunga” cyangwa “gucika.” Mu Cyarabu iryo zina risanzwe ryandikwa Hajar (هاجر), kandi rifitanye isano n’umuzi umwe uduha Hijra (kwimuka/guhunga kwa Muhammadi). Imizi ya Isilamu ifitanye isano atari gusa no guterana kw’inzige, ahubwo iyo mizi ikubiyemo n’insobanuro yo kwimuka. Hari uwigeze arota ko abimukira binjira mu gihugu binyuranyije n’amategeko ari ukwigaragaza kw’inzige ya Isilamu?</w:t>
      </w:r>
    </w:p>
    <w:p>
      <w:pPr>
        <w:pStyle w:val="ArticleBody"/>
        <w:jc w:val="left"/>
      </w:pPr>
      <w:r>
        <w:rPr>
          <w:rFonts w:ascii="Times New Roman" w:hAnsi="Times New Roman" w:eastAsia="Times New Roman" w:cs="Times New Roman"/>
        </w:rPr>
        <w:t>Mbese hari uwigeze arota ko abakominisite b’isi yose bazagirana ubufatanye n’imbaga z’Abayisilamu? Ubuyisilamu n’ubutegetsi bw’ikiyoka bw’abaglobaliste byombi bizamuka biva mu rwobo rutagira iherezo nk’uko bivugwa mu Byahishuwe 9/11, kandi urwo rwobo rutagira iherezo rugaragaza ukwihishura kw’imbaraga za Satani. Dukurikije Ibyanditswe by’ukuri, abo bafatanyabikorwa bombi b’iki gihe ni ibikoresho bya Satani.</w:t>
      </w:r>
    </w:p>
    <w:p>
      <w:pPr>
        <w:pStyle w:val="ArticleScripture"/>
        <w:jc w:val="left"/>
      </w:pPr>
      <w:r>
        <w:rPr>
          <w:rFonts w:ascii="Times New Roman" w:hAnsi="Times New Roman" w:eastAsia="Times New Roman" w:cs="Times New Roman"/>
        </w:rPr>
        <w:t>“Igihe bazaba barangije [barangiza] ubuhamya bwabo.” Igihe abahamya babiri bari kuzamara bahanura bambaye ibigunira cyarangiye mu wa 1798. Mu gihe bari begereje iherezo ry’umurimo wabo wakorwaga mu bwijima, bagombaga guterwaho intambara n’ububasha bugereranywa n’“inyamaswa izamuka iva ikuzimu.” Mu bihugu byinshi by’u Burayi, ububasha bwategekaga mu Itorero no muri Leta bwari bumaze ibinyejana buyoborwa na Satani, abinyujije mu gipapa. Ariko hano herekanwa ukwigaragaza gushya kw’ububasha bwa Satani.” Intambara Ikomeye, 268.</w:t>
      </w:r>
    </w:p>
    <w:p>
      <w:pPr>
        <w:pStyle w:val="ArticleBody"/>
        <w:jc w:val="left"/>
      </w:pPr>
      <w:r>
        <w:rPr>
          <w:rFonts w:ascii="Times New Roman" w:hAnsi="Times New Roman" w:eastAsia="Times New Roman" w:cs="Times New Roman"/>
        </w:rPr>
        <w:t>Mushiki wacu White aha agaragaza ko ukuza kwa sosiyalisimu kwabayeho mu gihe cy’Impinduramatwara y’Abafaransa, kandi akerekana ko na Satani ari we ugenzura ububasha bwa gipapa. Ububasha bwa gipapa na bwo busohoka mu rwobo rutagira epfo na ruguru mu Byahishuwe igice cya cumi na karindwi, kandi mu gice cya cyenda cy’Ibyahishuwe, Isilamu ni wo mwotsi wazamutse uvuye muri urwo rwobo rutagira epfo na ruguru. Ingingo iracyahari; mbese guhumekerwa kwarashakaga kuvuga koko ngo, “Ibyabaye bigiye gukorwa mu isi yacu ntibirarotwa na mba?” Ni nde warose ko Isilamu ubu izakwirakwira mu Burayi kandi ubu ikaba imanukira ku migabane y’Amerika? Waba warose ko inzige zari gukwirakwizwa ku isi yose n’abanyamubumbe b’isi b’Umuryango w’Abibumbye, Umuryango w’Ubumwe bw’u Burayi n’ishyaka rya demokarate ryo muri Leta Zunze Ubumwe z’Amerika?</w:t>
      </w:r>
    </w:p>
    <w:p>
      <w:pPr>
        <w:pStyle w:val="ArticleBody"/>
        <w:jc w:val="left"/>
      </w:pPr>
      <w:r>
        <w:rPr>
          <w:rFonts w:ascii="Times New Roman" w:hAnsi="Times New Roman" w:eastAsia="Times New Roman" w:cs="Times New Roman"/>
        </w:rPr>
        <w:t>Ni nde wigeze arota ko ibigo by’uburezi byari gutsindwa n’ubufatanye bw’Abakomunisiti n’Abayisilamu, ubu bukaba buri guterwa inkunga n’amafaranga y’imisoro y’abaturage batigeze na rimwe bagambirira ko ayo mafaranga yabo y’imisoro yakoreshwa mu kurimbura igihugu gitanga ayo mafaranga y’imisoro.</w:t>
      </w:r>
    </w:p>
    <w:p>
      <w:pPr>
        <w:pStyle w:val="ArticleBody"/>
        <w:jc w:val="left"/>
      </w:pPr>
      <w:r>
        <w:rPr>
          <w:rFonts w:ascii="Times New Roman" w:hAnsi="Times New Roman" w:eastAsia="Times New Roman" w:cs="Times New Roman"/>
        </w:rPr>
        <w:t>Ni nde wari kurota ko u Bwongereza bwari guteza imbere no gushyigikira ko abakobwa b’abazungu bafatwa ku ngufu n’amatsinda, bagashimutwa, bagafungwa kandi bakicwa n’Ubwisilamu? Benshi bagaragaza ko buri gahunda y’aba-komunisiti yose yabayeho mu mateka y’abantu yabaye ugutsindwa gukomeye rwose, ariko imbuto z’ubusosiyalisiti bw’u Bwongereza ni uguciraho iteka ubusosiyalisiti nk’uko no gutsindwa kwa filozofiya z’ubukungu n’iza politiki by’iyo gahunda kubigaragaza.</w:t>
      </w:r>
    </w:p>
    <w:p>
      <w:pPr>
        <w:pStyle w:val="ArticleBody"/>
        <w:jc w:val="left"/>
      </w:pPr>
      <w:r>
        <w:rPr>
          <w:rFonts w:ascii="Times New Roman" w:hAnsi="Times New Roman" w:eastAsia="Times New Roman" w:cs="Times New Roman"/>
        </w:rPr>
        <w:t>Ni nde wari kubitekereza ko abacuruzi bo mu isi bari kwemererwa kwinjiza uburozi kugira ngo bakoreshe ubwicanyi bwa rubanda bwahitanye abantu barenga miliyoni cumi n’indwi?</w:t>
      </w:r>
    </w:p>
    <w:p>
      <w:pPr>
        <w:pStyle w:val="ArticleBody"/>
        <w:jc w:val="left"/>
      </w:pPr>
      <w:r>
        <w:rPr>
          <w:rFonts w:ascii="Times New Roman" w:hAnsi="Times New Roman" w:eastAsia="Times New Roman" w:cs="Times New Roman"/>
        </w:rPr>
        <w:t>Ni nde watekereje ko abantu nka George Soros, Bill Gates na Anthony Fauci bari kwemererwa gukora ibikorwa byabo by'ubugome bwa gipagani rwose nta ngaruka na nkeya?</w:t>
      </w:r>
    </w:p>
    <w:p>
      <w:pPr>
        <w:pStyle w:val="ArticleBody"/>
        <w:jc w:val="left"/>
      </w:pPr>
      <w:r>
        <w:rPr>
          <w:rFonts w:ascii="Times New Roman" w:hAnsi="Times New Roman" w:eastAsia="Times New Roman" w:cs="Times New Roman"/>
        </w:rPr>
        <w:t>Igihe Mushiki wacu White yavugaga ko ibyabaye byakinwe bitari no kuzarotwa, yabivuze mu rwego rw’igihe cyo gushyirwaho ikimenyetso kw’abo ibihumbi ijana na mirongo ine na bine. Yakurikizaga amagambo ye yerekeye umuburo wa Kristo wo muri Matayo makumyabiri na kane aho yanditse ati: “Aya masomo ni ay’inyungu yacu. Dukeneye gushinga kwizera kwacu ku Mana, kuko imbere yacu rwose hari igihe kizagerageza ubugingo bw’abantu. Kristo, ari ku Musozi wa Elayono, yasubiyemo imanza ziteye ubwoba zagombaga kubanziriza kuza kwe kwa kabiri.”</w:t>
      </w:r>
    </w:p>
    <w:p>
      <w:pPr>
        <w:pStyle w:val="ArticleBody"/>
        <w:jc w:val="left"/>
      </w:pPr>
      <w:r>
        <w:rPr>
          <w:rFonts w:ascii="Times New Roman" w:hAnsi="Times New Roman" w:eastAsia="Times New Roman" w:cs="Times New Roman"/>
        </w:rPr>
        <w:t>Amasomo yari amaze kuvugaho ni amashusho ya Ezekiyeli na Yohana bombi bari mu rusengero biga gusobanukirwa ko Imana ari yo igenzura ibintu byose. Muri uku kujijuka no kwigomeka biriho ubu, uku kujijuka no kwigomeka bizakomeza gusa kwiyongera uko amateka agenda atera imbere, abari intumwa z’Imana, nk’uko bagereranywa atari na Ezekiyeli na Yohana bonyine mu rusengero, ahubwo na Yesaya, bazabasha kuyobora amateka mu buryo buhesha Uwiteka icyubahiro ari uko basobanukiwe ko n’ibintu tutigeze na rimwe dutekereza ko byabaho bikiri mu buyobozi bw’Imana.</w:t>
      </w:r>
    </w:p>
    <w:p>
      <w:pPr>
        <w:pStyle w:val="ArticleBody"/>
        <w:jc w:val="left"/>
      </w:pPr>
      <w:r>
        <w:rPr>
          <w:rFonts w:ascii="Times New Roman" w:hAnsi="Times New Roman" w:eastAsia="Times New Roman" w:cs="Times New Roman"/>
        </w:rPr>
        <w:t>Ayo mapine ahurirana n’andi mapine akubiyemo ibyabaye bitigeze na rimwe byibazwa, kandi ni byo biba mu gihe cyo gushyirwaho ikimenyetso cyatangiriye ku wa 9/11. Amasomo agomba kwigwa yigwa gusa n’abinjira, kubwo kwizera, Ahera Cyane, bakabona Kristo n’umucyo We urabagirana uturutse ku Isanduku y’Isezerano. Iryo bwiza niribukwa nk’uko Daniyeli arihagarariye mu gice cya cumi, itsinda ryungukirwa n’umucyo ritandukanwa n’abahunze iyo yeretswe.</w:t>
      </w:r>
    </w:p>
    <w:p>
      <w:pPr>
        <w:pStyle w:val="ArticleScripture"/>
        <w:jc w:val="left"/>
      </w:pPr>
      <w:r>
        <w:rPr>
          <w:rFonts w:ascii="Times New Roman" w:hAnsi="Times New Roman" w:eastAsia="Times New Roman" w:cs="Times New Roman"/>
        </w:rPr>
        <w:t>Nuko Daniyeli, ni jye jyenyine wabonye iryo yerekwa; kuko abagabo twari kumwe bo batabonye iryo yerekwa; ariko bahindishijwe umushyitsi ukomeye, bituma bahunga bajya kwihisha. Daniyeli 10:7.</w:t>
      </w:r>
    </w:p>
    <w:p>
      <w:pPr>
        <w:pStyle w:val="ArticleBody"/>
        <w:jc w:val="left"/>
      </w:pPr>
      <w:r>
        <w:rPr>
          <w:rFonts w:ascii="Times New Roman" w:hAnsi="Times New Roman" w:eastAsia="Times New Roman" w:cs="Times New Roman"/>
        </w:rPr>
        <w:t>Hari ibindi byinshi cyane byakurwa muri uwo murongo twavuzeho mu nyandiko ibanziriza iyi, ariko turaza kuvuga ku ruziga uko dusoza iyi nyandiko. Mu nyandiko iheruka twabonye ubusobanuro bw’ikirango bw’umubare makumyabiri n’itanu, kandi mbere yaho twamaze igihe ku mubare mirongo itatu. Umucyo uva mu gitabo cya Ezekiyeli si imibare y’ibimenyetso gusa, ariko ni ngombwa kubanza kumenyera bimwe muri ibyo bimenyetso by’imibare mbere yo gutangira kuzana umucyo mu rujijo.</w:t>
      </w:r>
    </w:p>
    <w:p>
      <w:pPr>
        <w:pStyle w:val="ArticleHeading"/>
        <w:jc w:val="left"/>
      </w:pPr>
      <w:r>
        <w:rPr>
          <w:rFonts w:ascii="Arial" w:hAnsi="Arial" w:eastAsia="Arial" w:cs="Arial"/>
        </w:rPr>
        <w:t>Cumi n’indwi</w:t>
      </w:r>
    </w:p>
    <w:p>
      <w:pPr>
        <w:pStyle w:val="ArticleBody"/>
        <w:jc w:val="left"/>
      </w:pPr>
      <w:r>
        <w:rPr>
          <w:rFonts w:ascii="Times New Roman" w:hAnsi="Times New Roman" w:eastAsia="Times New Roman" w:cs="Times New Roman"/>
        </w:rPr>
        <w:t>Ubuhanuzi uko ari butatu bw’imyaka magana abiri na mirongo itanu bugaragaza igihe cy’imyaka cumi n’irindwi gitangira ku iherezo ry’amateka y’itorero ry’i Simuruna. Kuva mu wa 313 kugeza mu wa 330, imyaka cumi n’irindwi ishushanya ishyirwaho ry’igishushanyo cy’inyamaswa.</w:t>
      </w:r>
    </w:p>
    <w:p>
      <w:pPr>
        <w:pStyle w:val="ArticleBody"/>
        <w:jc w:val="left"/>
      </w:pPr>
      <w:r>
        <w:rPr>
          <w:rFonts w:ascii="Times New Roman" w:hAnsi="Times New Roman" w:eastAsia="Times New Roman" w:cs="Times New Roman"/>
        </w:rPr>
        <w:t>Iyo myaka magana abiri na mirongo itanu yatangiye mu wa 457 mbere ya Kristo yarangiye mu wa 207 mbere ya Kristo, nyuma y’imyaka irindwi y’urugamba rwa Raphia kandi mbere y’imyaka icumi y’urugamba rwa Panium. Uhereye kuri Raphia ukageza kuri Panium hari imyaka cumi n’irindwi, kandi igereranya amateka ahishwe yo mu murongo wa mirongo ine, nk’uko ashyizwe ahagaragara mu mirongo ya cumi n’umwe kugeza kuri cumi n’itanu yo muri Daniyeli cumi n’umwe.</w:t>
      </w:r>
    </w:p>
    <w:p>
      <w:pPr>
        <w:pStyle w:val="ArticleBody"/>
        <w:jc w:val="left"/>
      </w:pPr>
      <w:r>
        <w:rPr>
          <w:rFonts w:ascii="Times New Roman" w:hAnsi="Times New Roman" w:eastAsia="Times New Roman" w:cs="Times New Roman"/>
        </w:rPr>
        <w:t>Ptolémée wa IV Philopatòr (uzwi kandi nka Ptolémée wa IV) ni we mwami watsinze Intambara ya Raphia mu mwaka wa 217 mbere ya Kristo. Yategetse nka mwami (kandi nka farawo) wa Egiputa y’Abatolémée kuva mu mwaka wa 221 mbere ya Kristo kugeza mu wa 204 mbere ya Kristo, bityo ategeka imyaka cumi n’irindwi. Yatangiye ingoma ye mbere y’Intambara ya Raphia, ariko apfa mbere y’Intambara ya Panium.</w:t>
      </w:r>
    </w:p>
    <w:p>
      <w:pPr>
        <w:pStyle w:val="ArticleBody"/>
        <w:jc w:val="left"/>
      </w:pPr>
      <w:r>
        <w:rPr>
          <w:rFonts w:ascii="Times New Roman" w:hAnsi="Times New Roman" w:eastAsia="Times New Roman" w:cs="Times New Roman"/>
        </w:rPr>
        <w:t>Intambara ya Raphia ihagarariye Intambara yo muri Ukraine yatangiye mu mwaka wa 2014 igihe Leta Zunze Ubumwe z’Amerika zatumaga habaho impinduramatwara y’amabara muri Ukraine. Ptolemy wa IV, umwami w’ikusi y’amajyepfo, agereranya Vladimir Putin, watangiye ingoma ye mu mwaka wa 2000, umwaka umwe mbere y’uko itangira ry’ishyirwaho ikimenyetso ry’abihumbi ijana na mirongo ine na bine ritangira mu 2001. Nk’uko byari bimeze kuri Ptolemy, Putin yatangiye gutegeka mbere y’intambara yo muri Ukraine, igereranywa n’intambara ya Raphia yatangiye mu 2014. Mbere ya Panium, Putin, nk’uko agereranywa na Ptolemy, avanwaho. Putin yatangiye gutegeka mu 2000, bityo bigahuza n’itangiriro ry’igihe cyo gushyirwaho ikimenyetso cyatangiye mu mwaka wakurikiyeho wa 2001. Imyaka cumi n’irindwi y’ikigereranyo, nk’uko ihagarariwe na Ptolemy, igaragaza igihe Putin ategekamo, kandi ategeka muri icyo gihe cyo gushyirwaho ikimenyetso.</w:t>
      </w:r>
    </w:p>
    <w:p>
      <w:pPr>
        <w:pStyle w:val="ArticleBody"/>
        <w:jc w:val="left"/>
      </w:pPr>
      <w:r>
        <w:rPr>
          <w:rFonts w:ascii="Times New Roman" w:hAnsi="Times New Roman" w:eastAsia="Times New Roman" w:cs="Times New Roman"/>
        </w:rPr>
        <w:t>Trump, uhagarariwe n’iherezo ry’imyaka magana abiri na mirongo itanu yatangiye mu mwaka wa 457 Mbere ya Kristo, ari mu mateka ahishwe amwe na Putin, amateka amara imyaka cumi n’irindwi atangirira ku rugamba rwa Raphia. Ikiyoka (Putin) n’umuhanuzi w’ibinyoma (Trump) bari muri ayo mateka ahishwe. Muri ayo mateka, ya nyamaswa, igereranywa n’“abambuzi bo mu bwoko bwawe,” igaragaza ububasha bwa gipapa, iri ku iherezo ry’iyo myaka cumi n’irindwi iva i Raphia igera i Panium.</w:t>
      </w:r>
    </w:p>
    <w:p>
      <w:pPr>
        <w:pStyle w:val="ArticleBody"/>
        <w:jc w:val="left"/>
      </w:pPr>
      <w:r>
        <w:rPr>
          <w:rFonts w:ascii="Times New Roman" w:hAnsi="Times New Roman" w:eastAsia="Times New Roman" w:cs="Times New Roman"/>
        </w:rPr>
        <w:t>Umwaka wa 321 ugereranya itegeko ry’icyumweru muri Leta Zunze Ubumwe za Amerika, kandi 321 uri mu gihe cy’imyaka cumi n’irindwi gihera ku Itegeko rya Milan ryo mu 313 kigera ku igabanywa ry’ubwami mu 330.</w:t>
      </w:r>
    </w:p>
    <w:p>
      <w:pPr>
        <w:pStyle w:val="ArticleBody"/>
        <w:jc w:val="left"/>
      </w:pPr>
      <w:r>
        <w:rPr>
          <w:rFonts w:ascii="Times New Roman" w:hAnsi="Times New Roman" w:eastAsia="Times New Roman" w:cs="Times New Roman"/>
        </w:rPr>
        <w:t>Amateka agaragazwa uhereye kuri Pasika Ikomeye ya Yosiya, nk’uko yitwa, atangiza icyiciro cya cumi na karindwi cya Yubile y’Abayuda. Uhereye kuri Pasika ya Yosiya, ari yo kubyuka gukomeye kuruta ibindi mu Isezerano rya Kera, kugeza ku wa 22 Ukwakira, hagaragaza amateka y’Abamillerite uhereye ku wa 11 Kanama 1840 kugeza ku wa 22 Ukwakira 1844; ariko icy’ingenzi kurushaho, hagaragaza amateka ya 9/11 kugeza ku itegeko ryo ku Cyumweru. Igihe cyo gushyirwaho ikimenyetso cy’abihumbi ijana na mirongo ine na bine kigereranywa n’icyo cyiciro cya cumi na karindwi cya Yubile, uhereye kuri Yosiya kugeza ku wa 22 Ukwakira. Cumi na karindwi ni ikimenyetso gifitanye isano n’ibyabaye bikomeye byo mu gihe cyo gushyirwaho ikimenyetso, kandi umubare cumi na karindwi ni ahantu ibiziga bya Ezekiyeli bihurira.</w:t>
      </w:r>
    </w:p>
    <w:p>
      <w:pPr>
        <w:pStyle w:val="ArticleBody"/>
        <w:jc w:val="left"/>
      </w:pPr>
      <w:r>
        <w:rPr>
          <w:rFonts w:ascii="Times New Roman" w:hAnsi="Times New Roman" w:eastAsia="Times New Roman" w:cs="Times New Roman"/>
        </w:rPr>
        <w:t>Mu mateka ahishwe y’umurongo wa mirongo ine wa Daniyeli, nk’uko agaragazwa mu mirongo ya cumi kugeza ku ya cumi n’itanu y’icyo gice kimwe, ikiyoka gifitanye isano n’umubare “17” binyuze ku ngoma ya Ptolemy. Amateka ava ku ntambara ya Raphia yo mu murongo wa cumi n’umwe kugeza ku ntambara ya Raphia yo mu murongo wa cumi n’itanu ni imyaka “17”. Ayo mateka ashyira Donald Trump hagati muri iyo myaka cumi n’irindwi ihagarariwe n’izo ntambara zombi. Ishusho ya ya nyamaswa ibumbwa kandi igashyirwaho na Trump muri Leta Zunze Ubumwe z’Amerika ihagarariwe n’imyaka “17” kuva mu wa 313 kugeza mu wa 330. Mu murongo wa mbere w’igice cya mbere, Ezekiyeli ari mu mwaka wa mirongo itatu w’umuzenguruko wa Yubile wa “17”. Mbese wigeze urota ko umubare cumi n’irindwi wagereranyaga rumwe mu nziga Ezekiyeli yabonye Ahera Cyane?</w:t>
      </w:r>
    </w:p>
    <w:p>
      <w:pPr>
        <w:pStyle w:val="ArticleBody"/>
        <w:jc w:val="left"/>
      </w:pPr>
      <w:r>
        <w:rPr>
          <w:rFonts w:ascii="Times New Roman" w:hAnsi="Times New Roman" w:eastAsia="Times New Roman" w:cs="Times New Roman"/>
        </w:rPr>
        <w:t>Ezekiyeli ni ikimenyetso cy’abazaba bariho mu gihe cyo gushyirwaho ikimenyetso, binjiye ku bwo kwizera mu Ahera Cyane. Ni abatambyi ba Petero.</w:t>
      </w:r>
    </w:p>
    <w:p>
      <w:pPr>
        <w:pStyle w:val="ArticleScripture"/>
        <w:jc w:val="left"/>
      </w:pPr>
      <w:r>
        <w:rPr>
          <w:rFonts w:ascii="Times New Roman" w:hAnsi="Times New Roman" w:eastAsia="Times New Roman" w:cs="Times New Roman"/>
        </w:rPr>
        <w:t>Namwe kandi, nk’amabuye mazima, murubakwa ngo mube inzu y’Umwuka, ubutambyi bwera, kugira ngo mutambire ibitambo by’umwuka byemerwa n’Imana ku bwa Yesu Kristo. 1 Petero 2:5.</w:t>
      </w:r>
    </w:p>
    <w:p>
      <w:pPr>
        <w:pStyle w:val="ArticleBody"/>
        <w:jc w:val="left"/>
      </w:pPr>
      <w:r>
        <w:rPr>
          <w:rFonts w:ascii="Times New Roman" w:hAnsi="Times New Roman" w:eastAsia="Times New Roman" w:cs="Times New Roman"/>
        </w:rPr>
        <w:t>Batumwe kugira ngo bageze ubutumwa ku bantu b’Imana bo mu isezerano rya kera bari baragenewe, ariko bariho basigwa inyuma, nubwo bari baraburiwe mbere y’igihe ko abo bantu b’Imana bo mu isezerano rya kera batazabona kandi batazumva.</w:t>
      </w:r>
    </w:p>
    <w:p>
      <w:pPr>
        <w:pStyle w:val="ArticleScripture"/>
        <w:jc w:val="left"/>
      </w:pPr>
      <w:r>
        <w:rPr>
          <w:rFonts w:ascii="Times New Roman" w:hAnsi="Times New Roman" w:eastAsia="Times New Roman" w:cs="Times New Roman"/>
        </w:rPr>
        <w:t>Nuko arambwira ati: Mwana w’umuntu, tegesha inda yawe kurya, kandi wuzuze amara yawe iki gitabo cy’umuzingo nguha. Nuko ndakirya; maze mu kanwa kanjye kiba nk’ubuki ku bwo kuryoha kwabwo. Arambwira ati: Mwana w’umuntu, genda, ujye ku nzu ya Isirayeli, ubabwire amagambo yanjye. Kuko utatumwe ku bantu b’ururimi rutamenyerewe kandi rw’ingutu, ahubwo watumwe ku nzu ya Isirayeli; si ku mahanga menshi y’ururimi rutamenyerewe kandi rw’ingutu, abo udashobora kumva amagambo yabo. Ni ukuri, iyo mba naragutumye kuri bo, baba barakumviye. Ariko inzu ya Isirayeli ntizakumva, kuko batanyumva; kuko inzu ya Isirayeli yose ari intagondwa kandi inangiye umutima. Dore, nakomeje mu maso hawe ngo hahangane n’amaso yabo, kandi nakomeje uruhanga rwawe ngo ruhangane n’impanga zabo. Uruhanga rwawe narukoze rukomere nk’ibuye rya diyama rirusha urutare gukomera: ntukabatinye, kandi ntukuke imitima ku bwo kubareba, nubwo ari inzu y’ubugome. Ezekiyeli 3:3–9.</w:t>
      </w:r>
    </w:p>
    <w:p>
      <w:pPr>
        <w:pStyle w:val="ArticleBody"/>
        <w:jc w:val="left"/>
      </w:pPr>
      <w:r>
        <w:rPr>
          <w:rFonts w:ascii="Times New Roman" w:hAnsi="Times New Roman" w:eastAsia="Times New Roman" w:cs="Times New Roman"/>
        </w:rPr>
        <w:t>Ezekiyeli yategetswe kwamamaza ubutumwa ku bahoze ari ubwoko bw’isezerano, nk’uko bagereranywa n’Abaporotesitanti bo mu mateka y’Abamilerite hamwe n’itorero ry’Abadivantisiti b’Umunsi wa Karindwi ry’i Lawodikiya mu minsi y’imperuka. Narangara kwamamaza ubwo butumwa, amaraso y’abasigaye bataburiwe azamubazwa.</w:t>
      </w:r>
    </w:p>
    <w:p>
      <w:pPr>
        <w:pStyle w:val="ArticleScripture"/>
        <w:jc w:val="left"/>
      </w:pPr>
      <w:r>
        <w:rPr>
          <w:rFonts w:ascii="Times New Roman" w:hAnsi="Times New Roman" w:eastAsia="Times New Roman" w:cs="Times New Roman"/>
        </w:rPr>
        <w:t>Mwana w’umuntu, nagushyizeho kuba umurinzi w’inzu ya Isirayeli; nuko wumve ijambo rivuye mu kanwa kanjye, ubaburire ubivanye kuri jye. Iyo mbwiye umunyabyaha nti: Ni ukuri uzapfa; maze ntumuburire, cyangwa ngo uvuge kugira ngo uburire umunyabyaha amuve mu nzira ye mbi, kugira ngo ukize ubugingo bwe; uwo munyabyaha azapfira mu bugome bwe; ariko amaraso ye nzayakubaza. Ariko niba uburiye umunyabyaha, ntave mu bugome bwe cyangwa mu nzira ye mbi, azapfira mu bugome bwe; ariko uzaba ukijije ubugingo bwawe. Kandi iyo umukiranutsi avuye mu gukiranuka kwe, agakora ibyo gukiranirwa, maze nkamushyira imbere igisitaza, azapfa: kuko utamuburiye, azapfira mu cyaha cye, kandi ibikorwa bye byo gukiranuka yakoze ntibizibukwa; ariko amaraso ye nzayakubaza. Nyamara niba uburiye umukiranutsi kugira ngo umukiranutsi adakora icyaha, kandi ntakore icyaha, ni ukuri azabaho, kuko yaburiwe; kandi nawe uzaba ukijije ubugingo bwawe. Ezekiyeli 3:17–21.</w:t>
      </w:r>
    </w:p>
    <w:p>
      <w:pPr>
        <w:pStyle w:val="ArticleBody"/>
        <w:jc w:val="left"/>
      </w:pPr>
      <w:r>
        <w:rPr>
          <w:rFonts w:ascii="Times New Roman" w:hAnsi="Times New Roman" w:eastAsia="Times New Roman" w:cs="Times New Roman"/>
        </w:rPr>
        <w:t>Mu “bice” cumi na kimwe bya mbere bya Ezekiyeli, yeretswe kurimbuka kwa Yerusalemu, nk’uko byashushanyijwe n’iyerekwa ryabereye ku ruzi Kebari, ku kibaya no i Yerusalemu. Yahawe inshingano yo kwamamaza umuburo w’urubanza rwari rwegereje kuri Yerusalemu. Ubutumwa bw’umuburo bw’urwo rubanza rwari rwegereje kuri Yerusalemu ni bwo muburo wabanje guhabwa itorero ry’Abadiventisiti b’Umunsi wa Karindwi ry’i Lawodikiya. Uwo muburo ugaragaza urubanza no kwangwa kw’ubwoko bw’Imana bari i Yerusalemu badafite ikimenyetso cy’Imana. Umuburo washushanyijwe na Ezekiyeli ni umuburo w’itegeko ryo ku cyumweru rigiye kuza vuba.</w:t>
      </w:r>
    </w:p>
    <w:p>
      <w:pPr>
        <w:pStyle w:val="ArticleBody"/>
        <w:jc w:val="left"/>
      </w:pPr>
      <w:r>
        <w:rPr>
          <w:rFonts w:ascii="Times New Roman" w:hAnsi="Times New Roman" w:eastAsia="Times New Roman" w:cs="Times New Roman"/>
        </w:rPr>
        <w:t>Muri ibyo bice cumi na kimwe bya mbere birimo ayo kuri kugaragazwa, Ezekiyeli yagizwe ikiragi, kandi nyuma yaho yavugaga gusa iyo Imana yabaga imubumburiye akanwa by’umwihariko; kandi ibyo byakomeje kugeza ku irimbuka rya Yerusalemu, ubwo yongeye kubasha kuvuga.</w:t>
      </w:r>
    </w:p>
    <w:p>
      <w:pPr>
        <w:pStyle w:val="ArticleScripture"/>
        <w:jc w:val="left"/>
      </w:pPr>
      <w:r>
        <w:rPr>
          <w:rFonts w:ascii="Times New Roman" w:hAnsi="Times New Roman" w:eastAsia="Times New Roman" w:cs="Times New Roman"/>
        </w:rPr>
        <w:t>Nuko uwo Mwuka aranyinjiramo, anshyira ku birenge byanjye, avugana nanjye, arambwira ati: Genda wifungirane mu nzu yawe. Ariko wowe, yewe mwana w’umuntu, dore bazagushyiraho iminyururu, bazakuboheresha yo, kandi ntuzasohoka ngo ujye muri bo. Kandi ururimi rwawe nzarufatisha ku nkanka yo mu kanwa kawe, kugira ngo uzabe ikiragi, kandi ntuzababere uhana; kuko ari inzu y’ibigome. Ariko ubwo nzaba nkubwiye, nzagukingura akanwa kawe, maze ubabwire uti: Uku ni ko Uwiteka Imana ivuga; uwumva niyumve, n’uwanga niyange: kuko ari inzu y’ibigome. Ezekieli 3:24–27.</w:t>
      </w:r>
    </w:p>
    <w:p>
      <w:pPr>
        <w:pStyle w:val="ArticleBody"/>
        <w:jc w:val="left"/>
      </w:pPr>
      <w:r>
        <w:rPr>
          <w:rFonts w:ascii="Times New Roman" w:hAnsi="Times New Roman" w:eastAsia="Times New Roman" w:cs="Times New Roman"/>
        </w:rPr>
        <w:t>Igihe Yerusalemu yarimbukaga, Ezekiyeli yashoboraga kongera kuvuga.</w:t>
      </w:r>
    </w:p>
    <w:p>
      <w:pPr>
        <w:pStyle w:val="ArticleScripture"/>
        <w:jc w:val="left"/>
      </w:pPr>
      <w:r>
        <w:rPr>
          <w:rFonts w:ascii="Times New Roman" w:hAnsi="Times New Roman" w:eastAsia="Times New Roman" w:cs="Times New Roman"/>
        </w:rPr>
        <w:t>Nuko mu mwaka wa cumi na kabiri w’ubunyage bwacu, mu kwezi kwa cumi, ku munsi wa gatanu w’uko kwezi, haza umwe warokotse i Yerusalemu ansanga, aravuga ati: “Uwo murwa waratsinzwe.” Noneho ukuboko k’Uwiteka kwari kunkomeje nimugoroba, mbere y’uko uwarokotse anzaho; kandi yari yabumbuye akanwa kanjye kugeza ubwo yansangaga mu gitondo; akanwa kanjye karabumbuka, sinongera kuba ikiragi. Ezekiyeli 33:21, 22.</w:t>
      </w:r>
    </w:p>
    <w:p>
      <w:pPr>
        <w:pStyle w:val="ArticleBody"/>
        <w:jc w:val="left"/>
      </w:pPr>
      <w:r>
        <w:rPr>
          <w:rFonts w:ascii="Times New Roman" w:hAnsi="Times New Roman" w:eastAsia="Times New Roman" w:cs="Times New Roman"/>
        </w:rPr>
        <w:t>Kugwa kwa Yerusalemu kugereranya kugwa kw’itorero ry’Abadiventisiti b’Umunsi wa Karindwi b’i Lawodikiya mu minsi y’imperuka. Ukwo kugwa kuba mu gihe abashyizweho ikimenyetso muri Yerusalemu mu gice cya cyenda baba bamaze kuzamurwa nk’itorero rinesha. Ab’i Lawodikiya bari muri Yerusalemu bakurwamo, maze ibihumbi ijana na mirongo ine na bine bikazamurwa ubwo ubwami bw’ubwiza bushyirwaho. Ubwo bwami bw’ubwiza bwashushanyijwe mbere no gushingwa k’ubwami bw’ubuntu ku musaraba. Ubwami bw’ubuntu ku musaraba bujyana n’ubwami bw’ubwiza ku itegeko ryo ku Cyumweru, kandi ubwo bwami bwombi bushyirwa mu ruhererekane rw’amateka y’ubuhanuzi ruboneka mu gitabo cya Ezekiyeli. Ibyiciro cumi na kimwe bya mbere, iyo Ezekiyeli ashyizwe mu rwego rw’aheranda, bivuga kwezwa kw’itorero ry’Imana mu gihe ubwoko bwayo buhinduka buva ku itorero rirwana, risobanurwa nk’irikubiyemo ingano n’urukungu, bukaba itorero rinesha, rigizwe n’ituro ry’ingano rya Pentekote.</w:t>
      </w:r>
    </w:p>
    <w:p>
      <w:pPr>
        <w:pStyle w:val="ArticleScripture"/>
        <w:jc w:val="left"/>
      </w:pPr>
      <w:r>
        <w:rPr>
          <w:rFonts w:ascii="Times New Roman" w:hAnsi="Times New Roman" w:eastAsia="Times New Roman" w:cs="Times New Roman"/>
        </w:rPr>
        <w:t>Naho wowe, mutware mubi wanduye wa Isirayeli, uwo umunsi wawe ugezeho, igihe ubugome buzagera ku mpera yabwo, Uwiteka Imana ni ko avuga iti: Kuraho igitambaro cy’ubwami, ukureho n’ikamba; ibi ntibizakomeza kuba uko byari biri: uzamure uworoheje, ucishe bugufi uwishyize hejuru. Nzagisenya, nzagisenya, nzagisenya; kandi ntikizaba kikiriho, kugeza aho nyir’uburenganzira bwacyo azazira; nanjye nzakimuha. Ezekiyeli 21:25–27.</w:t>
      </w:r>
    </w:p>
    <w:p>
      <w:pPr>
        <w:pStyle w:val="ArticleBody"/>
        <w:jc w:val="left"/>
      </w:pPr>
      <w:r>
        <w:rPr>
          <w:rFonts w:ascii="Times New Roman" w:hAnsi="Times New Roman" w:eastAsia="Times New Roman" w:cs="Times New Roman"/>
        </w:rPr>
        <w:t>Zedekiya yari umwami wa nyuma w’u Buyuda, kandi ni we “mutware mubi wa Isirayeli, uwo umunsi we ugezeyo” uvugwa muri iyo mirongo. Nebukadinezari yari agiye gufata Yerusalemu, kandi ikamba rya Zedekiya ryagombaga gukurwaho na Babuloni, na yo ikazahirikwa n’Abamedi n’Abaperesi, na bo bagahirikwa n’Abagiriki, na bo bagahirikwa n’Abaroma. Ihirikwa rya gatatu rigera ku Baroma, ari na rwo mateka igihe Umwami “ufite uburenganzira bwo kuryambikwa” azahabwa ikamba ry’ubwami bw’ubuntu mu ishingwa ry’ubwo bwami ku musaraba.</w:t>
      </w:r>
    </w:p>
    <w:p>
      <w:pPr>
        <w:pStyle w:val="ArticleScripture"/>
        <w:jc w:val="left"/>
      </w:pPr>
      <w:r>
        <w:rPr>
          <w:rFonts w:ascii="Times New Roman" w:hAnsi="Times New Roman" w:eastAsia="Times New Roman" w:cs="Times New Roman"/>
        </w:rPr>
        <w:t>“Umutware mubi utubaha” yari agezweho n’umunsi wo kubarirwaho bwa nyuma. “Kuraho cya gitambaro cy’ubwami,” ni ko Uwiteka yategetse, “unambure n’ikamba.” Kugeza ubwo Kristo ubwe azashyiriraho ubwami bwe, u Buyuda ntibwari kuzongera kwemererwa kugira umwami. “Nzahirika, nzahirika, nzahirika,” ni cyo cyari itegeko ry’Imana ryerekeye intebe y’ubwami y’inzu ya Dawidi; “kandi ntizizongera kubaho, kugeza aho uzafikira nyir’uburenganzira bwayo; kandi nzayimuha.” Ezekiyeli 21:25–27.” Abahanuzi n’Abami, 451.</w:t>
      </w:r>
    </w:p>
    <w:p>
      <w:pPr>
        <w:pStyle w:val="ArticleBody"/>
        <w:jc w:val="left"/>
      </w:pPr>
      <w:r>
        <w:rPr>
          <w:rFonts w:ascii="Times New Roman" w:hAnsi="Times New Roman" w:eastAsia="Times New Roman" w:cs="Times New Roman"/>
        </w:rPr>
        <w:t>Mu gihe cy’imvura y’itumba, yatangiye igihe urubanza rw’abazima rwatangiraga ku wa 9/11, Kristo ashyiraho ubwami bwe bw’icyubahiro.</w:t>
      </w:r>
    </w:p>
    <w:p>
      <w:pPr>
        <w:pStyle w:val="ArticleScripture"/>
        <w:jc w:val="left"/>
      </w:pPr>
      <w:r>
        <w:rPr>
          <w:rFonts w:ascii="Times New Roman" w:hAnsi="Times New Roman" w:eastAsia="Times New Roman" w:cs="Times New Roman"/>
        </w:rPr>
        <w:t>“Igihe abamarayika bane bazarekura, Kristo azashinga ubwami Bwe.” Spalding and Magan, 3.</w:t>
      </w:r>
    </w:p>
    <w:p>
      <w:pPr>
        <w:pStyle w:val="ArticleBody"/>
        <w:jc w:val="left"/>
      </w:pPr>
      <w:r>
        <w:rPr>
          <w:rFonts w:ascii="Times New Roman" w:hAnsi="Times New Roman" w:eastAsia="Times New Roman" w:cs="Times New Roman"/>
        </w:rPr>
        <w:t>Igihe cyo kwitegura gitangira ku wa 9/11, kandi ku itegeko ryo ku Cyumweru umusozi wera w’icyubahiro uzamurirwa hejuru y’imisozi n’udusozi byose.</w:t>
      </w:r>
    </w:p>
    <w:p>
      <w:pPr>
        <w:pStyle w:val="ArticleScripture"/>
        <w:jc w:val="left"/>
      </w:pPr>
      <w:r>
        <w:rPr>
          <w:rFonts w:ascii="Times New Roman" w:hAnsi="Times New Roman" w:eastAsia="Times New Roman" w:cs="Times New Roman"/>
        </w:rPr>
        <w:t>Ijambo Yesaya mwene Amozi yeretswe ryerekeye u Buyuda na Yerusalemu. Kandi mu minsi y’imperuka bizasohora yuko umusozi w’inzu y’Uwiteka uzashingwa ku gasongero k’imisozi, kandi uzashyirwa hejuru y’udusozi; kandi amahanga yose azawuturukiraho. Kandi abantu benshi bazagenda bavuga bati: Nimuze, tuzazamuke tujye ku musozi w’Uwiteka, ku nzu y’Imana ya Yakobo; kandi izatwigisha inzira zayo, natwe tuzagenda mu miharuro yayo; kuko i Siyoni ari ho hazaturuka amategeko, n’ijambo ry’Uwiteka rikava i Yerusalemu. Yesaya 2:1–3.</w:t>
      </w:r>
    </w:p>
    <w:p>
      <w:pPr>
        <w:pStyle w:val="ArticleBody"/>
        <w:jc w:val="left"/>
      </w:pPr>
      <w:r>
        <w:rPr>
          <w:rFonts w:ascii="Times New Roman" w:hAnsi="Times New Roman" w:eastAsia="Times New Roman" w:cs="Times New Roman"/>
        </w:rPr>
        <w:t>Ku wa 9/11, imiyaga yarekuwe hanyuma irafungwa, bityo hakaba hatangiye ishyirwaho ry’ubwami bwo muri Daniyeli 2, bugaragazwa nk’urutare rwaciwe ku musozi rukuzura isi yose.</w:t>
      </w:r>
    </w:p>
    <w:p>
      <w:pPr>
        <w:pStyle w:val="ArticleScripture"/>
        <w:jc w:val="left"/>
      </w:pPr>
      <w:r>
        <w:rPr>
          <w:rFonts w:ascii="Times New Roman" w:hAnsi="Times New Roman" w:eastAsia="Times New Roman" w:cs="Times New Roman"/>
        </w:rPr>
        <w:t>“Iyi ngero yeretswe mu mwaka wa 1847, igihe hari hakiri abavandimwe b’Abadivantisiti bake cyane bubahirizaga Isabato; kandi muri abo, na bo bake cyane ni bo batekerezaga ko kuyubahiriza bifite akamaro gahagije ko gushyiraho umurongo utandukanya ubwoko bw’Imana n’abatizera. Ubu noneho isohozwa ry’iyo ngero ritangiye kugaragara. ‘Intangiriro y’icyo gihe cy’amakuba,’ havugwa hano, ntibyerekeza ku gihe ibyago bizatangira gusukwa, ahubwo byerekeza ku gihe gito kibanziriza isukwa ryabyo, Kristo akiri mu buturo bwera. Muri icyo gihe, mu gihe umurimo w’agakiza uzaba uri kugera ku musozo, amakuba azaba aje ku isi, kandi amahanga azaba arakaye, nyamara afashwe ngo adakoma mu nkokora umurimo w’umumarayika wa gatatu. Muri icyo gihe ‘imvura y’itumba,’ cyangwa kugarurwamo imbaraga guturuka imbere y’Umwami, izaza, kugira ngo ihe imbaraga ijwi rirenga ry’umumarayika wa gatatu, kandi itegure abera guhagarara mu gihe ibyago birindwi bya nyuma bizaba bisukwa.” Early Writings, 85.</w:t>
      </w:r>
    </w:p>
    <w:p>
      <w:pPr>
        <w:pStyle w:val="ArticleBody"/>
        <w:jc w:val="left"/>
      </w:pPr>
      <w:r>
        <w:rPr>
          <w:rFonts w:ascii="Times New Roman" w:hAnsi="Times New Roman" w:eastAsia="Times New Roman" w:cs="Times New Roman"/>
        </w:rPr>
        <w:t>Kristo ashyiraho ubwami Bwe bw’iteka ryose mu gihe cy’imvura y’itumba ya nyuma, kandi ubwami Bwe burimo ubwami bw’ubuntu bwashyizweho ku musaraba, ndetse n’ubwami Bwe bw’icyubahiro ku itegeko ryo ku Cyumweru. Sedekiya kugeza i Babuloni (ubwami bwa 1), kugeza ku Bamedo n’Abaperesi (ubwami bwa 2), kugeza ku Bugiriki (ubwami bwa 3), maze bugakomeza kugera i Roma ya gipagani (ubwami bwa 4), hagaragaza amateka ayobora ku bwami bw’ubuntu. Ayo mateka agaragaza urukurikirane rw’amateka rujyanye na yo, ruhera kuri Roma ya Gipapa (Babuloni ya mwuka, ubwami bwa 5), rukageza kuri Leta Zunze Ubumwe z’Amerika (Abamedi n’Abaperesi bo mu buryo bw’umwuka, ubwami bwa 6), rukageza ku Muryango w’Abibumbye (Ubugiriki bwo mu buryo bw’umwuka, ubwami bwa 7), maze rugakomeza kugera ku bumwe bw’inyabutatu bw’ikiyoka, inyamaswa n’umuhanuzi w’ibinyoma, ari byo hamwe bigize Roma ya none (Roma yo mu buryo bw’umwuka, ubwami bwa 8 bukomoka kuri ya ndwi).</w:t>
      </w:r>
    </w:p>
    <w:p>
      <w:pPr>
        <w:pStyle w:val="ArticleBody"/>
        <w:jc w:val="left"/>
      </w:pPr>
      <w:r>
        <w:rPr>
          <w:rFonts w:ascii="Times New Roman" w:hAnsi="Times New Roman" w:eastAsia="Times New Roman" w:cs="Times New Roman"/>
        </w:rPr>
        <w:t>Ugutsinda kw’ubwo bwami muri Daniyeli 2 gushushanywa n’urutare, kandi abanyamurava b’Imana ni amabuye yo mu rusengero.</w:t>
      </w:r>
    </w:p>
    <w:p>
      <w:pPr>
        <w:pStyle w:val="ArticleScripture"/>
        <w:jc w:val="left"/>
      </w:pPr>
      <w:r>
        <w:rPr>
          <w:rFonts w:ascii="Times New Roman" w:hAnsi="Times New Roman" w:eastAsia="Times New Roman" w:cs="Times New Roman"/>
        </w:rPr>
        <w:t>Namwe kandi, nk’amabuye mazima, mwubakwa ngo mube inzu y’umwuka, ubupadiri bwera, kugira ngo mutambire ibitambo by’umwuka byemerwa n’Imana kubw’Umwami Yesu Kristo. 1 Petero 2:5.</w:t>
      </w:r>
    </w:p>
    <w:p>
      <w:pPr>
        <w:pStyle w:val="ArticleBody"/>
        <w:jc w:val="left"/>
      </w:pPr>
      <w:r>
        <w:rPr>
          <w:rFonts w:ascii="Times New Roman" w:hAnsi="Times New Roman" w:eastAsia="Times New Roman" w:cs="Times New Roman"/>
        </w:rPr>
        <w:t>Ubwo bwami bw’iteka butsinda ubwami bw’isi, kandi bukuzura isi yose. Muri Ezekiyeli igice cya mirongo ine kugeza ku mperuka y’igitabo cye, ubwo bwami ni bwo bugaragazwa nk’urusengero rwuzuza isi amazi y’ubugingo.</w:t>
      </w:r>
    </w:p>
    <w:p>
      <w:pPr>
        <w:pStyle w:val="ArticleBody"/>
        <w:jc w:val="left"/>
      </w:pPr>
      <w:r>
        <w:rPr>
          <w:rFonts w:ascii="Times New Roman" w:hAnsi="Times New Roman" w:eastAsia="Times New Roman" w:cs="Times New Roman"/>
        </w:rPr>
        <w:t>Tuzakomeza ibi bintu mu ngingo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Umubare wa Makumyabiri na Gatatu</dc:title>
  <dc:subject>Ezekiyeli Umubare wa Kane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