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Ahishe y’Umurongo wa Mirongo Ine — Nimero Makumyabiri n’Umunani</w:t>
      </w:r>
    </w:p>
    <w:p>
      <w:pPr>
        <w:pStyle w:val="ArticleSubtitle"/>
        <w:jc w:val="left"/>
      </w:pPr>
      <w:r>
        <w:rPr>
          <w:rFonts w:ascii="Arial" w:hAnsi="Arial" w:eastAsia="Arial" w:cs="Arial"/>
        </w:rPr>
        <w:t>Ezekiyeli Umubare wa Cyenda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Nk’uko byahumetswe, iyo bigeze ku guhumekerwa, “buri kintu cyose gifite icyo gisobanura,” kandi “buri hame rifite icyo risobanura.”</w:t>
      </w:r>
    </w:p>
    <w:p>
      <w:pPr>
        <w:pStyle w:val="ArticleScripture"/>
        <w:jc w:val="left"/>
      </w:pPr>
      <w:r>
        <w:rPr>
          <w:rFonts w:ascii="Times New Roman" w:hAnsi="Times New Roman" w:eastAsia="Times New Roman" w:cs="Times New Roman"/>
        </w:rPr>
        <w:t>“Bibiliya ikubiyemo amahame yose abantu bakeneye gusobanukirwa kugira ngo babe bakwiriye ubu buzima cyangwa ubuzaza. Kandi ayo mahame ashobora gusobanurwa na bose. Nta muntu n’umwe ufite umutima wo guha agaciro inyigisho zayo ushobora gusoma igice na kimwe cyo muri Bibiliya atabonyemo igitekerezo runaka kimufasha. Ariko inyigisho y’agaciro kenshi ya Bibiliya ntiboneka binyuze mu kuyiga rimwe na rimwe cyangwa mu buryo butajyanye. Uburyo bwayo bukomeye bw’ukuri ntibutanzwe ku buryo bushobora gutahurwa n’usoma yihuta cyangwa utita ku byo asoma. Benshi mu butunzi bwayo buri kure cyane munsi y’ubuso, kandi bushobora kuboneka gusa binyuze mu bushakashatsi bwimbitse no mu muhate uhoraho. Ukuri kugize icyo cyuzuye gikomeye kugomba gushakishwa no gukoranywa, ‘aha hato, hariya hato.’ Yesaya 28:10.”</w:t>
      </w:r>
    </w:p>
    <w:p>
      <w:pPr>
        <w:pStyle w:val="ArticleScripture"/>
        <w:jc w:val="left"/>
      </w:pPr>
      <w:r>
        <w:rPr>
          <w:rFonts w:ascii="Times New Roman" w:hAnsi="Times New Roman" w:eastAsia="Times New Roman" w:cs="Times New Roman"/>
        </w:rPr>
        <w:t>“Iyo zishakishijwe zityo kandi zigateranirizwa hamwe, zizasangwa zihuye mu buryo butunganye rwose. Buri Butumwa Bwiza bwunganira ubundi, buri buhanuzi bukaba busobanura ubundi, buri kuri bukaba ari ugukomeza no guteza imbere ukundi kuri. Ibishushanyo by’imitegekere y’Abayahudi bisobanurwa neza n’ubutumwa bwiza. Buri hame ryo mu Ijambo ry’Imana rifite umwanya waryo, buri kintu nyakuri kikagira icyo gisobanura. Kandi imiterere yose yuzuye, haba mu migambi no mu kuyishyira mu bikorwa, ihamya Umuremyi wayo. Imiterere nk’iyo nta bwenge na bumwe, keretse ubw’Uhoraho utagira iherezo, bwashoboraga kuyitekereza cyangwa kuyirema.” Education, 123.</w:t>
      </w:r>
    </w:p>
    <w:p>
      <w:pPr>
        <w:pStyle w:val="ArticleBody"/>
        <w:jc w:val="left"/>
      </w:pPr>
      <w:r>
        <w:rPr>
          <w:rFonts w:ascii="Times New Roman" w:hAnsi="Times New Roman" w:eastAsia="Times New Roman" w:cs="Times New Roman"/>
        </w:rPr>
        <w:t>Ikintu nyakuri ni uko imvugo y’Igiheburayo “ereb boqer” iboneka inshuro umunani muri Bibiliya. Buri gihe ihindurwa ngo “nimugoroba kandi mu gitondo,” usibye muri Daniyeli 8:14 aho yahinduwemo ngo “iminsi.” Dukurikije ibyo yahumetswe, umurongo wa cumi na kane ni wo “rusingizo n’inkingi y’ingenzi y’ukwizera kw’Abadiventisti.”</w:t>
      </w:r>
    </w:p>
    <w:p>
      <w:pPr>
        <w:pStyle w:val="ArticleScripture"/>
        <w:jc w:val="left"/>
      </w:pPr>
      <w:r>
        <w:rPr>
          <w:rFonts w:ascii="Times New Roman" w:hAnsi="Times New Roman" w:eastAsia="Times New Roman" w:cs="Times New Roman"/>
        </w:rPr>
        <w:t>“Ibyanditswe Byera byari, kurusha ibindi byose, byarabaye urufatiro n’inkingi y’ingenzi y’ukwizera kwa Adiventi ni uku gutangaza ngo: ‘Kugeza ku minsi ibihumbi bibiri na magana atatu; hanyuma ubuturo bwera buzahanagurwe.’ [Daniel 8:14.]” Intambara Ikomeye, 409.</w:t>
      </w:r>
    </w:p>
    <w:p>
      <w:pPr>
        <w:pStyle w:val="ArticleBody"/>
        <w:jc w:val="left"/>
      </w:pPr>
      <w:r>
        <w:rPr>
          <w:rFonts w:ascii="Times New Roman" w:hAnsi="Times New Roman" w:eastAsia="Times New Roman" w:cs="Times New Roman"/>
        </w:rPr>
        <w:t>Kubera rero ari uko “iminsi” ivugwa muri uwo murongo ari ubwa munani iryo jambo ry’Igiheburayo ry’amagambo arindwi rikoreshwa. Kandi ikimenyetso cya Bibiliya cy’uko Imana yayoboye mu buryo bw’ubuhanuzi abasemuzi ba verisiyo ya King James cyahuje ku bushake urujijo rwa Bibiliya rw’uko ubwa munani ari ubw’arindwi muri uwo murongo uhagarariye kimwe mu byerekwa bibiri byo mu gice cya munani. Ijambo rimwe ryahinduwemo “iyerekwa” mu gice cya munani ni ijambo ry’Igiheburayo “chazon,” irindi na ryo ni “mareh.” “Mareh” risobanura ukugaragara, kandi iyerekwa rya “mareh” ni iyerekwa ry’ukugaragara kwa Kristo mu Ijambo ry’Imana ry’ubuhanuzi. Iyerekwa rya “mareh” ryo muri Daniyeli 8:14 rigaragaza ko Kristo yagombaga kugaragara no kuza gitunguranye mu rusengero Rwe ku wa 22 Ukwakira 1844. Uku kuri kose ni ukuri kudashidikanywaho, kandi gufite aho guhuriye n’uwo murongo ari wo nkingi yo hagati; kandi iyo nkingi yo hagati si inyigisho cyangwa ubuhanuzi byasohoye ku wa 22 Ukwakira 1844, ahubwo ukuri ni uko uwo murongo ari Kristo, ari we nkingi yo hagati.</w:t>
      </w:r>
    </w:p>
    <w:p>
      <w:pPr>
        <w:pStyle w:val="ArticleScripture"/>
        <w:jc w:val="left"/>
      </w:pPr>
      <w:r>
        <w:rPr>
          <w:rFonts w:ascii="Times New Roman" w:hAnsi="Times New Roman" w:eastAsia="Times New Roman" w:cs="Times New Roman"/>
        </w:rPr>
        <w:t>“Nkiri muri iyo mimerere yo kwiheba, narose inzozi zangizeho ingaruka zikomeye mu mutima no mu bitekerezo byanjye. Narose mbona urusengero, aho abantu benshi barimo bateranira. Abahungiragamo muri urwo rusengero ni bo bonyine bari kuzakizwa igihe cyarengaga kigafungwa; abose bagumaga hanze bari kuzimira iteka ryose. Imbaga z’abantu zari hanze, zigenda muri gahunda zazo zitandukanye, zasekaga kandi zishinyagurira abinjiraga mu rusengero, zibabwira ko uwo mugambi w’umutekano wari uburiganya bw’ubuhanga, kandi ko mu by’ukuri nta kaga na gato kabagaho ko kwirindwa. Banigeze no gufata bamwe kugira ngo bababuze kwihutira kwinjira muri izo nkike.”</w:t>
      </w:r>
    </w:p>
    <w:p>
      <w:pPr>
        <w:pStyle w:val="ArticleScripture"/>
        <w:jc w:val="left"/>
      </w:pPr>
      <w:r>
        <w:rPr>
          <w:rFonts w:ascii="Times New Roman" w:hAnsi="Times New Roman" w:eastAsia="Times New Roman" w:cs="Times New Roman"/>
        </w:rPr>
        <w:t>“Nkubiswe no gutinya ko banshinyagurira, nabonye ko ibyiza ari ugutegereza kugeza aho imbaga itatanye, cyangwa kugeza aho nashoboraga kwinjira batambonye. Ariko aho kugabanuka, umubare warushagaho kwiyongera; maze ntinya ko natinda cyane, mva mu rugo rwange nihuta kandi nsunikana n’imbaga. Mu guhagarika umutima kwanjye ngo ngere ku rusengero, sinitaye ku kivunge cy’abantu cyari kinkingiye kandi sinakibona.”</w:t>
      </w:r>
    </w:p>
    <w:p>
      <w:pPr>
        <w:pStyle w:val="ArticleScripture"/>
        <w:jc w:val="left"/>
      </w:pPr>
      <w:r>
        <w:rPr>
          <w:rFonts w:ascii="Times New Roman" w:hAnsi="Times New Roman" w:eastAsia="Times New Roman" w:cs="Times New Roman"/>
        </w:rPr>
        <w:t>“Nkimara kwinjira muri iyo nyubako, nabonye ko urusengero runini cyane rwari rushyigikiwe n’inkingi imwe y’igitangaza, kandi kuri yo hari habohewe umwana w’intama wakomeretse bikabije kandi uva amaraso. Twebwe twari duhari twasaga n’abazi ko uwo mwana w’intama yari yaratabuwe kandi yarakomerekejwe ku bwacu. Abinjiraga bose muri urwo rusengero bagombaga kubanza kuza imbere yawo no kwatura ibyaha byabo. Imbere gato y’umwana w’intama hari intebe zishyizwe hejuru, kandi kuri zo hari hicaye itsinda ry’abantu basa n’abanezerewe cyane. Umucyo wo mu ijuru wasaga n’umurasiye mu maso habo, kandi bahimbazaga Imana baririmba indirimbo z’umunezero n’iz’ishimwe ryuzuye umunezero byasaga n’umuziki w’abamarayika. Abo ni bo bari baraje imbere y’umwana w’intama, bakatura ibyaha byabo, bakakira imbabazi, none bakaba bari bategereje banezerewe cyane igikorwa runaka cy’ibyishimo.”</w:t>
      </w:r>
    </w:p>
    <w:p>
      <w:pPr>
        <w:pStyle w:val="ArticleScripture"/>
        <w:jc w:val="left"/>
      </w:pPr>
      <w:r>
        <w:rPr>
          <w:rFonts w:ascii="Times New Roman" w:hAnsi="Times New Roman" w:eastAsia="Times New Roman" w:cs="Times New Roman"/>
        </w:rPr>
        <w:t>“Ndetse na nyuma y’uko nari maze kwinjira muri iyo nyubako, ubwoba bwaranyuzuye, kandi numva n’ikimwaro cy’uko ngomba kwicisha bugufi imbere y’abo bantu; ariko nasaga n’uhatirwa gukomeza imbere, kandi nari ndimo nzenguruka buhoro inkingi kugira ngo mpagarare ndebane n’umwana w’intama, maze impanda iravuga, urusengero ruranyeganyega, amajwi y’intsinzi azamuka ava mu bera bari bakoraniye aho, umucyo uteye ubwoba umurikira iyo nyubako, hanyuma byose bihinduka umwijima mwinshi. Abo bantu bishimye bose bari bamaze kuburirana n’uwo mucyo, maze nsigara jyenyine mu ituza riteye ubwoba ry’ijoro.”</w:t>
      </w:r>
    </w:p>
    <w:p>
      <w:pPr>
        <w:pStyle w:val="ArticleScripture"/>
        <w:jc w:val="left"/>
      </w:pPr>
      <w:r>
        <w:rPr>
          <w:rFonts w:ascii="Times New Roman" w:hAnsi="Times New Roman" w:eastAsia="Times New Roman" w:cs="Times New Roman"/>
        </w:rPr>
        <w:t>“Nakangutse umutima wanjye uri mu mubabaro ukomeye, kandi byarangoraga rwose kwemera ko nari nkiri mu nzozi. Byanshobeye nk’aho iherezo ryanjye ryari ryaramaze kugenwa; ko Umwuka w’Umwami yari yaramvuyeho, atazigera agaruka ukundi.” Experience and Teachings, 24, 25.</w:t>
      </w:r>
    </w:p>
    <w:p>
      <w:pPr>
        <w:pStyle w:val="ArticleBody"/>
        <w:jc w:val="left"/>
      </w:pPr>
      <w:r>
        <w:rPr>
          <w:rFonts w:ascii="Times New Roman" w:hAnsi="Times New Roman" w:eastAsia="Times New Roman" w:cs="Times New Roman"/>
        </w:rPr>
        <w:t>Ubu turimo kugeragezwa kugira ngo hamenyekane niba tuzinjira mu rusengero, maze hanyuma tukatura ibyaha byacu kandi tukakira umugisha wo gutsindishirizwa kwe. Ubu butumire bwa nyuma bwo kwinjira mu rusengero buzengurutswe n’inzitizi zigamije kuburizamo ko buri wese muri twe yinjiramo ku giti cye; ariko nitutinda cyangwa tugatindiganya ubu, tuzasigara “twenyine mu bwoba butuje bw’ijoro.” Ariko si cyo gusa nshaka kuvugaho.</w:t>
      </w:r>
    </w:p>
    <w:p>
      <w:pPr>
        <w:pStyle w:val="ArticleBody"/>
        <w:jc w:val="left"/>
      </w:pPr>
      <w:r>
        <w:rPr>
          <w:rFonts w:ascii="Times New Roman" w:hAnsi="Times New Roman" w:eastAsia="Times New Roman" w:cs="Times New Roman"/>
        </w:rPr>
        <w:t>Hashyizweho gushimangira kuri uyu murongo w’ingenzi cyane binyuze mu gushyiramo itandukaniro ry’ijambo “days,” ritwaje ubwenge bw’ubuhanuzi bw’ikirumbo cy’uko umunani ari uwo muri barindwi, bikaba ari rumwe mu nziga zo mu gihe cyo gushyirwaho ikimenyetso kwa ba ijana na mirongo ine na bane. Mu gihe cyo gushyirwaho ikimenyetso, ihembe ry’Abaprotestanti n’ihembe ry’Abaripubulikani by’ubwami bwa gatandatu bwo mu buhanuzi bwa Bibiliya byombi bizasohoza ikirumbo cy’uko uwa munani ari uwo muri barindwi. Mu baperezida umunani babayeho uhereye ku gihe cy’iherezo mu 1989, Trump yabaye umwami wa gatandatu w’ubwami bwa gatandatu, kandi amaze gutsindira manda ye ya kabiri, yabaye uwa munani ukomoka muri barindwi. Mu gikorwa cya Leta Zunze Ubumwe z’Amerika cyo gusubiramo Itegeko rya Milan ryo mu 313, umutwe wa Lawodikiya wa ba ijana na mirongo ine na bane uzahinduka umutwe wa Filadelifiya wa ba ijana na mirongo ine na bane. Igihe cyo gushyirwaho ikimenyetso kirangira ku itegeko ryo ku Cyumweru, aho igikomere cyica cy’ubupapa gikira, bityo bukuzuza ikirumbo cyo mu Ibyahishuwe cumi na birindwi nk’uwa munani ukomoka muri barindwi. Ukuri kumwe, kugereranywa mu nteruro imwe y’Igiheburayo, nk’ijambo rimwe ry’Icyongereza; kuzana umurongo uranga itangiriro ry’urubanza mu murongo uranga iherezo ry’urubanza mu gihe cyo gushyirwaho ikimenyetso kwa ba ijana na mirongo ine na bane.</w:t>
      </w:r>
    </w:p>
    <w:p>
      <w:pPr>
        <w:pStyle w:val="ArticleBody"/>
        <w:jc w:val="left"/>
      </w:pPr>
      <w:r>
        <w:rPr>
          <w:rFonts w:ascii="Times New Roman" w:hAnsi="Times New Roman" w:eastAsia="Times New Roman" w:cs="Times New Roman"/>
        </w:rPr>
        <w:t>Buri kintu bufite umwanya wabwo, kandi hariho imvugo imwe gusa aho mu Isezerano Rishya haboneka iyubakwa ry’imibare ry’“umubare” ukubwe n’undi “mubare,” kandi mu Isezerano rya Kera habonekamo abiri gusa. Alufa y’“iyubakwa ry’imibare” iri mu Itangiriro.</w:t>
      </w:r>
    </w:p>
    <w:p>
      <w:pPr>
        <w:pStyle w:val="ArticleScripture"/>
        <w:jc w:val="left"/>
      </w:pPr>
      <w:r>
        <w:rPr>
          <w:rFonts w:ascii="Times New Roman" w:hAnsi="Times New Roman" w:eastAsia="Times New Roman" w:cs="Times New Roman"/>
        </w:rPr>
        <w:t>Niba Kayini azahorerwa incuro ndwi, ni ukuri Lameki azahorerwa incuro mirongo irindwi na ndwi. Itangiriro 4:24.</w:t>
      </w:r>
    </w:p>
    <w:p>
      <w:pPr>
        <w:pStyle w:val="ArticleBody"/>
        <w:jc w:val="left"/>
      </w:pPr>
      <w:r>
        <w:rPr>
          <w:rFonts w:ascii="Times New Roman" w:hAnsi="Times New Roman" w:eastAsia="Times New Roman" w:cs="Times New Roman"/>
        </w:rPr>
        <w:t>Iyubakwa ry’imibare rya omega riri muri Matayo.</w:t>
      </w:r>
    </w:p>
    <w:p>
      <w:pPr>
        <w:pStyle w:val="ArticleScripture"/>
        <w:jc w:val="left"/>
      </w:pPr>
      <w:r>
        <w:rPr>
          <w:rFonts w:ascii="Times New Roman" w:hAnsi="Times New Roman" w:eastAsia="Times New Roman" w:cs="Times New Roman"/>
        </w:rPr>
        <w:t>Nuko Petero aramwegera aramubaza ati: Mwami, mwene Data nancumuraho kangahe, nkamubabarira? Mbese kugeza ku ncuro ndwi? Yesu aramubwira ati: Si ukugeza ku ncuro ndwi nkubwiye, ahubwo ni ukugeza kuri mirongo irindwi karindwi. Matayo 18:21, 22.</w:t>
      </w:r>
    </w:p>
    <w:p>
      <w:pPr>
        <w:pStyle w:val="ArticleBody"/>
        <w:jc w:val="left"/>
      </w:pPr>
      <w:r>
        <w:rPr>
          <w:rFonts w:ascii="Times New Roman" w:hAnsi="Times New Roman" w:eastAsia="Times New Roman" w:cs="Times New Roman"/>
        </w:rPr>
        <w:t>Iyi mirongo ihagarariye ubwa mbere n’ubwa nyuma muri Bibiliya aho umubare ugaragazwa ko ugomba kugwizwa n’undi mubare. Hari imibare myinshi, ariko alufa yo mu Itangiriro na omega yo muri Matayo bifite imiterere y’imibare isa rwose, kandi bikoresha iyo mibare ibiri imwe, ari yo “irindwi” na “mirongo irindwi.”</w:t>
      </w:r>
    </w:p>
    <w:p>
      <w:pPr>
        <w:pStyle w:val="ArticleBody"/>
        <w:jc w:val="left"/>
      </w:pPr>
      <w:r>
        <w:rPr>
          <w:rFonts w:ascii="Times New Roman" w:hAnsi="Times New Roman" w:eastAsia="Times New Roman" w:cs="Times New Roman"/>
        </w:rPr>
        <w:t>Hagati ya Alufa na Omega; hagati aho, kandi ari na ho honyine ahandi iri yubakamikorere ry’imibare riboneka, ni mu gitabo cy’Abalewi makumyabiri na gatanu. Aho iyo mibare yombi si “karindwi” na “mirongo irindwi,” ahubwo ni “incuro ndwi z’imyaka irindwi.”</w:t>
      </w:r>
    </w:p>
    <w:p>
      <w:pPr>
        <w:pStyle w:val="ArticleScripture"/>
        <w:jc w:val="left"/>
      </w:pPr>
      <w:r>
        <w:rPr>
          <w:rFonts w:ascii="Times New Roman" w:hAnsi="Times New Roman" w:eastAsia="Times New Roman" w:cs="Times New Roman"/>
        </w:rPr>
        <w:t>Kandi uzibare amasabato arindwi y’imyaka, incuro zirindwi z’imyaka irindwi; kandi igihe cy’ayo masabato arindwi y’imyaka kizakubera imyaka mirongo ine n’icyenda. Abalewi 25:8.</w:t>
      </w:r>
    </w:p>
    <w:p>
      <w:pPr>
        <w:pStyle w:val="ArticleBody"/>
        <w:jc w:val="left"/>
      </w:pPr>
      <w:r>
        <w:rPr>
          <w:rFonts w:ascii="Times New Roman" w:hAnsi="Times New Roman" w:eastAsia="Times New Roman" w:cs="Times New Roman"/>
        </w:rPr>
        <w:t>Imiterere y’imibare yo hagati yongeye gukoresha umubare “karindwi,” ariko ntiyakoresha umubare “mirongo irindwi.” Igice irimo gikubiyemo umugisha ku kumvira, kandi kirimo n’umuvumo ku kutumvira. Imigisha yo kurekura abagaragu no gusubiza ubutaka, ishyirwa mu buryo bunyuranye n’umuvumo w’inshuro zirindwi, uvugwa incuro enye mu gice cya makumyabiri na gatandatu cy’Abalewi. Uwo mugisha warimo gutunga k’Uwiteka mu myaka igihugu cyaruhukaga, ndetse n’umugisha wikubye kabiri mu mwaka wa Yubile, kandi umuvumo wo mu gice cya makumyabiri na gatandatu ni wo mugenzi wabwo mu muburo w’isezerano wo muri ibyo bice byombi.</w:t>
      </w:r>
    </w:p>
    <w:p>
      <w:pPr>
        <w:pStyle w:val="ArticleBody"/>
        <w:jc w:val="left"/>
      </w:pPr>
      <w:r>
        <w:rPr>
          <w:rFonts w:ascii="Times New Roman" w:hAnsi="Times New Roman" w:eastAsia="Times New Roman" w:cs="Times New Roman"/>
        </w:rPr>
        <w:t>Imiterere y’umubare iri hagati iboneka mu Balewi 25:8 (“incuro ndwi z’imyaka irindwi”). Ako kanya ihuzwa n’urubanza rw’inshuro enye rw’“incuro ndwi” rwo mu Balewi 26. Bityo, iyo miterere y’umubare iri hagati ihagararira umugisha n’umuvumo byombi, igashinga ubuhamya bwikubye kabiri mu gitabo cy’Abalewi. Imiterere y’umubare y’umugisha cyangwa y’umuvumo bya Yubile ishyirwa hagati y’urubanza rwa Lameki, n’ukugaragaza kwa Yesu umupaka w’igihe cy’igeragezwa. Ibyo uko ari bitatu hamwe biranga umupaka w’igeragezwa, uwo nurangira ukazagaragaza itsinda rimwe ryahawe umugisha n’irindi tsinda ryavumwe. Alufa na Omega, bihagarariye ubutumwa bw’abamarayika ba mbere n’uwa gatatu, bigaragaza magana ane na mirongo cyenda, nk’ikimenyetso cy’igihe cy’igeragezwa. Igihe ibi bihujwe n’umuvumo cyangwa umugisha bya Yubile, ayo makuru agira akamaro uko twegera kwiga Ezekiyeli igice cya mbere umurongo wa mbere ushyira Ezekiyeli mu mwaka wa mirongo itatu w’umuzenguruko wa cumi n’irindwi wa Yubile.</w:t>
      </w:r>
    </w:p>
    <w:p>
      <w:pPr>
        <w:pStyle w:val="ArticleBody"/>
        <w:jc w:val="left"/>
      </w:pPr>
      <w:r>
        <w:rPr>
          <w:rFonts w:ascii="Times New Roman" w:hAnsi="Times New Roman" w:eastAsia="Times New Roman" w:cs="Times New Roman"/>
        </w:rPr>
        <w:t>Iyo nzingo ya Yubile yarangiye ku wa 22 Ukwakira 573 M.K., kandi ntiyashushanyaga gusa ku wa 22 Ukwakira 1844, ahubwo yanashushanyaga itegeko ryo ku Cyumweru rigiye kuza vuba. Ubu turi mu mwaka wa 2026, ari wo mwaka wa mirongo ine n’irindwi w’inzingo ya mirongo irindwi ya Yubile. Iyi nzingo ya Yubile yashushanyijwe n’inzingo ya Yubile ya “cumi na karindwi” aho Ezekiyeli yahagaze mu mwaka wa mirongo itatu. Yari ahagaze mu rusengero, ahagarariye ibihumbi ijana na mirongo ine na bine, bo kubwo kwizera binjiye Ahera Cyane ku iherezo ry’urubanza, nk’uko abizerwa babigenje nyuma ya 22 Ukwakira 1844. Kubura “ukuri” kw’aho Ezekiyeli ari mu mateka y’ubuhanuzi mu gice cya mbere n’umurongo wa mbere, ni ugutakaza “icyerekezo.”</w:t>
      </w:r>
    </w:p>
    <w:p>
      <w:pPr>
        <w:pStyle w:val="ArticleBody"/>
        <w:jc w:val="left"/>
      </w:pPr>
      <w:r>
        <w:rPr>
          <w:rFonts w:ascii="Times New Roman" w:hAnsi="Times New Roman" w:eastAsia="Times New Roman" w:cs="Times New Roman"/>
        </w:rPr>
        <w:t>Nyuma yo kubona ikuzo ry’Umwami yahawe ku ruzi rwa Kebari, Ezekiyeli acishwa bugufi akagwa mu mukungugu nk’uko byagenze kuri Daniyeli, Yesaya na Yohana. Hanyuma izo ngero zose uko ari enye zitanga ingingo zigize gusigwa kw’abagomba kugeza ubutumwa ku itorero ritazabona kandi ritazumva.</w:t>
      </w:r>
    </w:p>
    <w:p>
      <w:pPr>
        <w:pStyle w:val="ArticleBody"/>
        <w:jc w:val="left"/>
      </w:pPr>
      <w:r>
        <w:rPr>
          <w:rFonts w:ascii="Times New Roman" w:hAnsi="Times New Roman" w:eastAsia="Times New Roman" w:cs="Times New Roman"/>
        </w:rPr>
        <w:t>Hari amatariki atandatu mu gitabo cya Ezekiyeli arebana na Yerusalemu. Mbere twigeze kuvuga ku matariki ya mbere n’iya nyuma aboneka mu gice cya mbere, umurongo wa mbere n’uwa kabiri, hanyuma no mu gice cya mirongo ine, umurongo wa mbere. Navuze ku itariki ya kabiri iboneka mu gice cya munani n’umurongo wa mbere, ariko nayivuze gusa mu ishusho yayo y’ikimenyetso, ntayishyira mu isano no kugotwa no kurimburwa kwa Yerusalemu, kandi igitabo cyose kizenguruka kuri uwo mugongo. Yerusalemu yarimbuwe ku iherezo rya 586/585 mbere ya Kristo. Kandi muri Ezekiyeli 33:21 hagera impunzi izanye inkuru y’ikorwa rya Yerusalemu.</w:t>
      </w:r>
    </w:p>
    <w:p>
      <w:pPr>
        <w:pStyle w:val="ArticleScripture"/>
        <w:jc w:val="left"/>
      </w:pPr>
      <w:r>
        <w:rPr>
          <w:rFonts w:ascii="Times New Roman" w:hAnsi="Times New Roman" w:eastAsia="Times New Roman" w:cs="Times New Roman"/>
        </w:rPr>
        <w:t>Nuko mu mwaka wa cumi na kabiri w’ukunyagirwa kwacu, mu kwezi kwa cumi, ku munsi wa gatanu w’uko kwezi, haza umuntu warokotse i Yerusalemu, arambwira ati: Umurwa waratsinzwe. Nuko ukuboko kw’Umwami kwari kundiho nimugoroba, mbere y’uko uwari warokotse aza; kandi yari yabumbuye akanwa kanjye kugeza ubwo yangezeho mu gitondo; nuko akanwa kanjye karabumburwa, sinongera kuba ikiragi. Ezekiyeli 33:21, 22.</w:t>
      </w:r>
    </w:p>
    <w:p>
      <w:pPr>
        <w:pStyle w:val="ArticleBody"/>
        <w:jc w:val="left"/>
      </w:pPr>
      <w:r>
        <w:rPr>
          <w:rFonts w:ascii="Times New Roman" w:hAnsi="Times New Roman" w:eastAsia="Times New Roman" w:cs="Times New Roman"/>
        </w:rPr>
        <w:t>Mu mwaka wa cumi na kabiri, umurwa uratsindwa, maze Ezekiyeli abona umudendezo wo kuvuga akurikije ubushake bwe bwite. Iyerekwa ryo muri Ezekiyeli igice cya munani ryabaye mu mwaka wa gatandatu, bityo rikaba ryari nko mu myaka itandatu mbere y’uko umurwa utsindwa.</w:t>
      </w:r>
    </w:p>
    <w:p>
      <w:pPr>
        <w:pStyle w:val="ArticleScripture"/>
        <w:jc w:val="left"/>
      </w:pPr>
      <w:r>
        <w:rPr>
          <w:rFonts w:ascii="Times New Roman" w:hAnsi="Times New Roman" w:eastAsia="Times New Roman" w:cs="Times New Roman"/>
        </w:rPr>
        <w:t>Nuko mu mwaka wa gatandatu, mu kwezi kwa gatandatu, ku munsi wa gatanu w’ukwezi, nkiri nicaye mu nzu yanjye, kandi abakuru b’u Buyuda bicaye imbere yanjye, ukuboko kw’Umwami Uwiteka kuza kuri jye aho hantu. Ezekiyeli 8:1.</w:t>
      </w:r>
    </w:p>
    <w:p>
      <w:pPr>
        <w:pStyle w:val="ArticleBody"/>
        <w:jc w:val="left"/>
      </w:pPr>
      <w:r>
        <w:rPr>
          <w:rFonts w:ascii="Times New Roman" w:hAnsi="Times New Roman" w:eastAsia="Times New Roman" w:cs="Times New Roman"/>
        </w:rPr>
        <w:t>Mu mwaka wakurikiyeho, ari wo mwaka wa karindwi, abakuru bashatse Ezekiyeli kugira ngo babaze Uwiteka.</w:t>
      </w:r>
    </w:p>
    <w:p>
      <w:pPr>
        <w:pStyle w:val="ArticleScripture"/>
        <w:jc w:val="left"/>
      </w:pPr>
      <w:r>
        <w:rPr>
          <w:rFonts w:ascii="Times New Roman" w:hAnsi="Times New Roman" w:eastAsia="Times New Roman" w:cs="Times New Roman"/>
        </w:rPr>
        <w:t>Nuko mu mwaka wa karindwi, mu kwezi kwa gatanu, ku munsi wa cumi w’uko kwezi, bamwe mu bakuru ba Isirayeli baza kubaza Uwiteka, bicara imbere yanjye. Ezekiyeli 20:1.</w:t>
      </w:r>
    </w:p>
    <w:p>
      <w:pPr>
        <w:pStyle w:val="ArticleBody"/>
        <w:jc w:val="left"/>
      </w:pPr>
      <w:r>
        <w:rPr>
          <w:rFonts w:ascii="Times New Roman" w:hAnsi="Times New Roman" w:eastAsia="Times New Roman" w:cs="Times New Roman"/>
        </w:rPr>
        <w:t>Nuko mu mwaka wa cyenda, hatangira kugotwa kwamaze umwaka n’igice.</w:t>
      </w:r>
    </w:p>
    <w:p>
      <w:pPr>
        <w:pStyle w:val="ArticleScripture"/>
        <w:jc w:val="left"/>
      </w:pPr>
      <w:r>
        <w:rPr>
          <w:rFonts w:ascii="Times New Roman" w:hAnsi="Times New Roman" w:eastAsia="Times New Roman" w:cs="Times New Roman"/>
        </w:rPr>
        <w:t>Nuko mu mwaka wa cyenda, mu kwezi kwa cumi, ku munsi wa cumi w’uko kwezi, ijambo ry’Uwiteka rinzaho, riravuga riti: Mwana w’umuntu, iyandikire izina ry’uyu munsi, koko ry’uyu munsi nyir’izina: umwami w’i Babuloni yatangiriye gutera i Yerusalemu kuri uyu munsi nyir’izina. Ezekiyeli 24:1, 2.</w:t>
      </w:r>
    </w:p>
    <w:p>
      <w:pPr>
        <w:pStyle w:val="ArticleBody"/>
        <w:jc w:val="left"/>
      </w:pPr>
      <w:r>
        <w:rPr>
          <w:rFonts w:ascii="Times New Roman" w:hAnsi="Times New Roman" w:eastAsia="Times New Roman" w:cs="Times New Roman"/>
        </w:rPr>
        <w:t>Buriya muri ayo matariki bugereranya ibimenyetso byihariye by’iminsi ya nyuma, kuko Pawulo avuga ko Isirayeli ya kera ari urugero rw’ababaho ku mperuka y’isi.</w:t>
      </w:r>
    </w:p>
    <w:p>
      <w:pPr>
        <w:pStyle w:val="ArticleScripture"/>
        <w:jc w:val="left"/>
      </w:pPr>
      <w:r>
        <w:rPr>
          <w:rFonts w:ascii="Times New Roman" w:hAnsi="Times New Roman" w:eastAsia="Times New Roman" w:cs="Times New Roman"/>
        </w:rPr>
        <w:t>Ibyo byose byababayeho ngo bibe ibyitegererezo; kandi byandikiwe kutuburira twebwe abasohoreweho n’imperuka z’ibihe. Ni cyo gituma uwibwira ko ahagaze yirinde atagwa. 1 Abakorinto 10:11, 12.</w:t>
      </w:r>
    </w:p>
    <w:p>
      <w:pPr>
        <w:pStyle w:val="ArticleBody"/>
        <w:jc w:val="left"/>
      </w:pPr>
      <w:r>
        <w:rPr>
          <w:rFonts w:ascii="Times New Roman" w:hAnsi="Times New Roman" w:eastAsia="Times New Roman" w:cs="Times New Roman"/>
        </w:rPr>
        <w:t>Amatariki yose uko ari atandatu yerekeye Yerusalemu ari hagati y’itariki ya mbere iboneka mu gice cya mbere, umurongo wa mbere, n’itariki ya nyuma iboneka mu gice cya mirongo ine, umurongo wa mbere. Izo tariki zombi zishyiraho umwaka wa gatanu uvugwa mu gice cya mbere, ari wo wa 592 mbere ya Kristo, n’umwaka wa makumyabiri n’itanu uvugwa mu gice cya mirongo ine, ari wo wa 573 mbere ya Kristo. Ku rwego rwa “umurongo ku wundi murongo,” Ezekiyeli afite umurongo wa Egiputa, urimo n’icyerekeye Tiro, kandi afite n’umurongo wa Yerusalemu. Umurongo wa Egiputa ufite ibimenyetso ndangamihanda birindwi bitaziguye (iyo Tiro ibariwemo), naho Yerusalemu ikagira bitandatu. Hamwe n’iyi mirongo yombi hariho n’umurongo wa Yosiya n’icyiciro cya cumi na karindwi cya Yubile. Nyamara umurongo ugaragazwa udafite itariki itaziguye uboneka mu gice cya kane, kandi umurongo wo mu gice cya kane ufite amwe mu mapine Ezekiyeli yabonye igihe yarebaga mu Ahera Cyane. Kandi unuzuyemo ukuri k’umubumbe kwinshi kw’ikimenyetso.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Umubare magana ane na mirongo itatu ugereranya isezerano ridashira, kandi mu gice cya kane Ezekiyeli akoreshwa n’Umwami nk’umugani muzima, umugani urimo umubare magana ane na mirongo itatu.</w:t>
      </w:r>
    </w:p>
    <w:p>
      <w:pPr>
        <w:pStyle w:val="ArticleScripture"/>
        <w:jc w:val="left"/>
      </w:pPr>
      <w:r>
        <w:rPr>
          <w:rFonts w:ascii="Times New Roman" w:hAnsi="Times New Roman" w:eastAsia="Times New Roman" w:cs="Times New Roman"/>
        </w:rPr>
        <w:t>Nuko rero, wa mwana w’umuntu we, ijyana ibuye ry’umukara, urirambe imbere yawe, urishushanyeko umugi, ari wo Yerusalemu. Urare umugote, uwubakire igihome, uwuterere ikirundo cy’urugamba; ushyire n’ingabo ziwugote, ushyire n’imashini zo kuwusenyera impande zose. Kandi ujye ufata isafuriya y’icyuma, uyishyire hagati yawe n’uwo mugi ibe nk’urukuta rw’icyuma; uherekeze amaso yawe kuri wo, na wo uzagotywe, kandi uzawugote. Ibyo bizabere ikimenyetso inzu ya Isirayeli. Kandi uryame ku ruhande rwawe rw’ibumoso, urushyireho gukiranirwa kw’inzu ya Isirayeli; ukurikije umubare w’iminsi uzaruryamaho, ni ko uzikorezwa gukiranirwa kwabo. Kuko ngushyiriyeho imyaka yo gukiranirwa kwabo nk’umubare w’iminsi, ari yo minsi magana atatu na mirongo cyenda; ni ko uzakoresha gukiranirwa kw’inzu ya Isirayeli. Kandi numara kubisohoza, uzongere uryame ku ruhande rwawe rw’iburyo, maze uzikoreze gukiranirwa kw’inzu ya Yuda iminsi mirongo ine; ngushyiriyeho umunsi umwe kuba umwaka umwe. Nuko uzerekeze amaso yawe ku kugotwa kwa Yerusalemu, ukuboko kwawe kuzabe kudatwikiriwe, kandi uzahanure kuri wo. Kandi dore, nzagushyiraho imigozi, kugira ngo utava ku ruhande rumwe ujya ku rundi, kugeza aho uzarangiriza iminsi yo kuwugota. Ezekiyeli 4:1–8.</w:t>
      </w:r>
    </w:p>
    <w:p>
      <w:pPr>
        <w:pStyle w:val="ArticleBody"/>
        <w:jc w:val="left"/>
      </w:pPr>
      <w:r>
        <w:rPr>
          <w:rFonts w:ascii="Times New Roman" w:hAnsi="Times New Roman" w:eastAsia="Times New Roman" w:cs="Times New Roman"/>
        </w:rPr>
        <w:t>Igoterwa rya Yerusalemu, nk’uko ryashushanyijwe na Ezekiyeli, ni “ikimenyetso,” nk’uko n’igitero cyagose Yerusalemu cyazanywe na Kesitiyo mu mwaka wa 66 na cyo cyari ikimenyetso. Mu gusobanura amagambo ya Yesu agaragaza kurimbuka kwa Yerusalemu, Sister White atumenyesha ko isohozwa “ritaziguye” ry’iryo kurimbuka rya Yerusalemu riri mu minsi y’imperuka. Ikimenyetso cy’ukurimbuka ku bahamya babiri bahagarariwe na Nebukadinezari na Kesitiyo kigaragaza ko ikimenyetso cy’igotera ari cyo kimenyetso cy’itegeko ryo ku Cyumweru riri hafi.</w:t>
      </w:r>
    </w:p>
    <w:p>
      <w:pPr>
        <w:pStyle w:val="ArticleHeading"/>
        <w:jc w:val="left"/>
      </w:pPr>
      <w:r>
        <w:rPr>
          <w:rFonts w:ascii="Arial" w:hAnsi="Arial" w:eastAsia="Arial" w:cs="Arial"/>
        </w:rPr>
        <w:t>Umunsi Uhwanye n’Umwaka</w:t>
      </w:r>
    </w:p>
    <w:p>
      <w:pPr>
        <w:pStyle w:val="ArticleBody"/>
        <w:jc w:val="left"/>
      </w:pPr>
      <w:r>
        <w:rPr>
          <w:rFonts w:ascii="Times New Roman" w:hAnsi="Times New Roman" w:eastAsia="Times New Roman" w:cs="Times New Roman"/>
        </w:rPr>
        <w:t>Mu gice turimo gusuzuma nanone tubonamo ishingiro rya nyuma ry’Ibyanditswe ryerekeye ihame rya mbere ry’ingenzi ryo gusobanura ubuhanuzi rya William Miller mu rugendo shingiro rw’ubutumwa bw’umumarayika wa mbere n’uwa kabiri. Alufa y’ihame ry’umunsi ku mwaka na yo yari ikimenyetso cya omega, kuko alufa y’ihame ry’umunsi ku mwaka yashyizwe ahagaragara mu gitabo cyo Kubara nk’ikigeragezo cya cumi kandi cya nyuma, icyo Isirayeli yananiwe, bityo bakikururira urupfu mu butayu mu gihe cy’imyaka mirongo ine yo kuzerera mu butayu.</w:t>
      </w:r>
    </w:p>
    <w:p>
      <w:pPr>
        <w:pStyle w:val="ArticleScripture"/>
        <w:jc w:val="left"/>
      </w:pPr>
      <w:r>
        <w:rPr>
          <w:rFonts w:ascii="Times New Roman" w:hAnsi="Times New Roman" w:eastAsia="Times New Roman" w:cs="Times New Roman"/>
        </w:rPr>
        <w:t>Kandi abana banyu bazazerera mu butayu imyaka mirongo ine, kandi bazikorera ubusambanyi bwanyu, kugeza aho intumbi zanyu zizashirira mu butayu. Hakurikijwe umubare w’iminsi mwatashye icyo gihugu, ari yo minsi mirongo ine, buri munsi ubazwe nk’umwaka, ni ko muzikorera gukiranirwa kwanyu imyaka mirongo ine, kandi muzamenya ko nacanye na mwe. Jyewe Uwiteka ni jye wabivuze; ni ukuri nzabigenza ntyo kuri iri teraniro ryose ry’ababi, abateraniye kundwanya: bazashirira muri ubu butayu, kandi ni ho bazapfira. Kubara 14:33–35.</w:t>
      </w:r>
    </w:p>
    <w:p>
      <w:pPr>
        <w:pStyle w:val="ArticleBody"/>
        <w:jc w:val="left"/>
      </w:pPr>
      <w:r>
        <w:rPr>
          <w:rFonts w:ascii="Times New Roman" w:hAnsi="Times New Roman" w:eastAsia="Times New Roman" w:cs="Times New Roman"/>
        </w:rPr>
        <w:t>Ibisobanuro by’ubuhanuzi by’uko ihame ry’umunsi umwe kungana n’umwaka umwe rimenyekanye mu bugome bwa nyuma bwo kwigomeka bwo mu nzira y’ibigeragezo icumi yatangiriye ku kwambuka Inyanja Itukura, kandi ko iryo hame ryongera gutangazwa ubwo Yerusalemu yari igiye kugotwa no kurimburwa, bigomba gusobanurwa no gukoreshwa muri uyu murongo turimo gusuzuma, nk’uko n’ubusobanuro bwo kuba “ukugotwa” ari “ikimenyetso” bugomba gusobanurwa.</w:t>
      </w:r>
    </w:p>
    <w:p>
      <w:pPr>
        <w:pStyle w:val="ArticleBody"/>
        <w:jc w:val="left"/>
      </w:pPr>
      <w:r>
        <w:rPr>
          <w:rFonts w:ascii="Times New Roman" w:hAnsi="Times New Roman" w:eastAsia="Times New Roman" w:cs="Times New Roman"/>
        </w:rPr>
        <w:t>Umurongo w’amateka uhurizwa hamwe igihe hifashishijwe “kugotwa” kwa Yerusalemu nk’ikimenyetso ugomba kwitabwaho, kuko uba nk’“umutambiko,” uko byavugwa, kandi mu mvugo y’ikigereranyo ikimenyetso cyo kugotwa gifite imirambararo myinshi gifatanye na cyo. Ikimenyetso cyo kugotwa ni cyo gice cy’ingenzi kurusha ibindi muri Ezekiyeli, kandi icyo kimenyetso gituma Intare yo mu muryango wa Yuda ikura ubutungane bwuzuye mu byabanje kugaragarira Ezekiyeli nk’urujijo. “Ikimenyetso” cyo kugotwa, ihame ry’umwaka ku munsi, n’imirongo y’ubuhanuzi ihurizwa hamwe no kugotwa, bigomba gusuzumirwa mu rwego rw’uko magana ane na mirongo itatu ahagarariye isezerano rihoraho.</w:t>
      </w:r>
    </w:p>
    <w:p>
      <w:pPr>
        <w:pStyle w:val="ArticleHeading"/>
        <w:jc w:val="left"/>
      </w:pPr>
      <w:r>
        <w:rPr>
          <w:rFonts w:ascii="Arial" w:hAnsi="Arial" w:eastAsia="Arial" w:cs="Arial"/>
        </w:rPr>
        <w:t>Isezerano</w:t>
      </w:r>
    </w:p>
    <w:p>
      <w:pPr>
        <w:pStyle w:val="ArticleScripture"/>
        <w:jc w:val="left"/>
      </w:pPr>
      <w:r>
        <w:rPr>
          <w:rFonts w:ascii="Times New Roman" w:hAnsi="Times New Roman" w:eastAsia="Times New Roman" w:cs="Times New Roman"/>
        </w:rPr>
        <w:t>Aramubwira ati: “Menya neza yuko urubyaro rwawe ruzaba abashyitsi mu gihugu kitari icyabo, kandi bazagikorera; na bo bazabarenganya imyaka magana ane.” Itangiriro 15:13.</w:t>
      </w:r>
    </w:p>
    <w:p>
      <w:pPr>
        <w:pStyle w:val="ArticleBody"/>
        <w:jc w:val="left"/>
      </w:pPr>
      <w:r>
        <w:rPr>
          <w:rFonts w:ascii="Times New Roman" w:hAnsi="Times New Roman" w:eastAsia="Times New Roman" w:cs="Times New Roman"/>
        </w:rPr>
        <w:t>Umwami yagiranye isezerano na Aburahamu mu buryo bw’intambwe eshatu, kandi iya mbere muri izo ntambwe eshatu yarimo ubuhanuzi bw’uko urubyaro rwa Aburahamu rwari kuzaba imbohe mu Egiputa imyaka magana ane. Intambwe ya kabiri ni uko Aburahamu yahawe umuhango wo gukebwa, naho intambwe ya gatatu iba igitambo cya Isaka ku musozi wa Moriya. Imyaka magana ane yagaragajwe muri alufa y’intambwe eshatu Umwami yafashe mu guhagurutsa no kugirana isezerano n’ubwoko bwatoranyijwe. Abo bantu b’isezerano batoranyijwe batandukanyijwe n’Imana mu guterwa amabuye kwa Sitefano mu mwaka wa 34, hanyuma nyuma y’ibyo Pawulo, intumwa yatoranyirijwe Abanyamahanga, agaragaza iyo myaka magana ane ko ari—imyaka magana ane na mirongo itatu.</w:t>
      </w:r>
    </w:p>
    <w:p>
      <w:pPr>
        <w:pStyle w:val="ArticleScripture"/>
        <w:jc w:val="left"/>
      </w:pPr>
      <w:r>
        <w:rPr>
          <w:rFonts w:ascii="Times New Roman" w:hAnsi="Times New Roman" w:eastAsia="Times New Roman" w:cs="Times New Roman"/>
        </w:rPr>
        <w:t>Kandi ndavuga ibi: isezerano Imana yahamije mbere muri Kristo, amategeko yaje hashize imyaka magana ane na mirongo itatu ntashobora kurihindura ubusa, ngo asezeranwe adakomeza kugira agaciro. Itangiriro 3:17.</w:t>
      </w:r>
    </w:p>
    <w:p>
      <w:pPr>
        <w:pStyle w:val="ArticleBody"/>
        <w:jc w:val="left"/>
      </w:pPr>
      <w:r>
        <w:rPr>
          <w:rFonts w:ascii="Times New Roman" w:hAnsi="Times New Roman" w:eastAsia="Times New Roman" w:cs="Times New Roman"/>
        </w:rPr>
        <w:t>Umubare ugereranya isezerano ni magana ane na mirongo itatu, ariko abagabo babiri b’abahamya ari bo Abramu na Sawuli, bombi bahinduriwe amazina yabo baba Aburahamu na Pawulo uko bikurikirana, bagaragaza ibihe bibiri bitandukanye bigize umubare wose wa magana ane na mirongo itatu. Iyo Imana ihinduye izina ry’ubugingo, biba ikimenyetso cy’umubano w’isezerano hagati y’ubwo bugingo n’Imana. Bityo rero, imyaka magana ane na mirongo itatu ni igiteranyo kiboneka hateranyijwe imibare ibiri itandukanye, nk’uko bimeze ku magana ane ya Aburahamu no ku nyongera ya Pawulo y’imirongo itatu. Ezekiyeli yarambaraye ku rubavu rwe rw’ibumoso iminsi magana atatu na mirongo cyenda, hanyuma arambarara ku rubavu rwe rw’iburyo iminsi mirongo ine; bityo agaragaza imibare ibiri ifite igiteranyo cya magana ane na mirongo itatu.</w:t>
      </w:r>
    </w:p>
    <w:p>
      <w:pPr>
        <w:pStyle w:val="ArticleBody"/>
        <w:jc w:val="left"/>
      </w:pPr>
      <w:r>
        <w:rPr>
          <w:rFonts w:ascii="Times New Roman" w:hAnsi="Times New Roman" w:eastAsia="Times New Roman" w:cs="Times New Roman"/>
        </w:rPr>
        <w:t>Mu gice cya cumi na kimwe cya Itangiriro, isezerano ry’urupfu ryazanyweho ako kanya nyuma y’umwuzure binyuze mu bugome bwa Nimurodi rigaragaza itandukaniro riri hagati y’amasezerano abiri. Ibikubiye mu munara wa Babeli bihamya ubwoko bw’isezerano rya satani ryo kwikiza ubwabo, abagombaga gucirwaho iteka no gutatanywa. Muri icyo gice kandi, urusobe rw’inkomoko z’Abaheburayo rutangizwa no kuvuka kwa Eberi, bikaba biranga itangiriro ry’ubwoko bwatoranyijwe bwo guhagararira isezerano ry’ubugingo, mu buryo bunyuranye n’isezerano ry’urupfu rya Nimurodi.</w:t>
      </w:r>
    </w:p>
    <w:p>
      <w:pPr>
        <w:pStyle w:val="ArticleScripture"/>
        <w:jc w:val="left"/>
      </w:pPr>
      <w:r>
        <w:rPr>
          <w:rFonts w:ascii="Times New Roman" w:hAnsi="Times New Roman" w:eastAsia="Times New Roman" w:cs="Times New Roman"/>
        </w:rPr>
        <w:t>Éberi abaho imyaka mirongo itatu n’ine, abyara Pelegi; kandi Éberi amaze kubyara Pelegi, abaho indi myaka magana ane na mirongo itatu, abyara abahungu n’abakobwa. Nuko Pelegi abaho imyaka mirongo itatu, abyara Rewu. Itangiriro 11:16–18.</w:t>
      </w:r>
    </w:p>
    <w:p>
      <w:pPr>
        <w:pStyle w:val="ArticleBody"/>
        <w:jc w:val="left"/>
      </w:pPr>
      <w:r>
        <w:rPr>
          <w:rFonts w:ascii="Times New Roman" w:hAnsi="Times New Roman" w:eastAsia="Times New Roman" w:cs="Times New Roman"/>
        </w:rPr>
        <w:t>Mu gice cya cumi cya Itangiriro ni ho bwa mbere havugwa Eberi na Pelegi.</w:t>
      </w:r>
    </w:p>
    <w:p>
      <w:pPr>
        <w:pStyle w:val="ArticleScripture"/>
        <w:jc w:val="left"/>
      </w:pPr>
      <w:r>
        <w:rPr>
          <w:rFonts w:ascii="Times New Roman" w:hAnsi="Times New Roman" w:eastAsia="Times New Roman" w:cs="Times New Roman"/>
        </w:rPr>
        <w:t>Éberi yabyaye abahungu babiri: umwe yitwaga Pelegi, kuko mu minsi ye isi yagabanyijwe; naho izina rya murumuna we ryari Yokitani. Itangiriro 10:25.</w:t>
      </w:r>
    </w:p>
    <w:p>
      <w:pPr>
        <w:pStyle w:val="ArticleBody"/>
        <w:jc w:val="left"/>
      </w:pPr>
      <w:r>
        <w:rPr>
          <w:rFonts w:ascii="Times New Roman" w:hAnsi="Times New Roman" w:eastAsia="Times New Roman" w:cs="Times New Roman"/>
        </w:rPr>
        <w:t>Peregi bisobanura igabanyuka cyangwa gutandukanywa, kandi mu minsi ya Peregi ugutandukanywa kw’amatsinda abiri y’abantu b’isezerano kurangwa n’amateka y’umunara w’i Babeli n’ubwigomeke bwa Nimurodi. Eberi yabayeho imyaka magana ane na mirongo itandatu n’ine, ariko Peregi amaze kuvuka (igabanyuka) yabayeho imyaka magana ane na mirongo itatu. Buri kintu cyose gifite icyo gihamya, kandi magana ane na mirongo itatu ni yo mibare Pawulo ahuza n’ubuhanuzi bw’isezerano rya Aburahamu. Nubwo umubare wa magana ane na mirongo itatu ufitanye isano n’ubuzima bwa Eberi nyuma y’ivuka rya Peregi, imyaka mirongo itatu n’ine ya mbere y’ubuzima bwe igaragazwa nk’“imyaka ine na mirongo itatu,” ari byo rwose imyaka mirongo itatu n’ine, ariko mu mvugo yoroheje y’iyo myaka mirongo itatu n’ine handikwa ngo “ine” na “mirongo itatu” (430). Hanyuma haza magana ane na mirongo itatu, maze imvugo ya mbere y’ubuzima bwa Peregi iba “mirongo itatu.”</w:t>
      </w:r>
    </w:p>
    <w:p>
      <w:pPr>
        <w:pStyle w:val="ArticleBody"/>
        <w:jc w:val="left"/>
      </w:pPr>
      <w:r>
        <w:rPr>
          <w:rFonts w:ascii="Times New Roman" w:hAnsi="Times New Roman" w:eastAsia="Times New Roman" w:cs="Times New Roman"/>
        </w:rPr>
        <w:t>Eberi ni yo mizi y’izina “Abaheburayo,” kandi ni bwo bwa mbere havugwa Abaheburayo, bari kuzaba ubwoko bwatoranyirijwe isezerano. Eberi bisobanura kwambuka; bityo ikaba ishushanya ubwoko bw’isezerano bwambuka buva ku isi bukagera ku isi nshya, nk’uko abana ba Aburahamu bambutse Inyanja Itukura bajya mu Gihugu cy’Isezerano. Kuzerera mu butayu imyaka mirongo ine kwabujije uko kwambuka, ariko iyo myaka mirongo ine irangiye bambutse Yorodani bajya mu Gihugu cy’Isezerano, bityo bishushanya ukwambuka kwa nyuma kw’ubwoko bw’Imana. Pelegi ahagarariye amateka y’igihe ugucikamo ibice kw’abantu mo amasezerano abiri kwatangiriye bwa mbere ku munara wa Nimurodi. Ikimenyetso cy’isezerano ry’urupfu rya Nimurodi ni urujijo, kandi ikimenyetso cy’isezerano ry’ubugingo ry’Abaheburayo ni imyaka magana ane na mirongo itatu y’ubuzima bwa Eberi mbere y’igabana rihagarariwe na Pelegi. Izina Pelegi kandi riranga ukuri kw’ikigereranyo cy’imibare, kuko imyaka magana ane na mirongo itatu ya Eberi igabanyijwemo imibare ibiri, kandi Pelegi ahagarariye itandukanywa ry’amagana ane n’umubare mirongo itatu.</w:t>
      </w:r>
    </w:p>
    <w:p>
      <w:pPr>
        <w:pStyle w:val="ArticleBody"/>
        <w:jc w:val="left"/>
      </w:pPr>
      <w:r>
        <w:rPr>
          <w:rFonts w:ascii="Times New Roman" w:hAnsi="Times New Roman" w:eastAsia="Times New Roman" w:cs="Times New Roman"/>
        </w:rPr>
        <w:t>Magana ane na mirongo itatu agizwe n’ibice bibiri. Imyaka magana ane y’isezerano rya Aburahamu hamwe n’indi myaka mirongo itatu Pawulo yagaragaje. Ukwiyongera k’ubumenyi gutanga ububyutse bwa nyuma bw’ubwoko bw’Imana kugaragazwa muri Daniyeli igice cya cumi na kabiri, aho ikimenyetso kigizwe n’ibice bibiri cy’isezerano rihoraho kigaragazwa by’umwihariko, kandi kigashyirwa ahagaragara mu mirongo ya 9/11.</w:t>
      </w:r>
    </w:p>
    <w:p>
      <w:pPr>
        <w:pStyle w:val="ArticleScripture"/>
        <w:jc w:val="left"/>
      </w:pPr>
      <w:r>
        <w:rPr>
          <w:rFonts w:ascii="Times New Roman" w:hAnsi="Times New Roman" w:eastAsia="Times New Roman" w:cs="Times New Roman"/>
        </w:rPr>
        <w:t>Arambwira ati: Genda, Daniyeli; kuko ayo magambo afunzwe kandi ashyizweho ikimenyetso kugeza igihe cy’imperuka. Benshi bazezwa, bazatunganywa, kandi bazageragezwa; ariko abanyabyaha bazakomeza gukora ibyaha; kandi nta n’umwe mu banyabyaha uzabyumva; ahubwo abanyabwenge bazabyumva. Kandi uhereye igihe igitambo cya buri munsi kizavanwaho, maze hagashyirwaho ikizira giteza ubuhenebere, hazabaho iminsi igihumbi magana abiri na mirongo icyenda. Daniyeli 12:9–11.</w:t>
      </w:r>
    </w:p>
    <w:p>
      <w:pPr>
        <w:pStyle w:val="ArticleBody"/>
        <w:jc w:val="left"/>
      </w:pPr>
      <w:r>
        <w:rPr>
          <w:rFonts w:ascii="Times New Roman" w:hAnsi="Times New Roman" w:eastAsia="Times New Roman" w:cs="Times New Roman"/>
        </w:rPr>
        <w:t>Gukurwaho kwa nyuma kwa nyuma kwa nyuma kwa nyuma gutera igikorwa cy’igeragezwa cy’intambwe eshatu, nk’uko kigaragazwa mu murongo wa cumi ngo “bejejwe, kandi baziye umweru, kandi bageragejwe,” gifitanye isano n’imyaka igihumbi magana abiri na mirongo cyenda. Uko abapayiniya basobanukiwe uwo murongo ni uko kuvanwaho kw’inzitizi y’ubupagani mu 508, kwatangije igikorwa cy’imyaka mirongo itatu cyagejeje ku ishyirwaho ry’ubupapa mu 538 nk’ubwami bwa gatanu bw’ubuhanuzi bwa Bibiliya, hanyuma bugategeka nk’ubwami bwa gatanu bw’ubuhanuzi bwa Bibiliya kugeza ubwo imyaka igihumbi magana abiri na mirongo itandatu yarangiraga mu 1798. Iyo myaka mirongo itatu yo kuva mu 508 kugeza mu 538 na yo Pawulo ayigaragaza nk’“ubugome bwo kwigomeka kubanza,” mu 2 Abatesalonike.</w:t>
      </w:r>
    </w:p>
    <w:p>
      <w:pPr>
        <w:pStyle w:val="ArticleBody"/>
        <w:jc w:val="left"/>
      </w:pPr>
      <w:r>
        <w:rPr>
          <w:rFonts w:ascii="Times New Roman" w:hAnsi="Times New Roman" w:eastAsia="Times New Roman" w:cs="Times New Roman"/>
        </w:rPr>
        <w:t>Mu 2 Abatesalonike, ingingo nyamukuru ni isano iri hagati ya Roma ya gipagani na Roma ya kipapa, ari zo bwami bwa kane n’ubwa gatanu bw’ubuhanuzi uko bikurikirana. Muri iki gice cy’Abatesalonike ni ho William Miller yavumburiye ko “ibya buri gihe” mu gitabo cya Daniyeli byagereranyaga Roma ya gipagani, kandi Miller yongeye kuvumbura ko “ibya buri gihe” muri Daniyeli buri gihe byerekanwaga bifitanye isano n’ikizira cyangwa igicumuro giteza umusaka. Ikizira n’igicumuro giteza umusaka mu gitabo cya Daniyeli bigereranya ibyo Yohana agaragaza mu gitabo cy’Ibyahishuwe nk’ishusho ya ya nyamaswa n’ikimenyetso cya ya nyamaswa, uko bikurikirana.</w:t>
      </w:r>
    </w:p>
    <w:p>
      <w:pPr>
        <w:pStyle w:val="ArticleBody"/>
        <w:jc w:val="left"/>
      </w:pPr>
      <w:r>
        <w:rPr>
          <w:rFonts w:ascii="Times New Roman" w:hAnsi="Times New Roman" w:eastAsia="Times New Roman" w:cs="Times New Roman"/>
        </w:rPr>
        <w:t>William Miller yashingiye hafi ya byose, niba atari byose rwose, mu mikoreshereze ye y’ubuhanuzi ku kumenya kwe imbaraga ebyiri zonona, zigereranywa nk’“ibya buri munsi” (Roma ya gipagani), n’imbaraga ya kabiri yonona, isobanurwa mu buryo bubiri, nk’igicumuro cy’ikirimbukiro (uguhuriza hamwe kw’itorero na leta), mu Ibyahishuwe—nk’igishushanyo cy’inyamaswa (imiterere y’ubuhanuzi bwa gipapa), n’ikizira cy’ikirimbukiro (gusenga izuba), mu Ibyahishuwe—nk’ikirango cy’inyamaswa. Uko gusobanukirwa Miller yavanye mu buryo Pawulo abigaragaza mu 2 Abatesalonike kwari ugusobanukirwa kw’ibanze kw’ingenzi kwa Miller, ari we kimenyetso cy’imfatiro z’Abadiventisime. Pawulo avuga ko abatarakunze ukuri kugaragazwa mu gice cya kabiri cy’urwa 2 Abatesalonike ari bo bahabwa ubuyobe bukomeye.</w:t>
      </w:r>
    </w:p>
    <w:p>
      <w:pPr>
        <w:pStyle w:val="ArticleBody"/>
        <w:jc w:val="left"/>
      </w:pPr>
      <w:r>
        <w:rPr>
          <w:rFonts w:ascii="Times New Roman" w:hAnsi="Times New Roman" w:eastAsia="Times New Roman" w:cs="Times New Roman"/>
        </w:rPr>
        <w:t>Mu mirongo itatu ya Daniyeli (Daniyeli 12:9–11), uko gusobanukirwa kw’ikirango mu minsi y’imperuka ntigushobora kubamo ikoreshwa ry’igihe, kuko kuva ku wa 22 Ukwakira 1844, ikoreshwa ry’igihe cy’ubuhanuzi ritakiri ryemewe. Imirongo ya 9/11 ihagarariye ibihe bibiri bitandukanye, kimwe cy’imyaka mirongo itatu n’ikindi cy’imyaka igihumbi na magana abiri na mirongo itandatu. Umubare mirongo ine n’umubare igihumbi na magana abiri na mirongo itandatu byombi ni ibimenyetso by’ubutayu bw’ubuhanuzi, kandi mu buryo bw’ubuhanuzi bishobora gusimburana. Ni cyo gituma igihumbi na magana abiri na mirongo itandatu gishobora gusobanurwa nka mirongo ine, kandi mirongo ine ni icya cumi cya magana ane. Imirongo ya 9/11 ishushanya umubare w’isezerano ry’iteka ryose, nk’uko bigaragarira muri magana ane (Aburahamu) bifitanye isano na mirongo itatu (Pawulo). “Ubutayu” buhagarariwe n’“igihumbi na magana abiri na mirongo itandatu” bujyanye n’“ubutayu bwa ‘mirongo ine’,” kandi kane ni icya cumi cya magana ane. Mirongo itatu ni mirongo itatu. Magana ane na mirongo itatu biboneka igihe umubare magana ane wongerewe ku mubare mirongo itatu, ari byo muri Ezekiyeli igice cya kane bihagarariwe na magana atatu na mirongo cyenda hiyongereyeho umubare mirongo ine.</w:t>
      </w:r>
    </w:p>
    <w:p>
      <w:pPr>
        <w:pStyle w:val="ArticleBody"/>
        <w:jc w:val="left"/>
      </w:pPr>
      <w:r>
        <w:rPr>
          <w:rFonts w:ascii="Times New Roman" w:hAnsi="Times New Roman" w:eastAsia="Times New Roman" w:cs="Times New Roman"/>
        </w:rPr>
        <w:t>Imirongo ya 9/11 yo mu gice cya cumi na kabiri igereranya hagati y’ibihe bitatu by’ubuhanuzi biri muri icyo gice, kandi ni ikimenyetso cy’isezerano ry’iteka rihishurwa mu minsi y’imperuka. Gukurwaho ikimenyetso ku busobanuro bwa magana ane na mirongo itatu mu minsi y’imperuka bikorwa mu gice cya kane cya Ezekiyeli.</w:t>
      </w:r>
    </w:p>
    <w:p>
      <w:pPr>
        <w:pStyle w:val="ArticleBody"/>
        <w:jc w:val="left"/>
      </w:pPr>
      <w:r>
        <w:rPr>
          <w:rFonts w:ascii="Times New Roman" w:hAnsi="Times New Roman" w:eastAsia="Times New Roman" w:cs="Times New Roman"/>
        </w:rPr>
        <w:t>Intare yo mu muryango wa Yuda ubu irimo gukuraho ikimenyetso ku butumwa bwa nyuma bwo kuburira abinjiranye ukwizera Ahera Cyane hamwe na Ezekiyeli, Yohana, Daniyeli na Yesaya. Ukwo kuri guhishurwa gufatanije no kuzamurwa kw’abagereranywa atari nk’ibicibwa bya Isirayeli gusa, ahubwo kandi nk’ibendera ry’abihumbi ijana na mirongo ine na bane. Ukwo kuri gushyizwe mu rwego rw’isezerano rigereranywa n’imyaka magana ane ya Aburahamu gufatanije n’isezerano rigereranywa n’imyaka mirongo itatu ya Pawulo. Ukwo kuri kugaragazwa muri Daniyeli 12, mu mirongo ya 9/11, igereranya hagati y’ibihe bitatu by’ikigereranyo, byasobanuwe neza n’Abamileriti. Ukuri ko hagati kwa 9/11 gukurwaho ikimenyetso muri Daniyeli 12 kugaragazwa n’iminsi magana atatu na mirongo cyenda n’iminsi mirongo ine ya Ezekiyeli. Iyo minsi ihishurirwa Ezekiyeli mu mwaka wa mirongo itatu w’icyiciro cya Yubile cya cumi na karindwi, kandi Ezekiyeli, nk’umutambyi, agereranya ubutambyi bw’abihumbi ijana na mirongo ine na bane bari mu kigeragezo cyo hagati, mu bigeragezo bitatu.</w:t>
      </w:r>
    </w:p>
    <w:p>
      <w:pPr>
        <w:pStyle w:val="ArticleBody"/>
        <w:jc w:val="left"/>
      </w:pPr>
      <w:r>
        <w:rPr>
          <w:rFonts w:ascii="Times New Roman" w:hAnsi="Times New Roman" w:eastAsia="Times New Roman" w:cs="Times New Roman"/>
        </w:rPr>
        <w:t>Ezekiyeli arangwa mu kigeragezo cyo mu rusengero ku “munsi wa gatanu” w’“ukwezi kwa kane,” ari byo mu mateka y’Abamilerite byaranzaga rwose hagati (“hagati nyir’izina”) y’amezi arindwi yatangiye ku gutenguha kwa mbere ku wa 19 Mata 1844, akarangira ku wa 22 Ukwakira muri uwo mwaka nyine.</w:t>
      </w:r>
    </w:p>
    <w:p>
      <w:pPr>
        <w:pStyle w:val="ArticleScripture"/>
        <w:jc w:val="left"/>
      </w:pPr>
      <w:r>
        <w:rPr>
          <w:rFonts w:ascii="Times New Roman" w:hAnsi="Times New Roman" w:eastAsia="Times New Roman" w:cs="Times New Roman"/>
        </w:rPr>
        <w:t>“Mu cyi ryo mu mwaka wa 1844, hagati y’igihe mbere byari byaratekerejwe ko iminsi 2300 yari kurangira, n’umuhindo w’uwo mwaka nyine, ari na wo nyuma byaje kuboneka ko yagezagaho, ubutumwa bwatangajwe mu magambo nyayo y’Ibyanditswe Byera ngo: ‘Dore Umukwe araje!’” The Great Controversy, 398.</w:t>
      </w:r>
    </w:p>
    <w:p>
      <w:pPr>
        <w:pStyle w:val="ArticleBody"/>
        <w:jc w:val="left"/>
      </w:pPr>
      <w:r>
        <w:rPr>
          <w:rFonts w:ascii="Times New Roman" w:hAnsi="Times New Roman" w:eastAsia="Times New Roman" w:cs="Times New Roman"/>
        </w:rPr>
        <w:t>Ku wa 21 Nyakanga 1844 hari hagati mu mezi arindwi yera, kandi kuri uwo munsi Samuel Snow yari mu Ihema rya Boston atanga ubutumwa bwe bw’Imiborogo yo Mu Gicuku. Aho ni ho, ku ncuro ya mbere mu kiganiro cyabereye mu ruhame, “yatamaje mu magambo nyayo y’Ibyanditswe iti: ‘Dore, Umukwe araje!’” Ubu noneho, mu buryo bw’ikigereranyo, duhagaze hamwe na Ezekiyeli mu Ihema rya Boston, mbere gato y’uko kuzamurwa kw’intumwa z’imiborogo yo mu gicuku gusohoka nk’umuraba ukomeye. Igikorwa cy’ubuhanuzi cyo kuzamura ibendera kigereranywa mu murongo w’ubuhanuzi bwa Isilamu wo mu Byahishuwe igice cya cyenda. Ezekiyeli igice cya kane gitanga umuhamya wa kabiri n’umusozo w’ubwo buhanuzi bw’imyaka magana atatu na mirongo cyenda n’umwe n’iminsi cumi n’itanu, kandi abikora mu gice cya kane.</w:t>
      </w:r>
    </w:p>
    <w:p>
      <w:pPr>
        <w:pStyle w:val="ArticleBody"/>
        <w:jc w:val="left"/>
      </w:pPr>
      <w:r>
        <w:rPr>
          <w:rFonts w:ascii="Times New Roman" w:hAnsi="Times New Roman" w:eastAsia="Times New Roman" w:cs="Times New Roman"/>
        </w:rPr>
        <w:t>Tuzakomeza ibyo bintu mu ngingo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Ahishe y’Umurongo wa Mirongo Ine — Nimero Makumyabiri n’Umunani</dc:title>
  <dc:subject>Ezekiyeli Umubare wa Cyenda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