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w:t>
      </w:r>
    </w:p>
    <w:p>
      <w:pPr>
        <w:pStyle w:val="ArticleSubtitle"/>
        <w:jc w:val="left"/>
      </w:pPr>
      <w:r>
        <w:rPr>
          <w:rFonts w:ascii="Arial" w:hAnsi="Arial" w:eastAsia="Arial" w:cs="Arial"/>
        </w:rPr>
        <w:t>Posolstvo prvého anjela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Prvá kapitola knihy Daniel predstavuje posolstvo prvého anjela zo štrnástej kapitoly Zjavenia. Jehojakim symbolicky označuje, že ide o zmocnenie posolstva prvého anjela, nie o jeho príchod v „čase konca“. Všetci proroci označujú „posledné dni“ vyšetrujúceho súdu, takže táto kapitola predstavuje 11. september 2001, keď sa začal proces skúšky stoštyridsaťštyritisíc. V tretej kapitole Malachiáša je tento proces predstavený ako očisťujúci proces, keď posol pripravuje cestu, aby posol zmluvy náhle prišiel do svojho chrámu. Posol, ktorý pripravuje cestu a ktorý je zároveň aj „hlasom“ volajúceho na púšti, je takisto skúškou, ktorá je súčasťou procesu očisťovania. V tretej kapitole Malachiáša sú stoštyridsaťštyritisíc predstavení ako synovia Léviho. Synovia Léviho predstavujú tých, ktorí stáli s poslom Mojžišom pri vzbure zlatého teľaťa, ktoré predstavovalo obraz šelmy.</w:t>
      </w:r>
    </w:p>
    <w:p>
      <w:pPr>
        <w:pStyle w:val="ArticleBody"/>
        <w:jc w:val="left"/>
      </w:pPr>
      <w:r>
        <w:rPr>
          <w:rFonts w:ascii="Times New Roman" w:hAnsi="Times New Roman" w:eastAsia="Times New Roman" w:cs="Times New Roman"/>
        </w:rPr>
        <w:t>Obstáť v skúške obrazu šelmy je ďalším biblickým znázornením druhej z troch skúšok, ktoré tvoria proces očistenia. Synovia Léviho musia touto skúškou prejsť skôr, než budú zapečatení.</w:t>
      </w:r>
    </w:p>
    <w:p>
      <w:pPr>
        <w:pStyle w:val="ArticleBody"/>
        <w:jc w:val="left"/>
      </w:pPr>
      <w:r>
        <w:rPr>
          <w:rFonts w:ascii="Times New Roman" w:hAnsi="Times New Roman" w:eastAsia="Times New Roman" w:cs="Times New Roman"/>
        </w:rPr>
        <w:t>Spečatenie ôsmej a deviatej kapitoly Ezechiela je ďalším znázornením procesu očisťovania, ktorý sa začal 11. septembra 2001. V ôsmej kapitole tí v Jeruzaleme, ktorí sa napokon klaňajú slnku, predstavujú štyri generácie laodicejského adventizmu. V deviatej kapitole tí, ktorí prijímajú pečať, vzdychajú a plačú nad ohavnosťami, ktoré sa dejú uprostred Jeruzalema. Jeruzalem je Božia cirkev.</w:t>
      </w:r>
    </w:p>
    <w:p>
      <w:pPr>
        <w:pStyle w:val="ArticleBody"/>
        <w:jc w:val="left"/>
      </w:pPr>
      <w:r>
        <w:rPr>
          <w:rFonts w:ascii="Times New Roman" w:hAnsi="Times New Roman" w:eastAsia="Times New Roman" w:cs="Times New Roman"/>
        </w:rPr>
        <w:t>Posolstvá troch anjelov sú aj znázornením procesu očisťovania. Tieto tri posolstvá predstavujú trojstupňový proces skúšania a je nevyhnutné, aby synovia Léviho prešli prvou skúškou už len preto, aby sa mohli vôbec zúčastniť druhej skúšky. Tretia skúška je iným druhom skúšky, lebo predstavuje skúšku, ktorá odhaľuje, či synovia Léviho úspešne prešli prvými dvoma skúškami. Je to prorocký lakmusový test. Prvá skúška je skúškou stravy (v duchovnom zmysle), lebo sa ňou prejde alebo zlyhá podľa toho, či synovia Léviho prijmú posolstvo, ktoré poskytuje Duch Svätý prostredníctvom Eliáša, posla, ktorý pripravuje cestu pre posla zmluvy.</w:t>
      </w:r>
    </w:p>
    <w:p>
      <w:pPr>
        <w:pStyle w:val="ArticleBody"/>
        <w:jc w:val="left"/>
      </w:pPr>
      <w:r>
        <w:rPr>
          <w:rFonts w:ascii="Times New Roman" w:hAnsi="Times New Roman" w:eastAsia="Times New Roman" w:cs="Times New Roman"/>
        </w:rPr>
        <w:t>Prvý verš knihy Zjavenie zdôrazňuje vážnosť tohto posolstva. Zámerne uvádza, že posolstvo, ktoré ľudský posol, predstavený ako Ján, posiela cirkvám, mu bolo dané Gabrielom, ktorý ho prijal od Krista, ktorý ho zasa prijal od Otca. Eliášovo posolstvo nesie autoritu božstva a odmietnuť posolstvo Jána, alebo Eliáša, alebo „hlasu volajúceho na púšti“, znamená odmietnuť Zjavenie Ježiša Krista.</w:t>
      </w:r>
    </w:p>
    <w:p>
      <w:pPr>
        <w:pStyle w:val="ArticleBody"/>
        <w:jc w:val="left"/>
      </w:pPr>
      <w:r>
        <w:rPr>
          <w:rFonts w:ascii="Times New Roman" w:hAnsi="Times New Roman" w:eastAsia="Times New Roman" w:cs="Times New Roman"/>
        </w:rPr>
        <w:t>Druhá skúška je vizuálnou skúškou, lebo keď synovia Léviho zjedli Eliášovo posolstvo, ktoré bolo v ruke anjela, ktorý zostúpil, aby osvietil zem svojou slávou, prijali biblickú metodológiu, ktorá im umožňuje správne rozoznávať znamenia časov. Táto metodológia umožňuje synom Léviho rozpoznať, že tieto znamenia časov dokazujú, že v Spojených štátoch sa cirkev a štát spájajú, a to ako naplnenie skúšky obrazu šelmy. Ešte dôležitejšie je, že tieto znamenia časov, keď sú zasadené do kontextu posvätných reformných línií, sú samotnou podstatou Alfy a Omegy, pričom začiatok znázorňuje koniec. Posvätné reformné línie ukazujú, že Boží ľud musí urobiť všetko, čo je v jeho moci, aby spolupracoval na diele prípravy seba samého na pečať Božiu.</w:t>
      </w:r>
    </w:p>
    <w:p>
      <w:pPr>
        <w:pStyle w:val="ArticleScripture"/>
        <w:jc w:val="left"/>
      </w:pPr>
      <w:r>
        <w:rPr>
          <w:rFonts w:ascii="Times New Roman" w:hAnsi="Times New Roman" w:eastAsia="Times New Roman" w:cs="Times New Roman"/>
        </w:rPr>
        <w:t>A preto, moji milovaní, ako ste vždy poslúchali, nielen v mojej prítomnosti, ale teraz omnoho viac v mojej neprítomnosti, s bázňou a chvením uskutočňujte svoju vlastnú spásu. Lebo Boh je ten, ktorý vo vás pôsobí aj chcenie, aj činenie podľa svojej dobrej vôle. Všetko robte bez reptania a pochybovania, aby ste boli bez úhony a prostí, Božie deti bez výčitky, uprostred pokolenia skriveného a zvráteného, medzi ktorým žiarite ako svetlá na svete. Filipanom 2:12–15.</w:t>
      </w:r>
    </w:p>
    <w:p>
      <w:pPr>
        <w:pStyle w:val="ArticleBody"/>
        <w:jc w:val="left"/>
      </w:pPr>
      <w:r>
        <w:rPr>
          <w:rFonts w:ascii="Times New Roman" w:hAnsi="Times New Roman" w:eastAsia="Times New Roman" w:cs="Times New Roman"/>
        </w:rPr>
        <w:t>Daniel, Chananiáš, Mišael a Azariáš, štyria počtom, predstavujú adventistov siedmeho dňa po celom svete, ktorí rozpoznávajú 11. september 2001 ako identifikáciu zostúpenia anjela zo Zjavenia osemnásť a rozhodujú sa vziať skrytú mannu, ktorá je v jeho ruke, a jesť ju. Skrytá manna, ktorá sa má jesť, ako práve citoval apoštol Pavol, predstavuje Boha (skrytú mannu), ktorý pôsobí vo svojom ľude, aby konal Jeho vôľu a Jeho ľúbu vôľu. Pavol predstavuje posla Filadelfským a odmietnuť jeho posolstvo znamenalo smrť. Daniel, Chananiáš, Mišael a Azariáš predstavujú tých, ktorí sa rozhodujú jesť skrytú mannu.</w:t>
      </w:r>
    </w:p>
    <w:p>
      <w:pPr>
        <w:pStyle w:val="ArticleScripture"/>
        <w:jc w:val="left"/>
      </w:pPr>
      <w:r>
        <w:rPr>
          <w:rFonts w:ascii="Times New Roman" w:hAnsi="Times New Roman" w:eastAsia="Times New Roman" w:cs="Times New Roman"/>
        </w:rPr>
        <w:t>Medzi nimi boli zo synov Júdových Daniel, Chananiáš, Míšael a Azariáš. Náčelník komorníkov im dal mená: Daniela nazval Baltazárom, Chananiáša Sadrachom, Míšaela Méšachom a Azariáša Abed-negom. Ale Daniel si v srdci zaumienil, že sa nepoškvrní pokrmom z kráľovho stola ani vínom, ktoré pil; preto požiadal náčelníka komorníkov, aby sa nemusel poškvrniť. Daniel 1:6–8.</w:t>
      </w:r>
    </w:p>
    <w:p>
      <w:pPr>
        <w:pStyle w:val="ArticleBody"/>
        <w:jc w:val="left"/>
      </w:pPr>
      <w:r>
        <w:rPr>
          <w:rFonts w:ascii="Times New Roman" w:hAnsi="Times New Roman" w:eastAsia="Times New Roman" w:cs="Times New Roman"/>
        </w:rPr>
        <w:t>Daniel sa rozhodne, že túži jesť posolstvo, ktoré zostúpilo z neba 11. septembra 2001, a zároveň odmietnuť posolstvo predstavené ako pokrm a nápoj Babylonu. Ašpenaz vybral, ktorí zo zajatcov z Júdu majú byť privedení pred kráľa.</w:t>
      </w:r>
    </w:p>
    <w:p>
      <w:pPr>
        <w:pStyle w:val="ArticleScripture"/>
        <w:jc w:val="left"/>
      </w:pPr>
      <w:r>
        <w:rPr>
          <w:rFonts w:ascii="Times New Roman" w:hAnsi="Times New Roman" w:eastAsia="Times New Roman" w:cs="Times New Roman"/>
        </w:rPr>
        <w:t>A kráľ povedal Ašpenazovi, náčelníkovi svojich komorníkov, aby priviedol niektorých zo synov Izraelových, z kráľovského semena i z kniežat; mládencov, na ktorých nebolo nijakej chyby, ale boli pekného vzhľadu, zbehlých v každej múdrosti, znalých vo vedomostiach, chápavých v náuke a schopných obstáť v kráľovskom paláci, a ktorých by mohli vyučovať písmu a jazyku Chaldejcov. Daniel 1:4, 5.</w:t>
      </w:r>
    </w:p>
    <w:p>
      <w:pPr>
        <w:pStyle w:val="ArticleBody"/>
        <w:jc w:val="left"/>
      </w:pPr>
      <w:r>
        <w:rPr>
          <w:rFonts w:ascii="Times New Roman" w:hAnsi="Times New Roman" w:eastAsia="Times New Roman" w:cs="Times New Roman"/>
        </w:rPr>
        <w:t>Ak budeme sledovať reťazec odovzdávania poverenia označený v Zjavení, v prvej kapitole a prvom verši, Nebukadnesar prikázal Ašpenázovi, aby vybral synov, ktorí naplnili predpoveď, ktorú Izaiáš oznámil Ezechiášovi. Ašpenáz prijal posolstvo a potom ho odovzdal Melzarovi, kniežaťu eunuchov. Nebukadnesar predstavuje nebeského Otca; Ašpenáz predstavuje Krista a Melzar predstavuje Gabriela. Ašpenáz vedel, ktorých synov má vybrať, a vedel, že Daniel urobí správne rozhodnutie v otázke stravy, ešte predtým, ako ho priviedol pred kráľa.</w:t>
      </w:r>
    </w:p>
    <w:p>
      <w:pPr>
        <w:pStyle w:val="ArticleScripture"/>
        <w:jc w:val="left"/>
      </w:pPr>
      <w:r>
        <w:rPr>
          <w:rFonts w:ascii="Times New Roman" w:hAnsi="Times New Roman" w:eastAsia="Times New Roman" w:cs="Times New Roman"/>
        </w:rPr>
        <w:t>A Boh uviedol Daniela do priazne a milosrdnej lásky u náčelníka komorníkov. A náčelník komorníkov povedal Danielovi: Bojím sa svojho pána, kráľa, ktorý určil váš pokrm a váš nápoj; lebo prečo by mal vidieť vaše tváre horšie vyzerajúce než tváre chlapcov, ktorí sú vášho veku? Potom by ste ma priviedli do nebezpečenstva, že pre kráľa prídem o hlavu. Daniel 1,9.10.</w:t>
      </w:r>
    </w:p>
    <w:p>
      <w:pPr>
        <w:pStyle w:val="ArticleBody"/>
        <w:jc w:val="left"/>
      </w:pPr>
      <w:r>
        <w:rPr>
          <w:rFonts w:ascii="Times New Roman" w:hAnsi="Times New Roman" w:eastAsia="Times New Roman" w:cs="Times New Roman"/>
        </w:rPr>
        <w:t>Melzar tu identifikuje prvý krok posolstiev troch anjelov. Prvým krokom je báť sa Boha, ako to ilustruje Melzarova bázeň pred Nebukadnesarom. Už skôr bolo v týchto článkoch preukázané, že hebrejské slovo „pravda“, ktoré vzniklo spojením prvého, trinásteho a posledného písmena hebrejskej abecedy, predstavuje trojstupňový proces skúšky posolstiev troch anjelov. Týmto sa na základe viacerých svedkov ustanovilo, že posolstvo prvého anjela obsahovalo všetky tri z troch skúšok, ktoré predstavujú posolstvá troch anjelov. Posolstvo prvého anjela je označené ako večné evanjelium, čím sa vymedzuje ako to isté evanjelium od dní Adama až po druhý príchod Krista.</w:t>
      </w:r>
    </w:p>
    <w:p>
      <w:pPr>
        <w:pStyle w:val="ArticleScripture"/>
        <w:jc w:val="left"/>
      </w:pPr>
      <w:r>
        <w:rPr>
          <w:rFonts w:ascii="Times New Roman" w:hAnsi="Times New Roman" w:eastAsia="Times New Roman" w:cs="Times New Roman"/>
        </w:rPr>
        <w:t>A videl som iného anjela letieť prostredkom neba, ktorý mal večné evanjelium, aby ho zvestoval tým, čo prebývajú na zemi, a každému národu, pokoleniu, jazyku a ľudu. A hovoril mocným hlasom: Bojte sa Boha a vzdajte mu slávu, lebo prišla hodina jeho súdu; a klaňajte sa tomu, ktorý učinil nebo i zem, more i pramene vôd. Zjavenie 14:6, 7.</w:t>
      </w:r>
    </w:p>
    <w:p>
      <w:pPr>
        <w:pStyle w:val="ArticleBody"/>
        <w:jc w:val="left"/>
      </w:pPr>
      <w:r>
        <w:rPr>
          <w:rFonts w:ascii="Times New Roman" w:hAnsi="Times New Roman" w:eastAsia="Times New Roman" w:cs="Times New Roman"/>
        </w:rPr>
        <w:t>Prvým krokom posolstva prvého anjela je bázeň pred Bohom. Druhým krokom je vzdať mu slávu a tretím je príchod hodiny jeho súdu. Vo vzťahu k posolstvám ďalších dvoch anjelov znie posolstvo prvého anjela: „Boja sa Boha.“ Posolstvo druhého anjela potom oznamuje pád Babylonu, a či už v milleritskom hnutí prvého anjela, alebo v hnutí tretieho anjela, práve pri vyjdení z Babylonu dochádza k prejaveniu vyliatia Ducha Svätého. V tomto časovom období, nech je predstavené ako Polnočný výkrik, mocné volanie alebo neskorý dážď, tí, ktorí zvestujú posolstvo, oslavujú Boha. V posolstve druhého anjela sa Bohu vzdáva sláva a toto časové obdobie vedie k okamihu, keď sa v milleritských dejinách začal vyšetrujúci súd, alebo k súdu nad neviestkou Babylonu, ktorý sa odohráva v kríze nedeľného zákona.</w:t>
      </w:r>
    </w:p>
    <w:p>
      <w:pPr>
        <w:pStyle w:val="ArticleBody"/>
        <w:jc w:val="left"/>
      </w:pPr>
      <w:r>
        <w:rPr>
          <w:rFonts w:ascii="Times New Roman" w:hAnsi="Times New Roman" w:eastAsia="Times New Roman" w:cs="Times New Roman"/>
        </w:rPr>
        <w:t>Melzarov strach predstavuje posolstvo prvého anjela a začína desaťdňové skúšanie stravy, pričom číslo desať takisto označuje skúšku. Melzarov výrok, že sa bojí kráľa, bol tým istým ako Danielova bázeň pred Bohom väčšia než pred kráľom a jeho rozhodnutie v srdci nepoškvrniť sa pokrmom Babylona. Časové obdobie skúšky Daniela a troch hodných bolo tri roky, čím predstavuje tri kroky posolstiev troch anjelov.</w:t>
      </w:r>
    </w:p>
    <w:p>
      <w:pPr>
        <w:pStyle w:val="ArticleScripture"/>
        <w:jc w:val="left"/>
      </w:pPr>
      <w:r>
        <w:rPr>
          <w:rFonts w:ascii="Times New Roman" w:hAnsi="Times New Roman" w:eastAsia="Times New Roman" w:cs="Times New Roman"/>
        </w:rPr>
        <w:t>A kráľ im určil denný prídel z kráľovského pokrmu a z vína, ktoré sám pil, aby ich takto vychovávali tri roky; a po ich uplynutí mali stáť pred kráľom. Daniel 1,5.</w:t>
      </w:r>
    </w:p>
    <w:p>
      <w:pPr>
        <w:pStyle w:val="ArticleBody"/>
        <w:jc w:val="left"/>
      </w:pPr>
      <w:r>
        <w:rPr>
          <w:rFonts w:ascii="Times New Roman" w:hAnsi="Times New Roman" w:eastAsia="Times New Roman" w:cs="Times New Roman"/>
        </w:rPr>
        <w:t>Prvá kapitola Daniela predstavuje zmocnenie posolstva prvého anjela a tam sa označuje začiatok skúšky stravovania, ktorá bola v milleritnej histórii znázornená zjedením malej knižky. Obdobie skúšky pre Daniela a troch mládencov sa uskutočnilo v počiatočných desiatich dňoch z tých troch rokov. Desať je symbolom skúšobného procesu, ako to predstavuje staroveký Izrael, keď odmietol desiatu skúšku predstavovanú posolstvom Jozuu a Káleba. Je to tiež znázornené v čase prenasledovania v cirkvi v Smyrne.</w:t>
      </w:r>
    </w:p>
    <w:p>
      <w:pPr>
        <w:pStyle w:val="ArticleScripture"/>
        <w:jc w:val="left"/>
      </w:pPr>
      <w:r>
        <w:rPr>
          <w:rFonts w:ascii="Times New Roman" w:hAnsi="Times New Roman" w:eastAsia="Times New Roman" w:cs="Times New Roman"/>
        </w:rPr>
        <w:t>Neboj sa ničoho z toho, čo máš vytrpieť: hľa, diabol niektorých z vás uvrhne do žalára, aby ste boli skúšaní; a budete mať súženie desať dní. Buď verný až do smrti a dám ti korunu života. Zjavenie 2:10.</w:t>
      </w:r>
    </w:p>
    <w:p>
      <w:pPr>
        <w:pStyle w:val="ArticleBody"/>
        <w:jc w:val="left"/>
      </w:pPr>
      <w:r>
        <w:rPr>
          <w:rFonts w:ascii="Times New Roman" w:hAnsi="Times New Roman" w:eastAsia="Times New Roman" w:cs="Times New Roman"/>
        </w:rPr>
        <w:t>Rada pre cirkev v Smyrne znela, aby sa nebála skúšobného procesu, lebo ak sa bude báť Boha, On odmení jej bohabojnú bázeň korunou života. Táto bohabojná bázeň je znázornená Danielovou túžbou jesť nebeskú mannu.</w:t>
      </w:r>
    </w:p>
    <w:p>
      <w:pPr>
        <w:pStyle w:val="ArticleScripture"/>
        <w:jc w:val="left"/>
      </w:pPr>
      <w:r>
        <w:rPr>
          <w:rFonts w:ascii="Times New Roman" w:hAnsi="Times New Roman" w:eastAsia="Times New Roman" w:cs="Times New Roman"/>
        </w:rPr>
        <w:t>Vtedy povedal Daniel Melzarovi, ktorého knieža komorníkov ustanovilo nad Danielom, Chananiášom, Míšaelom a Azariášom: Skús, prosím, svojich služobníkov desať dní, a nech nám dávajú na jedenie strukoviny a na pitie vodu. Potom nech sú pred tebou preskúmané naše tváre i tváre synov, ktorí jedia z podielu kráľovho pokrmu; a ako uvidíš, tak nalož so svojimi služobníkmi. A tak ich v tejto veci poslúchol a skúšal ich desať dní. Daniel 1:10–14.</w:t>
      </w:r>
    </w:p>
    <w:p>
      <w:pPr>
        <w:pStyle w:val="ArticleBody"/>
        <w:jc w:val="left"/>
      </w:pPr>
      <w:r>
        <w:rPr>
          <w:rFonts w:ascii="Times New Roman" w:hAnsi="Times New Roman" w:eastAsia="Times New Roman" w:cs="Times New Roman"/>
        </w:rPr>
        <w:t>Prvou skúškou bolo báť sa Boha, ako to ilustrujú Melzar a Daniel, ktorý si vo svojom srdci predsavzal, že sa nepoškvrní babylonským jedlom a nápojom. Druhým prvkom posolstva prvého anjela je vzdať Bohu slávu, čo predstavuje viditeľný prejav účinkov stravy. Po uplynutí desiatich dní Daniel a traja udatní oslávili Boha svojím telesným vzhľadom.</w:t>
      </w:r>
    </w:p>
    <w:p>
      <w:pPr>
        <w:pStyle w:val="ArticleScripture"/>
        <w:jc w:val="left"/>
      </w:pPr>
      <w:r>
        <w:rPr>
          <w:rFonts w:ascii="Times New Roman" w:hAnsi="Times New Roman" w:eastAsia="Times New Roman" w:cs="Times New Roman"/>
        </w:rPr>
        <w:t>A po uplynutí desiatich dní sa ich tváre zdali krajšie a ich telo bolo plnšie než u všetkých mládencov, ktorí jedávali pokrm z kráľovho stola. Potom im Melzar odnímal pokrm i víno, ktoré mali piť, a dával im strukoviny. Týmto štyrom mládencom dal Boh poznanie a zručnosť vo všelikom písme a múdrosti; a Daniel mal porozumenie vo všetkých videniach a snoch. Daniel 1:15–17.</w:t>
      </w:r>
    </w:p>
    <w:p>
      <w:pPr>
        <w:pStyle w:val="ArticleBody"/>
        <w:jc w:val="left"/>
      </w:pPr>
      <w:r>
        <w:rPr>
          <w:rFonts w:ascii="Times New Roman" w:hAnsi="Times New Roman" w:eastAsia="Times New Roman" w:cs="Times New Roman"/>
        </w:rPr>
        <w:t>Štyri deti obstáli v prvej skúške týkajúcej sa stravy, v tej istej, v ktorej padli Adam a Eva a ktorá predstavovala prvú skúšku, ktorej Kristus čelil bezprostredne po svojom krste. Kristov krst bol zmocnením prvého posolstva v jeho prorockej línii. Zmocnil a potvrdil posolstvo ohlasované „hlasom na púšti“. Potom, tak ako pri Danielovi a troch hodných, bol Kristus skúšaný v otázke stravy počas štyridsiatich dní, tak ako bol Daniel počas desiatich dní. Daniel a Kristus predobrazovali skúšku skrytej manny v ruke anjela, ktorý zostúpil 11. septembra 2001. Pre Krista aj pre Daniela mali nasledovať dve skúšky. Druhá skúška bola tá, pri ktorej Daniel a traja hodní oslávili Boha svojou tvárou. Skúška, ktorá nasledovala po skúške stravy u Krista, takisto predstavovala slávu.</w:t>
      </w:r>
    </w:p>
    <w:p>
      <w:pPr>
        <w:pStyle w:val="ArticleScripture"/>
        <w:jc w:val="left"/>
      </w:pPr>
      <w:r>
        <w:rPr>
          <w:rFonts w:ascii="Times New Roman" w:hAnsi="Times New Roman" w:eastAsia="Times New Roman" w:cs="Times New Roman"/>
        </w:rPr>
        <w:t>A diabol mu povedal: Ak si Syn Boží, povedz tomuto kameňu, aby sa stal chlebom. A Ježiš mu odpovedal: Je napísané: Človek nebude žiť len z chleba, ale z každého slova Božieho. A diabol ho vzal na vysoký vrch a v okamihu času mu ukázal všetky kráľovstvá sveta. A diabol mu povedal: Tebe dám všetku túto moc i ich slávu, lebo mne je odovzdaná, a dávam ju, komu chcem. Ak sa teda budeš klaňať predo mnou, všetko bude tvoje. A Ježiš mu odpovedal a riekol: Odíď odo mňa, Satan, lebo je napísané: Pánovi, svojmu Bohu, sa budeš klaňať a jedine jemu budeš slúžiť. Matúš 4:3–8.</w:t>
      </w:r>
    </w:p>
    <w:p>
      <w:pPr>
        <w:pStyle w:val="ArticleBody"/>
        <w:jc w:val="left"/>
      </w:pPr>
      <w:r>
        <w:rPr>
          <w:rFonts w:ascii="Times New Roman" w:hAnsi="Times New Roman" w:eastAsia="Times New Roman" w:cs="Times New Roman"/>
        </w:rPr>
        <w:t>Keď Kristus obstál v skúške stravy, Satan mu potom ponúkol „slávu“ všetkých kráľovstiev sveta, no Kristus si namiesto toho zvolil osláviť Kráľa nad všetkými kráľmi. Adam a Eva neobstáli v prvej skúške a okamžite sa usilovali skryť svoju tvárnosť figovými listami, lebo už viac nezjavovali Božiu slávu, znázornenú rúchom svetla, ktoré predtým nosili. Keď Daniel a traja mládenci obstáli v skúške stravy, potom im bolo dané „knowledge and skill in all learning and wisdom: and Daniel had understanding in all visions and dreams.“</w:t>
      </w:r>
    </w:p>
    <w:p>
      <w:pPr>
        <w:pStyle w:val="ArticleBody"/>
        <w:jc w:val="left"/>
      </w:pPr>
      <w:r>
        <w:rPr>
          <w:rFonts w:ascii="Times New Roman" w:hAnsi="Times New Roman" w:eastAsia="Times New Roman" w:cs="Times New Roman"/>
        </w:rPr>
        <w:t>Prešli druhou skúškou, ktorá bola vizuálnou skúškou, vykonanou Melzarom. V dejinách milleritov posolstvo druhého anjela vyznačilo rozdiel medzi tými, ktorí prijali, a tými, ktorí zavrhli posolstvo „hlasu“ volajúceho na púšti, ako ho predstavoval William Miller. Prorocky sa potom milleritské hnutie stalo viditeľným a jediným pravým rohom protestantizmu a tí, ktorí zavrhli posolstvo i hnutie, sa stali dcérami Ríma. Zvolili si jesť pokrm a piť víno Babylonu namiesto malej knižky. Na konci troch rokov boli Daniel a udatní privedení, aby ich posúdil Nebukadnesar.</w:t>
      </w:r>
    </w:p>
    <w:p>
      <w:pPr>
        <w:pStyle w:val="ArticleScripture"/>
        <w:jc w:val="left"/>
      </w:pPr>
      <w:r>
        <w:rPr>
          <w:rFonts w:ascii="Times New Roman" w:hAnsi="Times New Roman" w:eastAsia="Times New Roman" w:cs="Times New Roman"/>
        </w:rPr>
        <w:t>Keď sa naplnili dni, o ktorých kráľ povedal, že ich majú priviesť, predstavený komorníkov ich priviedol pred Nebukadnesara. A kráľ sa s nimi zhováral; a medzi nimi všetkými sa nenašiel nikto ako Daniel, Chananiáš, Míšael a Azariáš; preto stáli pred kráľom. A vo všetkých veciach múdrosti a rozumnosti, na ktoré sa ich kráľ vypytoval, ich našiel desaťkrát lepších než všetkých mudrcov a hvezdárov, ktorí boli v celej jeho ríši. A Daniel zostal až do prvého roku kráľa Kýra. Daniel 1:18–21.</w:t>
      </w:r>
    </w:p>
    <w:p>
      <w:pPr>
        <w:pStyle w:val="ArticleBody"/>
        <w:jc w:val="left"/>
      </w:pPr>
      <w:r>
        <w:rPr>
          <w:rFonts w:ascii="Times New Roman" w:hAnsi="Times New Roman" w:eastAsia="Times New Roman" w:cs="Times New Roman"/>
        </w:rPr>
        <w:t>Daniel a traja mládenci obstáli v skúške „desiatich“ dní a potom boli pri záverečnej skúške shledaní „desať“ ráz múdrejšími než všetci ostatní.</w:t>
      </w:r>
    </w:p>
    <w:p>
      <w:pPr>
        <w:pStyle w:val="ArticleBody"/>
        <w:jc w:val="left"/>
      </w:pPr>
      <w:r>
        <w:rPr>
          <w:rFonts w:ascii="Times New Roman" w:hAnsi="Times New Roman" w:eastAsia="Times New Roman" w:cs="Times New Roman"/>
        </w:rPr>
        <w:t>Prvá kapitola Daniela je prvým odkazom na posolstvo prvého anjela v knihe, ktorú tvoria knihy Daniel a Zjavenie. Nesie totožné charakteristiky ako prvý anjel v štrnástej kapitole Zjavenia. Potvrdzuje pravdu, prvýkrát spomenutú v prvom verši Zjavenia, lebo Nabuchodonozor odovzdal posolstvo Ašpenázovi, ktorý zasa odovzdal posolstvo Melzarovi, ktorý potom nadviazal styk s Danielom. Otec dal posolstvo Kristovi, ktorý zasa odovzdal posolstvo Gabrielovi, ktorý potom nadviazal styk s Jánom.</w:t>
      </w:r>
    </w:p>
    <w:p>
      <w:pPr>
        <w:pStyle w:val="ArticleBody"/>
        <w:jc w:val="left"/>
      </w:pPr>
      <w:r>
        <w:rPr>
          <w:rFonts w:ascii="Times New Roman" w:hAnsi="Times New Roman" w:eastAsia="Times New Roman" w:cs="Times New Roman"/>
        </w:rPr>
        <w:t>Posolstvo, ktoré je sprostredkované a ktoré je teraz odpečaťované, označuje proces komunikácie Otca s Jeho cirkvou. Prvou vecou, ktorú sa Otec rozhoduje označiť pre svoju cirkev, je trojstupňový skúšobný proces troch anjelov. Božie prorocké Slovo veľmi starostlivo vykreslilo tento proces prostredníctvom viacerých prorockých línií, ako aj dejín mileritov. Tieto pravdy sú podstatnou súčasťou skrytej manny, ktorá bola v ruke anjela, keď zostúpil 11. septembra 2001.</w:t>
      </w:r>
    </w:p>
    <w:p>
      <w:pPr>
        <w:pStyle w:val="ArticleBody"/>
        <w:jc w:val="left"/>
      </w:pPr>
      <w:r>
        <w:rPr>
          <w:rFonts w:ascii="Times New Roman" w:hAnsi="Times New Roman" w:eastAsia="Times New Roman" w:cs="Times New Roman"/>
        </w:rPr>
        <w:t>Nie je možné mať účasť, a teda prejsť druhou skúškou, ak ste neprešli prvou skúškou. Táto pravda bola jasne znázornená v dejinách Krista a mileritov. Druhá kapitola Daniela je druhou skúškou, podľa ktorej, ako uvádza sestra Whiteová, „o našom večnom určení bude rozhodnuté“. Ďalej uvádza, že je to skúška, ktorou musíme „prejsť, skôr než budeme zapečatení“. Táto skúška je teraz takmer dokončená.</w:t>
      </w:r>
    </w:p>
    <w:p>
      <w:pPr>
        <w:pStyle w:val="ArticleBody"/>
        <w:jc w:val="left"/>
      </w:pPr>
      <w:r>
        <w:rPr>
          <w:rFonts w:ascii="Times New Roman" w:hAnsi="Times New Roman" w:eastAsia="Times New Roman" w:cs="Times New Roman"/>
        </w:rPr>
        <w:t>Druhá kapitola knihy Daniel je o skúške obrazu šelmy a je nanajvýš príznačné, že táto kapitola hovorí o veľkom obraze a že len preto, že Daniel obstál v skúške stravy a bolo mu požehnané „desaťkrát“ väčšie „porozumenie“ a „múdrosť“, mohol túto skúšku rozpoznať. Tak ako varovanie pred skúškou v spisoch Ellen Whiteovej, aj skúška obrazu v druhej kapitole knihy Daniel je skúškou predstavujúcou následky života alebo smrti.</w:t>
      </w:r>
    </w:p>
    <w:p>
      <w:pPr>
        <w:pStyle w:val="ArticleScripture"/>
        <w:jc w:val="left"/>
      </w:pPr>
      <w:r>
        <w:rPr>
          <w:rFonts w:ascii="Times New Roman" w:hAnsi="Times New Roman" w:eastAsia="Times New Roman" w:cs="Times New Roman"/>
        </w:rPr>
        <w:t>Preto sa kráľ rozhneval a veľmi sa rozzúril a rozkázal zahubiť všetkých babylonských mudrcov. A vyšiel rozkaz, aby boli mudrci usmrtení; a hľadali Daniela i jeho druhov, aby boli usmrtení. Daniel 2,12.13.</w:t>
      </w:r>
    </w:p>
    <w:p>
      <w:pPr>
        <w:pStyle w:val="ArticleBody"/>
        <w:jc w:val="left"/>
      </w:pPr>
      <w:r>
        <w:rPr>
          <w:rFonts w:ascii="Times New Roman" w:hAnsi="Times New Roman" w:eastAsia="Times New Roman" w:cs="Times New Roman"/>
        </w:rPr>
        <w:t>V prvej kapitole Daniela je ešte niekoľko ďalších prorockých otázok, ktorým sa musíme venovať, a budeme sa im ďalej venovať v nasledujúcom článku.</w:t>
      </w:r>
    </w:p>
    <w:p>
      <w:pPr>
        <w:pStyle w:val="ArticleScripture"/>
        <w:jc w:val="left"/>
      </w:pPr>
      <w:r>
        <w:rPr>
          <w:rFonts w:ascii="Times New Roman" w:hAnsi="Times New Roman" w:eastAsia="Times New Roman" w:cs="Times New Roman"/>
        </w:rPr>
        <w:t>„Videla som zástup, ktorý stál dobre chránený a pevný, nedávajúc nijakú podporu tým, čo by chceli narušiť ustálenú vieru tela. Boh na nich hľadel so zaľúbením. Boli mi ukázané tri kroky — posolstvá prvého, druhého a tretieho anjela. Môj sprievodný anjel povedal: ‚Beda tomu, kto by pohol čo len kvádrom alebo pohol čo len kolíkom z týchto posolstiev. Pravé porozumenie týmto posolstvám má životný význam. Osud duší závisí od spôsobu, akým sú prijaté.‘ Znova som bola prevedená cez tieto posolstvá a videla som, ako draho si Boží ľud vykúpil svoju skúsenosť. Bola získaná skrze mnohé utrpenie a ťažký zápas. Boh ich viedol krok za krokom, až ich postavil na pevnú, nepohnuteľnú plošinu. Videla som jednotlivcov, ako pristupovali k plošine a skúmali jej základ. Niektorí s radosťou na ňu ihneď vstúpili. Iní začali na základe hľadať chyby. Želali si, aby boli vykonané zlepšenia, a potom by bola plošina dokonalejšia a ľud oveľa šťastnejší. Niektorí zišli z plošiny, aby ju preskúmali, a vyhlásili, že je položená nesprávne. Videla som však, že takmer všetci stáli pevne na plošine a napomínali tých, ktorí z nej zišli, aby prestali so svojimi sťažnosťami; lebo Boh bol Majstrom staviteľom a oni bojovali proti Nemu. Rozprávali o podivuhodnom Božom diele, ktoré ich priviedlo na pevnú plošinu, a svorne pozdvihli svoje oči k nebu a mocným hlasom oslavovali Boha. To zapôsobilo na niektorých z tých, čo sa sťažovali a opustili plošinu, a oni s pokorným výrazom znovu na ňu vstúpili.“</w:t>
      </w:r>
    </w:p>
    <w:p>
      <w:pPr>
        <w:pStyle w:val="ArticleScripture"/>
        <w:jc w:val="left"/>
      </w:pPr>
      <w:r>
        <w:rPr>
          <w:rFonts w:ascii="Times New Roman" w:hAnsi="Times New Roman" w:eastAsia="Times New Roman" w:cs="Times New Roman"/>
        </w:rPr>
        <w:t>„Bola som obrátená späť k ohlasovaniu prvého príchodu Krista. Ján bol poslaný v duchu a moci Eliáša, aby pripravil Ježišovi cestu. Tí, ktorí odmietli Jánovo svedectvo, nemali úžitok z Ježišovho učenia. Ich odpor voči posolstvu, ktoré predpovedalo Jeho príchod, ich postavil tam, kde nemohli ochotne prijať ani najsilnejší dôkaz, že On je Mesiáš. Satan viedol tých, ktorí odmietli Jánovo posolstvo, aby zašli ešte ďalej, odmietli a ukrižovali Krista. Tým sa postavili tam, kde nemohli prijať požehnanie v deň Letníc, ktoré by ich bolo naučilo ceste do nebeskej svätyne. Roztrhnutie chrámovej opony ukázalo, že židovské obete a obrady už viac nebudú prijímané. Veľká Obeta bola prinesená a bola prijatá, a Duch Svätý, ktorý zostúpil v deň Letníc, preniesol myseľ učeníkov z pozemskej svätyne do nebeskej, kam Ježiš vstúpil vlastnou krvou, aby na svojich učeníkov vylial dobrodenia svojho zmierenia. Ale Židia boli ponechaní v úplnej temnote. Stratili všetko svetlo, ktoré mohli mať o pláne spasenia, a naďalej dôverovali svojim neužitočným obetiam a darom. Nebeská svätyňa zaujala miesto pozemskej, oni však o tejto zmene nič nevedeli. Preto nemohli mať úžitok z Kristovej služby vo svätom mieste.</w:t>
      </w:r>
    </w:p>
    <w:p>
      <w:pPr>
        <w:pStyle w:val="ArticleScripture"/>
        <w:jc w:val="left"/>
      </w:pPr>
      <w:r>
        <w:rPr>
          <w:rFonts w:ascii="Times New Roman" w:hAnsi="Times New Roman" w:eastAsia="Times New Roman" w:cs="Times New Roman"/>
        </w:rPr>
        <w:t>„Mnohí sa s hrôzou pozerajú na konanie Židov pri zavrhnutí a ukrižovaní Krista; a keď čítajú dejiny Jeho potupného zneužívania, myslia si, že Ho milujú a že by Ho neboli zapreli ako Peter ani ukrižovali ako Židia. Ale Boh, ktorý skúma srdcia všetkých, podrobil skúške tú lásku k Ježišovi, o ktorej vyznávali, že ju cítia. Celé nebo s najhlbším záujmom sledovalo prijatie posolstva prvého anjela. Mnohí však, ktorí vyznávali, že milujú Ježiša a ktorí ronili slzy, keď čítali príbeh kríža, sa vysmievali dobrej správe o Jeho príchode. Namiesto toho, aby prijali posolstvo s radosťou, vyhlásili ho za klam. Nenávideli tých, ktorí milovali Jeho zjavenie, a vylúčili ich z cirkví. Tí, ktorí zavrhli prvé posolstvo, nemohli mať úžitok z druhého; ani nemali úžitok z polnočného volania, ktoré ich malo pripraviť, aby vierou vošli s Ježišom do svätyne svätých nebeskej svätyne. A tým, že zavrhli predchádzajúce dve posolstvá, natoľko zatemnili svoje porozumenie, že nevidia nijaké svetlo v posolstve tretieho anjela, ktoré ukazuje cestu do svätyne svätých. Videla som, že ako Židia ukrižovali Ježiša, tak aj menovité cirkvi ukrižovali tieto posolstvá, a preto nemajú nijaké poznanie cesty do svätyne svätých a nemôžu mať úžitok z Ježišovej prímluvy tam. Podobne ako Židia, ktorí prinášali svoje neužitočné obete, aj oni prinášajú svoje neužitočné modlitby do oddelenia, ktoré Ježiš opustil; a satan, potešený týmto zvodom, na seba berie náboženský charakter a vedie mysle týchto údajných kresťanov k sebe, pôsobiac svojou mocou, svojimi znameniami a lživými zázrakmi, aby ich upevnil vo svojom osídle.“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c:title>
  <dc:subject>Posolstvo prvého anjela</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