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stotridsaťdeväť</w:t>
      </w:r>
    </w:p>
    <w:p>
      <w:pPr>
        <w:pStyle w:val="ArticleSubtitle"/>
        <w:jc w:val="left"/>
      </w:pPr>
      <w:r>
        <w:rPr>
          <w:rFonts w:ascii="Arial" w:hAnsi="Arial" w:eastAsia="Arial" w:cs="Arial"/>
        </w:rPr>
        <w:t>Prorocký súlad Daniela 11:40 so súčasnými politickými skutočnosťami: Odhaľovanie tajomstva posledného prezidenta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Uvažujeme o súlade Daniela, jedenástej kapitoly, štyridsiateho verša, s prvým a druhým veršom tej istej kapitoly. Prvý verš určuje čas konca na rok 1989 a aj štyridsiaty verš označuje čas konca v roku 1989, pri rozpade Sovietskeho zväzu, znázornenom zbúraním Berlínskeho múru 9. novembra 1989.</w:t>
      </w:r>
    </w:p>
    <w:p>
      <w:pPr>
        <w:pStyle w:val="ArticleBody"/>
        <w:jc w:val="left"/>
      </w:pPr>
      <w:r>
        <w:rPr>
          <w:rFonts w:ascii="Times New Roman" w:hAnsi="Times New Roman" w:eastAsia="Times New Roman" w:cs="Times New Roman"/>
        </w:rPr>
        <w:t>Druhý verš označuje šiesteho prezidenta Spojených štátov po roku 1989 za najbohatšieho zo všetkých prezidentov, a tým jednoznačne poukazuje na Donalda Trumpa. Tým zároveň určuje, že Trump „podnieti“ celé Grécko, ktoré bolo grécko-macedónskou ríšou Alexandra Veľkého z tretieho verša. Grécke kráľovstvo v treťom a štvrtom verši je v jedenástej kapitole Daniela symbolom celosvetového kráľovstva.</w:t>
      </w:r>
    </w:p>
    <w:p>
      <w:pPr>
        <w:pStyle w:val="ArticleBody"/>
        <w:jc w:val="left"/>
      </w:pPr>
      <w:r>
        <w:rPr>
          <w:rFonts w:ascii="Times New Roman" w:hAnsi="Times New Roman" w:eastAsia="Times New Roman" w:cs="Times New Roman"/>
        </w:rPr>
        <w:t>William Miller vytvoril výrok: „dejiny a proroctvo sa zhodujú“ a dejiny Donalda Trumpa poskytujú nevyvrátiteľný dôkaz, že bol nielen najbohatším z posledných ôsmich prezidentov Spojených štátov, ale aj že globalisti Spojených štátov i celého sveta nenávidia Donalda Trumpa nenávisťou tak nelogickou, že ju mnohí označujú za šialenstvo.</w:t>
      </w:r>
    </w:p>
    <w:p>
      <w:pPr>
        <w:pStyle w:val="ArticleBody"/>
        <w:jc w:val="left"/>
      </w:pPr>
      <w:r>
        <w:rPr>
          <w:rFonts w:ascii="Times New Roman" w:hAnsi="Times New Roman" w:eastAsia="Times New Roman" w:cs="Times New Roman"/>
        </w:rPr>
        <w:t>Prvý z posledných ôsmich prezidentov, počnúc rokom 1989, zjavne v rozličných ohľadoch predobrazoval Trumpa, čím potvrdzoval, že šiesty prezident vo verši dva sa nakoniec stane ôsmym a posledným prezidentom. Reagan ako prvý v rade ôsmich by predobrazoval ôsmeho a posledného, lebo Ježiš vždy znázorňuje koniec nejakej veci jej začiatkom.</w:t>
      </w:r>
    </w:p>
    <w:p>
      <w:pPr>
        <w:pStyle w:val="ArticleBody"/>
        <w:jc w:val="left"/>
      </w:pPr>
      <w:r>
        <w:rPr>
          <w:rFonts w:ascii="Times New Roman" w:hAnsi="Times New Roman" w:eastAsia="Times New Roman" w:cs="Times New Roman"/>
        </w:rPr>
        <w:t>Svedectvo Ronalda Reagana, prezidenta v čase konca v roku 1989, prorocky predstavuje prezidenta, ktorý mal byť posledným z ôsmich prezidentov. Po Reaganovi malo nasledovať sedem prezidentov, lebo Spojené štáty prestávajú byť šiestym kráľovstvom biblického proroctva pri čoskoro prichádzajúcom nedeľnom zákone, a v období vedúcom k tomuto nedeľnému zákonu Spojené štáty vytvárajú obraz šelmy, a táto šelma je ôsma, zo siedmich šeliem. Reagan bol prvým prezidentom v čase konca v roku 1989 a posledný mal byť ôsmy, ktorý je zo siedmich.</w:t>
      </w:r>
    </w:p>
    <w:p>
      <w:pPr>
        <w:pStyle w:val="ArticleBody"/>
        <w:jc w:val="left"/>
      </w:pPr>
      <w:r>
        <w:rPr>
          <w:rFonts w:ascii="Times New Roman" w:hAnsi="Times New Roman" w:eastAsia="Times New Roman" w:cs="Times New Roman"/>
        </w:rPr>
        <w:t>Reagan 12. júna 1987 počas prejavu pri Brandenburskej bráne neďaleko Berlínskeho múru v Západnom Berlíne v Nemecku, keď sa obracal na generálneho tajomníka Komunistickej strany Sovietskeho zväzu Michaila Gorbačova, povedal: „Generálny tajomník Gorbačov, ak hľadáte mier, ak hľadáte prosperitu pre Sovietsky zväz a východnú Európu, ak hľadáte liberalizáciu: Poďte sem k tejto bráne! Pán Gorbačov, otvorte túto bránu! Pán Gorbačov, zbúrajte tento múr!“ Najslávnejší výrok prvého z posledných ôsmich prezidentov vyznačil naplnenie zbúrania múru o dva roky neskôr, 9. novembra 1989.</w:t>
      </w:r>
    </w:p>
    <w:p>
      <w:pPr>
        <w:pStyle w:val="ArticleBody"/>
        <w:jc w:val="left"/>
      </w:pPr>
      <w:r>
        <w:rPr>
          <w:rFonts w:ascii="Times New Roman" w:hAnsi="Times New Roman" w:eastAsia="Times New Roman" w:cs="Times New Roman"/>
        </w:rPr>
        <w:t>Tým Reaganov dôraz na zbúranie múru oslovil ôsmeho prezidenta, ktorý si počas kandidatúry na šiesteho prezidenta založil svoju kampaň na sľube „postaviť múr“. Prvý z posledných ôsmich prezidentov vyzval na zbúranie múru a Berlínsky múr bol zbúraný v roku 1989, v čase konca. Pri čoskoro prichádzajúcom nedeľnom zákone bude „múr“ oddeľujúci cirkev a štát zbúraný, ako to predstavuje začiatok v roku 1989. Uprostred tohto obdobia sa šiesty prezident, ktorý burcuje globalistov, pokúša postaviť múr, ktorý nechcú, a keď bude opäť ôsmym prezidentom zo siedmich, ďalší „múr“ padne.</w:t>
      </w:r>
    </w:p>
    <w:p>
      <w:pPr>
        <w:pStyle w:val="ArticleBody"/>
        <w:jc w:val="left"/>
      </w:pPr>
      <w:r>
        <w:rPr>
          <w:rFonts w:ascii="Times New Roman" w:hAnsi="Times New Roman" w:eastAsia="Times New Roman" w:cs="Times New Roman"/>
        </w:rPr>
        <w:t>Prvý z ôsmich prezidentov je označený strhnutím múru, ktorý označil čas konca, ako je to znázornené v Danielovi 11,40, a posledný z ôsmich prezidentov je označený strhnutím „múru“, ktorý označuje koniec času zapečaťovania sto štyridsaťštyritisíc, ako je to znázornené v Danielovi 11,41.</w:t>
      </w:r>
    </w:p>
    <w:p>
      <w:pPr>
        <w:pStyle w:val="ArticleBody"/>
        <w:jc w:val="left"/>
      </w:pPr>
      <w:r>
        <w:rPr>
          <w:rFonts w:ascii="Times New Roman" w:hAnsi="Times New Roman" w:eastAsia="Times New Roman" w:cs="Times New Roman"/>
        </w:rPr>
        <w:t>Prezident Reagan bol bývalý demokrat, ktorý sa stal republikánom, bývalá mediálna hviezda, muž známy svojím jasným rečníckym prejavom, s hlbokým zmyslom pre humor, fiškálny konzervatívec, ktorý viedol kampaň proti establišmentu vo Washingtone, D.C. Napriek Reaganovej rétorike v jeho prvej kampani proti establišmentu („močiaru“), ktorý bol zakorenený v hlavnom meste národa, však napokon do svojich ministerských funkcií vymenoval vyššie percento potvrdených globalistických politikov než ktorýkoľvek iný moderný prezident až do toho času. Zašiel dokonca tak ďaleko, že si za viceprezidenta vybral Georgea Busha staršieho, muža, ktorého rodinné korene siahajú hlboko do histórie globalizmu.</w:t>
      </w:r>
    </w:p>
    <w:p>
      <w:pPr>
        <w:pStyle w:val="ArticleBody"/>
        <w:jc w:val="left"/>
      </w:pPr>
      <w:r>
        <w:rPr>
          <w:rFonts w:ascii="Times New Roman" w:hAnsi="Times New Roman" w:eastAsia="Times New Roman" w:cs="Times New Roman"/>
        </w:rPr>
        <w:t>Trump viedol kampaň s prísľubom očistiť establišment, ktorý nazýval „močiarom“, no záznam o mužoch, ktorých si vybral za svojich blízkych spolupracovníkov, odhaľuje jeho najväčšiu slabosť. Takmer všetci títo muži boli predstaviteľmi „močiara“, proti ktorému Trump tak neústupčivo vystupuje. Trump, podobne ako Reagan, bol bývalý demokrat, z ktorého sa stal republikán, bývalá mediálna hviezda, muž známy svojím rečníckym umením, s hlbokým zmyslom pre humor a fiškálne konzervatívny.</w:t>
      </w:r>
    </w:p>
    <w:p>
      <w:pPr>
        <w:pStyle w:val="ArticleBody"/>
        <w:jc w:val="left"/>
      </w:pPr>
      <w:r>
        <w:rPr>
          <w:rFonts w:ascii="Times New Roman" w:hAnsi="Times New Roman" w:eastAsia="Times New Roman" w:cs="Times New Roman"/>
        </w:rPr>
        <w:t>Posledný prezident Spojených štátov bude prezidentom v čase, keď sa v Spojených štátoch vytvorí obraz pápežstva (obraz šelmy). Ôsmy a posledný prezident od roku 1989 by teda bol zapojený do vojny proti dračej moci, lebo práve v dlhej, vlečúcej sa vojne s drakom bolo pápežstvo najprv dosadené na trón dračou mocou v roku 538, potom tou istou dračou mocou zosadené z trónu v roku 1798, a opäť bude dosadené na trón dračou mocou predstavovanou desiatimi kráľmi, ktorí sa zhodnú, že odovzdajú svoje siedme kráľovstvo pápežstvu, a ktorí potom pápežskú šelmu zosadia z trónu, keď ju spália ohňom a budú jesť jej telo, keď bude prichádzať k svojmu koncu a nebude nikoho, kto by jej pomohol.</w:t>
      </w:r>
    </w:p>
    <w:p>
      <w:pPr>
        <w:pStyle w:val="ArticleBody"/>
        <w:jc w:val="left"/>
      </w:pPr>
      <w:r>
        <w:rPr>
          <w:rFonts w:ascii="Times New Roman" w:hAnsi="Times New Roman" w:eastAsia="Times New Roman" w:cs="Times New Roman"/>
        </w:rPr>
        <w:t>Prezident, ktorý má byť ôsmym, teda je zo siedmich, bude zároveň prezidentom, ktorý je zapojený do vojny proti dračej moci. Táto vojna je určená vtedy, keď šiesty a najbohatší prezident podnieti všetky globalistické dračie moci. Z ôsmich posledných prezidentov, počnúc rokom 1989, sú dvaja mŕtvi, takže zostáva šesť možných prezidentov, ktorí by mohli byť zapojení do vojny proti dračej moci.</w:t>
      </w:r>
    </w:p>
    <w:p>
      <w:pPr>
        <w:pStyle w:val="ArticleBody"/>
        <w:jc w:val="left"/>
      </w:pPr>
      <w:r>
        <w:rPr>
          <w:rFonts w:ascii="Times New Roman" w:hAnsi="Times New Roman" w:eastAsia="Times New Roman" w:cs="Times New Roman"/>
        </w:rPr>
        <w:t>Zo šiestich možností sú štyria otvorene globalistami poháňanými drakom. Jeden zo šiestich sa, podobne ako jeho otec, hlási k Republikánskej strane, no je republikánom iba podľa mena a, tak ako jeho otec, je predstaviteľom globalistickej moci draka. Zo šiestich žijúcich prezidentov je iba jeden zreteľne nie globalista, a práve on je prezidentom, ktorý poburuje globalistov. Je jediným z posledných ôsmich prezidentov, ktorý by mohol naplniť prvok obrazu pápežstva, pokiaľ ide o účasť vo vojne proti dračej moci.</w:t>
      </w:r>
    </w:p>
    <w:p>
      <w:pPr>
        <w:pStyle w:val="ArticleBody"/>
        <w:jc w:val="left"/>
      </w:pPr>
      <w:r>
        <w:rPr>
          <w:rFonts w:ascii="Times New Roman" w:hAnsi="Times New Roman" w:eastAsia="Times New Roman" w:cs="Times New Roman"/>
        </w:rPr>
        <w:t>Úplne prvý republikánsky prezident slávne citoval verš Písma týkajúci sa občianskej vojny v USA, ktorý sa zaoberá práve touto skutočnosťou.</w:t>
      </w:r>
    </w:p>
    <w:p>
      <w:pPr>
        <w:pStyle w:val="ArticleScripture"/>
        <w:jc w:val="left"/>
      </w:pPr>
      <w:r>
        <w:rPr>
          <w:rFonts w:ascii="Times New Roman" w:hAnsi="Times New Roman" w:eastAsia="Times New Roman" w:cs="Times New Roman"/>
        </w:rPr>
        <w:t>Ale Ježiš poznal ich myšlienky a povedal im: Každé kráľovstvo rozdelené proti sebe spustne; a každé mesto alebo dom rozdelený proti sebe neobstojí. A ak satan vyháňa satana, je rozdelený proti sebe; ako potom obstojí jeho kráľovstvo? A ak ja vyháňam démonov mocou Belzebuba, čou mocou ich vyháňajú vaši synovia? Preto oni budú vašimi sudcami. Ale ak ja vyháňam démonov Duchom Božím, potom k vám prišlo kráľovstvo Božie. Matúš 12:25–28.</w:t>
      </w:r>
    </w:p>
    <w:p>
      <w:pPr>
        <w:pStyle w:val="ArticleBody"/>
        <w:jc w:val="left"/>
      </w:pPr>
      <w:r>
        <w:rPr>
          <w:rFonts w:ascii="Times New Roman" w:hAnsi="Times New Roman" w:eastAsia="Times New Roman" w:cs="Times New Roman"/>
        </w:rPr>
        <w:t>Vojna draka proti najbohatšiemu prezidentovi, ktorý rozbúril ríšu Grécka, môže byť iba medzi Donaldom Trumpom a globalistami, lebo všetkých ostatných päť možných žijúcich prezidentov sú protiamerickí globalisti. Keď Lincoln citoval predchádzajúce verše, aby sa vyjadril k rozdeleniu národa na dva tábory, prootrokársky a protiotrokársky, obracal sa na prootrokárskych demokratov a protiotrokárskych republikánov, a tým sa zároveň vyjadroval k vojne posledných dní medzi globalistickými demokratmi, ktorú posledný republikánsky prezident roznecuje svojím hnutím MAGA-izmu, ktoré predstavuje a vedie.</w:t>
      </w:r>
    </w:p>
    <w:p>
      <w:pPr>
        <w:pStyle w:val="ArticleBody"/>
        <w:jc w:val="left"/>
      </w:pPr>
      <w:r>
        <w:rPr>
          <w:rFonts w:ascii="Times New Roman" w:hAnsi="Times New Roman" w:eastAsia="Times New Roman" w:cs="Times New Roman"/>
        </w:rPr>
        <w:t>Ako prvý republikánsky prezident Lincoln predstavuje posledného republikánskeho prezidenta. Posledného prezidenta zároveň predstavuje aj republikánsky prezident v čase konca v roku 1989. Títo dvaja svedkovia označujú prezidenta, ktorého predstavujú, za republikána. Republikánsky prezident v čase konca v roku 1989 nebol iba republikánom, ale bol aj prvým z posledných ôsmich prezidentov. Posledný prezident bude tiež predobrazený Georgeom Washingtonom, prvým prezidentom a prvým vrchným veliteľom.</w:t>
      </w:r>
    </w:p>
    <w:p>
      <w:pPr>
        <w:pStyle w:val="ArticleBody"/>
        <w:jc w:val="left"/>
      </w:pPr>
      <w:r>
        <w:rPr>
          <w:rFonts w:ascii="Times New Roman" w:hAnsi="Times New Roman" w:eastAsia="Times New Roman" w:cs="Times New Roman"/>
        </w:rPr>
        <w:t>Washington bol zas predobrazovaný prvým prezidentom v období predstavovanom rokom 1776 a tento prvý prezident (Peyton Randolph) bol jedným zo siedmich mužov, ktorí slúžili počas ôsmich období predstavovaných siedmimi mužmi. Randolph bol prvý z ôsmich, a preto predstavoval Reagana, ktorý bol prvým z ôsmich, a on bol ôsmym, ktorý bol zo siedmich. Randolph teda predstavoval Washingtona (prvého prezidenta), Lincolna (prvého republikánskeho prezidenta), Reagana (prvého prezidenta posledných ôsmich) a ôsmeho prezidenta po roku 1989, ktorý by z prorockej nevyhnutnosti bol ôsmym, ktorý bol zo siedmich.</w:t>
      </w:r>
    </w:p>
    <w:p>
      <w:pPr>
        <w:pStyle w:val="ArticleBody"/>
        <w:jc w:val="left"/>
      </w:pPr>
      <w:r>
        <w:rPr>
          <w:rFonts w:ascii="Times New Roman" w:hAnsi="Times New Roman" w:eastAsia="Times New Roman" w:cs="Times New Roman"/>
        </w:rPr>
        <w:t>Washington by bol ďalej predobrazovaný Jánom Hancockom, ktorý bol prezidentom v dejinách predstavovaných rokom 1789 a ktorý bol, tak ako Randolph, ôsmy, ktorý bol zo siedmich. Randolph predobrazoval Washingtona, takže keď sa Hancock zaraďuje k Randolphovi ako ôsmy, ktorý je zo siedmich, Hancock predstavuje ôsmeho prezidenta po roku 1989, ktorý by z prorockej nevyhnutnosti bol ôsmy, ktorý bol zo siedmich.</w:t>
      </w:r>
    </w:p>
    <w:p>
      <w:pPr>
        <w:pStyle w:val="ArticleBody"/>
        <w:jc w:val="left"/>
      </w:pPr>
      <w:r>
        <w:rPr>
          <w:rFonts w:ascii="Times New Roman" w:hAnsi="Times New Roman" w:eastAsia="Times New Roman" w:cs="Times New Roman"/>
        </w:rPr>
        <w:t>Randolph, Hancock, Washington, Lincoln a Reagan všetci predobrazuju posledného prezidenta. Dvaja z týchto svedkov potvrdzujú, že posledný prezident bude republikán. Dvaja potvrdzujú, že posledný prezident bude ôsmy, teda z tých siedmich. Piati žijúci prezidenti z ôsmich prezidentov po čase konca v roku 1989 dosvedčujú, že jedine Trump má politickú ideológiu na to, aby bol zapojený do vojny s dračou mocnosťou.</w:t>
      </w:r>
    </w:p>
    <w:p>
      <w:pPr>
        <w:pStyle w:val="ArticleBody"/>
        <w:jc w:val="left"/>
      </w:pPr>
      <w:r>
        <w:rPr>
          <w:rFonts w:ascii="Times New Roman" w:hAnsi="Times New Roman" w:eastAsia="Times New Roman" w:cs="Times New Roman"/>
        </w:rPr>
        <w:t>Lincolna predchádzal James Buchanan, demokrat, ktorého poctiví historici označujú za najmenej účinného prezidenta v raných dejinách Ameriky a ktorého neúčinné vedenie v podstate privodilo občiansku vojnu v Spojených štátoch. Ešte predtým, ako Lincoln zložil prísahu, južné štáty sa už začali odtrhávať od Únie a už len mesiac po Lincolnovej inaugurácii padli prvé výstrely. Buchanan uviedol do pohybu udalosti, ktoré vyústili do vojny, ktorú bol Lincoln nútený vyriešiť.</w:t>
      </w:r>
    </w:p>
    <w:p>
      <w:pPr>
        <w:pStyle w:val="ArticleBody"/>
        <w:jc w:val="left"/>
      </w:pPr>
      <w:r>
        <w:rPr>
          <w:rFonts w:ascii="Times New Roman" w:hAnsi="Times New Roman" w:eastAsia="Times New Roman" w:cs="Times New Roman"/>
        </w:rPr>
        <w:t>Reaganovi predchádzal najneefektívnejší prezident modernej doby. Carter, demokrat, uviedol Spojené štáty do rozpakov svojou neschopnosťou správne čeliť radikálnemu islamu, sústredenému v Iráne.</w:t>
      </w:r>
    </w:p>
    <w:p>
      <w:pPr>
        <w:pStyle w:val="ArticleBody"/>
        <w:jc w:val="left"/>
      </w:pPr>
      <w:r>
        <w:rPr>
          <w:rFonts w:ascii="Times New Roman" w:hAnsi="Times New Roman" w:eastAsia="Times New Roman" w:cs="Times New Roman"/>
        </w:rPr>
        <w:t>Trumpovi predchádzal Obama, demokrat, ktorý zámerne inicioval kultúrne, politické a hospodárske rozdelenia, ktoré sa od toho času iba prehlbovali. Jeho neúčinné vodcovstvo bolo predobrazené tak Buchananom, ako aj Carterom, no v dejinách, v ktorých predsedal, sa Hlavné prúdové médiá už začali prejavovať paralelne s Ríšskym ministerstvom ľudovej osvety a propagandy Adolfa Hitlera. Obamove útoky na spoločenské, politické, finančné a náboženské inštitúcie Spojených štátov boli zatajované pred tými, ktorí sa rozhodli nevidieť, a jeho neúčinnosť ako človeka prisahajúceho chrániť Ústavu bola starostlivo zakrývaná. Obama privádzal Spojené štáty do rozpakov svojou neschopnosťou správne sa postaviť k radikálnemu islamu, sústredenému v Iráne.</w:t>
      </w:r>
    </w:p>
    <w:p>
      <w:pPr>
        <w:pStyle w:val="ArticleBody"/>
        <w:jc w:val="left"/>
      </w:pPr>
      <w:r>
        <w:rPr>
          <w:rFonts w:ascii="Times New Roman" w:hAnsi="Times New Roman" w:eastAsia="Times New Roman" w:cs="Times New Roman"/>
        </w:rPr>
        <w:t>Keď bude Trump v roku 2024 znovuzvolený ako ôsmy prezident od Reagana v roku 1989, opäť mu bude predchádzať globalistický demokrat poháňaný drakom, ktorý si teraz nasadil korunu najneefektívnejšieho prezidenta v dejinách a ktorý Spojené štáty opakovane zahanbil vo svojom pokuse vysporiadať sa s radikálnym islamom sústredeným v Iráne, hoci moderné mainstreamové médiá (ako ich stelesňuje Ríšske ministerstvo verejnej osvety a propagandy) sa znovu usilujú túto zjavnú skutočnosť pochovať.</w:t>
      </w:r>
    </w:p>
    <w:p>
      <w:pPr>
        <w:pStyle w:val="ArticleBody"/>
        <w:jc w:val="left"/>
      </w:pPr>
      <w:r>
        <w:rPr>
          <w:rFonts w:ascii="Times New Roman" w:hAnsi="Times New Roman" w:eastAsia="Times New Roman" w:cs="Times New Roman"/>
        </w:rPr>
        <w:t>Keď sa Reagan ujal úradu, demokratický prezident zanechal nevyriešenú krízu s radikálnym islamom, sústredeným v Iráne. Reagan okamžite podnikol kroky, aby zvrátil smer napätia medzi Spojenými štátmi a radikálnym islamom, reprezentovaným Iránom. Keď sa Trump ujal úradu, nevyriešená kríza s radikálnym islamom, opäť sústredeným v Iráne, nebola demokratickým prezidentom iba ponechaná nevyriešená, ale aj financovaná. Trump okamžite podnikol kroky, aby zvrátil smer napätia medzi Spojenými štátmi a radikálnym islamom, reprezentovaným Iránom. Súčasný demokratický prezident zvrátil všetok pokrok dosiahnutý Trumpom a celý svet je teraz neúčinným vedením Bidena vťahovaný do tretej svetovej vojny.</w:t>
      </w:r>
    </w:p>
    <w:p>
      <w:pPr>
        <w:pStyle w:val="ArticleBody"/>
        <w:jc w:val="left"/>
      </w:pPr>
      <w:r>
        <w:rPr>
          <w:rFonts w:ascii="Times New Roman" w:hAnsi="Times New Roman" w:eastAsia="Times New Roman" w:cs="Times New Roman"/>
        </w:rPr>
        <w:t>To napĺňa nielen dielo s islamom, predstavované Carterovou neúčinnosťou a Obamovým presadzovaním islamu, ale aj dielom Buchanana pri začatí vojny, ktorú republikánsky prezident potreboval vyriešiť.</w:t>
      </w:r>
    </w:p>
    <w:p>
      <w:pPr>
        <w:pStyle w:val="ArticleBody"/>
        <w:jc w:val="left"/>
      </w:pPr>
      <w:r>
        <w:rPr>
          <w:rFonts w:ascii="Times New Roman" w:hAnsi="Times New Roman" w:eastAsia="Times New Roman" w:cs="Times New Roman"/>
        </w:rPr>
        <w:t>Tak ako pri prvom republikánskom prezidentovi, aj Trump bol v roku 2020 politicky zavraždený globalistickými dračími mocnosťami. Kým bol považovaný za mŕtveho na ulici, globalisti šelmy zo zeme a globalisti celého sveta sa začali radovať, ako bolo predpovedané v jedenástej kapitole Zjavenia.</w:t>
      </w:r>
    </w:p>
    <w:p>
      <w:pPr>
        <w:pStyle w:val="ArticleScripture"/>
        <w:jc w:val="left"/>
      </w:pPr>
      <w:r>
        <w:rPr>
          <w:rFonts w:ascii="Times New Roman" w:hAnsi="Times New Roman" w:eastAsia="Times New Roman" w:cs="Times New Roman"/>
        </w:rPr>
        <w:t>A keď dokončia svoje svedectvo, šelma, ktorá vystupuje z priepasti, povedie proti nim vojnu, premôže ich a zabije ich. A ich mŕtve telá budú ležať na ulici veľkého mesta, ktoré sa duchovne nazýva Sodoma a Egypt, kde bol ukrižovaný aj náš Pán. A ľudia z rozličných národov a kmeňov, jazykov a národností budú hľadieť na ich mŕtve telá tri a pol dňa a nedovolia, aby ich mŕtve telá boli uložené do hrobov. A tí, ktorí bývajú na zemi, sa budú nad nimi radovať a plesať a budú si navzájom posielať dary, pretože títo dvaja proroci trápili tých, ktorí bývajú na zemi. Ale po troch a pol dňoch vošiel do nich Duch života od Boha a postavili sa na nohy; a padol veľký strach na tých, ktorí ich videli. Zjavenie 11:7–11.</w:t>
      </w:r>
    </w:p>
    <w:p>
      <w:pPr>
        <w:pStyle w:val="ArticleBody"/>
        <w:jc w:val="left"/>
      </w:pPr>
      <w:r>
        <w:rPr>
          <w:rFonts w:ascii="Times New Roman" w:hAnsi="Times New Roman" w:eastAsia="Times New Roman" w:cs="Times New Roman"/>
        </w:rPr>
        <w:t>Teraz sme dospeli do roku 2024, v ktorom Trump stojí na svojich nohách a dračí svet, ktorý sa od 6. januára 2021 radoval a veselo hodoval, je teraz konfrontovaný s „veľkým strachom“. Mainstreamové médiá (MSM) sú v panike. Ich vlastné naratívy začínajú prejavovať ich obavu, že, ako hovorí stará rock’n’rollová pieseň, „ten unavený starý muž, ktorého zvolili za kráľa“, nemá schopnosť udržať sa dostatočne blízko Trumpovým číslam, aby ich hlasovacie stroje pretlačili Bidena cez cieľovú čiaru. Mainstreamové médiá sú dnes propagandistickým aparátom v takej miere, v akej ním bolo Ríšske ministerstvo verejnej osvety a propagandy za Hitlerových čias.</w:t>
      </w:r>
    </w:p>
    <w:p>
      <w:pPr>
        <w:pStyle w:val="ArticleBody"/>
        <w:jc w:val="left"/>
      </w:pPr>
      <w:r>
        <w:rPr>
          <w:rFonts w:ascii="Times New Roman" w:hAnsi="Times New Roman" w:eastAsia="Times New Roman" w:cs="Times New Roman"/>
        </w:rPr>
        <w:t>Táto skutočnosť bola opakovane preukázaná nad akúkoľvek matematickú možnosť, že by tomu mohlo byť inak. Zakaždým, keď je do spoločnosti vo veľkom zavedený nový globalistický naratív, bolo opakovane zdokumentované, že rôzne komunikačné kanály ovládané dračou propagandistickou mašinériou používajú pri opisovaní tejto či onej udalosti alebo tejto či onej otázky totožné znenie, slovo za slovom.</w:t>
      </w:r>
    </w:p>
    <w:p>
      <w:pPr>
        <w:pStyle w:val="ArticleBody"/>
        <w:jc w:val="left"/>
      </w:pPr>
      <w:r>
        <w:rPr>
          <w:rFonts w:ascii="Times New Roman" w:hAnsi="Times New Roman" w:eastAsia="Times New Roman" w:cs="Times New Roman"/>
        </w:rPr>
        <w:t>Ak niektorí z vás poznajú starú detskú hru nazývanú „telefón“, alebo niekedy „pokazený telefón“, viete, že keď si ľudia sadnú do kruhu a hra prebieha tak, že prvá osoba pošepká niečo do ucha nasledujúcej, a potom sa tento šepot opakuje po celom kruhu, pôvodný šepot, ktorý putuje okolo kruhu, sa nevyhnutne zmení na niečo odlišné od toho, čo predstavoval prvý šepot. Napriek tomu mainstreamové médiá očakávajú od svojich prívržencov, že uveria, že každý novinár v tejto krajine i na celom svete si akosi zvolí tie isté slová a slovné spojenia, aby vysvetlil postoj draka k nejakej téme alebo udalosti. Stovky takzvaných novinárov sledovali tú istú udalosť a dospeli nielen k rovnakému záveru, ale si aj zvolili úplne totožné slová a slovné spojenia na opísanie tejto udalosti.</w:t>
      </w:r>
    </w:p>
    <w:p>
      <w:pPr>
        <w:pStyle w:val="ArticleBody"/>
        <w:jc w:val="left"/>
      </w:pPr>
      <w:r>
        <w:rPr>
          <w:rFonts w:ascii="Times New Roman" w:hAnsi="Times New Roman" w:eastAsia="Times New Roman" w:cs="Times New Roman"/>
        </w:rPr>
        <w:t>To, čomu sa v tomto čase venujeme, nie je útokom na propagandistický aparát globalistov; je to jednoducho identifikovanie prorockej črty duchovnej vojny, ktorá sa teraz odohráva na planéte Zem. V čase Krista si Židia napokon verejne zvolili Cézara za svojho kráľa, keďže odmietli svojho Mesiáša. V tomto rozporuplnom období veľkňaz predložil argument za zavraždenie Krista, ktorý bol satanistický a založený na chybnom uvažovaní, no zároveň bol presný.</w:t>
      </w:r>
    </w:p>
    <w:p>
      <w:pPr>
        <w:pStyle w:val="ArticleScripture"/>
        <w:jc w:val="left"/>
      </w:pPr>
      <w:r>
        <w:rPr>
          <w:rFonts w:ascii="Times New Roman" w:hAnsi="Times New Roman" w:eastAsia="Times New Roman" w:cs="Times New Roman"/>
        </w:rPr>
        <w:t>A jeden z nich, menom Kaifáš, ktorý bol toho roku veľkňazom, im povedal: Vy nič neviete, ani neuvážite, že je pre nás užitočné, aby jeden človek zomrel za ľud a aby nezahynul celý národ. A to nepovedal sám od seba; ale keďže bol toho roku veľkňazom, prorokoval, že Ježiš má zomrieť za ten národ; a nielen za ten národ, ale aj preto, aby zhromaždil v jedno rozptýlené Božie deti. Ján 11:49–52.</w:t>
      </w:r>
    </w:p>
    <w:p>
      <w:pPr>
        <w:pStyle w:val="ArticleBody"/>
        <w:jc w:val="left"/>
      </w:pPr>
      <w:r>
        <w:rPr>
          <w:rFonts w:ascii="Times New Roman" w:hAnsi="Times New Roman" w:eastAsia="Times New Roman" w:cs="Times New Roman"/>
        </w:rPr>
        <w:t>Kaifáš vytváral logiku, aby zaútočil na Krista, a pritom v skutočnosti vyslovoval platné proroctvo. Neveril, že Kristus musí byť obeťou za ľudstvo; jednoducho Ho chcel zabiť. Mainstreamové médiá dračej moci teraz s Trumpom robia niečo podobné. Usilujú sa vštepiť obyvateľstvu strach, že ak bude Trump znovu zvolený, stane sa diktátorom, ako bol Adolph Hitler. Demokrati sú stranou, ktorá je za otroctvo a má znaky nacistickej strany, vrátane celosvetového, nielen nemeckého, propagandistického aparátu; napriek tomu tvrdia, že ak bude Trump zvolený, demokracia bude zvrhnutá a Trump bude diktátorom ako Adolph Hitler.</w:t>
      </w:r>
    </w:p>
    <w:p>
      <w:pPr>
        <w:pStyle w:val="ArticleBody"/>
        <w:jc w:val="left"/>
      </w:pPr>
      <w:r>
        <w:rPr>
          <w:rFonts w:ascii="Times New Roman" w:hAnsi="Times New Roman" w:eastAsia="Times New Roman" w:cs="Times New Roman"/>
        </w:rPr>
        <w:t>Presne to isté Božie slovo odhaľuje o poslednom prezidentovi Spojených štátov, hoci mainstreamové médiá, podobne ako drakom inšpirovaný Kajfáš, nechápu, že ich tvrdenia sú prorocké a skutočne sa naplnia.</w:t>
      </w:r>
    </w:p>
    <w:p>
      <w:pPr>
        <w:pStyle w:val="ArticleScripture"/>
        <w:jc w:val="left"/>
      </w:pPr>
      <w:r>
        <w:rPr>
          <w:rFonts w:ascii="Times New Roman" w:hAnsi="Times New Roman" w:eastAsia="Times New Roman" w:cs="Times New Roman"/>
        </w:rPr>
        <w:t>„Naša krajina je v ohrození. Približuje sa čas, keď jej zákonodarcovia natoľko zaprú zásady protestantizmu, že poskytnú podporu rímskej odpadlíckosti. Ľud, pre ktorý Boh tak podivuhodne pôsobil a posilnil ho, aby zhodil tiesnivé jarmo pápežstva, dá národným činom silu skazenej viere Ríma, a tak prebudí tyraniu, ktorá len čaká na dotyk, aby znovu prepukla do krutosti a despotizmu. Rýchlymi krokmi sa už k tomuto obdobiu približujeme.“ The Spirit of Prophecy, zväzok 4, 410.</w:t>
      </w:r>
    </w:p>
    <w:p>
      <w:pPr>
        <w:pStyle w:val="ArticleBody"/>
        <w:jc w:val="left"/>
      </w:pPr>
      <w:r>
        <w:rPr>
          <w:rFonts w:ascii="Times New Roman" w:hAnsi="Times New Roman" w:eastAsia="Times New Roman" w:cs="Times New Roman"/>
        </w:rPr>
        <w:t>Som si vedomý toho, že keď označujem skazené prvky Demokratov v Spojených štátoch, tých údajných Republikánov, ktorí sú v skutočnosti globalistami, a progresívnych globalistov sveta, čitateľ môže byť vedený k presvedčeniu, že prechovávam akýsi politický súcit s Republikánskou stranou alebo s Donaldom Trumpom. To je veľmi vzdialené skutočnému stavu vecí; posledný prezident sa má stať diktátorom, presne tak, ako to predpovedajú mainstreamové médiá, hoci o tom, čo vlastne predpovedajú, nevedia o nič viac, než vedel Kaifáš. My iba označujeme prorocké dynamiky spojené so „zložitou súhrou ľudských udalostí“, ktoré sú znázornené Ezechielovými kolesami v kolesách.</w:t>
      </w:r>
    </w:p>
    <w:p>
      <w:pPr>
        <w:pStyle w:val="ArticleBody"/>
        <w:jc w:val="left"/>
      </w:pPr>
      <w:r>
        <w:rPr>
          <w:rFonts w:ascii="Times New Roman" w:hAnsi="Times New Roman" w:eastAsia="Times New Roman" w:cs="Times New Roman"/>
        </w:rPr>
        <w:t>V tejto štúdii budeme pokračovať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stotridsaťdeväť</dc:title>
  <dc:subject>Prorocký súlad Daniela 11:40 so súčasnými politickými skutočnosťami: Odhaľovanie tajomstva posledného prezidenta</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