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trinásť</w:t>
      </w:r>
    </w:p>
    <w:p>
      <w:pPr>
        <w:pStyle w:val="ArticleSubtitle"/>
        <w:jc w:val="left"/>
      </w:pPr>
      <w:r>
        <w:rPr>
          <w:rFonts w:ascii="Arial" w:hAnsi="Arial" w:eastAsia="Arial" w:cs="Arial"/>
        </w:rPr>
        <w:t>Tajomstvo posledných dní</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Druhá kapitola Daniela predstavuje druhého anjela zo Zjavenia štrnástej kapitoly. Ako taká predstavuje druhú z troch skúšok, ktoré sú znázornené ako skúška stravy, po ktorej nasleduje zraková skúška a ktoré sa završujú lakmusovou skúškou. Všetky tri tieto skúšky, ktoré sú zároveň prorockými orientačnými bodmi, sa nachádzajú v posolstve prvého anjela zo Zjavenia štrnástej kapitoly. Tak ako prvý anjel zo Zjavenia štrnástej kapitoly, aj prvá kapitola Daniela obsahuje každú z týchto troch skúšok.</w:t>
      </w:r>
    </w:p>
    <w:p>
      <w:pPr>
        <w:pStyle w:val="ArticleBody"/>
        <w:jc w:val="left"/>
      </w:pPr>
      <w:r>
        <w:rPr>
          <w:rFonts w:ascii="Times New Roman" w:hAnsi="Times New Roman" w:eastAsia="Times New Roman" w:cs="Times New Roman"/>
        </w:rPr>
        <w:t>Druhá skúška, čiže posolstvo druhého anjela, sa začína na konci prvej skúšky. Druhá kapitola nasleduje po prvej kapitole. Záver druhej skúšky bezprostredne uvádza tretiu skúšku. Obdobie času, ktoré predstavovala druhá skúška, bolo symbolizované sedemdesiatimi rokmi Danielovho zajatia, ktoré sa začalo podmanením Jehojakima a skončilo pri výnose Kýra. Keď sa koniec týchto sedemdesiatich rokov približoval, Daniel prostredníctvom Božieho prorockého Slova rozpoznal, že koniec sa už chystá prísť.</w:t>
      </w:r>
    </w:p>
    <w:p>
      <w:pPr>
        <w:pStyle w:val="ArticleScripture"/>
        <w:jc w:val="left"/>
      </w:pPr>
      <w:r>
        <w:rPr>
          <w:rFonts w:ascii="Times New Roman" w:hAnsi="Times New Roman" w:eastAsia="Times New Roman" w:cs="Times New Roman"/>
        </w:rPr>
        <w:t>V prvom roku Dária, syna Ahasvéra, z médskeho rodu, ktorý bol ustanovený za kráľa nad kráľovstvom Chaldejcov, v prvom roku jeho kraľovania som ja, Daniel, porozumel z kníh počtu rokov, o ktorých zaznelo slovo Hospodina k prorokovi Jeremiášovi, že sa má naplniť sedemdesiat rokov spustošenia Jeruzalema. Daniel 9,1.2.</w:t>
      </w:r>
    </w:p>
    <w:p>
      <w:pPr>
        <w:pStyle w:val="ArticleBody"/>
        <w:jc w:val="left"/>
      </w:pPr>
      <w:r>
        <w:rPr>
          <w:rFonts w:ascii="Times New Roman" w:hAnsi="Times New Roman" w:eastAsia="Times New Roman" w:cs="Times New Roman"/>
        </w:rPr>
        <w:t>Daniel predstavuje Boží ľud v posledných dňoch, ktorý rozpoznáva symbolický význam sedemdesiatich rokov zajatia, a toto rozpoznanie nastáva krátko predtým, než sa sedemdesiat symbolických rokov skončí. Boží ľud správne porozumel sedemdesiatročnému zajatiu, no to, čo Daniel predstavuje, je porozumenie, že týchto sedemdesiat rokov predstavuje prorocké obdobie od 11. septembra 2001 až po nedeľný zákon. Pre Daniela sa tieto roky skončili pri výnose Kýra, ktorý v posledných dňoch predstavuje nedeľný zákon v Spojených štátoch.</w:t>
      </w:r>
    </w:p>
    <w:p>
      <w:pPr>
        <w:pStyle w:val="ArticleBody"/>
        <w:jc w:val="left"/>
      </w:pPr>
      <w:r>
        <w:rPr>
          <w:rFonts w:ascii="Times New Roman" w:hAnsi="Times New Roman" w:eastAsia="Times New Roman" w:cs="Times New Roman"/>
        </w:rPr>
        <w:t>Krátko pred nedeľným zákonom je Boží ľud prebudený k prorockému porozumeniu, ktoré je znázornené symbolickými sedemdesiatimi rokmi. Tieto symbolické roky sa začali Jehojakimom, ktorý predstavuje 11. september 2001, keď s príchodom islamu tretieho beda zostúpil mocný anjel zo Zjavenia osemnástej kapitoly a oznámil pád Babylonu. Pád Babylonu predstavuje posolstvo druhého anjela a 11. septembra 2001 sa začalo druhé obdobie skúšky pre tých, ktorí jedli skrytú knihu, ktorá bola v ruke anjela. Toto obdobie, znázornené symbolickými sedemdesiatimi rokmi, pokračuje až po nedeľný zákon.</w:t>
      </w:r>
    </w:p>
    <w:p>
      <w:pPr>
        <w:pStyle w:val="ArticleBody"/>
        <w:jc w:val="left"/>
      </w:pPr>
      <w:r>
        <w:rPr>
          <w:rFonts w:ascii="Times New Roman" w:hAnsi="Times New Roman" w:eastAsia="Times New Roman" w:cs="Times New Roman"/>
        </w:rPr>
        <w:t>Keď sa približuje koniec, predobrazený Danielom v prvom roku Dária, Boží ľud je prebúdzaný ku skúške obrazu šelmy. Už predtým porozumel niektorým pravdám spojeným so skúškou obrazu šelmy, avšak tá časť, ktorej začína rozumieť tesne pred koncom prorockého obdobia druhého anjela, bola skrytá v temnote. Keď Daniel skúmal Božie prorocké Slovo a potom si uvedomil význam sedemdesiatich rokov, bol vedený k modlitbe, tak ako bol vedený k modlitbe aj vtedy, keď si uvedomil otázku života a smrti v súvislosti s Nebúkadnecarovou hrozbou týkajúcou sa jeho sna o obraze. V deviatej kapitole Daniela, rovnako ako v druhej kapitole Daniela, Daniel pri modlitbe prijal prorocké svetlo.</w:t>
      </w:r>
    </w:p>
    <w:p>
      <w:pPr>
        <w:pStyle w:val="ArticleScripture"/>
        <w:jc w:val="left"/>
      </w:pPr>
      <w:r>
        <w:rPr>
          <w:rFonts w:ascii="Times New Roman" w:hAnsi="Times New Roman" w:eastAsia="Times New Roman" w:cs="Times New Roman"/>
        </w:rPr>
        <w:t>Áno, kým som ešte hovoril v modlitbe, muž Gabriel, ktorého som videl vo videní na počiatku, priletel ku mne v rýchlom lete a dotkol sa ma v čase večernej obete. A poučil ma, hovoril so mnou a povedal: Daniel, teraz som vyšiel, aby som ti udelil múdrosť a porozumenie. Daniel 9:21, 22.</w:t>
      </w:r>
    </w:p>
    <w:p>
      <w:pPr>
        <w:pStyle w:val="ArticleBody"/>
        <w:jc w:val="left"/>
      </w:pPr>
      <w:r>
        <w:rPr>
          <w:rFonts w:ascii="Times New Roman" w:hAnsi="Times New Roman" w:eastAsia="Times New Roman" w:cs="Times New Roman"/>
        </w:rPr>
        <w:t>„Zručnosť a porozumenie“, ktoré boli Danielovi dané, keď sa modlil, sa zhodujú s jeho modlitbou v druhej kapitole.</w:t>
      </w:r>
    </w:p>
    <w:p>
      <w:pPr>
        <w:pStyle w:val="ArticleScripture"/>
        <w:jc w:val="left"/>
      </w:pPr>
      <w:r>
        <w:rPr>
          <w:rFonts w:ascii="Times New Roman" w:hAnsi="Times New Roman" w:eastAsia="Times New Roman" w:cs="Times New Roman"/>
        </w:rPr>
        <w:t>Potom Daniel odišiel do svojho domu a oznámil tú vec Chananiášovi, Mišaelovi a Azariášovi, svojim druhom, aby vyprosovali milosrdenstvo od Boha nebies ohľadom tohto tajomstva, aby Daniel a jeho druhovia nezahynuli s ostatnými mudrcmi Babylonu. Nato bolo Danielovi v nočnom videní zjavené to tajomstvo. Vtedy Daniel dobrorečil Bohu nebies. Daniel 2:17–19.</w:t>
      </w:r>
    </w:p>
    <w:p>
      <w:pPr>
        <w:pStyle w:val="ArticleBody"/>
        <w:jc w:val="left"/>
      </w:pPr>
      <w:r>
        <w:rPr>
          <w:rFonts w:ascii="Times New Roman" w:hAnsi="Times New Roman" w:eastAsia="Times New Roman" w:cs="Times New Roman"/>
        </w:rPr>
        <w:t>Riadok po riadku sú Danielove dve modlitby tou istou modlitbou. Obe sú prednesené v období dejín, ktoré symbolicky predstavuje vizuálnu skúšku druhého anjela a ktoré prebieha medzi 11. septembrom 2001 a čoskoro prichádzajúcim nedeľným zákonom. Zoči-voči hroziacej hrozbe smrti od Nabuchodonozora a s prorockým poznaním tak Jeremiášových sedemdesiatich rokov, ako aj prísahy o Mojžišových siedmich časoch sa Daniel modlí modlitbu z dvadsiatej šiestej kapitoly Levitika a zároveň prosí, aby mu Boh zjavil konečné prorocké tajomstvo biblického proroctva. Tajomstvo, ktoré Ján označuje ako Zjavenie Ježiša Krista.</w:t>
      </w:r>
    </w:p>
    <w:p>
      <w:pPr>
        <w:pStyle w:val="ArticleBody"/>
        <w:jc w:val="left"/>
      </w:pPr>
      <w:r>
        <w:rPr>
          <w:rFonts w:ascii="Times New Roman" w:hAnsi="Times New Roman" w:eastAsia="Times New Roman" w:cs="Times New Roman"/>
        </w:rPr>
        <w:t>V deviatej kapitole sa Daniel nachádza na rozhraní dvoch kráľovstiev. Babylon práve padol do rúk Médov a Peržanov, lebo je prvý rok Dária, a tak sa Boží ľud v posledných dňoch ocitá v bode prechodu, ktorý bol vyznačený v pohybe prvého anjela a tiež v pohybe tretieho anjela.</w:t>
      </w:r>
    </w:p>
    <w:p>
      <w:pPr>
        <w:pStyle w:val="ArticleBody"/>
        <w:jc w:val="left"/>
      </w:pPr>
      <w:r>
        <w:rPr>
          <w:rFonts w:ascii="Times New Roman" w:hAnsi="Times New Roman" w:eastAsia="Times New Roman" w:cs="Times New Roman"/>
        </w:rPr>
        <w:t>Filadelfské milleritské hnutie prešlo v roku 1856 do stavu Laodicey a laodicejské hnutie Future for America prechádza do filadelfského hnutia na konci troch a pol dňa, keď leží mŕtve na ulici v jedenástej kapitole Zjavenia. Skúška, v ktorej filadelfské hnutie milleritov od roku 1856 až do roku 1863 zlyhalo, súvisela s učením o „sedemnásobku“.</w:t>
      </w:r>
    </w:p>
    <w:p>
      <w:pPr>
        <w:pStyle w:val="ArticleBody"/>
        <w:jc w:val="left"/>
      </w:pPr>
      <w:r>
        <w:rPr>
          <w:rFonts w:ascii="Times New Roman" w:hAnsi="Times New Roman" w:eastAsia="Times New Roman" w:cs="Times New Roman"/>
        </w:rPr>
        <w:t>Skúška pre laodicejské hnutie Future for America spočíva vo vzťahu k nevyhnutnosti rozpoznať ich rozptýlený stav a potom vstúpiť do modlitby a skúsenosti podľa dvadsiatej šiestej kapitoly Levitika. Daniel sa nachádzal v prechodnom období medzi babylonskou a médsko-perzskou ríšou a tesne pred koncom obdobia sedemdesiatich rokov, ktoré je vyznačené Kýrovým dekrétom. Sedemdesiat rokov tvorí kontext Danielovej modlitby a sedemdesiat rokov predstavuje Mojžišových „sedem časov“. Obe Danielove modlitby sú v súlade s prechodným obdobím, ktoré je v hnutí prvého anjela, ako aj v hnutí tretieho anjela, vyznačené „siedmimi časmi“.</w:t>
      </w:r>
    </w:p>
    <w:p>
      <w:pPr>
        <w:pStyle w:val="ArticleBody"/>
        <w:jc w:val="left"/>
      </w:pPr>
      <w:r>
        <w:rPr>
          <w:rFonts w:ascii="Times New Roman" w:hAnsi="Times New Roman" w:eastAsia="Times New Roman" w:cs="Times New Roman"/>
        </w:rPr>
        <w:t>„Tajomstvom“, ktoré je zjavené Danielovi, je odhalenie Nebúkadnecarovej sochy. „Tajomstvom“ Nebúkadnecarovej sochy v posledných dňoch je, že predstavuje osem kráľovstiev, nie štyri. V predchádzajúcich článkoch, ktoré sú v kategórii „The Eighth is of the Seven“, už bola táto pravda predstavená. V rámci tohto tajomstva je zjavenie bodu prechodu, keď prichádza ôsmy, ktorý je zo siedmich. „Tajomstvom“ obrazu Nebúkadnecara je potvrdenie vzkriesenia rohu pravého protestantizmu a rohu republikanizmu. Obe tieto vzkriesenia označujú, že každý roh je ôsmy, ale je zo siedmich; a prechod od šiesteho k ôsmemu pri oboch rohoch sa odohráva v prorockom kontexte skúšky spojenej s Mojžišovým „sedemnásobne“. Tento prechod sa uskutočňuje tak, ako ho predstavuje Daniel, tesne pred Kýrovým dekrétom, ktorý predstavuje dekrét o nedeľnom zákone v Spojených štátoch. Potom pri nedeľnom zákone sa v rýchlych pohyboch zahojí smrteľná rana pápežstva, keď sa pápežstvo stáva ôsmou hlavou, ktorá je zo siedmich, keď aj ono prechádza prorockým prechodom, ako je to znázornené Nebúkadnecarovou sochou v 2. kapitole knihy Daniel.</w:t>
      </w:r>
    </w:p>
    <w:p>
      <w:pPr>
        <w:pStyle w:val="ArticleScripture"/>
        <w:jc w:val="left"/>
      </w:pPr>
      <w:r>
        <w:rPr>
          <w:rFonts w:ascii="Times New Roman" w:hAnsi="Times New Roman" w:eastAsia="Times New Roman" w:cs="Times New Roman"/>
        </w:rPr>
        <w:t>Preto Daniel vošiel k Ariochovi, ktorého kráľ ustanovil, aby zahubil múdrych mužov Babylona; vošiel a povedal mu takto: Nehub múdrych mužov Babylona; uveď ma pred kráľa a ja oznámim kráľovi výklad. Nato Arioch rýchlo uviedol Daniela pred kráľa a povedal mu takto: Našiel som muža zo zajatcov z Judska, ktorý oznámi kráľovi výklad. Kráľ odpovedal a povedal Danielovi, ktorého meno bolo Baltazár: Si schopný oznámiť mi sen, ktorý som videl, i jeho výklad? Daniel 2:24–26.</w:t>
      </w:r>
    </w:p>
    <w:p>
      <w:pPr>
        <w:pStyle w:val="ArticleBody"/>
        <w:jc w:val="left"/>
      </w:pPr>
      <w:r>
        <w:rPr>
          <w:rFonts w:ascii="Times New Roman" w:hAnsi="Times New Roman" w:eastAsia="Times New Roman" w:cs="Times New Roman"/>
        </w:rPr>
        <w:t>Keď Daniel dostal tajomstvo, sú spomenuté obe jeho mená, čím sa označuje, že predstavuje ľud zmluvy, ktorý v posledných dňoch práve prešiel do filadelfského hnutia sto štyridsaťštyritisíc. Prejavuje charakter Božieho služobníka tým, že žiada, aby nikto nebol usmrtený pre svoju neschopnosť porozumieť „tajomstvu“. Jeho charakter je postavený do protikladu s Ariochom, služobníkom Nebukadnesara, ktorý sa usiluje získať u kráľa zásluhy za to, že našiel Daniela. Daniel potom poukazuje na rozdiel medzi pravým prorockým prejavom a prejavom babylonských mudrcov, keď na Nebukadnesarovu otázku odpovedá otázkou, a potom na rozdiel od Ariocha nevyužíva svoje porozumenie „tajomstvu“ na to, aby vyvýšil seba, ale namiesto toho vyvyšuje Boha nebies.</w:t>
      </w:r>
    </w:p>
    <w:p>
      <w:pPr>
        <w:pStyle w:val="ArticleScripture"/>
        <w:jc w:val="left"/>
      </w:pPr>
      <w:r>
        <w:rPr>
          <w:rFonts w:ascii="Times New Roman" w:hAnsi="Times New Roman" w:eastAsia="Times New Roman" w:cs="Times New Roman"/>
        </w:rPr>
        <w:t>Daniel odpovedal pred kráľom a riekol: Tajomstvo, ktoré kráľ požaduje, nemôžu kráľovi oznámiť mudrci, hvezdári, čarodejníci ani veštci; ale je Boh na nebi, ktorý zjavuje tajomstvá a dáva poznať kráľovi Nabuchodonozorovi, čo sa stane v posledných dňoch. Tvoj sen a videnia tvojej hlavy na tvojom lôžku sú tieto. Daniel 2,27.28.</w:t>
      </w:r>
    </w:p>
    <w:p>
      <w:pPr>
        <w:pStyle w:val="ArticleBody"/>
        <w:jc w:val="left"/>
      </w:pPr>
      <w:r>
        <w:rPr>
          <w:rFonts w:ascii="Times New Roman" w:hAnsi="Times New Roman" w:eastAsia="Times New Roman" w:cs="Times New Roman"/>
        </w:rPr>
        <w:t>Daniel začína svoje predstavenie „tajomstva“ tým, že ho označuje za „tajomstvo“, ktoré vysvetľuje, čo sa stane v posledných dňoch. Tajomstvo skrytých dejín siedmich hromov určuje, čo sa stane v posledných dňoch. Nabuchodonozorov obraz je prvkom tajomstva posledných dní, ktoré je odpečatené tesne pred uzavretím doby milosti. Je zjavené tesne pred uzavretím doby milosti v prechodnom čase, keď sa oba rohy zemskej šelmy stanú ôsmou, ktorá je zo siedmich, ako to Daniel znázornil v prvom roku Dária.</w:t>
      </w:r>
    </w:p>
    <w:p>
      <w:pPr>
        <w:pStyle w:val="ArticleScripture"/>
        <w:jc w:val="left"/>
      </w:pPr>
      <w:r>
        <w:rPr>
          <w:rFonts w:ascii="Times New Roman" w:hAnsi="Times New Roman" w:eastAsia="Times New Roman" w:cs="Times New Roman"/>
        </w:rPr>
        <w:t>Čo sa týka teba, ó kráľ, na tvojom lôžku ti prišli na myseľ myšlienky o tom, čo sa má stať potom; a ten, ktorý zjavuje tajomstvá, ti oznámil, čo sa má stať. Ale mne toto tajomstvo nebolo zjavené pre nejakú múdrosť, ktorú by som mal viac než všetci živí, ale preto, aby bol kráľovi oznámený výklad a aby si poznal myšlienky svojho srdca. Daniel 2,29.30.</w:t>
      </w:r>
    </w:p>
    <w:p>
      <w:pPr>
        <w:pStyle w:val="ArticleBody"/>
        <w:jc w:val="left"/>
      </w:pPr>
      <w:r>
        <w:rPr>
          <w:rFonts w:ascii="Times New Roman" w:hAnsi="Times New Roman" w:eastAsia="Times New Roman" w:cs="Times New Roman"/>
        </w:rPr>
        <w:t>Daniel druhým svedectvom potvrdzuje pravdu, že Nabuchodonozorov sen sa týka posledných dní, keď hovorí: „ten, ktorý zjavuje tajomstvá, ti oznamuje, čo sa stane,“ „v budúcich dňoch“. Potom Daniel uvádza, že tajomstvo mu nebolo dané pre neho samého ani preto, že by mal väčšiu múdrosť než ktorýkoľvek iný človek, ale že „tajomstvo“ bolo dané Nabuchodonozorovi „pre tých, ktorí vyložia význam sna“. „Tajomstvo“ bolo dané pre tých, ktorí v posledných dňoch predložia „výklad“ sna duchovnému kráľovi Babylona. Tajomstvo bolo osobitne dané pre sto štyridsaťštyri tisíc, lebo „tajomstvo“ je pre tých v posledných dňoch, ktorí ohlasujú konečný pád Babylona. Potom Daniel odhaľuje sen o soche, ktorý bol skrytý v temnote a ktorý vyvolal skúšku života a smrti.</w:t>
      </w:r>
    </w:p>
    <w:p>
      <w:pPr>
        <w:pStyle w:val="ArticleScripture"/>
        <w:jc w:val="left"/>
      </w:pPr>
      <w:r>
        <w:rPr>
          <w:rFonts w:ascii="Times New Roman" w:hAnsi="Times New Roman" w:eastAsia="Times New Roman" w:cs="Times New Roman"/>
        </w:rPr>
        <w:t>Ty, ó kráľ, si videl, a hľa, veľký obraz. Tento veľký obraz, ktorého jas bol znamenitý, stál pred tebou; a jeho vzhľad bol hrozný. Hlava toho obrazu bola z rýdzeho zlata, jeho prsia a jeho ramená boli zo striebra, jeho brucho a jeho bedrá boli z medi, jeho nohy zo železa, jeho chodidlá čiastočne zo železa a čiastočne z hliny. Hľadel si, až sa odtrhol kameň bez rúk, ktorý udrel obraz do jeho chodidiel, ktoré boli zo železa a z hliny, a rozdrvil ich. Vtedy bolo železo, hlina, meď, striebro i zlato spolu rozdrvené a stali sa ako plevy z letných humnien; a vietor ich odniesol, takže sa pre ne nenašlo nijaké miesto. A kameň, ktorý udrel obraz, sa stal veľkým vrchom a naplnil celú zem. To je sen; a jeho výklad povieme pred kráľom. Daniel 2:31–36.</w:t>
      </w:r>
    </w:p>
    <w:p>
      <w:pPr>
        <w:pStyle w:val="ArticleBody"/>
        <w:jc w:val="left"/>
      </w:pPr>
      <w:r>
        <w:rPr>
          <w:rFonts w:ascii="Times New Roman" w:hAnsi="Times New Roman" w:eastAsia="Times New Roman" w:cs="Times New Roman"/>
        </w:rPr>
        <w:t>Nabuchodonozorov sen určil kráľovstvá biblického proroctva od jeho čias až po posledné dni, keď stoštyridsaťštyri tisíc, predstavovaných Danielom pri jeho predstúpení pred Nabuchodonozora a kameňom, ktorý sa odtrhol bez zásahu rúk a ktorý zničí pozemské kráľovstvá znázornené na soche, načež sa stane vrchom napĺňajúcim celú zem. Sen sa týkal posledných dní, prorockého prechodového bodu, keď je stoštyridsaťštyri tisícom zjavené posledné prorocké tajomstvo.</w:t>
      </w:r>
    </w:p>
    <w:p>
      <w:pPr>
        <w:pStyle w:val="ArticleBody"/>
        <w:jc w:val="left"/>
      </w:pPr>
      <w:r>
        <w:rPr>
          <w:rFonts w:ascii="Times New Roman" w:hAnsi="Times New Roman" w:eastAsia="Times New Roman" w:cs="Times New Roman"/>
        </w:rPr>
        <w:t>Ako zástava pravého protestantského rohu potom nesú posolstvo tretieho anjela hynúcemu svetu. Toto posolstvo pri nedeľnom zákone v Spojených štátoch, keď je vynucované znamenie šelmy, narastá do hlasného volania. Pred týmto nariadením majú tí, ktorých v posledných dňoch predstavuje Daniel, čeliť skúške obrazu šelmy. Táto skúška je vizuálnou skúškou a vyžaduje, aby tí, ktorých predstavuje Daniel, videli pohyby, ktoré vedú k nariadeniu nedeľného zákona. Sú skúšaní, aby sa ukázalo, či si zvolili božskú metodológiu, ktorá im umožňuje vidieť skúšku obrazu ukrytú v tme. Ich skúška zahŕňa osobné poníženie a vyznanie. Zahŕňa uznanie, že Danielovi bolo dané porozumenie v snoch a videniach; lebo ak odmietnu počuť Danielov hlas volajúci na púšti, je to ako u tých, ktorí za dní Kristových odmietli posolstvo Jána Krstiteľa.</w:t>
      </w:r>
    </w:p>
    <w:p>
      <w:pPr>
        <w:pStyle w:val="ArticleBody"/>
        <w:jc w:val="left"/>
      </w:pPr>
      <w:r>
        <w:rPr>
          <w:rFonts w:ascii="Times New Roman" w:hAnsi="Times New Roman" w:eastAsia="Times New Roman" w:cs="Times New Roman"/>
        </w:rPr>
        <w:t>Sestra Whiteová nás informuje, že knihy Daniel a Zjavenie sa navzájom dopĺňajú, a slovo „dopĺňať“, ktoré používa, znamená privádzať k dokonalosti. Na konci júla 2023 začal Lev z kmeňa Júdovho odpečaťovať Zjavenie Ježiša Krista, ako zasľúbil, že učiní tesne pred uzavretím doby milosti. Týmto spôsobom označil biblické pravdy, ktoré boli už predtým správne pochopené, no ktoré teraz mali byť chápané v rámci posledných dní.</w:t>
      </w:r>
    </w:p>
    <w:p>
      <w:pPr>
        <w:pStyle w:val="ArticleBody"/>
        <w:jc w:val="left"/>
      </w:pPr>
      <w:r>
        <w:rPr>
          <w:rFonts w:ascii="Times New Roman" w:hAnsi="Times New Roman" w:eastAsia="Times New Roman" w:cs="Times New Roman"/>
        </w:rPr>
        <w:t>Jednou z týchto právd sú dvaja svedkovia zo Zjavenia jedenástej kapitoly. Ďalšou je história, ktorá je dokonalým naplnením „siedmich hromov“ zo Zjavenia desiatej kapitoly. On vyniesol na svetlo pravdy zo svätých reformačných línií, ktoré hovoria o sklamaní z 18. júla 2020. Použil štyri medzníky, ktoré sa nachádzajú v každej zo svätých reformačných línií a ktoré znázorňujú dejiny zmocnenia prvého posolstva až po súd spôsobom, ktorý doteraz nikdy nebol rozpoznaný. Druhá kapitola Daniela privádza mnohé z týchto pojmov k dokonalosti, hoci tieto hlboké pravdy zostávajú ukryté v temnote pre tých, ktorí odmietajú prijímať metodológiu označenú ako Alfa a Omega.</w:t>
      </w:r>
    </w:p>
    <w:p>
      <w:pPr>
        <w:pStyle w:val="ArticleBody"/>
        <w:jc w:val="left"/>
      </w:pPr>
      <w:r>
        <w:rPr>
          <w:rFonts w:ascii="Times New Roman" w:hAnsi="Times New Roman" w:eastAsia="Times New Roman" w:cs="Times New Roman"/>
        </w:rPr>
        <w:t>Na záver tohto štúdia druhej kapitoly Daniela zhrnieme a prepojíme niektoré z právd a orientačných bodov, ktoré druhá kapitola Daniela privádza k dokonalosti. Týmto zároveň ukazujeme, že tajomstvo, ktoré bolo Danielovi zjavené v nočnom videní, predstavuje práve tieto pravdy.</w:t>
      </w:r>
    </w:p>
    <w:p>
      <w:pPr>
        <w:pStyle w:val="ArticleBody"/>
        <w:jc w:val="left"/>
      </w:pPr>
      <w:r>
        <w:rPr>
          <w:rFonts w:ascii="Times New Roman" w:hAnsi="Times New Roman" w:eastAsia="Times New Roman" w:cs="Times New Roman"/>
        </w:rPr>
        <w:t>Zhrnutie a záver predložíme v nasledujúcom článku.</w:t>
      </w:r>
    </w:p>
    <w:p>
      <w:pPr>
        <w:pStyle w:val="ArticleScripture"/>
        <w:jc w:val="left"/>
      </w:pPr>
      <w:r>
        <w:rPr>
          <w:rFonts w:ascii="Times New Roman" w:hAnsi="Times New Roman" w:eastAsia="Times New Roman" w:cs="Times New Roman"/>
        </w:rPr>
        <w:t>„Pán má svoje ustanovené prostriedky, aby sa stretával s ľuďmi v ich bludoch a odpadnutiach. Jeho poslovia sú posielaní, aby niesli priame svedectvo, prebudili ich z ich ospalého stavu a otvorili ich porozumeniu drahocenné slová života, Sväté písma. Títo muži nemajú byť iba kazateľmi, ale služobníkmi, nositeľmi svetla, vernými strážcami, ktorí uvidia hroziace nebezpečenstvo a varujú ľud. Musia sa podobať Kristovi vo svojej horlivej zanietenosti, vo svojom uvážlivom takte, vo svojom osobnom úsilí—skrátka v celej svojej službe. Majú mať živé spojenie s Bohom a majú sa tak oboznámiť s proroctvami a s praktickými poučeniami Starého a Nového zákona, aby mohli z pokladnice Božieho slova vynášať nové i staré veci.“ Testimonies, zväzok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trinásť</dc:title>
  <dc:subject>Tajomstvo posledných dní</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