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štrnásť</w:t>
      </w:r>
    </w:p>
    <w:p>
      <w:pPr>
        <w:pStyle w:val="ArticleSubtitle"/>
        <w:jc w:val="left"/>
      </w:pPr>
      <w:r>
        <w:rPr>
          <w:rFonts w:ascii="Arial" w:hAnsi="Arial" w:eastAsia="Arial" w:cs="Arial"/>
        </w:rPr>
        <w:t>Daniel, druhá kapitola – zhrnutie a záver, prvá časť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„V Zjavení sa stretávajú a končia všetky knihy Biblie. Tu je doplnok ku knihe Daniel.“ Skutky apoštolov, 585.</w:t>
      </w:r>
    </w:p>
    <w:p>
      <w:pPr>
        <w:pStyle w:val="ArticleBody"/>
        <w:jc w:val="left"/>
      </w:pPr>
      <w:r>
        <w:rPr>
          <w:rFonts w:ascii="Times New Roman" w:hAnsi="Times New Roman" w:eastAsia="Times New Roman" w:cs="Times New Roman"/>
        </w:rPr>
        <w:t>Pravda, ktorú Ján označuje ako „Zjavenie Ježiša Krista“ a ktorú Lev z kmeňa Júdovho od júla 2023 odpečaťuje pre svoj ľud, sa privádza k dokonalosti, keď je kniha Daniel spojená s knihou Zjavenia. Druhá kapitola knihy Daniel predstavuje posolstvo druhého anjela v kontexte skúšky obrazu šelmy posledných dní. Označuje proces skúšania a určité obdobie skúšky.</w:t>
      </w:r>
    </w:p>
    <w:p>
      <w:pPr>
        <w:pStyle w:val="ArticleBody"/>
        <w:jc w:val="left"/>
      </w:pPr>
      <w:r>
        <w:rPr>
          <w:rFonts w:ascii="Times New Roman" w:hAnsi="Times New Roman" w:eastAsia="Times New Roman" w:cs="Times New Roman"/>
        </w:rPr>
        <w:t>Obdobie a proces druhej kapitoly Daniela, znázornené sedemdesiatimi rokmi Danielovho zajatia, predobrazovali obdobie skúšky protestantov v milleritskej histórii. Protestanti vo svojom procese skúšky zlyhali a stali sa dcérami Ríma. Prorocky dcéra predstavuje svoju matku; a Rím je prorocká šelma. Ich zlyhanie a následný prechod medzi dcéry Ríma predobrazujú skúšku obrazu šelmy v našich súčasných dejinách, lebo prešli do obrazu šelmy. Náš súčasný proces skúšky je preto znázornený Danielovými sedemdesiatimi rokmi zajatia a tiež dejinami posolstva druhého anjela počas milleritského hnutia.</w:t>
      </w:r>
    </w:p>
    <w:p>
      <w:pPr>
        <w:pStyle w:val="ArticleBody"/>
        <w:jc w:val="left"/>
      </w:pPr>
      <w:r>
        <w:rPr>
          <w:rFonts w:ascii="Times New Roman" w:hAnsi="Times New Roman" w:eastAsia="Times New Roman" w:cs="Times New Roman"/>
        </w:rPr>
        <w:t>V dejinách posolstva druhého anjela, ktoré sa začalo 11. septembra 2001, jestvuje určité obdobie a skúšobný proces, ktoré sú symbolicky znázornené ako Nabuchodonozorov obrazový sen o šelmách; lebo kráľovstvo v biblickom proroctve je tiež šelma. Nabuchodonozor a chaldejská náboženská elita predstavujú tých, ktorí skúšku neobstoja, a Daniel a traja hodní predstavujú tých, ktorí skúšku obstoja. Môže sa to javiť inak, no Nabuchodonozorovo zlyhanie je potvrdené v tretej kapitole knihy Daniel.</w:t>
      </w:r>
    </w:p>
    <w:p>
      <w:pPr>
        <w:pStyle w:val="ArticleBody"/>
        <w:jc w:val="left"/>
      </w:pPr>
      <w:r>
        <w:rPr>
          <w:rFonts w:ascii="Times New Roman" w:hAnsi="Times New Roman" w:eastAsia="Times New Roman" w:cs="Times New Roman"/>
        </w:rPr>
        <w:t>V procese skúšky, ktorý je znázornený v Danielovi v prvej i druhej kapitole, sa nachádzajú konkrétne prorocké medzníky, ktoré sa zhodujú s pravdami, čo boli nedávno predložené v knihe Zjavenie. V prvej kapitole „desať dní“ predstavovalo obdobie skúšky, ktoré viedlo k tomu, že Daniel prejavil krajší a plnší vzhľad v dôsledku toho, že jedol nebeský pokrm, zatiaľ čo druhá trieda komorníkov prejavila podobu tých, ktorí jedli stravu kráľa. Kráľ je prorocky kráľovstvom a prorocky je kráľ alebo kráľovstvo tiež šelmou. Tí, ktorých tvár prejavila výsledky jedenia kráľovej stravy, prejavili obraz šelmy.</w:t>
      </w:r>
    </w:p>
    <w:p>
      <w:pPr>
        <w:pStyle w:val="ArticleBody"/>
        <w:jc w:val="left"/>
      </w:pPr>
      <w:r>
        <w:rPr>
          <w:rFonts w:ascii="Times New Roman" w:hAnsi="Times New Roman" w:eastAsia="Times New Roman" w:cs="Times New Roman"/>
        </w:rPr>
        <w:t>V druhej kapitole Daniela sa Daniel modlil, aby porozumel skrytému „tajomstvu“ Nabuchodonozorovho sna o soche. Potreboval vedieť, aký ten sen bol, a tiež čo znamenal. Predstavuje tých v posledných dňoch, ktorí sa usilujú porozumieť tajomstvám spojeným s odpečatením Zjavenia Ježiša Krista, lebo odpečatenie Zjavenia Ježiša Krista je posledným prorockým „tajomstvom“, ktoré je odpečatené pred uzavretím doby milosti. Všetci proroci vrátane Daniela označujú posledné dni. Danielovo úsilie porozumieť „tajomstvu“ bolo úsilím o život a smrť, ako je skúška obrazu šelmy pre Boží ľud v posledných dňoch.</w:t>
      </w:r>
    </w:p>
    <w:p>
      <w:pPr>
        <w:pStyle w:val="ArticleScripture"/>
        <w:jc w:val="left"/>
      </w:pPr>
      <w:r>
        <w:rPr>
          <w:rFonts w:ascii="Times New Roman" w:hAnsi="Times New Roman" w:eastAsia="Times New Roman" w:cs="Times New Roman"/>
        </w:rPr>
        <w:t>„Pán mi jasne ukázal, že obraz šelmy bude vytvorený pred ukončením času milosti; lebo má byť veľkou skúškou pre Boží ľud, podľa ktorej bude rozhodnuté o jeho večnom údele.“ Manuscript Releases, zväzok 15, s. 15.</w:t>
      </w:r>
    </w:p>
    <w:p>
      <w:pPr>
        <w:pStyle w:val="ArticleBody"/>
        <w:jc w:val="left"/>
      </w:pPr>
      <w:r>
        <w:rPr>
          <w:rFonts w:ascii="Times New Roman" w:hAnsi="Times New Roman" w:eastAsia="Times New Roman" w:cs="Times New Roman"/>
        </w:rPr>
        <w:t>Modlitba Daniela, keď sa usiloval porozumieť „tajomstvu“, predstavuje osobitný orientačný bod v dejinách Božieho ľudu v posledných dňoch. Kniha Daniel poskytuje dve svedectvá, ktoré ustanovujú orientačný bod „modlitby“ v posledných dňoch. Tento orientačný bod sa nachádza v časovom období, ktoré je znázornené druhým posolstvom každej reformnej línie.</w:t>
      </w:r>
    </w:p>
    <w:p>
      <w:pPr>
        <w:pStyle w:val="ArticleBody"/>
        <w:jc w:val="left"/>
      </w:pPr>
      <w:r>
        <w:rPr>
          <w:rFonts w:ascii="Times New Roman" w:hAnsi="Times New Roman" w:eastAsia="Times New Roman" w:cs="Times New Roman"/>
        </w:rPr>
        <w:t>Prorockým rámcom oboch modlitieb je sedemdesiat rokov zajatia, ktoré ako symbol predstavujú „sedem časov“ z Levitika dvadsiatej šiestej kapitoly. V Danielovi 2, v prvom verši, je meno „Nebukadnesar“ zdvojené; zdvojenie slova v Písme je symbolom posolstva druhého anjela.</w:t>
      </w:r>
    </w:p>
    <w:p>
      <w:pPr>
        <w:pStyle w:val="ArticleBody"/>
        <w:jc w:val="left"/>
      </w:pPr>
      <w:r>
        <w:rPr>
          <w:rFonts w:ascii="Times New Roman" w:hAnsi="Times New Roman" w:eastAsia="Times New Roman" w:cs="Times New Roman"/>
        </w:rPr>
        <w:t>V spisoch sestry Whiteovej sa nachádza niekoľko odkazov, ktoré označujú tretiu kapitolu knihy Daniel za symbol nedeľného zákona. Prvá kapitola knihy Daniel nesie každú charakteristiku posolstva prvého anjela a je nám oznámené, že nemôžete mať tretie posolstvo (tretia kapitola knihy Daniel) bez prvého a druhého posolstva.</w:t>
      </w:r>
    </w:p>
    <w:p>
      <w:pPr>
        <w:pStyle w:val="ArticleBody"/>
        <w:jc w:val="left"/>
      </w:pPr>
      <w:r>
        <w:rPr>
          <w:rFonts w:ascii="Times New Roman" w:hAnsi="Times New Roman" w:eastAsia="Times New Roman" w:cs="Times New Roman"/>
        </w:rPr>
        <w:t>Skúška obrazu šelmy bola Ellen Whiteovou definovaná ako skúška, ktorou musíme prejsť pred uzavretím času milosti a predtým, než budeme spečatení. Keď v tretej kapitole knihy Daniel zaznela hudba, čas milosti sa symbolicky uzavrel, lebo tretia kapitola predstavuje nedeľný zákon. Nabuchodonozorova hudba predstavuje melódiu, ktorú potom neviestka z Týru začína spievať kráľom zeme na konci symbolických sedemdesiatich rokov, počas ktorých bola zabudnutá.</w:t>
      </w:r>
    </w:p>
    <w:p>
      <w:pPr>
        <w:pStyle w:val="ArticleScripture"/>
        <w:jc w:val="left"/>
      </w:pPr>
      <w:r>
        <w:rPr>
          <w:rFonts w:ascii="Times New Roman" w:hAnsi="Times New Roman" w:eastAsia="Times New Roman" w:cs="Times New Roman"/>
        </w:rPr>
        <w:t>A stane sa v ten deň, že Týrus bude zabudnutý sedemdesiat rokov, podľa dní jedného kráľa; po uplynutí sedemdesiatich rokov bude to s Týrom ako v piesni o neviestke. Vezmi citaru, obchádzaj mesto, ty zabudnutá neviestka; ľúbezne hraj, spievaj mnoho piesní, aby si bola pripomenutá. A stane sa po uplynutí sedemdesiatich rokov, že Hospodin navštívi Týrus a on sa vráti k svojej mzde a bude smilniť so všetkými kráľovstvami sveta na povrchu zeme. Izaiáš 23:15–17.</w:t>
      </w:r>
    </w:p>
    <w:p>
      <w:pPr>
        <w:pStyle w:val="ArticleBody"/>
        <w:jc w:val="left"/>
      </w:pPr>
      <w:r>
        <w:rPr>
          <w:rFonts w:ascii="Times New Roman" w:hAnsi="Times New Roman" w:eastAsia="Times New Roman" w:cs="Times New Roman"/>
        </w:rPr>
        <w:t>Sestra Whiteová označuje posolstvá troch anjelov za tri skúšky.</w:t>
      </w:r>
    </w:p>
    <w:p>
      <w:pPr>
        <w:pStyle w:val="ArticleScripture"/>
        <w:jc w:val="left"/>
      </w:pPr>
      <w:r>
        <w:rPr>
          <w:rFonts w:ascii="Times New Roman" w:hAnsi="Times New Roman" w:eastAsia="Times New Roman" w:cs="Times New Roman"/>
        </w:rPr>
        <w:t>„Mnohí, ktorí vyšli v ústrety Ženíchovi pod posolstvami prvého a druhého anjela, odmietli tretie, posledné skúšobné posolstvo, ktoré má byť dané svetu, a podobné stanovisko bude zaujaté aj vtedy, keď zaznie posledné volanie.“ Review and Herald, 31. októbra 1899.</w:t>
      </w:r>
    </w:p>
    <w:p>
      <w:pPr>
        <w:pStyle w:val="ArticleBody"/>
        <w:jc w:val="left"/>
      </w:pPr>
      <w:r>
        <w:rPr>
          <w:rFonts w:ascii="Times New Roman" w:hAnsi="Times New Roman" w:eastAsia="Times New Roman" w:cs="Times New Roman"/>
        </w:rPr>
        <w:t>Na základe viacerých svedkov je druhá kapitola Daniela posolstvom druhého anjela. Dejiny zmocnenia prvého anjela až po súd sú dejinami znázornenými sedemdesiatimi rokmi Danielovho zajatia. Kontext Danielovej modlitby v druhej kapitole sa odohráva v rámci sedemdesiatich rokov, ktoré sú symbolom „siedmich časov“.</w:t>
      </w:r>
    </w:p>
    <w:p>
      <w:pPr>
        <w:pStyle w:val="ArticleBody"/>
        <w:jc w:val="left"/>
      </w:pPr>
      <w:r>
        <w:rPr>
          <w:rFonts w:ascii="Times New Roman" w:hAnsi="Times New Roman" w:eastAsia="Times New Roman" w:cs="Times New Roman"/>
        </w:rPr>
        <w:t>Modlitba deviatej kapitoly sa začína priamym odkazom na sedemdesiat rokov. Prorocké prostredie oboch modlitieb je totožné. Predstavujú rozličné aspekty tej istej modlitby, no obe sú zasadené do totožného rámca „sedemkrát“ a obe sú v súlade s orientačným bodom „modlitba“, ktorý sa nachádza v dejinách stoštyridsaťštyritisíc posledných dní.</w:t>
      </w:r>
    </w:p>
    <w:p>
      <w:pPr>
        <w:pStyle w:val="ArticleBody"/>
        <w:jc w:val="left"/>
      </w:pPr>
      <w:r>
        <w:rPr>
          <w:rFonts w:ascii="Times New Roman" w:hAnsi="Times New Roman" w:eastAsia="Times New Roman" w:cs="Times New Roman"/>
        </w:rPr>
        <w:t>Keď sa Daniel modlí v deviatej kapitole, nachádza sa v prorockom „období prechodu“ z babylonského kráľovstva do kráľovstva Médov a Peržanov. Tento bod prechodu je zároveň aj medzníkom a taktiež sa zhoduje s tým istým bodom prechodu v hnutí tretieho anjela, keď Boží ľud zomiera na ulici ako „Laodicejčania“ a vychádza z hrobu ako „Filadelfčania“. Bod prechodu v hnutí prvého anjela sa zhoduje tak s Danielovým bodom prechodu, ako aj s hnutím tretieho anjela, a všetky tri sú priamo spojené so „siedmimi časmi“ z Levitikusu dvadsiatej šiestej kapitoly. Prechod od Filadelfie k Laodicei v milleritskom hnutí nastal s príchodom „nového svetla“ o „siedmich časoch“ v roku 1856 a s následným úplným odmietnutím „siedmich časov“ v roku 1863. Daniel v deviatej kapitole, hnutie prvého anjela v milleritskom období a hnutie tretieho anjela v našom čase, všetky majú bod prechodu, ktorý sa navzájom zhoduje, a všetky tri body prechodu sú zasadené do kontextu „siedmich časov“.</w:t>
      </w:r>
    </w:p>
    <w:p>
      <w:pPr>
        <w:pStyle w:val="ArticleBody"/>
        <w:jc w:val="left"/>
      </w:pPr>
      <w:r>
        <w:rPr>
          <w:rFonts w:ascii="Times New Roman" w:hAnsi="Times New Roman" w:eastAsia="Times New Roman" w:cs="Times New Roman"/>
        </w:rPr>
        <w:t>V dejinách procesu skúšky Daniel predstavuje posla, ktorému je dané svetlo a ktorý sa oň najprv delí so svojimi tromi druhmi, čím predobrazuje prorockú úlohu „Eliáša“, ktorý je „hlasom volajúceho na púšti“.</w:t>
      </w:r>
    </w:p>
    <w:p>
      <w:pPr>
        <w:pStyle w:val="ArticleBody"/>
        <w:jc w:val="left"/>
      </w:pPr>
      <w:r>
        <w:rPr>
          <w:rFonts w:ascii="Times New Roman" w:hAnsi="Times New Roman" w:eastAsia="Times New Roman" w:cs="Times New Roman"/>
        </w:rPr>
        <w:t>„Tajomstvo“ druhej kapitoly Daniela odhaľuje, že ôsme kráľovstvo biblického proroctva je „zo siedmich“ kráľovstiev. Ako prvé znázornenie kráľovstiev biblického proroctva sa teda spája s posledným znázornením kráľovstiev biblického proroctva, ktoré sa nachádza v sedemnástej kapitole Zjavenia. Ôsme kráľovstvo, ktoré je „zo siedmich“ predchádzajúcich kráľovstiev, poukazuje na prechodový bod, ktorý ustanovuje moderný Babylon ako trojnásobné spojenie draka, šelmy a falošného proroka. Nabuchodonozorov sen o soche napokon označuje ôsme pozemské kráľovstvo prorockých dejín.</w:t>
      </w:r>
    </w:p>
    <w:p>
      <w:pPr>
        <w:pStyle w:val="ArticleBody"/>
        <w:jc w:val="left"/>
      </w:pPr>
      <w:r>
        <w:rPr>
          <w:rFonts w:ascii="Times New Roman" w:hAnsi="Times New Roman" w:eastAsia="Times New Roman" w:cs="Times New Roman"/>
        </w:rPr>
        <w:t>Kráľovstvo je v biblickom proroctve šelmou, a preto je pravda znázornená v Nabuchodonozorovom sne o soche prvou zmienkou o poslednej šelme, ako je to tiež označené v sedemnástej kapitole Zjavenia. Preto je Nabuchodonozorov sen v konečnom dôsledku snom o obraze ôsmej a poslednej šelmy. Je to sen o „obraze šelmy“.</w:t>
      </w:r>
    </w:p>
    <w:p>
      <w:pPr>
        <w:pStyle w:val="ArticleBody"/>
        <w:jc w:val="left"/>
      </w:pPr>
      <w:r>
        <w:rPr>
          <w:rFonts w:ascii="Times New Roman" w:hAnsi="Times New Roman" w:eastAsia="Times New Roman" w:cs="Times New Roman"/>
        </w:rPr>
        <w:t>To samo osebe predstavuje potvrdenie dôležitosti rozpoznania bodu prechodu, ku ktorému dochádza v pohybe tretieho anjela, no „tajomstvo“ je zároveň aj kľúčom, ktorý spája a potvrdzuje veľkú časť toho, na čo poukazovali predchádzajúce články o dejinách, ktoré nasledovali po 18. júli 2020. V týchto článkoch bolo predložené, že štyri medzníky každého z posvätných reformačných hnutí, ktoré sú znázornené Danielovými sedemdesiatimi rokmi zajatia, vždy nesú tú istú tému.</w:t>
      </w:r>
    </w:p>
    <w:p>
      <w:pPr>
        <w:pStyle w:val="ArticleBody"/>
        <w:jc w:val="left"/>
      </w:pPr>
      <w:r>
        <w:rPr>
          <w:rFonts w:ascii="Times New Roman" w:hAnsi="Times New Roman" w:eastAsia="Times New Roman" w:cs="Times New Roman"/>
        </w:rPr>
        <w:t>Tieto štyri medzníky v čase Krista boli zasadené do kontextu „smrti a vzkriesenia“. Prvým medzníkom, ktorý predstavoval zmocnenie prvého posolstva, bol Kristov krst, symbol smrti a vzkriesenia. Druhým medzníkom, ktorý predstavuje prvé sklamanie v týchto dejinách, bola smrť a vzkriesenie Lazára. Tretím medzníkom bol triumfálny vstup do Jeruzalema, predstavujúci Polnočné volanie. Kristus smeroval k svojej smrti a vzkrieseniu a Lazár, živý predstaviteľ smrti a vzkriesenia, viedol sprievod. Lazár takisto potvrdzuje, že počas zvestovania Polnočného volania je Boží ľud „spečatený“.</w:t>
      </w:r>
    </w:p>
    <w:p>
      <w:pPr>
        <w:pStyle w:val="ArticleScripture"/>
        <w:jc w:val="left"/>
      </w:pPr>
      <w:r>
        <w:rPr>
          <w:rFonts w:ascii="Times New Roman" w:hAnsi="Times New Roman" w:eastAsia="Times New Roman" w:cs="Times New Roman"/>
        </w:rPr>
        <w:t>„Tento vrcholný zázrak, vzkriesenie Lazára, mal spečatiť Božie schválenie Jeho diela a Jeho nároku na božstvo.“ The Desire of Ages, 529.</w:t>
      </w:r>
    </w:p>
    <w:p>
      <w:pPr>
        <w:pStyle w:val="ArticleBody"/>
        <w:jc w:val="left"/>
      </w:pPr>
      <w:r>
        <w:rPr>
          <w:rFonts w:ascii="Times New Roman" w:hAnsi="Times New Roman" w:eastAsia="Times New Roman" w:cs="Times New Roman"/>
        </w:rPr>
        <w:t>Štvrtým medzníkom súdu bol kríž, ktorý bol zároveň smrťou i vzkriesením. Obdobie týchto štyroch medzníkov je znázornené Danielovými sedemdesiatimi rokmi zajatia.</w:t>
      </w:r>
    </w:p>
    <w:p>
      <w:pPr>
        <w:pStyle w:val="ArticleBody"/>
        <w:jc w:val="left"/>
      </w:pPr>
      <w:r>
        <w:rPr>
          <w:rFonts w:ascii="Times New Roman" w:hAnsi="Times New Roman" w:eastAsia="Times New Roman" w:cs="Times New Roman"/>
        </w:rPr>
        <w:t>V dejinách mileritského hnutia bola témou „zásada deň za rok“ a 11. august 1840 bol potvrdením tejto zásady. Prvé sklamanie bolo výsledkom nesprávneho uplatnenia zásady deň za rok. Polnočný výkrik bol zdokonalením zásady deň za rok v spojení s proroctvom o dvetisíctristo rokoch a proroctvom o dvetisícpäťstodvadsiatich rokoch, a potom sa začal vyšetrujúci súd, keď sa tieto proroctvá podľa zásady deň za rok naplnili 22. októbra 1844. Témou všetkých štyroch medzníkov v dejinách mileritského hnutia bola „zásada deň za rok“. Obdobie týchto štyroch medzníkov je znázornené Danielovými sedemdesiatimi rokmi zajatia.</w:t>
      </w:r>
    </w:p>
    <w:p>
      <w:pPr>
        <w:pStyle w:val="ArticleBody"/>
        <w:jc w:val="left"/>
      </w:pPr>
      <w:r>
        <w:rPr>
          <w:rFonts w:ascii="Times New Roman" w:hAnsi="Times New Roman" w:eastAsia="Times New Roman" w:cs="Times New Roman"/>
        </w:rPr>
        <w:t>V dňoch kráľa Dávida bola témou „archa Božia“. Keď bol Dávid zmocnený, vtedy sa rozhodol priniesť archu do Dávidovho mesta.</w:t>
      </w:r>
    </w:p>
    <w:p>
      <w:pPr>
        <w:pStyle w:val="ArticleScripture"/>
        <w:jc w:val="left"/>
      </w:pPr>
      <w:r>
        <w:rPr>
          <w:rFonts w:ascii="Times New Roman" w:hAnsi="Times New Roman" w:eastAsia="Times New Roman" w:cs="Times New Roman"/>
        </w:rPr>
        <w:t>A Dávid išiel ďalej a vzrastal vo veľkosti, a Hospodin, Boh zástupov, bol s ním. 2. Samuelova 5:10.</w:t>
      </w:r>
    </w:p>
    <w:p>
      <w:pPr>
        <w:pStyle w:val="ArticleBody"/>
        <w:jc w:val="left"/>
      </w:pPr>
      <w:r>
        <w:rPr>
          <w:rFonts w:ascii="Times New Roman" w:hAnsi="Times New Roman" w:eastAsia="Times New Roman" w:cs="Times New Roman"/>
        </w:rPr>
        <w:t>Prvé sklamanie nastalo vtedy, keď Uzza zhrešil tým, že sa dotkol archy. Tretím medzníkom bolo, keď Dávid pochopil, že Pán požehnal dom Obéd-Edóma Gittitského, kde bola archa uchovávaná od čias Uzzovej vzbury. Dávid potom išiel a vzal archu späť pre svoj triumfálny vstup do Jeruzalema (len aby jeho manželka prejavila neprimeraný hnev a „sklamanie“ nad Dávidovým príchodom). Každý z týchto štyroch medzníkov je znázornený archou. Obdobie týchto štyroch medzníkov je znázornené Danielovými sedemdesiatimi rokmi zajatia.</w:t>
      </w:r>
    </w:p>
    <w:p>
      <w:pPr>
        <w:pStyle w:val="ArticleBody"/>
        <w:jc w:val="left"/>
      </w:pPr>
      <w:r>
        <w:rPr>
          <w:rFonts w:ascii="Times New Roman" w:hAnsi="Times New Roman" w:eastAsia="Times New Roman" w:cs="Times New Roman"/>
        </w:rPr>
        <w:t>Dňa 11. septembra 2001 bol islam „tretieho Beda“ uvoľnený a potom zadržaný. Dňa 18. júla 2020 zaznela chybná predpoveď o úlohe islamu. Posolstvo, ktoré privádza mŕtve suché kosti k životu, prichádza „zo štyroch vetrov“, ktoré sú symbolom islamu a predstavujú posolstvo Polnočného volania. Národná skaza, ktorá nasleduje po národnom odpadnutí zákona o nedeli v Spojených štátoch, je spôsobená islamom „tretieho Beda“. Obdobie týchto štyroch medzníkov je znázornené Danielovými sedemdesiatimi rokmi zajatia.</w:t>
      </w:r>
    </w:p>
    <w:p>
      <w:pPr>
        <w:pStyle w:val="ArticleBody"/>
        <w:jc w:val="left"/>
      </w:pPr>
      <w:r>
        <w:rPr>
          <w:rFonts w:ascii="Times New Roman" w:hAnsi="Times New Roman" w:eastAsia="Times New Roman" w:cs="Times New Roman"/>
        </w:rPr>
        <w:t>Pohyb prvého anjela predstavuje pohyb tretieho anjela a posolstvo Polnočného volania v milleritskej histórii bolo opravou chybnej predpovede, ktorá spôsobila prvé sklamanie.</w:t>
      </w:r>
    </w:p>
    <w:p>
      <w:pPr>
        <w:pStyle w:val="ArticleScripture"/>
        <w:jc w:val="left"/>
      </w:pPr>
      <w:r>
        <w:rPr>
          <w:rFonts w:ascii="Times New Roman" w:hAnsi="Times New Roman" w:eastAsia="Times New Roman" w:cs="Times New Roman"/>
        </w:rPr>
        <w:t>Sklamaní zo Svätých písem spoznali, že sa nachádzajú v čase meškania a že musia trpezlivo čakať na splnenie videnia. Tie isté dôkazy, ktoré ich viedli k tomu, aby očakávali svojho Pána v roku 1843, ich viedli k tomu, aby Ho očakávali v roku 1844.“ Early Writings, 247.</w:t>
      </w:r>
    </w:p>
    <w:p>
      <w:pPr>
        <w:pStyle w:val="ArticleBody"/>
        <w:jc w:val="left"/>
      </w:pPr>
      <w:r>
        <w:rPr>
          <w:rFonts w:ascii="Times New Roman" w:hAnsi="Times New Roman" w:eastAsia="Times New Roman" w:cs="Times New Roman"/>
        </w:rPr>
        <w:t>Tie isté dôkazy o islamskom útoku na Nashville sú dôkazmi útoku na Nashville, ktorý sa uskutoční ako odpoveď na presadenie nedeľného uctievania. Spisy Ducha proroctva nikdy nezlyhávajú. Predpoveď útoku na Nashville je predložená v spisoch Ducha proroctva. Predpoveď týkajúca sa Nashvillu sa naplní, ale predpoveď útoku na Nashville bude založená na oprave predchádzajúcej nenaplnenej predpovede, tak ako to bolo v milleritskej histórii. Napĺňa sa pri štvrtom medzníku, ktorý je medzníkom predstavujúcim „súd“.</w:t>
      </w:r>
    </w:p>
    <w:p>
      <w:pPr>
        <w:pStyle w:val="ArticleBody"/>
        <w:jc w:val="left"/>
      </w:pPr>
      <w:r>
        <w:rPr>
          <w:rFonts w:ascii="Times New Roman" w:hAnsi="Times New Roman" w:eastAsia="Times New Roman" w:cs="Times New Roman"/>
        </w:rPr>
        <w:t>Ježiš vždy znázorňuje koniec prostredníctvom začiatku a prvým medzníkom 11. septembra 2001 bol útok islamu, takže pri súde nad nedeľným zákonom dôjde k islamskému útoku na Nashville. Je celkom možné, že bude zahŕňať aj iné ciele, no posolstvo Polnočného volania je posolstvom, ktoré je opravou posolstva, ktoré vyvolalo prvé sklamanie. Prvé sklamanie bolo spôsobené hriechom spočívajúcim v uplatnení časového prvku na predpoveď, nie slovami Ellen Whiteovej.</w:t>
      </w:r>
    </w:p>
    <w:p>
      <w:pPr>
        <w:pStyle w:val="ArticleBody"/>
        <w:jc w:val="left"/>
      </w:pPr>
      <w:r>
        <w:rPr>
          <w:rFonts w:ascii="Times New Roman" w:hAnsi="Times New Roman" w:eastAsia="Times New Roman" w:cs="Times New Roman"/>
        </w:rPr>
        <w:t>Je dôležité rozpoznať, že štyri medzníky, ktoré sa začínajú pri „zmocnení“ prvého posolstva (čo sa v Danielovi odohráva na začiatku symbolických sedemdesiatich rokov), sú vždy riadené tou istou témou. Ak ste prijali 11. september 2001 ako naplnenie proroctva, potom ste prorocky zjedli „skrytú knihu“. Len veľmi málo ľudí skutočne prijalo túto pravdu, no predsa boli niektorí, ktorí si, ako to predstavuje Daniel, zaumienili vo svojom srdci, že sa nepoškvrnia babylonskou stravou. Napriek tomu sú takí, ktorí vyznávajú, že veria, že 11. september 2001 bol naplnením proroctva, ale tvrdia, že to nebol islam, ale rodina Bushovcov, alebo globalisti, alebo jezuiti, alebo CIA, alebo nejaká kombinácia obvyklých podozrivých, ktorých často používajú novodobí konšpirační teoretici. Ako Alfa a Omega Ježiš ilustruje koniec začiatkom, takže ak sa mýlime v tom, čo bolo prorocky predstavené 11. septembra 2001, ničíme svoju schopnosť správne rozdeľovať prorocké Slovo „pravdy“.</w:t>
      </w:r>
    </w:p>
    <w:p>
      <w:pPr>
        <w:pStyle w:val="ArticleBody"/>
        <w:jc w:val="left"/>
      </w:pPr>
      <w:r>
        <w:rPr>
          <w:rFonts w:ascii="Times New Roman" w:hAnsi="Times New Roman" w:eastAsia="Times New Roman" w:cs="Times New Roman"/>
        </w:rPr>
        <w:t>„Zmocnením“ prvého posolstva v milleritskej histórii bol islam druhého beda, a toto zmocnenie predznačovalo zmocnenie z 11. septembra 2001, ktoré priniesol islam tretieho beda.</w:t>
      </w:r>
    </w:p>
    <w:p>
      <w:pPr>
        <w:pStyle w:val="ArticleBody"/>
        <w:jc w:val="left"/>
      </w:pPr>
      <w:r>
        <w:rPr>
          <w:rFonts w:ascii="Times New Roman" w:hAnsi="Times New Roman" w:eastAsia="Times New Roman" w:cs="Times New Roman"/>
        </w:rPr>
        <w:t>Islam pri prvom medzníku identifikuje islam pri poslednom medzníku. Posledný medzník predstavuje súd a Spojené štáty sú súdené pri nedeľnom zákone. Je to druhé posolstvo Ezechiela v tridsiatej siedmej kapitole, ktoré privádza mŕtvych k životu, a toto posolstvo je posolstvom tretieho medzníka, ktorým je Polnočný krik. Je to zapečaťujúce posolstvo, ako je predobrazené triumfálnym vstupom Krista, jazdiaceho na „oslici“, symbole islamu. Zapečaťujúce posolstvo Polnočného kriku je nesené islamom.</w:t>
      </w:r>
    </w:p>
    <w:p>
      <w:pPr>
        <w:pStyle w:val="ArticleScripture"/>
        <w:jc w:val="left"/>
      </w:pPr>
      <w:r>
        <w:rPr>
          <w:rFonts w:ascii="Times New Roman" w:hAnsi="Times New Roman" w:eastAsia="Times New Roman" w:cs="Times New Roman"/>
        </w:rPr>
        <w:t>Povedzte dcére Sionskej: Hľa, tvoj Kráľ prichádza k tebe, tichý a sediaci na oslovi, a na osliatku, mláďati oslice. Matúš 21:5.</w:t>
      </w:r>
    </w:p>
    <w:p>
      <w:pPr>
        <w:pStyle w:val="ArticleBody"/>
        <w:jc w:val="left"/>
      </w:pPr>
      <w:r>
        <w:rPr>
          <w:rFonts w:ascii="Times New Roman" w:hAnsi="Times New Roman" w:eastAsia="Times New Roman" w:cs="Times New Roman"/>
        </w:rPr>
        <w:t>Ezechielovo druhé proroctvo prichádza zo „štyroch vetrov“, čo je zároveň aj symbol islamu. Je nanajvýš nevyhnutné mať v tejto pravde jasno, lebo posolstvo, ktoré je Polnočným volaním, je posolstvom identifikujúcim islam tretieho Beda ako moc, ktorá pri nedeľnom zákone privádza súd na Spojené štáty a spôsobuje národnú skazu, ktorá nasleduje po nariadení.</w:t>
      </w:r>
    </w:p>
    <w:p>
      <w:pPr>
        <w:pStyle w:val="ArticleBody"/>
        <w:jc w:val="left"/>
      </w:pPr>
      <w:r>
        <w:rPr>
          <w:rFonts w:ascii="Times New Roman" w:hAnsi="Times New Roman" w:eastAsia="Times New Roman" w:cs="Times New Roman"/>
        </w:rPr>
        <w:t>Sedem trúb Zjavenia boli Božími súdmi nad vynucovaním nedeľného bohoslužobného uctievania zo strany pohanského Ríma i pápežského Ríma.</w:t>
      </w:r>
    </w:p>
    <w:p>
      <w:pPr>
        <w:pStyle w:val="ArticleListItem"/>
        <w:ind w:left="576" w:hanging="259"/>
        <w:jc w:val="left"/>
      </w:pPr>
      <w:r>
        <w:rPr>
          <w:rFonts w:ascii="Times New Roman" w:hAnsi="Times New Roman" w:eastAsia="Times New Roman" w:cs="Times New Roman"/>
        </w:rPr>
        <w:t>1. Prvé štyri trúby boli zoslané proti pohanskému Rímu po tom, čo Konštantín v roku 321 presadil prvý nedeľný zákon.</w:t>
      </w:r>
    </w:p>
    <w:p>
      <w:pPr>
        <w:pStyle w:val="ArticleListItem"/>
        <w:ind w:left="576" w:hanging="259"/>
        <w:jc w:val="left"/>
      </w:pPr>
      <w:r>
        <w:rPr>
          <w:rFonts w:ascii="Times New Roman" w:hAnsi="Times New Roman" w:eastAsia="Times New Roman" w:cs="Times New Roman"/>
        </w:rPr>
        <w:t>2. Piata a šiesta trúba (ktoré sú zároveň prvým a druhým beda islamu) boli Božími súdmi proti pápežskému Rímu za pápežský nedeľný zákon prijatý na Orleánskom koncile v roku 538.</w:t>
      </w:r>
    </w:p>
    <w:p>
      <w:pPr>
        <w:pStyle w:val="ArticleListItem"/>
        <w:ind w:left="576" w:hanging="259"/>
        <w:jc w:val="left"/>
      </w:pPr>
      <w:r>
        <w:rPr>
          <w:rFonts w:ascii="Times New Roman" w:hAnsi="Times New Roman" w:eastAsia="Times New Roman" w:cs="Times New Roman"/>
        </w:rPr>
        <w:t>3. Siedma trúba (ktorá je tretím Beda islamu) je súdom privedeným na Spojené štáty, keď v blízkej budúcnosti vynútia nedeľné bohoslužby.</w:t>
      </w:r>
    </w:p>
    <w:p>
      <w:pPr>
        <w:pStyle w:val="ArticleBody"/>
        <w:jc w:val="left"/>
      </w:pPr>
      <w:r>
        <w:rPr>
          <w:rFonts w:ascii="Times New Roman" w:hAnsi="Times New Roman" w:eastAsia="Times New Roman" w:cs="Times New Roman"/>
        </w:rPr>
        <w:t>Islam tretieho Beda predstavuje prvý medzník 11. septembra 2001. Nenaplnená predpoveď útoku islamu na Nashville 18. júla 2020 predstavuje prvé sklamanie, druhý medzník. Posolstvo „štyroch vetrov“ islamu, ako je znázornené v druhom Ezechielovom proroctve v tridsiatej siedmej kapitole, predstavuje Polnočný výkrik, tretí medzník, a potom štvrtý medzník, totiž naplnenie nenaplnenej predpovede z 18. júla 2020 pri nedeľnom zákone. To sú štyri prorocké medzníky, ktoré sa vyskytujú v prorockých dejinách sto štyridsaťštyritisíc, ako sú znázornené Danielovými sedemdesiatimi rokmi zajatia.</w:t>
      </w:r>
    </w:p>
    <w:p>
      <w:pPr>
        <w:pStyle w:val="ArticleBody"/>
        <w:jc w:val="left"/>
      </w:pPr>
      <w:r>
        <w:rPr>
          <w:rFonts w:ascii="Times New Roman" w:hAnsi="Times New Roman" w:eastAsia="Times New Roman" w:cs="Times New Roman"/>
        </w:rPr>
        <w:t>Rozpoznanie posolstva Polnočného volania je prvoradým prvkom „tajomstva“, ktoré bolo v predobraze zjavené Danielovi, keď sa modlil, aby porozumel Nabuchodonozorovmu snu o soche. Jeho modlitba je medzníkom, ktorý sa nachádza na konci troch a pol dňa smrti dvoch svedkov zo Zjavenia jedenásť. Danielova modlitba podľa Leviticus dvadsaťšesť, zaznamenaná v deviatej kapitole, bola v prvom roku Dária. To umiestňuje jeho modlitby do bodov prechodu.</w:t>
      </w:r>
    </w:p>
    <w:p>
      <w:pPr>
        <w:pStyle w:val="ArticleBody"/>
        <w:jc w:val="left"/>
      </w:pPr>
      <w:r>
        <w:rPr>
          <w:rFonts w:ascii="Times New Roman" w:hAnsi="Times New Roman" w:eastAsia="Times New Roman" w:cs="Times New Roman"/>
        </w:rPr>
        <w:t>Bodom prechodu v dejinách milleritského hnutia bol rok 1856, keď podľa Jamesa a Ellen Whiteových milleritské hnutie prešlo z Filadelfie do Laodicey. V tom istom roku prišlo v článkoch Hirama Edsona v Review and Herald „nové svetlo“ o „sedemnásobku“, no v roku 1863 („o sedemkrát“ neskôr) bol „sedemnásobok“ celkom odmietnutý. Daniel sa modlil „modlitbu“, ktorá je označená ako „náprava“ pre „rozptýlenie“ „sedemnásobku“ v bode prechodu medzi prvým a druhým kráľovstvom biblického proroctva.</w:t>
      </w:r>
    </w:p>
    <w:p>
      <w:pPr>
        <w:pStyle w:val="ArticleBody"/>
        <w:jc w:val="left"/>
      </w:pPr>
      <w:r>
        <w:rPr>
          <w:rFonts w:ascii="Times New Roman" w:hAnsi="Times New Roman" w:eastAsia="Times New Roman" w:cs="Times New Roman"/>
        </w:rPr>
        <w:t>Tri a pol je symbolom pre tisícdvestošesťdesiat rokov, ktoré sú zase symbolom „siedmich časov“. Dňa 18. júla 2020 laodicejské hnutie Future for America prejavilo vzburu proti Božiemu príkazu, aby už nikdy viac nevešalo prorocké posolstvo na čas. Hnutie bolo potom „zabité“ a „rozptýlené“ na ulici zo zjavenia jedenásť, ktorá prechádza Ezechielovým údolím mŕtvych suchých kostí. Na konci toho času „rozptýlenia“, ktorý je zároveň aj „časom meškania“ z podobenstva o desiatich pannách, sú teraz volaní zo svojich hrobov „hlasom volajúceho“ zvnútra „púšte“ „tri a pol“ dňa.</w:t>
      </w:r>
    </w:p>
    <w:p>
      <w:pPr>
        <w:pStyle w:val="ArticleBody"/>
        <w:jc w:val="left"/>
      </w:pPr>
      <w:r>
        <w:rPr>
          <w:rFonts w:ascii="Times New Roman" w:hAnsi="Times New Roman" w:eastAsia="Times New Roman" w:cs="Times New Roman"/>
        </w:rPr>
        <w:t>Tak ako milleriti napokon rozpoznali, že sa vtedy nachádzali v „čase meškania“ z dvadsiatej piatej kapitoly Matúša a druhej kapitoly Habakuka, tak aj „dvaja mŕtvi svedkovia“ musia rozpoznať, kde sa nachádzajú, keď „hlas na púšti“ volá. Musia rozpoznať, že sú „rozptýlení“. Toto rozpoznanie je výzvou k „modlitbe“, avšak nielen k modlitbe; je to výzva k Danielovej modlitbe podľa dvadsiatej šiestej kapitoly Levitika. Bez tejto konkrétnej modlitby niet prebudenia. Prebudenie označuje bod prechodu od Laodicey k Filadelfii a vytvára prorocký jav ôsmeho, ktorý je zo siedmich, ako to potvrdzuje Nebúkadnecarova socha v druhej kapitole Daniela.</w:t>
      </w:r>
    </w:p>
    <w:p>
      <w:pPr>
        <w:pStyle w:val="ArticleBody"/>
        <w:jc w:val="left"/>
      </w:pPr>
      <w:r>
        <w:rPr>
          <w:rFonts w:ascii="Times New Roman" w:hAnsi="Times New Roman" w:eastAsia="Times New Roman" w:cs="Times New Roman"/>
        </w:rPr>
        <w:t>Keď sa táto modlitba pokánia a vyznania uskutoční, zasľúbenie znie, že Boh si potom rozpomenie na svoju zmluvu a zhromaždí svoj rozptýlený ľud. Ezechielovo prvé proroctvo zhromaždilo kosti dokopy a potom jeho proroctvo o „štyroch vetroch“ premenilo novozrodených „Filadelfských“ na mocné vojsko… mocné vojsko, ktoré podľa Zjavenia jedenástej kapitoly malo byť potom „pozdvihnuté do neba“ s „oblakom anjelov“. Oni sú potom Pánovou „zástavou“.</w:t>
      </w:r>
    </w:p>
    <w:p>
      <w:pPr>
        <w:pStyle w:val="ArticleBody"/>
        <w:jc w:val="left"/>
      </w:pPr>
      <w:r>
        <w:rPr>
          <w:rFonts w:ascii="Times New Roman" w:hAnsi="Times New Roman" w:eastAsia="Times New Roman" w:cs="Times New Roman"/>
        </w:rPr>
        <w:t>„Tajomstvo“ druhej kapitoly Daniela, ako ho teraz zjavuje Lev z kmeňa Júdovho, potvrdzuje jav „ôsmeho zo siedmich“… a každý ďalší prorocký prvok druhej kapitoly Daniela sa zhoduje s prorockou postupnosťou dvoch svedkov z jedenástej kapitoly Zjavenia. Dvaja svedkovia z jedenástej kapitoly Zjavenia sú „pozdvihnutí ako zástava“ v tej istej „hodine“, v ktorej dochádza k nedeľnému zákonu, lebo sú pozdvihnutí pri „veľkom zemetrasení“ z jedenástej kapitoly Zjavenia. „Veľké zemetrasenie“ ničí desatinu mesta a Spojené štáty sú hlavným kráľom „desiatich kráľov“, tak ako bolo Francúzsko, keď „zemetrasenie“ Francúzskej revolúcie vyhladilo Francúzsko na naplnenie jedenástej kapitoly Zjavenia.</w:t>
      </w:r>
    </w:p>
    <w:p>
      <w:pPr>
        <w:pStyle w:val="ArticleBody"/>
        <w:jc w:val="left"/>
      </w:pPr>
      <w:r>
        <w:rPr>
          <w:rFonts w:ascii="Times New Roman" w:hAnsi="Times New Roman" w:eastAsia="Times New Roman" w:cs="Times New Roman"/>
        </w:rPr>
        <w:t>Dokonalé naplnenie tohto zemetrasenia sa uskutočňuje na šelme „zeme“ a nedeľný zákon v kráľovstve šelmy zeme spôsobuje otras. Dokonalým naplnením „zemetrasenia“ zo zjavenia jedenásť je nedeľný zákon, keď je šelma „zeme“ „otrasená“ a po národnom odpadnutí nasleduje národná skaza. V tej hodine sú dvaja svedkovia „pozdvihnutí ako zástava“. „Vystupujú do neba v oblakoch“, tak ako Kristus naposledy vystúpil do neba. Jeho posledné slová učeníkom, ktorí sú predobrazom Božieho ľudu posledných dní, ktorý má byť tiež pozdvihnutý do neba ako zástava, sú zaznamenané v knihe Skutkov.</w:t>
      </w:r>
    </w:p>
    <w:p>
      <w:pPr>
        <w:pStyle w:val="ArticleScripture"/>
        <w:jc w:val="left"/>
      </w:pPr>
      <w:r>
        <w:rPr>
          <w:rFonts w:ascii="Times New Roman" w:hAnsi="Times New Roman" w:eastAsia="Times New Roman" w:cs="Times New Roman"/>
        </w:rPr>
        <w:t>A povedal im: Nie je vašou vecou poznať časy alebo doby, ktoré Otec určil svojou vlastnou mocou. Ale dostanete moc, keď na vás zostúpi Duch Svätý; a budete mi svedkami v Jeruzaleme, v celom Judsku, v Samárii a až po samý kraj zeme. A keď to povedal, ako sa dívali, bol vzatý hore; a oblak im ho vzal spred očí. Skutky 1:7–9.</w:t>
      </w:r>
    </w:p>
    <w:p>
      <w:pPr>
        <w:pStyle w:val="ArticleBody"/>
        <w:jc w:val="left"/>
      </w:pPr>
      <w:r>
        <w:rPr>
          <w:rFonts w:ascii="Times New Roman" w:hAnsi="Times New Roman" w:eastAsia="Times New Roman" w:cs="Times New Roman"/>
        </w:rPr>
        <w:t>Tí, ktorí majú byť „zástavou“, sa musia odvrátiť od uplatňovania „časov a období“, ak majú prijať moc Ducha Svätého na vykonanie diela „zástavy“.</w:t>
      </w:r>
    </w:p>
    <w:p>
      <w:pPr>
        <w:pStyle w:val="ArticleBody"/>
        <w:jc w:val="left"/>
      </w:pPr>
      <w:r>
        <w:rPr>
          <w:rFonts w:ascii="Times New Roman" w:hAnsi="Times New Roman" w:eastAsia="Times New Roman" w:cs="Times New Roman"/>
        </w:rPr>
        <w:t>„Tajomstvo“, ktoré bolo zjavené Danielovi v druhej kapitole, je tajomstvom Zjavenia Ježiša Krista, ktoré je odpečatené tesne pred uzavretím času milosti. Toto „tajomstvo“ zahŕňa „skryté dejiny“ „Siedmich hromov“. Tieto dejiny sú vystavané na hebrejskom slove, ktoré vzniklo spojením prvého, trinásteho a posledného písmena hebrejskej abecedy. Keď sa tieto písmená spoja, vytvoria hebrejské slovo „pravda“. Ježiš je „pravda“, ktorý je zároveň Prvý i Posledný. Tieto tri písmená predstavujú štruktúru každého veľkého reformného hnutia, lebo predstavujú prvého, druhého a tretieho anjela. Predstavujú trojstupňový proces očisťovania, ktorý je v dvanástej kapitole Daniela vyjadrený slovami „očistení, vybielení a vyskúšaní“. Tento trojstupňový proces skúšania a očisťovania predkladá Future for America už viac než dve desaťročia, no teraz bol rozpoznaný ako znázornenie „skrytých dejín“ v rámci posvätných reformných línií. Tieto „skryté dejiny“ sú dokonalým naplnením „Siedmich hromov“, ktoré boli až doteraz zapečatené, tesne pred uzavretím času milosti.</w:t>
      </w:r>
    </w:p>
    <w:p>
      <w:pPr>
        <w:pStyle w:val="ArticleBody"/>
        <w:jc w:val="left"/>
      </w:pPr>
      <w:r>
        <w:rPr>
          <w:rFonts w:ascii="Times New Roman" w:hAnsi="Times New Roman" w:eastAsia="Times New Roman" w:cs="Times New Roman"/>
        </w:rPr>
        <w:t>Už dávno sa rozumie tomu, že Sedem hromov predstavuje „vymedzenie udalostí, ktoré sa odohrali pod posolstvami prvého a druhého anjela“, a že takisto predstavujú „budúce udalosti, ktoré budú zjavené vo svojom poradí“. Teraz bolo prostredníctvom Zjavenia „pravdy“ odhalené, že posledné tri medzníky reformnej línie sú „skrytou históriou“ Siedmich hromov. Tieto medzníky sa začínajú „prvým“ sklamaním a končia „posledným“ sklamaním. Prostredným medzníkom je Polnočné volanie. Prvé sklamanie označuje začiatok „času meškania“, ktorý sa končí pri Polnočnom volaní. Posolstvo Polnočného volania sa končí pri „súde“, kde je označené posledné sklamanie.</w:t>
      </w:r>
    </w:p>
    <w:p>
      <w:pPr>
        <w:pStyle w:val="ArticleBody"/>
        <w:jc w:val="left"/>
      </w:pPr>
      <w:r>
        <w:rPr>
          <w:rFonts w:ascii="Times New Roman" w:hAnsi="Times New Roman" w:eastAsia="Times New Roman" w:cs="Times New Roman"/>
        </w:rPr>
        <w:t>Prvým sklamaním v druhej kapitole Daniela bolo Danielovo uvedomenie si, že bol postavený pod „výnos smrti“. Potom požiadal o „čas“, čím označil začiatok „času meškania“. To viedlo k jeho porozumeniu „tajomstva“, ktoré je posolstvom Polnočného volania a ktoré bolo potom predložené Nabuchodonozorovi, aby mohol „súdiť“ Danielovo posolstvo.</w:t>
      </w:r>
    </w:p>
    <w:p>
      <w:pPr>
        <w:pStyle w:val="ArticleBody"/>
        <w:jc w:val="left"/>
      </w:pPr>
      <w:r>
        <w:rPr>
          <w:rFonts w:ascii="Times New Roman" w:hAnsi="Times New Roman" w:eastAsia="Times New Roman" w:cs="Times New Roman"/>
        </w:rPr>
        <w:t>Nebúkadnesarov „súd“ nad snom a výkladom, ktoré predložil Daniel, predstavuje tretí z troch orientačných bodov, ktoré znázorňujú „skryté dejiny“ Siedmich hromov. Tento súd je ďalej rozvinutý aj v tretej kapitole knihy Daniel, ktorá predstavuje zásadu pevne uplatňovanú v knihách Daniel a Zjavenie, pričom touto zásadou je „opakovať a rozširovať“.</w:t>
      </w:r>
    </w:p>
    <w:p>
      <w:pPr>
        <w:pStyle w:val="ArticleBody"/>
        <w:jc w:val="left"/>
      </w:pPr>
      <w:r>
        <w:rPr>
          <w:rFonts w:ascii="Times New Roman" w:hAnsi="Times New Roman" w:eastAsia="Times New Roman" w:cs="Times New Roman"/>
        </w:rPr>
        <w:t>Tretiu kapitolu rozoberieme v nasledujúcom článku, no už tu stojí za to poukázať na to, že súd tretieho orientačného bodu v tretej kapitole označuje posledné sklamanie, ktoré bolo predobrazené prvým sklamaním. „Skrytá história“ siedmich hromov označuje tri orientačné body, začínajúc aj končiac sklamaním. V druhej kapitole Danielovej knihy je prvé sklamanie spojené s „výnosom smrti“ od Nebukadnesara a v tretej kapitole je posledné sklamanie spojené s ďalším „výnosom smrti“ od Nebukadnesara.</w:t>
      </w:r>
    </w:p>
    <w:p>
      <w:pPr>
        <w:pStyle w:val="ArticleBody"/>
        <w:jc w:val="left"/>
      </w:pPr>
      <w:r>
        <w:rPr>
          <w:rFonts w:ascii="Times New Roman" w:hAnsi="Times New Roman" w:eastAsia="Times New Roman" w:cs="Times New Roman"/>
        </w:rPr>
        <w:t>„Skryté dejiny“ „dvoch svedkov“, ktorí predstavujú hnutie Future for America, predstavujú sklamanie z 18. júla 2020. Vtedy sa začal „čas meškania“, znázornený „tromi a pol dňami“ v jedenástej kapitole Zjavenia. Prebudenie a vzkriesenie tých, ktorí boli „zabití na uliciach“ šelmou, ktorá vystúpila z „bezodnej priepasti“, je osobitne opísané v Božom prorockom Slove; no na jednoduchej úrovni, keď sa dvaja svedkovia prebudia, pochopia „tajomstvo“ znázornené v druhej kapitole Daniela.</w:t>
      </w:r>
    </w:p>
    <w:p>
      <w:pPr>
        <w:pStyle w:val="ArticleBody"/>
        <w:jc w:val="left"/>
      </w:pPr>
      <w:r>
        <w:rPr>
          <w:rFonts w:ascii="Times New Roman" w:hAnsi="Times New Roman" w:eastAsia="Times New Roman" w:cs="Times New Roman"/>
        </w:rPr>
        <w:t>Tým „tajomstvom“ je posolstvo Polnočného volania, ktoré potom zvestujú až do tretej kapitoly Daniela, keď príde čoskoro nastávajúci nedeľný zákon a dôjde k poslednému sklamaniu. Prvé sklamanie zakúsili tí, ktorí sú predstavení ako „Daniel“, 18. júla 2020. Posledné sklamanie zakúsi vodca „desiatich kráľov“, ktorým sú Spojené štáty, keď národná apostázia uvedie národnú skazu zo strany islamu.</w:t>
      </w:r>
    </w:p>
    <w:p>
      <w:pPr>
        <w:pStyle w:val="ArticleBody"/>
        <w:jc w:val="left"/>
      </w:pPr>
      <w:r>
        <w:rPr>
          <w:rFonts w:ascii="Times New Roman" w:hAnsi="Times New Roman" w:eastAsia="Times New Roman" w:cs="Times New Roman"/>
        </w:rPr>
        <w:t>V nasledujúcom článku dokončíme zhrnutie a záver druhej kapitoly knihy Daniel.</w:t>
      </w:r>
    </w:p>
    <w:p>
      <w:pPr>
        <w:pStyle w:val="ArticleScripture"/>
        <w:jc w:val="left"/>
      </w:pPr>
      <w:r>
        <w:rPr>
          <w:rFonts w:ascii="Times New Roman" w:hAnsi="Times New Roman" w:eastAsia="Times New Roman" w:cs="Times New Roman"/>
        </w:rPr>
        <w:t>„Satan vzal svet do zajatia. Zaviedol modloslužobnú sobotu a zdanlivo jej prisúdil veľký význam. Odcudzil poctu kresťanského sveta sobote Pánovej a obrátil ju na túto modloslužobnú sobotu. Svet sa klania tradícii, ľudskému prikázaniu. Ako Nabuchodonozor postavil svoju zlatú modlu na pláni Dúra a tak sa vyvyšoval, tak sa aj Satan vyvyšuje v tejto falošnej sobote, pre ktorú ukradol nebeské odznaky.“ Review and Herald, 8. marca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štrnásť</dc:title>
  <dc:subject>Daniel, druhá kapitola – zhrnutie a záver, prvá časť</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