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Kniha Daniel — stopäťdesiata ôsma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Odhalenie videnia: Pochopenie dní smútenia v Danielovi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2024-03-25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V treťom roku Cýra, kráľa Perzie, bolo zjavené slovo Danielovi, ktorého meno bolo nazývané Beltešaccar; a to slovo bolo pravdivé, ale určený čas bol dlhý. A porozumel tomu slovu a mal porozumenie videniu. V tých dňoch som ja, Daniel, smútil za tri celé týždne. Nepožíval som chutný chlieb, ani mäso a víno nevošlo do mojich úst, ani som sa vôbec nepomazal, dokiaľ sa nenaplnili tri celé týždne. A dvadsiateho štvrtého dňa prvého mesiaca, keď som bol pri brehu veľkej rieky, ktorou je Chiddekel. Daniel 10:1–4.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Počas symbolických troch a pol dňa v jedenástej kapitole Zjavenia, keď dvaja svedkovia ležia mŕtvi na ulici, je Beltesazárovi zjavená jedna „vec“. Predtým už porozumel „videniu“ (mareh), lebo v deviatej kapitole už prišiel Gabriel a dal mu porozumenie videniu.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kým som ešte hovoril v modlitbe, muž Gabriel, ktorého som bol videl vo videní na počiatku, priletel rýchlym letom a dotkol sa ma okolo času večernej obete. A poučil ma, hovoril so mnou a povedal: Daniel, teraz som vyšiel, aby som ti dal múdrosť a porozumenie. Na počiatku tvojich prosieb vyšiel rozkaz, a ja som prišiel, aby som ti to oznámil; lebo si veľmi milovaný. Preto porozumej tejto veci a uváž videnie. Daniel 9:21–23.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„Muž Gabriel, ktorého“ Daniel „videl vo videní na začiatku,“ odkazuje na „chazón“, videnie prorockých dejín, čo sa vzťahovalo na to, ako Gabriel Danielovi v ôsmej kapitole vykladal videnie o kráľovstvách biblického proroctva. No „videnie“, ktoré mal potom Daniel v deviatej kapitole uvážiť, bolo „mareh“, videnie zjavenia. Gabriel potom Danielovi podáva historický rozpis proroctva o dvetisíctristo rokoch.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Deviata kapitola sa naplnila v prvom roku Dária. Keď Beltešaccar uvádza, že „porozumel videniu“ v „treťom roku Kýra“, už dva roky rozumel videniu „mareh“. To, čomu Beltešaccar prišiel porozumieť v „tých dňoch“ smútenia, bola „vec“, to jest hebrejské slovo „dabar“, a bola dlhá, lebo určený čas bol dvetisícpäťstodvadsať rokov.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Daniel už predtým rozumel časti tej „veci“, lebo v deviatej kapitole uskutočňoval modlitbu z dvadsiatej šiestej kapitoly Levitika, a to je modlitba tej „veci“. Na „sedem časov“ bolo vrhnuté väčšie svetlo, ktorému Belteshazzar porozumel počas dvadsiatich jeden dní smútenia, a pribúdajúce svetlo o „sedem časov“ počas tých dní smútenia predobrazovalo pribúdajúce svetlo o „sedem časov“ v roku 1856. Aj milleriti už predtým poznali „sedem časov“, lebo ich zvestovali, no bolo pridané ďalšie svetlo, ktoré ich malo skúšať práve v tom bode ich dejín, keď prechádzali z filadelfského hnutia do laodicejského hnutia.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Dni Beltešaccarovho smútenia sú paralelou k prorockým dejinám obdobia, keď sa filadelfské hnutie v roku 1856 premenilo na laodicejské hnutie a potom v roku 1863 na laodicejskú adventistickú cirkev. Dejiny Beltešaccara i milleritov o pribúdajúcom svetle o „siedmich časoch“ sú v súlade s prechodom laodicejského hnutia tretieho anjela k filadelfskému hnutiu sto štyridsaťštyritisíc a s dňami smútenia, ktoré sú počas času odkladu, keď malo byť zjavené pribúdajúce svetlo o „siedmich časoch“.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Belteshazzar predstavuje zároveň posla i hnutie. V dňoch jeho smútenia má posol porozumieť „veci“, ktorou je Pravda, a potom má túto „vec“ predložiť hnutiu, keď Michael v roku 2023 vzkriesi dvoch svedkov.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Hebrejské slovo „mareh“ (videnie Kristovho zjavu), ktorému je podľa prvého verša Daniel označený za rozumejúceho, sa v Danielovom poslednom videní uvádza štyrikrát. Dvakrát sa prekladá ako „videnie“ a dvakrát ako „zjav“. Keď Daniel prvý raz použije toto slovo v prvom verši, označuje tým, že rozumel „videniu“, avšak ďalšie tri odkazy poukazujú na to, že Daniel videnie zakúša. V šiestom verši bola Kristova tvár „ako ‚zjav‘ blesku“.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dvadsiateho štvrtého dňa prvého mesiaca, keď som bol pri brehu veľkej rieky, ktorá sa volá Hidekel, pozdvihol som svoje oči a hľadel som, a hľa, istý muž, odetý v ľanovom rúchu, ktorého bedrá boli prepásané rýdzim zlatom z Úfazu. Jeho telo bolo ako chryzolit, jeho tvár mala vzhľad blesku, jeho oči boli ako ohnivé fakle, jeho ramená a jeho nohy sa leskli ako vyhladený bronz a hlas jeho slov bol ako hlas množstva. A len ja, Daniel, som videl to videnie; mužovia, ktorí boli so mnou, to videnie nevideli, ale padla na nich veľká hrôza, takže utiekli a skryli sa. A tak som zostal sám a videl som toto veľké videnie, no neostala vo mne nijaká sila, lebo moja sviežosť sa vo mne obrátila na porušenosť a nezachoval som si nijakú silu. Daniel 10:4–8.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Existuje ešte iné hebrejské slovo prekladané ako „videnie“, ktorému sa budeme venovať potom, ako uvedieme niektoré charakteristiky hebrejského slova „mareh“. V predchádzajúcich veršoch je slovom „zjav“, a tým je hebrejské slovo „mareh“. To isté slovo je v šestnástom verši preložené ako „videnie“. V šestnástom verši videnie Krista naplnilo Daniela zármutkom.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hľa, ten, ktorý sa podobal na synov človeka, dotkol sa mojich rtov; vtedy som otvoril svoje ústa, hovoril som a povedal som tomu, ktorý stál predo mnou: Ó, môj pane, pre videnie sa na mňa obrátili moje bolesti a neostala vo mne nijaká sila. Daniel 10:16.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Hebrejské slovo preložené ako „bolesti“ znamená pánt a „videnie“ Kristovho zjavenia, ktoré Daniel videl v tomto verši, sa otočilo na pánte. „Pánt“ v proroctve predstavuje bod obratu.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„Z dejín minulosti sa treba poučiť; a pozornosť sa upriamuje na tieto skutočnosti, aby všetci pochopili, že Boh dnes pôsobí podľa tých istých zásad, podľa ktorých pôsobil vždy. Jeho ruka je zjavná v Jeho diele i medzi národmi aj teraz, práve tak ako po celý čas odvtedy, čo bolo evanjelium po prvý raz zvestované Adamovi v Edene.״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„Sú obdobia, ktoré predstavujú zlomové body v dejinách národov i cirkvi. V Božej prozreteľnosti, keď nastanú tieto rozličné krízy, je dané svetlo pre ten čas. Ak je prijaté, nasleduje duchovný pokrok; ak je odmietnuté, nasleduje duchovný úpadok a stroskotanie. Pán vo svojom slove odhalil postupujúce dielo evanjelia, tak ako bolo uskutočňované v minulosti a ako bude pokračovať aj v budúcnosti, až po záverečný zápas, keď satanské mocnosti vykonajú svoj posledný podivuhodný pohyb.“ Bible Echo, 26. augusta 1895.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Šestnásty verš predstavuje bod obratu v dejinách, ktoré znázorňuje Belteshazzar. Je to bod obratu tak pre republikánsky roh (národ), ako aj pre protestantský roh (cirkev). Predstavuje krízu a predstavuje aj bod, v ktorom je pre tieto dejiny dané zvláštne svetlo. Bod obratu pre Daniela nastal vtedy, keď sa ho „dotkli“, druhý raz z troch. Daniel sa ho dotkli trikrát a druhý raz, keď sa ho dotkli, bol pre Daniela bodom obratu; a tento bod obratu bol druhým z troch prípadov, keď Daniel videl videnie „mareh“.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hľa, jeden, podobný synom človeka, dotkol sa mojich pier; vtedy som otvoril svoje ústa, prehovoril som a povedal tomu, ktorý stál predo mnou: Ó, môj pane, pre videnie sa na mňa obrátili moje bolesti a nezostalo vo mne nijakej sily. Daniel 10:16.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O troch dotykoch sa budeme venovať o chvíľu. Prvý zo štyroch prípadov, keď Daniel používa slovo „mareh“, je jeho svedectvom, že porozumel videniu, a posledné tri odkazy označujú jeho skúsenosť, keď skutočne uvidel zjavenie. Tretí raz, keď označuje videnie zjavenia, je v osemnástom verši, kde je po tretí raz dotknutý.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Potom znovu prišiel a dotkol sa ma ktosi, ktorý mal podobu človeka, a posilnil ma. Daniel 10,18.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Pri druhom dotyku, vo verši šestnásť, ktorý je druhou zmienkou o videní „marah“, jeho sila odchádza, no pri treťom dotyku je jeho sila obnovená. Vo veršoch desať, šestnásť a osemnásť sa Daniela niekto dotýka. Vo verši šesť Daniel vidí zjav Krista a potom Gabriela, a vo verši desať sa Gabriel Daniela dotýka po prvý raz.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Potom som pozdvihol svoje oči a hľadel som, a hľa, istý muž odetý v ľanovom rúchu, ktorého bedrá boli opásané rýdzim zlatom z Ufaz. Jeho telo bolo ako chryzolit, jeho tvár mala vzhľad blesku, jeho oči boli ako ohnivé fakle, jeho ramená a jeho nohy sa leskli ako vyhladený bronz a hlas jeho slov bol ako hlas zástupu. A ja, Daniel, som sám videl to videnie; muži, ktorí boli so mnou, videnie nevideli, ale padla na nich veľká hrôza, takže utiekli a skryli sa. A tak som zostal sám a videl som toto veľké videnie; no nezostala vo mne nijaká sila, lebo moja sviežosť sa vo mne obrátila na skazu a nezachoval som si nijakú silu.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Predsa som hlas jeho slov; a keď som počul hlas jeho slov, upadol som do hlbokého spánku na svojej tvári, tvárou k zemi. A hľa, dotkla sa ma ruka, ktorá ma postavila na kolená a na dlane mojich rúk. A povedal mi: Daniel, muž veľmi milovaný, porozumej slovám, ktoré ti hovorím, a postav sa na svoje miesto, lebo teraz som poslaný k tebe. A keď ku mne prehovoril toto slovo, postavil som sa trasúc sa. Vtedy mi povedal: Neboj sa, Daniel, lebo od prvého dňa, keď si si zaumienil v srdci porozumieť a pokoriť sa pred svojím Bohom, tvoje slová boli vypočuté, a ja som prišiel pre tvoje slová. Ale knieža perzského kráľovstva sa mi stavalo na odpor dvadsaťjeden dní; ale hľa, Michael, jedno z hlavných kniežat, prišiel mi na pomoc; a ja som tam ostal pri perzských kráľoch. Teraz som prišiel, aby som ti dal porozumieť, čo postihne tvoj ľud v posledných dňoch, lebo videnie sa ešte vzťahuje na mnohé dni. Daniel 10:5–14.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Potom je v šestnástom verši Daniel dotknutý po druhý raz, keď vidí videnie Krista.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keď mi povedal takéto slová, obrátil som svoju tvár k zemi a onemel som. A hľa, niekto podobný synom ľudským sa dotkol mojich pier; vtedy som otvoril svoje ústa, hovoril som a povedal som tomu, ktorý stál predo mnou: Ó, môj pane, pre videnie prišli na mňa bolesti a nezostala vo mne nijaká sila. Lebo ako môže služobník tohto môjho pána hovoriť s týmto mojím pánom? Veď čo sa mňa týka, hneď vo mne nezostala nijaká sila a neostal vo mne ani dych. Daniel 10:15–17.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Potom sa Daniela tretí raz dotýka pri zjavení Gabriela, nie Krista.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Potom zasa prišiel ktosi, ktorý sa podobal človeku, dotkol sa ma a posilnil ma. A povedal: Neboj sa, muž veľmi milovaný; pokoj tebe! Buď silný, áno, buď silný. A keď ku mne prehovoril, bol som posilnený a povedal som: Nech hovorí môj pán, lebo si ma posilnil. Potom povedal: Vieš, prečo som prišiel k tebe? A teraz sa vrátim bojovať s kniežaťom Perzie; a keď odídem, hľa, príde knieža Grécka. Ale oznámim ti to, čo je zapísané v Písme pravdy; a niet nikoho, kto by stál pri mne v týchto veciach, iba Michael, vaše knieža. Daniel 10:18–21.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Daniel sa dotkli trikrát a prvý i tretí raz sa ho dotkol anjel Gabriel. Druhý raz, keď sa ho niekto dotkol, to bol Kristus. Daniel použil to isté hebrejské slovo štyrikrát, no prvý zo štyroch prípadov, v prvom verši, uvádzal, že porozumel „videniu“. Porozumenie pravde je dôležité, ale nie je to to isté ako zakúsiť pravdu, ako to urobil v ostatných troch prípadoch.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Keď sa Danielove dni smútku skončili, bola mu daná skúsenosť videnia, ktoré už chápal ešte predtým, než sa dni jeho smútku skončili. Táto skúsenosť pozostáva z troch krokov, znázornených tromi dotykmi. Prvý a posledný dotyk vykonal Gabriel a prostredný dotyk vykonal Kristus. Prvý a posledný dotyk boli prvým a posledným písmenom hebrejskej abecedy. V tom druhom kroku Daniel rozpoznáva svoj stav ako stav vzbúreného hriešnika vo vzťahu k svojmu Pánovi, a preto prostredný dotyk predstavuje vzburu, ako ju predstavuje trináste písmeno hebrejskej abecedy.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„Peter však teraz nemyslel na lode ani na náklad. Tento zázrak bol preňho viac než ktorýkoľvek iný, ktorého bol kedy svedkom, zjavením božskej moci. V Ježišovi videl Toho, ktorý má celú prírodu pod svojou vládou. Prítomnosť božstva mu odhalila jeho vlastnú nesvätosť. Láska k jeho Majstrovi, hanba za jeho vlastnú neveru, vďačnosť za Kristovu blahosklonnosť a predovšetkým vedomie jeho nečistoty v prítomnosti nekonečnej čistoty ho premohli. Kým jeho druhovia zabezpečovali obsah siete, Peter padol k Spasiteľovým nohám a zvolal: ,Odíď odo mňa, lebo som hriešny človek, Pane.‘“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„Bola to tá istá prítomnosť božskej svätosti, ktorá spôsobila, že prorok Daniel padol pred Božím anjelom ako mŕtvy. Povedal: ‚Moja dôstojnosť sa vo mne obrátila na porušenosť a nezostala vo mne nijaká sila.‘ Tak keď Izaiáš uzrel slávu Pána, zvolal: ‚Beda mi! Lebo som stratený; pretože som muž nečistých perí a bývam uprostred ľudu nečistých perí; lebo moje oči videli Kráľa, Hospodina zástupov.‘ Daniel 10:8; Izaiáš 6:5. Ľudskosť so svojou slabosťou a hriechom bola postavená do protikladu s dokonalosťou božstva a on sa cítil úplne nedostatočný a nesvätý. Tak to bolo so všetkými, ktorým bolo dopriate uzrieť Božiu veľkosť a majestát.“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„Peter zvolal: ‚Odíď odo mňa, lebo som hriešny človek;‘ predsa sa však držal Ježišových nôh, cítiac, že nemôže byť od Neho odlúčený. Spasiteľ odpovedal: ‚Neboj sa; odteraz budeš loviť ľudí.‘ Až potom, čo Izaiáš uzrel Božiu svätosť a svoju vlastnú nehodnosť, mu bolo zverené božské posolstvo. Až potom, čo bol Peter privedený k sebazapreniu a závislosti od božskej moci, prijal povolanie k svojmu dielu pre Krista.“ The Desire of Ages, 246.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Videnie „mareh“ je videním Kristovho zjavenia, no druhé a štvrté použitie tohto slova u Daniela predstavuje anjela Gabriela. Prvý raz ide o konštatovanie, že Beltešaccar porozumel videniu, no posledné tri prípady predstavujú Danielovo zakúšanie videnia. Pri všetkých troch prípadoch, keď Daniel zakúša videnie, je zároveň aj dotknutý.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Prvý raz sa ho Gabriel dotkol po tom, čo uvidel zjavenie osláveného Krista, a táto skúsenosť ho zanechala „v tvrdom spánku na mojej tvári a s mojou tvárou k zemi“. Videnie spôsobilo oddelenie, lebo tí, ktorí boli s ním, „to videnie nevideli; ale padla na nich veľká triaška, takže utiekli a skryli sa“. Pri prvom sklamaní Jeremiáš „sedel osamote pre Hospodinovu ruku“ a v Beltešaccarovi „nezostala nijaká sila“, „lebo“ jeho „krása sa vo mne obrátila na porušenosť a“ on „si nezachoval nijakú silu“.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Keď sa ho Gabriel prvý raz dotkol, potom posadil Daniela na kolená a na dlane jeho rúk. Nato prikázal Danielovi, aby porozumel slovám, ktoré mu hovoril, a aby vstal; a on tak urobil, hoci sa triasol. Gabriel potom podáva Danielovi výklad toho, čo sa odohralo počas dvadsiatich jeden dní Danielovho smútenia. Uviedol, že po tom, čo dvadsaťjeden dní zápasil s kniežatami Perzie, prišiel Michael z neba, aby sa zapojil do boja, a potom prišiel Gabriel, aby odpovedal na Danielove modlitby a vysvetlil Danielovi, „čo postihne tvoj ľud v posledných dňoch“. Keď Michael zostúpil z neba, Gabriel bol poslaný, aby Danielovi vyložil posledné dni.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Gabrielovo vysvetlenie bolo Danielovi dané na konci dvadsaťjeden dní smútku, čo v aplikácii „riadok na riadok“ na jedenástu kapitolu Zjavenia predstavuje okamih, keď je Ezechiel v tridsiatej siedmej kapitole dvakrát prikázaný prorokovať mŕtvym kostiam, aby boli dvaja proroci vzkriesení zo svojich hrobov. Dochádza k tomu vtedy, keď Michal zostupuje z neba a vzkriesi Mojžišovo telo, pričom v liste Júdu odmieta vstúpiť do styku so Satanom. Daniel sa má ešte dvakrát stať predmetom dotyku po tom, čo mu Gabriel podal prehľad dní smútku.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Keď Gabriel dohovoril, Daniel „obrátil svoju tvár k zemi a onemel“; potom sa sám Kristus „dotkol“ Danielových „pier“, a potom Daniel „otvoril“ svoje „ústa, hovoril a riekol tomu, ktorý stál predo mnou: Ó, môj pane, pre videnie sa na mňa obrátili moje bolesti a nezostala vo mne nijaká sila. Lebo ako môže služobník tohto môjho pána hovoriť s týmto mojím pánom? Veď čo sa mňa týka, ihneď vo mne nezostala nijaká sila a neostal vo mne ani dych.“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Skúsenosť videnia Krista a rozhovoru s ním pokoruje Daniela až do prachu. Onemel a bol by tak aj zostal, keby sa Kristus nebol dotkol jeho pier, tak ako sa Izaiášových pier dotkol uhlík z oltára.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V tejto štúdii budeme pokračovať v nasledujúcom článku.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„Keď Izaiáš uzrel toto zjavenie slávy a velebnosti svojho Pána, zmocnil sa ho hlboký pocit Božej čistoty a svätosti. Aký ostrý bol kontrast medzi neporovnateľnou dokonalosťou jeho Stvoriteľa a hriešnym životom tých, ktorí spolu s ním boli oddávna počítaní medzi vyvolený ľud Izraela a Júdu! ‚Beda mi!‘ zvolal, ‚lebo som stratený; lebo som muž nečistých perí a bývam uprostred ľudu nečistých perí; pretože moje oči videli Kráľa, Hospodina zástupov.‘ Verš 5. Keď tak stál akoby v plnom svetle Božej prítomnosti vo vnútornom svätostánku, uvedomil si, že ak by bol ponechaný svojej vlastnej nedokonalosti a neschopnosti, bol by úplne nespôsobilý splniť poslanie, ku ktorému bol povolaný. Ale bol poslaný seraf, aby ho zbavil jeho úzkosti a pripravil ho na jeho veľké poslanie. Žeravý uhlík z oltára sa dotkol jeho perí so slovami: ‚Hľa, toto sa dotklo tvojich perí; tvoja neprávosť je odstránená a tvoj hriech je očistený.‘ Potom bolo počuť Boží hlas, ktorý hovoril: ‚Koho pošlem a kto pôjde za nás?‘ A Izaiáš odpovedal: ‚Hľa, tu som; pošli mňa.‘ Verše 7, 8.“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„Nebeský návštevník prikázal očakávajúcemu poslovi: ‚Choď a povedz tomuto ľudu: Počúvajte ustavične, ale nerozumejte; hľaďte ustavične, ale nepoznávajte. Zatvrdzuj srdce tohto ľudu, zaťaž ich uši a zavri ich oči, aby nevideli svojimi očami a nepočuli svojimi ušami, aby neporozumeli svojím srdcom, aby sa neobrátili a neboli uzdravení.‘ Verše 9, 10.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Povinnosť proroka bola jasná; mal pozdvihnúť svoj hlas na protest proti prevládajúcemu zlu. Bál sa však ujať sa tohto diela bez nejakej záruky nádeje. „Pane, dokedy?“ pýtal sa. Verš 11. Nemá nikto z Tvojho vyvoleného ľudu nikdy porozumieť, činiť pokánie a byť uzdravený?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„Jeho bremeno duše pre blúdiace Júdsko nemalo byť nesené nadarmo. Jeho poslanie nemalo byť úplne bez ovocia. Zlá, ktoré sa rozmnožovali po mnoho pokolení, však nemohli byť odstránené v jeho dňoch. Po celý svoj život musel byť trpezlivým, odvážnym učiteľom — prorokom nádeje i skazy. Keď sa Boží zámer napokon uskutoční, ukáže sa plný plod jeho úsilia i práce všetkých Božích verných poslov. Pozostatok mal byť zachránený. Aby sa to mohlo stať, vzbúrenému národu mali byť odovzdávané posolstvá výstrahy a naliehavej prosby, vyhlásil Pán: ‚Až mestá spustnú bez obyvateľa, a domy zostanú bez človeka, a krajina bude úplne spustošená, a Hospodin odvedie ľudí ďaleko, a uprostred krajiny nastane veľké opustenie.‘ Verše 11, 12.“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„Ťažké súdy, ktoré mali postihnúť nekajúcich sa — vojna, vyhnanstvo, útlak, strata moci a vážnosti medzi národmi —, to všetko malo prísť preto, aby tí, ktorí by v tom rozpoznali ruku urazeného Boha, boli privedení k pokániu. Desať kmeňov severného kráľovstva malo byť čoskoro rozptýlených medzi národy a ich mestá mali zostať spustošené; ničivé vojská nepriateľských národov sa mali preháňať ich krajinou znova a znova; napokon mal padnúť aj Jeruzalem a Júda mala byť odvedená do zajatia; zasľúbená zem však nemala zostať navždy celkom opustená. Uistenie nebeského návštevníka Izaiášovi znelo: ,Ale ešte bude v nej desatina, A tá sa opäť navráti a bude vydaná na spasenie; Ako terebinta a ako dub, Ktorých peň zostáva, aj keď sú zotaté: Tak sväté semeno bude jej pňom.‘ Verš 13.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„Toto uistenie o konečnom naplnení Božieho zámeru vlialo odvahu do Izaiášovho srdca. Čo na tom, ak sa pozemské mocnosti zoradia proti Judsku? Čo na tom, ak sa Pánov posol stretne s odporom a protivenstvom? Izaiáš videl Kráľa, Hospodina zástupov; počul pieseň serafov: ‚Celá zem je plná Jeho slávy;‘ mal zasľúbenie, že posolstvá Jehovu odpadlíckemu Judsku budú sprevádzané usvedčujúcou mocou Ducha Svätého; a prorok bol posilnený pre dielo, ktoré bolo pred ním. Verš 3. Počas svojho dlhého a namáhavého poslania si so sebou niesol spomienku na toto videnie. Šesťdesiat rokov alebo aj viac stál pred judskými synmi ako prorok nádeje a vo svojich predpovediach o budúcom víťazstve cirkvi sa stával čoraz smelším.“ Proroci a králi, 307–310.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Kniha Daniel — stopäťdesiata ôsma</dc:title>
  <dc:subject>Odhalenie videnia: Pochopenie dní smútenia v Danielovi</dc:subject>
  <dc:creator>Jeff Pippenger</dc:creator>
  <cp:keywords/>
  <dc:description>Generated by ArticleDigger from daniel\158_daniel.json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