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deväťdesiatjeden</w:t>
      </w:r>
    </w:p>
    <w:p>
      <w:pPr>
        <w:pStyle w:val="ArticleSubtitle"/>
        <w:jc w:val="left"/>
      </w:pPr>
      <w:r>
        <w:rPr>
          <w:rFonts w:ascii="Arial" w:hAnsi="Arial" w:eastAsia="Arial" w:cs="Arial"/>
        </w:rPr>
        <w:t>Prorocká tapiséria Daniela 11: Odhaľovanie zložitostí Trumpovej éry a predohry k nedeľnému zákonu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Ak sa správne chápu, verše desať až dvadsaťtri jedenástej kapitoly Daniela sa všetky zhodujú so skrytými dejinami štyridsiateho verša tej istej kapitoly. Verš štyridsať obsahuje dejiny od roku 1989 až po verš štyridsaťjeden. Verše jeden a dva jedenástej kapitoly sa začínajú v roku 1989 a označujú prvú prezidentskú kampaň Donalda Trumpa v roku 2015 až do roku 2020, keď bola voľba ukradnutá Trumpovi šelmou ateizmu. Tieto dva verše označujú zápas, ktorý sa začína, keď Trump „podnieti celé kráľovstvo Grécka“.</w:t>
      </w:r>
    </w:p>
    <w:p>
      <w:pPr>
        <w:pStyle w:val="ArticleBody"/>
        <w:jc w:val="left"/>
      </w:pPr>
      <w:r>
        <w:rPr>
          <w:rFonts w:ascii="Times New Roman" w:hAnsi="Times New Roman" w:eastAsia="Times New Roman" w:cs="Times New Roman"/>
        </w:rPr>
        <w:t>Trumpova kampaň odštartovala boj, ktorý prebiehal počas celého jeho prvého prezidentského obdobia. Snemovňa reprezentantov ho v decembri 2019 podrobila impeachmentu, potom tak urobila opäť 13. januára 2020. V oboch prípadoch Senát snahy Snemovne odmietol. Napriek tomu je jediným prezidentom v dejinách Spojených štátov, ktorý bol dvakrát podrobený impeachmentu. Globalizmus bol podnietený.</w:t>
      </w:r>
    </w:p>
    <w:p>
      <w:pPr>
        <w:pStyle w:val="ArticleScripture"/>
        <w:jc w:val="left"/>
      </w:pPr>
      <w:r>
        <w:rPr>
          <w:rFonts w:ascii="Times New Roman" w:hAnsi="Times New Roman" w:eastAsia="Times New Roman" w:cs="Times New Roman"/>
        </w:rPr>
        <w:t>A teraz ti oznámim pravdu. Hľa, v Perzii ešte povstanú traja králi; a štvrtý bude omnoho bohatší než oni všetci; a keď sa svojou silou skrze svoje bohatstvo upevní, podnieti všetkých proti gréckemu kráľovstvu. Daniel 11,2.</w:t>
      </w:r>
    </w:p>
    <w:p>
      <w:pPr>
        <w:pStyle w:val="ArticleBody"/>
        <w:jc w:val="left"/>
      </w:pPr>
      <w:r>
        <w:rPr>
          <w:rFonts w:ascii="Times New Roman" w:hAnsi="Times New Roman" w:eastAsia="Times New Roman" w:cs="Times New Roman"/>
        </w:rPr>
        <w:t>Podobne ako štyridsiaty verš, aj druhý verš zanecháva skryté dejiny z Trumpovej prvej kampane a jeho prezidentského obdobia, ktoré sa skončilo 20. januára 2021. Od toho dňa v roku 2021 až po tretí verš, v ktorom je Alexander Veľký predstavený ako symbol Organizácie Spojených národov (siedmeho kráľovstva biblického proroctva), dejiny od inaugurácie v roku 2021 až po nedeľný zákon, pri ktorom je ustanovená trojnásobná únia, predstavujú skryté dejiny. Skryté dejiny štyridsiateho verša i druhého verša obidvoje smerujú k nedeľnému zákonu a pri ňom sa aj končia.</w:t>
      </w:r>
    </w:p>
    <w:p>
      <w:pPr>
        <w:pStyle w:val="ArticleBody"/>
        <w:jc w:val="left"/>
      </w:pPr>
      <w:r>
        <w:rPr>
          <w:rFonts w:ascii="Times New Roman" w:hAnsi="Times New Roman" w:eastAsia="Times New Roman" w:cs="Times New Roman"/>
        </w:rPr>
        <w:t>Desiaty verš nás znovu privádza k času konca v roku 1989, tak ako aj prvý verš, a oba označujú záver samotného svedectva štyridsiateho verša, hoci medzi záverom vo verši štyridsať a čoskoro prichádzajúcim nedeľným zákonom ešte zostávajú dejiny. Okrem toho, že desiaty verš označuje rok 1989, stáva sa kľúčom, ktorý spája troch svedkov k dejinám štyridsiateho verša, čo dopĺňa dielo pápežstva a jeho zástupnej moci, Spojených štátov, pri zmietaní Sovietskeho zväzu v roku 1989. Títo traja svedkovia ustanovujú dôležitý prvok prorockej štruktúry štyridsiateho verša od roku 1989 až po nedeľný zákon.</w:t>
      </w:r>
    </w:p>
    <w:p>
      <w:pPr>
        <w:pStyle w:val="ArticleBody"/>
        <w:jc w:val="left"/>
      </w:pPr>
      <w:r>
        <w:rPr>
          <w:rFonts w:ascii="Times New Roman" w:hAnsi="Times New Roman" w:eastAsia="Times New Roman" w:cs="Times New Roman"/>
        </w:rPr>
        <w:t>Historická prorocká štruktúra vojny medzi kráľom severu a kráľom juhu, v ktorej kráľ severu zaplavuje a prechádza ďalej, je označená vo verši štyridsať, ako aj vo verši desať.</w:t>
      </w:r>
    </w:p>
    <w:p>
      <w:pPr>
        <w:pStyle w:val="ArticleBody"/>
        <w:jc w:val="left"/>
      </w:pPr>
      <w:r>
        <w:rPr>
          <w:rFonts w:ascii="Times New Roman" w:hAnsi="Times New Roman" w:eastAsia="Times New Roman" w:cs="Times New Roman"/>
        </w:rPr>
        <w:t>Historickú prorockú štruktúru dopĺňa gramatické svedectvo, že „prevalenie sa a prechod“, vykonané kráľom severu proti kráľovi juhu, je v oboch veršoch totožným hebrejským výrazom, ako je tomu aj v treťom svedkovi nachádzajúcom sa v Izaiášovi, kapitole osem, verši osem.</w:t>
      </w:r>
    </w:p>
    <w:p>
      <w:pPr>
        <w:pStyle w:val="ArticleBody"/>
        <w:jc w:val="left"/>
      </w:pPr>
      <w:r>
        <w:rPr>
          <w:rFonts w:ascii="Times New Roman" w:hAnsi="Times New Roman" w:eastAsia="Times New Roman" w:cs="Times New Roman"/>
        </w:rPr>
        <w:t>V desiatom verši kráľ severu „určite príde, zaplaví a prejde“, a v štyridsiatom verši kráľ severu „zaplaví a prejde“. V ôsmej kapitole Izaiáša, v ôsmom verši, kráľ severu „zaplaví a prejde“. Tieto tri výrazy sú totožnou hebrejčinou, ktorá bola preložená mierne odlišne, pričom si zachováva totožný význam. Kráľom juhu v desiatom verši bol Ptolemaiovský Egypt, ale v štyridsiatom verši bol kráľom juhu duchovný Egypt, kráľ ateizmu, Sovietsky zväz, a v Izaiášovi bolo južné kráľovstvo Júdu kráľom juhu. Zodpovedajúco bol kráľom severu Seleukovský štát, potom pápežstvo a v Izaiášovi to bola Asýria.</w:t>
      </w:r>
    </w:p>
    <w:p>
      <w:pPr>
        <w:pStyle w:val="ArticleBody"/>
        <w:jc w:val="left"/>
      </w:pPr>
      <w:r>
        <w:rPr>
          <w:rFonts w:ascii="Times New Roman" w:hAnsi="Times New Roman" w:eastAsia="Times New Roman" w:cs="Times New Roman"/>
        </w:rPr>
        <w:t>V dvoch z troch paralelných veršov je miesto, kde sa končí vpád severného kráľa, určené osobitne. Vo verši desať sa končí pri „pevnosti“, čo sa historicky naplnilo, keď Seleukovci ukončili svoje ťaženie na hranici Egypta, lebo prorocké Slovo označilo, že severný kráľ „určite príde, rozvodní sa a prejde ďalej; potom sa vráti a vzplanie až po svoju pevnosť“. „Pevnosť“ predstavovala Egypt, ktorý bol hlavným mestom ich kráľovstva.</w:t>
      </w:r>
    </w:p>
    <w:p>
      <w:pPr>
        <w:pStyle w:val="ArticleBody"/>
        <w:jc w:val="left"/>
      </w:pPr>
      <w:r>
        <w:rPr>
          <w:rFonts w:ascii="Times New Roman" w:hAnsi="Times New Roman" w:eastAsia="Times New Roman" w:cs="Times New Roman"/>
        </w:rPr>
        <w:t>V ôsmej kapitole Izaiáša Sancheríb „prenikne cez Júdu; rozvodní sa a pretečie, dosiahne až po šiju“. „Hlavné mesto“, „kráľ“ a „hlava“ sú všetko zameniteľné symboly, ktoré boli potvrdené na základe dvoch svedkov práve v tom úseku, kde Sancheríb vytiahol proti Jeruzalemu.</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takže už nebude ľudom. A hlavou Efraima je Samária a hlavou Samárie je syn Remaliášov. Ak neuveríte, veru neobstojíte. Izaiáš 7, 8. 9.</w:t>
      </w:r>
    </w:p>
    <w:p>
      <w:pPr>
        <w:pStyle w:val="ArticleBody"/>
        <w:jc w:val="left"/>
      </w:pPr>
      <w:r>
        <w:rPr>
          <w:rFonts w:ascii="Times New Roman" w:hAnsi="Times New Roman" w:eastAsia="Times New Roman" w:cs="Times New Roman"/>
        </w:rPr>
        <w:t>Sýria je národ, Damask je hlavné mesto a Recín je kráľ; hlavné mesto i kráľ sú zameniteľné symboly. Hlavné mesto i kráľ sú obaja „hlavami“. Keď Senacherib prišiel „až po hrdlo“ Júdu, prišiel k Jeruzalemu a zastavil sa, lebo sa zastavil pri „hlave“, ktorú nesie „hrdlo“. Keď Seleukovci vytiahli proti Ptolemaiovi, zastavili sa pri „pevnosti“ a „pevnosťou“ bol národ Egypta.</w:t>
      </w:r>
    </w:p>
    <w:p>
      <w:pPr>
        <w:pStyle w:val="ArticleBody"/>
        <w:jc w:val="left"/>
      </w:pPr>
      <w:r>
        <w:rPr>
          <w:rFonts w:ascii="Times New Roman" w:hAnsi="Times New Roman" w:eastAsia="Times New Roman" w:cs="Times New Roman"/>
        </w:rPr>
        <w:t>Desiaty verš jedenástej kapitoly Daniela a ôsmy verš ôsmej kapitoly Izaiáša v kontexte ôsmeho a deviateho verša siedmej kapitoly Izaiáša predstavujú dvoch svedkov, ktorí určili, že keď kráľ severu vo štyridsiatom verši jedenástej kapitoly Daniela roku 1989 „sa privalil ako povodeň a prešiel ďalej“ cez kráľa juhu, hlava, národ, ktorý bol hlavným mestom južného kráľovstva (Rusko), zostala stáť.</w:t>
      </w:r>
    </w:p>
    <w:p>
      <w:pPr>
        <w:pStyle w:val="ArticleBody"/>
        <w:jc w:val="left"/>
      </w:pPr>
      <w:r>
        <w:rPr>
          <w:rFonts w:ascii="Times New Roman" w:hAnsi="Times New Roman" w:eastAsia="Times New Roman" w:cs="Times New Roman"/>
        </w:rPr>
        <w:t>„Pevnosť“ v desiatom verši je kľúčom k určeniu súčasnej ukrajinskej vojny a takisto k poznaniu, že Rusko zvíťazí. Prorocká aplikácia, ktorá túto pravdu ustanovuje, je však priamo spojená s tými istými veršami, ktoré boli odpečatené Hiramovi Edsonovi, a je na nich úplne založená; tie boli uverejnené v článkoch v Review and Herald v roku 1856. Tieto články označujú „sedem časov“ z tretej knihy Mojžišovej, dvadsiatej šiestej kapitoly.</w:t>
      </w:r>
    </w:p>
    <w:p>
      <w:pPr>
        <w:pStyle w:val="ArticleBody"/>
        <w:jc w:val="left"/>
      </w:pPr>
      <w:r>
        <w:rPr>
          <w:rFonts w:ascii="Times New Roman" w:hAnsi="Times New Roman" w:eastAsia="Times New Roman" w:cs="Times New Roman"/>
        </w:rPr>
        <w:t>Od júla 2023 Lev z kmeňa Júdu z tých istých veršov zjavil, že obe prorocké obdobia dvetisícpäťstodvadsiatich rokov proti severnému i južnému kráľovstvu nepredstavujú iba obdobie rozptýlenia, ale zároveň znázorňujú samotné Kristovo dielo pri uskutočnení spojenia božstva s ľudstvom. V tomto zjavení je určené, že „hlava“ je vyššou prirodzenosťou človeka. „Hlava“ je „pevnosťou“ v ľudskom chráme, ktorú sestra Whiteová označuje za citadelu duše. Citadela je pevnosť.</w:t>
      </w:r>
    </w:p>
    <w:p>
      <w:pPr>
        <w:pStyle w:val="ArticleBody"/>
        <w:jc w:val="left"/>
      </w:pPr>
      <w:r>
        <w:rPr>
          <w:rFonts w:ascii="Times New Roman" w:hAnsi="Times New Roman" w:eastAsia="Times New Roman" w:cs="Times New Roman"/>
        </w:rPr>
        <w:t>Je teda potvrdené, že vonkajšia „pevnosť“ z Daniela 11,10 predstavuje aj vnútornú „pevnosť“. Keď sa v roku 2014 začala vojna (vonkajšia) na Ukrajine, do hnutia Future for America boli zavedené prenikajúce satanské učenia, ktoré prišli „zdola“ a z Walesu (vnútorná), a proces zapečaťovania dosiahol ďalší stupeň. Do roku 2020 boli na uliciach toho veľkého mesta, kde bol ukrižovaný aj náš Pán, zabité oba rohy, republikánsky i protestantský.</w:t>
      </w:r>
    </w:p>
    <w:p>
      <w:pPr>
        <w:pStyle w:val="ArticleBody"/>
        <w:jc w:val="left"/>
      </w:pPr>
      <w:r>
        <w:rPr>
          <w:rFonts w:ascii="Times New Roman" w:hAnsi="Times New Roman" w:eastAsia="Times New Roman" w:cs="Times New Roman"/>
        </w:rPr>
        <w:t>V roku 2020 Donald Trump neuspel vo svojej druhej prezidentskej kampani a nastal čas meškania desiatich panien. V roku 2022 Trump oficiálne začal svoju tretiu prezidentskú kampaň a jeho prvá úspešná prezidentská kampaň predstavuje jeho poslednú. V roku 2023 začal „hlas z púšte“ hovoriť k mŕtvym suchým kostiam.</w:t>
      </w:r>
    </w:p>
    <w:p>
      <w:pPr>
        <w:pStyle w:val="ArticleBody"/>
        <w:jc w:val="left"/>
      </w:pPr>
      <w:r>
        <w:rPr>
          <w:rFonts w:ascii="Times New Roman" w:hAnsi="Times New Roman" w:eastAsia="Times New Roman" w:cs="Times New Roman"/>
        </w:rPr>
        <w:t>Verše trinásť až pätnásť nadväzujú na dejiny po ukrajinskej vojne vedenej Putinom, hoci víťazstvo mu neprinesie úžitok, keďže Rusko opakuje dejiny Napoleona Bonaparta.</w:t>
      </w:r>
    </w:p>
    <w:p>
      <w:pPr>
        <w:pStyle w:val="ArticleBody"/>
        <w:jc w:val="left"/>
      </w:pPr>
      <w:r>
        <w:rPr>
          <w:rFonts w:ascii="Times New Roman" w:hAnsi="Times New Roman" w:eastAsia="Times New Roman" w:cs="Times New Roman"/>
        </w:rPr>
        <w:t>Napoleonovo vyhnanstvo a koniec boli predobrazované vyhnanstvom a koncom kráľa Uziáša, ktorý takisto nebol posilnený svojimi vojenskými víťazstvami a ktorý predznamenával Ptolemaia IV z veršov jedenásť a dvanásť, pričom ani jeden z nich nebol posilnený svojimi vojenskými víťazstvami. Uziáš aj Ptolemaios IV sa usilovali prinášať obete v chráme a obom v tom bolo zabránené. Kráľ Uziáš bol postihnutý malomocenstvom na svojom čele, keď sa o to pokúsil. Znak na jeho čele nielenže predstavuje znamenie šelmy, ale takisto predobrazoval prvého južného kráľa v roku 1989, ktorý tiež vstúpil do určitého druhu vyhnanstva, keď on (Gorbačov) opustil Sovietsky zväz, aby sa stal súčasťou Organizácie Spojených národov. Tak ako kráľ Uziáš, aj Gorbačov mal na svojom čele výrazné znamenie. Kráľ Uziáš, kráľ Ptolemaios IV, Napoleon a Gorbačov všetci predobrazujú Putinov koniec. Všetci štyria boli južnými kráľmi, ktorí ukončili svoje vlastné osobitné dynastie, čím predobrazovali koniec Putinovho Ruska.</w:t>
      </w:r>
    </w:p>
    <w:p>
      <w:pPr>
        <w:pStyle w:val="ArticleBody"/>
        <w:jc w:val="left"/>
      </w:pPr>
      <w:r>
        <w:rPr>
          <w:rFonts w:ascii="Times New Roman" w:hAnsi="Times New Roman" w:eastAsia="Times New Roman" w:cs="Times New Roman"/>
        </w:rPr>
        <w:t>Potom verše trinásť až pätnásť otvárajú svedectvo, ktoré sa začalo v roku 200 pred Kr. a predobrazuje tretie a posledné obdobie Donalda Trumpa, ktorý predstavuje republikánsky roh. Verš štrnásť označuje, keď pápežstvo začína spievať svoje piesne smilstva ako týrska neviestka, a verš pätnásť stotožňuje líniu odpadlíckeho protestantského rohu s dejinami Makabejcov. Tieto tri verše obsahujú tri prorocké línie.</w:t>
      </w:r>
    </w:p>
    <w:p>
      <w:pPr>
        <w:pStyle w:val="ArticleBody"/>
        <w:jc w:val="left"/>
      </w:pPr>
      <w:r>
        <w:rPr>
          <w:rFonts w:ascii="Times New Roman" w:hAnsi="Times New Roman" w:eastAsia="Times New Roman" w:cs="Times New Roman"/>
        </w:rPr>
        <w:t>Dejiny Makabejcov nie sú skryté tak, ako je skrytý záver druhého verša až po tretí verš, ani tak, ako záver štyridsiateho verša až po štyridsiaty prvý verš, avšak táto línia je prinajmenšom pri prvom skúmaní nejasná. Napriek tomu je v týchto pomerne neurčitých prorockých dejinách predstavená zmluva Židov s Rímom a táto zmluva označuje vytvorenie obrazu šelmy. Vytvorenie obrazu šelmy je takisto predobrazené v skrytých dejinách druhej kapitoly Daniela, kde mal Nabuchodonozor sen, na ktorý si nemohol spomenúť, a ktorý bol Daniel pod hrozbou smrti povinný vyložiť, hoci sen nepoznal. Modlitba Daniela a troch mládencov v druhej kapitole predstavuje modlitbu za vonkajšie svetlo, ktoré dopĺňa Danielovu modlitbu v deviatej kapitole za vnútornú premenu.</w:t>
      </w:r>
    </w:p>
    <w:p>
      <w:pPr>
        <w:pStyle w:val="ArticleBody"/>
        <w:jc w:val="left"/>
      </w:pPr>
      <w:r>
        <w:rPr>
          <w:rFonts w:ascii="Times New Roman" w:hAnsi="Times New Roman" w:eastAsia="Times New Roman" w:cs="Times New Roman"/>
        </w:rPr>
        <w:t>Línia Makabejcov sa zhoduje so skrytým tajomstvom druhej kapitoly Daniela. Tajomstvo Daniela 2 poskytuje prvé prorocké svedectvo o prorockej záhade ôsmeho, ktorý je zo siedmich, čo prispieva k zjaveniu vzkriesenia dvoch svedkov v Zjavení jedenásť. Vzkriesenie dvoch svedkov v spojení s ôsmym, ktorý je zo siedmich, ustanovuje, že v paralelných dejinách mileritov a sto štyridsaťštyri tisíc sa opačný prechod mileritov k Laodicei zhoduje s prechodom sto štyridsaťštyri tisíc od Laodicey k Filadelfii.</w:t>
      </w:r>
    </w:p>
    <w:p>
      <w:pPr>
        <w:pStyle w:val="ArticleBody"/>
        <w:jc w:val="left"/>
      </w:pPr>
      <w:r>
        <w:rPr>
          <w:rFonts w:ascii="Times New Roman" w:hAnsi="Times New Roman" w:eastAsia="Times New Roman" w:cs="Times New Roman"/>
        </w:rPr>
        <w:t>Temná línia Makabejcov a skrytý sen Nabuchodonozora boli všetky osobitne zapečatené až do obdobia po začatí procesu vzkriesenia dvoch svedkov v roku 2023. Sú odpečatené tesne pred hodinou „veľkého zemetrasenia“, ktoré označuje uzavretie času milosti pre adventistov siedmeho dňa. Skúškou, ktorou títo adventisti musia prejsť predtým, než prijmú Božiu pečať a než sa čas milosti uzavrie, je skúška spojená s vytvorením obrazu šelmy.</w:t>
      </w:r>
    </w:p>
    <w:p>
      <w:pPr>
        <w:pStyle w:val="ArticleBody"/>
        <w:jc w:val="left"/>
      </w:pPr>
      <w:r>
        <w:rPr>
          <w:rFonts w:ascii="Times New Roman" w:hAnsi="Times New Roman" w:eastAsia="Times New Roman" w:cs="Times New Roman"/>
        </w:rPr>
        <w:t>Línia Makabejcov, tajný sen Nebukadnesara, záhada ôsmeho, ktorý je zo siedmich, a dva rohy zemskej šelmy — to všetko prispieva k procesu skúšky, ktorý sa uskutočňuje, keď je vytvorený obraz šelmy. Rozpoznanie týchto línií ako právd, ktoré sú v istom prorockom zmysle „skrytými pravdami“, je tým, čo dokazuje, že sú to pravdy, ktoré Lev z Júdskeho kmeňa práve teraz odpečaťuje.</w:t>
      </w:r>
    </w:p>
    <w:p>
      <w:pPr>
        <w:pStyle w:val="ArticleBody"/>
        <w:jc w:val="left"/>
      </w:pPr>
      <w:r>
        <w:rPr>
          <w:rFonts w:ascii="Times New Roman" w:hAnsi="Times New Roman" w:eastAsia="Times New Roman" w:cs="Times New Roman"/>
        </w:rPr>
        <w:t>Odpečatenie určenia totožnosti dvoch svedkov, ktorí predstavujú republikánsky a protestantský roh zemskej šelmy zo Zjavenia trinástej kapitoly, sprevádzané pravdou, že každý roh prebieha rovnobežne s tým druhým a že každý roh má zároveň dvojakú vnútornú povahu, označuje začiatok odpečatenia Zjavenia Ježiša Krista. Odpečatená pravda zahŕňa aj odpečatenie skrytých dejín siedmich hromov, ako aj vymedzenie významu hebrejského slova „Pravda“.</w:t>
      </w:r>
    </w:p>
    <w:p>
      <w:pPr>
        <w:pStyle w:val="ArticleBody"/>
        <w:jc w:val="left"/>
      </w:pPr>
      <w:r>
        <w:rPr>
          <w:rFonts w:ascii="Times New Roman" w:hAnsi="Times New Roman" w:eastAsia="Times New Roman" w:cs="Times New Roman"/>
        </w:rPr>
        <w:t>Keď bolo rozpoznané, že posledné obdobie siedmich hromov predstavuje tri medzníky prvého sklamania, po ktorých nasleduje posolstvo Polnočného volania a ktoré sa potom uzatvára veľkým sklamaním, v súlade s hebrejským slovom „Pravda“, bolo následne ustanovené zjavenie označujúce 18. júl 2020, ktoré je dokonalým naplnením posolstva Polnočného volania vedúceho k nedeľnému zákonu.</w:t>
      </w:r>
    </w:p>
    <w:p>
      <w:pPr>
        <w:pStyle w:val="ArticleBody"/>
        <w:jc w:val="left"/>
      </w:pPr>
      <w:r>
        <w:rPr>
          <w:rFonts w:ascii="Times New Roman" w:hAnsi="Times New Roman" w:eastAsia="Times New Roman" w:cs="Times New Roman"/>
        </w:rPr>
        <w:t>Sedem hromov bolo ešte pred júlom 2023 identifikovaných ako paralelná história hnutia prvého anjela a hnutia tretieho anjela, avšak záverečné trojstupňové obdobie v tom čase nebolo považované za osobitné obdobie predstavené ako sedem hromov. Teraz je toto rozpoznanie ustanovené ako „Pravda.“</w:t>
      </w:r>
    </w:p>
    <w:p>
      <w:pPr>
        <w:pStyle w:val="ArticleBody"/>
        <w:jc w:val="left"/>
      </w:pPr>
      <w:r>
        <w:rPr>
          <w:rFonts w:ascii="Times New Roman" w:hAnsi="Times New Roman" w:eastAsia="Times New Roman" w:cs="Times New Roman"/>
        </w:rPr>
        <w:t>Zjavenie Ježiša Krista je odpečatené tesne pred uzavretím času milosti a zahŕňa dvoch svedkov zo zjavenia v jedenástej kapitole. Zjavenie Ježiša Krista zahŕňa skryté dejiny siedmich hromov. Zjavenie Ježiša Krista zahŕňa záhadu, že „ôsmy je zo siedmich“, čo následne označuje prechod mileritov k Laodicei, súbežne s paralelným prechodom sto štyridsaťštyri tisíc do Filadelfie. To, že ôsmy je zo siedmich, zároveň predstavuje prorocké vyjadrenie skúšky obrazu šelmy, pretože tak republikánsky, ako aj protestantský roh dospievajú k svojmu záveru, keď republikánsky roh vytvára politický obraz šelmy, v protiklade k pravému protestantskému rohu a v spore s ním, ktorý formuje obraz Krista, a tí sú potom pozdvihnutí ako zástava.</w:t>
      </w:r>
    </w:p>
    <w:p>
      <w:pPr>
        <w:pStyle w:val="ArticleBody"/>
        <w:jc w:val="left"/>
      </w:pPr>
      <w:r>
        <w:rPr>
          <w:rFonts w:ascii="Times New Roman" w:hAnsi="Times New Roman" w:eastAsia="Times New Roman" w:cs="Times New Roman"/>
        </w:rPr>
        <w:t>Tieto pravdy sa začali odpečaťovať na konci júla 2023 a všetky tieto pravdy predstavujú prorocké dejiny, ktoré sa napĺňajú v skrytých dejinách, čo je „tá časť Danielovho proroctva, ktorá sa vzťahuje na posledné dni“.</w:t>
      </w:r>
    </w:p>
    <w:p>
      <w:pPr>
        <w:pStyle w:val="ArticleBody"/>
        <w:jc w:val="left"/>
      </w:pPr>
      <w:r>
        <w:rPr>
          <w:rFonts w:ascii="Times New Roman" w:hAnsi="Times New Roman" w:eastAsia="Times New Roman" w:cs="Times New Roman"/>
        </w:rPr>
        <w:t>Máme teda prorockú štruktúru skrytých dejín štyridsiateho verša, od času konca v roku 1989 až po nedeľný zákon štyridsiateho prvého verša, ktorý nám umožňuje položiť na ňu prvý a druhý verš jedenástej kapitoly knihy Daniel. Potom môžeme do tej istej línie umiestniť verše desať až pätnásť. Následne môžeme do tej istej línie zaradiť líniu Makabejcov, ktorá pri správnom pochopení začína v trinástom verši a pokračuje až po dvadsiaty tretí verš. Potom môžeme do tej istej línie zaradiť líniu dvoch svedkov zo zjavenia, jedenástej kapitoly, veršov sedem až dvanásť. S dvoma svedkami z Daniela a Zjavenia máme štruktúru skrytých dejín štyridsiateho verša.</w:t>
      </w:r>
    </w:p>
    <w:p>
      <w:pPr>
        <w:pStyle w:val="ArticleBody"/>
        <w:jc w:val="left"/>
      </w:pPr>
      <w:r>
        <w:rPr>
          <w:rFonts w:ascii="Times New Roman" w:hAnsi="Times New Roman" w:eastAsia="Times New Roman" w:cs="Times New Roman"/>
        </w:rPr>
        <w:t>V roku 1989 bol Sovietsky zväz zmietnutý spojenectvom medzi pápežstvom a jeho zástupným vojskom, Spojenými štátmi. Keď Gorbačov rozložil Sovietsky zväz, prišiel čas konca pre sto štyridsaťštyritisíc. Ronald Reagan bol prvým prorockým kráľom Spojených štátov od času konca; po Reaganovi, odpadlíckom protestantskom republikánovi predstavovanom kráľom Dáriom, nasledoval Kýros, potom ďalší traja králi a napokon štvrtý bohatý kráľ.</w:t>
      </w:r>
    </w:p>
    <w:p>
      <w:pPr>
        <w:pStyle w:val="ArticleBody"/>
        <w:jc w:val="left"/>
      </w:pPr>
      <w:r>
        <w:rPr>
          <w:rFonts w:ascii="Times New Roman" w:hAnsi="Times New Roman" w:eastAsia="Times New Roman" w:cs="Times New Roman"/>
        </w:rPr>
        <w:t>Kráľ Kýros predstavoval Busha staršieho, vyznávajúceho sa republikánskeho globalistu, po ktorom nasledoval demokratický globalista Clinton, po ktorom nasledoval vyznávajúci sa republikánsky globalista Bush mladší, po ktorom nasledoval islamský demokratický globalista Obama, po ktorom nasledoval najbohatší prezident zo všetkých, odpadlícky protestantský republikán Donald Trump.</w:t>
      </w:r>
    </w:p>
    <w:p>
      <w:pPr>
        <w:pStyle w:val="ArticleBody"/>
        <w:jc w:val="left"/>
      </w:pPr>
      <w:r>
        <w:rPr>
          <w:rFonts w:ascii="Times New Roman" w:hAnsi="Times New Roman" w:eastAsia="Times New Roman" w:cs="Times New Roman"/>
        </w:rPr>
        <w:t>V roku 2014 sa začala ukrajinská vojna medzi Ruskom a nacistickou zástupnou armádou pápežstva, pričom bývalá zástupná armáda pápežstva (Spojené štáty) poskytovala podporu ukrajinskej zástupnej armáde. V roku 2014 bolo hnutie Future for America infiltrované predstaviteľmi draka a v roku 2015 Donald Trump začal prvú z troch prezidentských kampaní, ktoré uskutoční. Vo svojej prvej kampani zvíťazil, jeho prostredná kampaň však bola ukradnutá a vo svojej poslednej kampani opäť zvíťazí. V roku 2020 utrpel smrteľnú ranu republikánsky roh, keďže voľby boli ukradnuté, a skutočný protestantský roh utrpel smrteľnú ranu tým, že vyhlásil falošnú predpoveď, spôsobenú sčasti infiltráciou, ktorá sa začala v roku 2014 a ktorá ukradla posolstvo zavedením rozličných falošných prorockých aplikácií.</w:t>
      </w:r>
    </w:p>
    <w:p>
      <w:pPr>
        <w:pStyle w:val="ArticleBody"/>
        <w:jc w:val="left"/>
      </w:pPr>
      <w:r>
        <w:rPr>
          <w:rFonts w:ascii="Times New Roman" w:hAnsi="Times New Roman" w:eastAsia="Times New Roman" w:cs="Times New Roman"/>
        </w:rPr>
        <w:t>V roku 2020 boli ukradnuté voľby i prorocké posolstvo a oba rohy boli symbolicky usmrtené predstaviteľmi draka. Voľby boli ukradnuté dvojnásobným spojenectvom údajných republikánskych globalistov a globalistických demokratov, podporovaných globalistickými propagandistickými médiami a globalistickými obchodníkmi. Posolstvo bolo ukradnuté drobným nevydatým dievčaťom z protinožia a drobným rozvedeným chlapcom z Walesu, ktorých skrytým zámerom bolo zaviesť a presadzovať homosexuálnu agendu a ospravedlniť sa „mužovi hriechu“. Vodca Future for America nesie všetku vinu za satanistickú infiltráciu, lebo mal zodpovednosť chrániť hnutie, no bol príliš ochotný dovoliť neposväteným poslom zaujať vedúce postavenie. Donald Trump nesie vinu za ukradnuté voľby, lebo tí, ktorým dovolil vstúpiť do svojho vnútorného kruhu moci, zámerne podrývali dielo, ktorého sa ujal.</w:t>
      </w:r>
    </w:p>
    <w:p>
      <w:pPr>
        <w:pStyle w:val="ArticleBody"/>
        <w:jc w:val="left"/>
      </w:pPr>
      <w:r>
        <w:rPr>
          <w:rFonts w:ascii="Times New Roman" w:hAnsi="Times New Roman" w:eastAsia="Times New Roman" w:cs="Times New Roman"/>
        </w:rPr>
        <w:t>V roku 2022 začal Donald Trump svoju tretiu kampaň a v roku 2023 začal „hlas volajúceho na púšti“ posielať posolstvo cirkvám. Nedávno „kameň“ (čím mám na mysli tých, ktorí sú mimo „prítomnej pravdy“, zvolal), ktorý je azda najbystrejšou mysľou v súčasnom politickom prostredí verejnej sféry, vyslovil niekoľko veľmi prenikavých právd. Volá sa Victor Davis Hanson a ak sledujete udalosti odohrávajúce sa okolo vás a porovnávate ich s predpoveďami Jeho Slova, potom je Victor Davis Hanson jedným z „kameňov“, ktorý odráža práve to posolstvo, ktoré, ako dúfam, študujete.</w:t>
      </w:r>
    </w:p>
    <w:p>
      <w:pPr>
        <w:pStyle w:val="ArticleScripture"/>
        <w:jc w:val="left"/>
      </w:pPr>
      <w:r>
        <w:rPr>
          <w:rFonts w:ascii="Times New Roman" w:hAnsi="Times New Roman" w:eastAsia="Times New Roman" w:cs="Times New Roman"/>
        </w:rPr>
        <w:t>„Boh chce, aby sme skúmali udalosti, ktoré sa odohrávajú okolo nás, a porovnávali ich s predpoveďami Jeho slova, aby sme porozumeli, že žijeme v posledných dňoch. Chceme svoje Biblie a chceme vedieť, čo je v nich napísané. Usilovný študent proroctiev bude odmenený jasnými zjaveniami pravdy, lebo Ježiš povedal: ‚Tvoje slovo je pravda.‘“ Signs of the Times, 1. októbra 1894.</w:t>
      </w:r>
    </w:p>
    <w:p>
      <w:pPr>
        <w:pStyle w:val="ArticleBody"/>
        <w:jc w:val="left"/>
      </w:pPr>
      <w:r>
        <w:rPr>
          <w:rFonts w:ascii="Times New Roman" w:hAnsi="Times New Roman" w:eastAsia="Times New Roman" w:cs="Times New Roman"/>
        </w:rPr>
        <w:t>V rozhovore, ktorý na X.com zverejnila @FreyjaTarte, Hanson začal slovami: „Oni [Demokrati] sa na Trumpa pozerajú ako na upíra.“ Ďalej sa venuje strachu Demokratov z toho, že Donald Trump bude znovu zvolený. Nemám nijaký dôvod domnievať sa, že Hanson chápal, že podľa jedenástej kapitoly Zjavenia je Trump vzkriesený (ako upír) a že keď sa to stalo, tí, ktorí sa predtým radovali z jeho smrti, sa naplnili strachom. A predsa práve to vo svojom celom komentári pomenúva.</w:t>
      </w:r>
    </w:p>
    <w:p>
      <w:pPr>
        <w:pStyle w:val="ArticleScripture"/>
        <w:jc w:val="left"/>
      </w:pPr>
      <w:r>
        <w:rPr>
          <w:rFonts w:ascii="Times New Roman" w:hAnsi="Times New Roman" w:eastAsia="Times New Roman" w:cs="Times New Roman"/>
        </w:rPr>
        <w:t>A po troch dňoch a pol vošiel do nich Duch života od Boha a postavili sa na svoje nohy; a veľká bázeň padla na tých, ktorí ich videli. Zjavenie 11,11.</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„Dospeli sme k obdobiu predpovedanému v týchto Písmach. Nastal čas konca, videnia prorokov sú odpečatené a ich slávnostné varovania nás upozorňujú na to, že príchod nášho Pána v sláve je blízko.“</w:t>
      </w:r>
    </w:p>
    <w:p>
      <w:pPr>
        <w:pStyle w:val="ArticleScripture"/>
        <w:jc w:val="left"/>
      </w:pPr>
      <w:r>
        <w:rPr>
          <w:rFonts w:ascii="Times New Roman" w:hAnsi="Times New Roman" w:eastAsia="Times New Roman" w:cs="Times New Roman"/>
        </w:rPr>
        <w:t>„Židia nesprávne vykladali a nesprávne uplatňovali Božie slovo a nepoznali čas svojho navštívenia. Roky služby Krista a Jeho apoštolov — drahocenné posledné roky milosti pre vyvolený ľud — strávili tým, že osnovali záhubu Pánových poslov. Pohltili ich pozemské ctižiadosti a ponuka duchovného kráľovstva k nim prišla nadarmo. Tak je to aj dnes: kráľovstvo tohto sveta pohlcuje myšlienky ľudí a oni si nevšímajú proroctvá, ktoré sa rýchlo napĺňajú, ani znamenia skoro prichádzajúceho Božieho kráľovstva.</w:t>
      </w:r>
    </w:p>
    <w:p>
      <w:pPr>
        <w:pStyle w:val="ArticleScripture"/>
        <w:jc w:val="left"/>
      </w:pPr>
      <w:r>
        <w:rPr>
          <w:rFonts w:ascii="Times New Roman" w:hAnsi="Times New Roman" w:eastAsia="Times New Roman" w:cs="Times New Roman"/>
        </w:rPr>
        <w:t>„Vy však, bratia, nie ste vo tme, aby vás ten deň prekvapil ako zlodej. Vy všetci ste synmi svetla a synmi dňa; nepatríme noci ani tme.“ Hoci nemáme vedieť hodinu návratu nášho Pána, môžeme vedieť, keď je blízko. „Preto teda nespime ako ostatní, ale bdejme a buďme triezvi.“ 1 Tesaloničanom 5,4–6. Túžba vekov,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deväťdesiatjeden</dc:title>
  <dc:subject>Prorocká tapiséria Daniela 11: Odhaľovanie zložitostí Trumpovej éry a predohry k nedeľnému zákonu</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