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sto deväťdesiattri</w:t>
      </w:r>
    </w:p>
    <w:p>
      <w:pPr>
        <w:pStyle w:val="ArticleSubtitle"/>
        <w:jc w:val="left"/>
      </w:pPr>
      <w:r>
        <w:rPr>
          <w:rFonts w:ascii="Arial" w:hAnsi="Arial" w:eastAsia="Arial" w:cs="Arial"/>
        </w:rPr>
        <w:t>Odhalenie časov konca: od osudu Ruska cez Trumpov návrat až po vytvorenie obrazu šelmy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2024-04-23</w:t>
      </w:r>
    </w:p>
    <w:p>
      <w:pPr>
        <w:pStyle w:val="ArticleBody"/>
        <w:jc w:val="left"/>
      </w:pPr>
      <w:r>
        <w:rPr>
          <w:rFonts w:ascii="Times New Roman" w:hAnsi="Times New Roman" w:eastAsia="Times New Roman" w:cs="Times New Roman"/>
        </w:rPr>
        <w:t>V blízkej budúcnosti Rusko ukončí vojnu na Ukrajine víťazstvom a toto víťazstvo sa ukáže ako začiatok konca pre Putina a Rusko. Tak ako Gorbačov reorganizoval (perestrojka) svoje impérium a potom ušiel k Organizácii Spojených národov, politické Rusko bude privedené pod autoritu Organizácie Spojených národov, zatiaľ čo náboženské Rusko bude privedené pod kontrolu pápežstva. Trump bude v roku 2024 zvolený a zvíťazí nad globalistickými demokratmi a nad vyznávajúcimi republikánskymi globalistami a vytvorí spojenectvo s globalistami Organizácie Spojených národov s cieľom vyriešiť dôsledky zániku Putina a Ruska. Potom sa smilnica z Týru prihovorí v prospech Ruska.</w:t>
      </w:r>
    </w:p>
    <w:p>
      <w:pPr>
        <w:pStyle w:val="ArticleBody"/>
        <w:jc w:val="left"/>
      </w:pPr>
      <w:r>
        <w:rPr>
          <w:rFonts w:ascii="Times New Roman" w:hAnsi="Times New Roman" w:eastAsia="Times New Roman" w:cs="Times New Roman"/>
        </w:rPr>
        <w:t>V bitke pri Paniu sa opakuje dejiny prvej z troch bitiek štyridsiateho verša. V prvej bitke, znázornenej rozpadom Sovietskeho zväzu v roku 1989, prvý z posledných ôsmich prezidentov slúžil ako zástupná armáda pápežstva. Tento prvý prezident bol republikán, čo signalizuje, že aj posledným bude republikánsky prezident. Prvý prezident bol známy svojou rétorikou týkajúcou sa múru železnej opony, ktorý ako prorocký medzník padol, keď 9. novembra 1989 padol Berlínsky múr. Posledný republikánsky prezident bude známy svojou rétorikou týkajúcou sa múru na južnej hranici Spojených štátov a medzníkom, ktorý označí Trumpovo svedectvo o budovaní múru, bude nedeľný zákon, pri ktorom bude odstránený symbolický „múr oddelenia cirkvi a štátu“.</w:t>
      </w:r>
    </w:p>
    <w:p>
      <w:pPr>
        <w:pStyle w:val="ArticleBody"/>
        <w:jc w:val="left"/>
      </w:pPr>
      <w:r>
        <w:rPr>
          <w:rFonts w:ascii="Times New Roman" w:hAnsi="Times New Roman" w:eastAsia="Times New Roman" w:cs="Times New Roman"/>
        </w:rPr>
        <w:t>Tým prvým prezidentom bola bývalá mediálna hviezda, známa svojimi pohotovými rečníckymi schopnosťami a zmyslom pre humor. Tým posledným prezidentom je bývalá mediálna hviezda, známa svojimi pohotovými rečníckymi schopnosťami a zmyslom pre humor. Rok 1989 znamenal rozpad ríše známej ako Sovietsky zväz a posledný z troch bojov štyridsiateho verša predstavuje rozpad ríše známej ako Rusko.</w:t>
      </w:r>
    </w:p>
    <w:p>
      <w:pPr>
        <w:pStyle w:val="ArticleBody"/>
        <w:jc w:val="left"/>
      </w:pPr>
      <w:r>
        <w:rPr>
          <w:rFonts w:ascii="Times New Roman" w:hAnsi="Times New Roman" w:eastAsia="Times New Roman" w:cs="Times New Roman"/>
        </w:rPr>
        <w:t>Bitka pri Paniu je tretia a posledná bitka štyridsiateho verša a bola predobrazená prvou bitkou. Keď sa prvá bitka skončila, celý svet uznal, že jedinou superveľmocou na svete boli Spojené štáty. Táto svetová nadvláda sa zopakuje na záver poslednej bitky, lebo práve tam bude, napriek spojenectvu vytvorenému medzi Antiochom III. a Filipom Macedónskym (Spojenými štátmi a Organizáciou Spojených národov), Spojené štáty (falošný prorok) ustanovené za popredného kráľa desiatich kráľov (drak — Organizácia Spojených národov).</w:t>
      </w:r>
    </w:p>
    <w:p>
      <w:pPr>
        <w:pStyle w:val="ArticleBody"/>
        <w:jc w:val="left"/>
      </w:pPr>
      <w:r>
        <w:rPr>
          <w:rFonts w:ascii="Times New Roman" w:hAnsi="Times New Roman" w:eastAsia="Times New Roman" w:cs="Times New Roman"/>
        </w:rPr>
        <w:t>Tri bitky štyridsiateho verša nesú pečať „Pravdy“, lebo prvá predstavuje poslednú a prostredná bitka predstavuje vzburu. Prvá i posledná víťazná zástupná armáda (Spojené štáty) víťazí, ale druhá zástupná armáda prehráva, a tou druhou zástupnou armádou je nacizmus, svetový symbol vzbury.</w:t>
      </w:r>
    </w:p>
    <w:p>
      <w:pPr>
        <w:pStyle w:val="ArticleBody"/>
        <w:jc w:val="left"/>
      </w:pPr>
      <w:r>
        <w:rPr>
          <w:rFonts w:ascii="Times New Roman" w:hAnsi="Times New Roman" w:eastAsia="Times New Roman" w:cs="Times New Roman"/>
        </w:rPr>
        <w:t>Tri politické kampane Donalda Trumpa nesú pečať „Pravdy“, lebo vo svojej prvej a poslednej kampani vyhráva voľby, no v prostrednej kampani je porazený prostredníctvom šelmy ateizmu, ktorá je mocou draka, opäť symbolom vzbury predstavovanej trinástym písmenom hebrejskej abecedy, ktoré, keď sa spojí s prvým a posledným písmenom, tvorí hebrejské slovo „Pravda“.</w:t>
      </w:r>
    </w:p>
    <w:p>
      <w:pPr>
        <w:pStyle w:val="ArticleBody"/>
        <w:jc w:val="left"/>
      </w:pPr>
      <w:r>
        <w:rPr>
          <w:rFonts w:ascii="Times New Roman" w:hAnsi="Times New Roman" w:eastAsia="Times New Roman" w:cs="Times New Roman"/>
        </w:rPr>
        <w:t>Desiaty verš Daniela 11 určuje čas konca v roku 1989 a šestnásty verš označuje čoskoro prichádzajúci nedeľný zákon. Verše desať až pätnásť predstavujú skryté dejiny štyridsiateho verša, čo je tá časť knihy Daniel, ktorá bola zapečatená až do posledných dní. Keď sa verše desať až pätnásť vložia (riadok na riadok) do skrytých dejín štyridsiateho verša, odpečatí sa tá časť Daniela, ktorá sa vzťahuje na posledné dni. Táto časť sa odpečaťuje tesne predtým, ako sa pri čoskoro prichádzajúcom nedeľnom zákone uzavrie skúšobný čas pre zachovávateľov soboty. Predstavuje teda poslednú čiže siedmu pečať.</w:t>
      </w:r>
    </w:p>
    <w:p>
      <w:pPr>
        <w:pStyle w:val="ArticleScripture"/>
        <w:jc w:val="left"/>
      </w:pPr>
      <w:r>
        <w:rPr>
          <w:rFonts w:ascii="Times New Roman" w:hAnsi="Times New Roman" w:eastAsia="Times New Roman" w:cs="Times New Roman"/>
        </w:rPr>
        <w:t>A keď otvoril siedmu pečať, nastalo v nebi mlčanie asi na pol hodiny. A videl som sedem anjelov, ktorí stáli pred Bohom; a dostali sedem trúb. A prišiel iný anjel a postavil sa k oltáru so zlatou kadidelnicou; a bolo mu dané mnoho kadidla, aby ho obetoval s modlitbami všetkých svätých na zlatom oltári, ktorý bol pred trónom. A dym kadidla s modlitbami svätých vystúpil z anjelovej ruky pred Boha. Potom anjel vzal kadidelnicu, naplnil ju ohňom z oltára a hodil ju na zem; a nastali hlasy, hromy, blesky a zemetrasenie. A sedem anjelov, ktorí mali sedem trúb, sa pripravilo trúbiť. Zjavenie 8:1–6.</w:t>
      </w:r>
    </w:p>
    <w:p>
      <w:pPr>
        <w:pStyle w:val="ArticleBody"/>
        <w:jc w:val="left"/>
      </w:pPr>
      <w:r>
        <w:rPr>
          <w:rFonts w:ascii="Times New Roman" w:hAnsi="Times New Roman" w:eastAsia="Times New Roman" w:cs="Times New Roman"/>
        </w:rPr>
        <w:t>Sedem anjelov so siedmimi trúbami predstavuje výkonný súd, ktorý sa začína pri nedeľnom zákone v Spojených štátoch, a predstavujú aj výkonný súd, ktorý sa začína, keď povstane Michael a ľudská skúšobná doba sa uzavrie. Počas prvého obdobia, od nedeľného zákona až do chvíle, keď Michael povstane, sú Božie súdy zmiešané s milosrdenstvom, no potom sedem posledných rán predstavuje Božie súdy, ktoré nie sú zmiešané s milosrdenstvom. Otvorenie siedmej pečate nastáva vtedy, keď sa pripravujú výkonné súdy, ako ich znázorňuje sedem anjelov.</w:t>
      </w:r>
    </w:p>
    <w:p>
      <w:pPr>
        <w:pStyle w:val="ArticleBody"/>
        <w:jc w:val="left"/>
      </w:pPr>
      <w:r>
        <w:rPr>
          <w:rFonts w:ascii="Times New Roman" w:hAnsi="Times New Roman" w:eastAsia="Times New Roman" w:cs="Times New Roman"/>
        </w:rPr>
        <w:t>Knihy Daniel, kapitoly druhá a devátá, označujú „modlitby svätých“ ako modlitbu za pochopenie udalostí spojených s Nebukadnesarovým skrytým snom o soche šeliem a pokánie a vyznanie spojené so „siedmimi časmi“ z dvadsiatej šiestej kapitoly knihy Levitikus. Modlitby, ktoré sú zmiešané s kadidlom v „zlatej kadidelnici“ a vystupujú pred Boha, sa modlia tí, ktorí sú povolaní byť medzi sto štyridsiatimi štyrmi tisícmi, ktorí v tom čase prijímajú pečať živého Boha, keď je oheň z oltára vrhnutý na zem.</w:t>
      </w:r>
    </w:p>
    <w:p>
      <w:pPr>
        <w:pStyle w:val="ArticleBody"/>
        <w:jc w:val="left"/>
      </w:pPr>
      <w:r>
        <w:rPr>
          <w:rFonts w:ascii="Times New Roman" w:hAnsi="Times New Roman" w:eastAsia="Times New Roman" w:cs="Times New Roman"/>
        </w:rPr>
        <w:t>V deviatej kapitole Ezechiela tí istí svätí vzdychajú a nariekajú pre ohavnosti páchané v krajine a v cirkvi, a keď vyjadrujú svoju hlbokú ľútosť nad hriechom, pečatiaci anjel kladie znamenie na ich čelá. Tak ako v ôsmej kapitole Zjavenia, súdy znázornené ničiacimi anjelmi stoja v pozadí a čakajú na príkaz, že pečatenie je dokončené.</w:t>
      </w:r>
    </w:p>
    <w:p>
      <w:pPr>
        <w:pStyle w:val="ArticleScripture"/>
        <w:jc w:val="left"/>
      </w:pPr>
      <w:r>
        <w:rPr>
          <w:rFonts w:ascii="Times New Roman" w:hAnsi="Times New Roman" w:eastAsia="Times New Roman" w:cs="Times New Roman"/>
        </w:rPr>
        <w:t>„Nekonečný stále s neomylnou presnosťou vedie účet so všetkými národmi. Kým sa Jeho milosť ponúka spolu s výzvami k pokániu, tento účet zostáva otvorený; ale keď čísla dosiahnu určitú mieru, ktorú určil Boh, začína služba Jeho hnevu. Účet je uzavretý. Božská zhovievavosť sa končí. Už niet viac prihovárania sa milosti v ich prospech.״</w:t>
      </w:r>
    </w:p>
    <w:p>
      <w:pPr>
        <w:pStyle w:val="ArticleScripture"/>
        <w:jc w:val="left"/>
      </w:pPr>
      <w:r>
        <w:rPr>
          <w:rFonts w:ascii="Times New Roman" w:hAnsi="Times New Roman" w:eastAsia="Times New Roman" w:cs="Times New Roman"/>
        </w:rPr>
        <w:t>„Prorok, hľadiac naprieč vekmi, mal tento čas postavený pred svoj zrak. Národy tejto doby boli príjemcami bezprecedentných milostí. Dostalo sa im najvyberanejších nebeských požehnaní, no proti nim sú zapísané rastúca pýcha, lakomstvo, modlárstvo, pohŕdanie Bohom a nízka nevďačnosť. Rýchlo uzatvárajú svoj účet s Bohom.״</w:t>
      </w:r>
    </w:p>
    <w:p>
      <w:pPr>
        <w:pStyle w:val="ArticleScripture"/>
        <w:jc w:val="left"/>
      </w:pPr>
      <w:r>
        <w:rPr>
          <w:rFonts w:ascii="Times New Roman" w:hAnsi="Times New Roman" w:eastAsia="Times New Roman" w:cs="Times New Roman"/>
        </w:rPr>
        <w:t>„No to, čo vo mne vyvoláva chvenie, je skutočnosť, že tí, ktorí mali najväčšie svetlo a výsady, sa nakazili prevládajúcou neprávosťou. Pod vplyvom bezbožných ľudí okolo seba mnohí, dokonca aj z tých, ktorí vyznávajú pravdu, ochladli a sú strhávaní silným prúdom zla. Všeobecné opovrhnutie, ktorému je vystavená pravá zbožnosť a svätosť, vedie tých, ktorí sa úzko nespájajú s Bohom, k tomu, že strácajú úctu k Jeho zákonu. Keby nasledovali svetlo a poslúchali pravdu zo srdca, tento svätý zákon by sa im zdal ešte vzácnejší práve vtedy, keď je takto opovrhovaný a odkladaný bokom. Ako sa neúcta voči Božiemu zákonu stáva zjavnejšou, deliaca čiara medzi tými, ktorí ho zachovávajú, a svetom sa stáva zreteľnejšou. Láska k božským prikázaniam u jednej skupiny rastie úmerne tomu, ako u druhej skupiny rastie pohŕdanie nimi.“</w:t>
      </w:r>
    </w:p>
    <w:p>
      <w:pPr>
        <w:pStyle w:val="ArticleScripture"/>
        <w:jc w:val="left"/>
      </w:pPr>
      <w:r>
        <w:rPr>
          <w:rFonts w:ascii="Times New Roman" w:hAnsi="Times New Roman" w:eastAsia="Times New Roman" w:cs="Times New Roman"/>
        </w:rPr>
        <w:t>„Kríza sa rýchlo približuje. Rýchlo narastajúce čísla ukazujú, že čas Božieho navštívenia je už takmer tu. Hoci nerád trestá, predsa bude trestať, a to čoskoro. Tí, ktorí chodia vo svetle, uvidia znamenia blížiaceho sa nebezpečenstva; nemajú však pokojne a ľahostajne očakávať skazu, utešujúc sa presvedčením, že Boh ukryje svoj ľud v deň navštívenia. Vôbec nie. Mali by si uvedomiť, že je ich povinnosťou usilovne pracovať na záchrane iných a so silnou vierou hľadieť k Bohu o pomoc. ‚Úpenlivá modlitba spravodlivého mnoho zmôže.‘“</w:t>
      </w:r>
    </w:p>
    <w:p>
      <w:pPr>
        <w:pStyle w:val="ArticleScripture"/>
        <w:jc w:val="left"/>
      </w:pPr>
      <w:r>
        <w:rPr>
          <w:rFonts w:ascii="Times New Roman" w:hAnsi="Times New Roman" w:eastAsia="Times New Roman" w:cs="Times New Roman"/>
        </w:rPr>
        <w:t>„Kvas zbožnosti celkom nestratil svoju moc. V čase, keď sú nebezpečenstvo a skľúčenosť cirkvi najväčšie, malá skupina tých, ktorí stoja vo svetle, bude vzdychať a plakať nad ohavnosťami, ktoré sa dejú v krajine. No ich modlitby budú vystupovať obzvlášť za cirkev, pretože jej členovia konajú podľa spôsobu sveta.</w:t>
      </w:r>
    </w:p>
    <w:p>
      <w:pPr>
        <w:pStyle w:val="ArticleScripture"/>
        <w:jc w:val="left"/>
      </w:pPr>
      <w:r>
        <w:rPr>
          <w:rFonts w:ascii="Times New Roman" w:hAnsi="Times New Roman" w:eastAsia="Times New Roman" w:cs="Times New Roman"/>
        </w:rPr>
        <w:t>„Vrúcne modlitby tejto vernej hŕstky nebudú márne. Keď Pán vystúpi ako Pomstiteľ, príde aj ako Ochranca všetkých tých, ktorí zachovali vieru v jej čistote a uchránili sa nepoškvrnení od sveta. Práve v tomto čase Boh zasľúbil, že sa zastane svojich vyvolených, ktorí k Nemu volajú dňom i nocou, hoci s nimi dlho zhovieva.</w:t>
      </w:r>
    </w:p>
    <w:p>
      <w:pPr>
        <w:pStyle w:val="ArticleScripture"/>
        <w:jc w:val="left"/>
      </w:pPr>
      <w:r>
        <w:rPr>
          <w:rFonts w:ascii="Times New Roman" w:hAnsi="Times New Roman" w:eastAsia="Times New Roman" w:cs="Times New Roman"/>
        </w:rPr>
        <w:t>„Príkaz znie: ,Prejdi stredom mesta, stredom Jeruzalema, a urob znamenie na čelách mužov, ktorí vzdychajú a nariekajú nad všetkými ohavnosťami, čo sa v jeho strede páchajú.‘ Títo vzdychajúci a nariekajúci predkladali slová života; karhali, radili a naliehavo prosili. Niektorí z tých, čo zneucťovali Boha, činili pokánie a pokorili svoje srdcia pred Ním. Ale sláva Hospodinova odišla od Izraela; hoci mnohí ešte naďalej zachovávali formy náboženstva, Jeho moc a prítomnosť chýbali.“ Testimonies, zväzok 5, 208–210.</w:t>
      </w:r>
    </w:p>
    <w:p>
      <w:pPr>
        <w:pStyle w:val="ArticleBody"/>
        <w:jc w:val="left"/>
      </w:pPr>
      <w:r>
        <w:rPr>
          <w:rFonts w:ascii="Times New Roman" w:hAnsi="Times New Roman" w:eastAsia="Times New Roman" w:cs="Times New Roman"/>
        </w:rPr>
        <w:t>Verše desať až pätnásť odpečaťujú skryté dejiny štyridsiateho verša a pritom zároveň určujú, že zapečaťovanie sto štyridsiatich štyroch tisíc sa teraz uskutočňuje na tých, ktorí splnili požiadavky modlitieb predstavovaných Danielom a tromi mužmi hodnými úcty v druhej kapitole a Danielom v deviatej kapitole. Rozdiel medzi týmito dvoma modlitbami možno rozpoznať ako modlitbu za porozumenie vonkajším udalostiam proroctva (Daniel 2) a modlitbu za uskutočnenie vnútornej skúsenosti proroctva (Daniel 9). Ďalší rozdiel spočíva v tom, že svätí sa spoločne usilujú porozumieť skúšajúcemu posolstvu obrazu šelmy (Daniel 2), no jednotlivo musia vykonať dielo úplného pokánia (Daniel 9). Ich modlitby musia byť v kontexte Ezechiela 9, lebo musia žialiť nad hriechmi v krajine a v cirkvi.</w:t>
      </w:r>
    </w:p>
    <w:p>
      <w:pPr>
        <w:pStyle w:val="ArticleScripture"/>
        <w:jc w:val="left"/>
      </w:pPr>
      <w:r>
        <w:rPr>
          <w:rFonts w:ascii="Times New Roman" w:hAnsi="Times New Roman" w:eastAsia="Times New Roman" w:cs="Times New Roman"/>
        </w:rPr>
        <w:t>„V čase, keď Jeho hnev vyjde v súdoch, títo pokorní, oddaní nasledovníci Krista sa budú odlišovať od ostatného sveta úzkosťou svojej duše, ktorá sa prejavuje nárekom a plačom, pokarhaniami a výstrahami. Kým sa iní pokúšajú prikryť existujúce zlo plášťom a ospravedlňovať veľkú bezbožnosť, ktorá všade prevláda, tí, čo majú horlivosť za Božiu česť a lásku k dušiam, nebudú mlčať, aby si získali priazeň kohokoľvek. Ich spravodlivé duše sú deň čo deň sužované bezbožnými skutkami a rečami nespravodlivých. Sú bezmocní zastaviť rútiaci sa prúd neprávosti, a preto sú naplnení zármutkom a poplachom. Nariekajú pred Bohom, keď vidia, ako je náboženstvo znevažované priamo v domovoch tých, ktorí prijali veľké svetlo. Žialia a sužujú svoje duše, pretože v cirkvi sú pýcha, lakomstvo, sebectvo a klam takmer každého druhu. Duch Boží, ktorý podnecuje ku karhaniu, je pošliapavaný, zatiaľ čo služobníci satana triumfujú. Boh je zneucťovaný, pravda sa stáva neúčinnou.״</w:t>
      </w:r>
    </w:p>
    <w:p>
      <w:pPr>
        <w:pStyle w:val="ArticleScripture"/>
        <w:jc w:val="left"/>
      </w:pPr>
      <w:r>
        <w:rPr>
          <w:rFonts w:ascii="Times New Roman" w:hAnsi="Times New Roman" w:eastAsia="Times New Roman" w:cs="Times New Roman"/>
        </w:rPr>
        <w:t>„Tí, ktorí necítia zármutok nad svojím vlastným duchovným úpadkom ani nežialia nad hriechmi iných, budú ponechaní bez Božej pečate. Pán poveruje svojich poslov, mužov so zhubnými zbraňami v rukách: ‚Choďte za ním mestom a zabíjajte; nech sa vaše oko nezľutuje, ani nemajte súcit: celkom pobite starých i mladých, panny i malé deti, aj ženy; ale nepribližujte sa k nikomu, na kom je znamenie; a začnite pri mojej svätyni.‘ Potom začali pri starcoch, ktorí boli pred domom.“</w:t>
      </w:r>
    </w:p>
    <w:p>
      <w:pPr>
        <w:pStyle w:val="ArticleScripture"/>
        <w:jc w:val="left"/>
      </w:pPr>
      <w:r>
        <w:rPr>
          <w:rFonts w:ascii="Times New Roman" w:hAnsi="Times New Roman" w:eastAsia="Times New Roman" w:cs="Times New Roman"/>
        </w:rPr>
        <w:t>„Tu vidíme, že cirkev — Pánova svätyňa — bola prvá, ktorá pocítila úder Božieho hnevu. Starci, tí, ktorým Boh dal veľké svetlo a ktorí stáli ako strážcovia duchovných záujmov ľudu, zradili svoju dôveru. Zaujali stanovisko, že nemáme očakávať zázraky a zjavné prejavy Božej moci ako v niekdajších dňoch. Časy sa zmenili. Tieto slová posilňujú ich neveru a oni hovoria: Pán neurobí dobre ani zle. Je príliš milosrdný na to, aby navštívil svoj ľud súdom. Tak je ‚pokoj a bezpečnosť‘ volaním mužov, ktorí už nikdy viac nepozdvihnú svoj hlas ako trúbu, aby ukázali Božiemu ľudu jeho priestupky a domu Jakobovmu jeho hriechy. Títo nemí psi, ktorí nechceli štekať, sú práve tí, čo pocítia spravodlivú pomstu urazeného Boha. Muži, panny i malé deti všetci spolu hynú.“ Testimonies, zväzok 5, 210, 211.</w:t>
      </w:r>
    </w:p>
    <w:p>
      <w:pPr>
        <w:pStyle w:val="ArticleBody"/>
        <w:jc w:val="left"/>
      </w:pPr>
      <w:r>
        <w:rPr>
          <w:rFonts w:ascii="Times New Roman" w:hAnsi="Times New Roman" w:eastAsia="Times New Roman" w:cs="Times New Roman"/>
        </w:rPr>
        <w:t>Prvý a druhý verš Daniela 11 sa začínajú v čase konca v roku 1989, tak ako aj desiaty verš. Druhý verš privádza dejiny k prvému funkčnému obdobiu Donalda Trumpa a potom zanecháva skryté dejiny od tohto šiesteho najbohatšieho prezidenta až po siedme kráľovstvo (Organizáciu Spojených národov), predstavované Alexandrom Veľkým. Medzi Xerxom, bohatým kráľom v druhom verši, a Alexandrom Veľkým bolo osem perzských kráľov. Skryté dejiny druhého verša až po tretí verš predstavujú osem kráľov. Teda od skončenia prvého funkčného obdobia Trumpa až po siedme kráľovstvo biblického proroctva je spolu desať kráľov, ktorí vypĺňajú skryté dejiny od druhého po tretí verš 11. kapitoly Daniela.</w:t>
      </w:r>
    </w:p>
    <w:p>
      <w:pPr>
        <w:pStyle w:val="ArticleBody"/>
        <w:jc w:val="left"/>
      </w:pPr>
      <w:r>
        <w:rPr>
          <w:rFonts w:ascii="Times New Roman" w:hAnsi="Times New Roman" w:eastAsia="Times New Roman" w:cs="Times New Roman"/>
        </w:rPr>
        <w:t>Číslo desať je symbolom skúšky a skúškou, ktorá nastáva práve v týchto dejinách, je vytvorenie obrazu šelmy. Šiesty najbohatší prezident rozvíri globalistov, počnúc svojou prvou kampaňou v roku 2015, a tým označuje začiatok zápasu medzi dvoma svedkami zo zjavenia v jedenástej kapitole a dračou šelmou ateizmu, ktorý neprestáva až do nedeľného zákona veršov šestnásť a štyridsaťjeden. V rámci tohto boja bol Donald Trump prvým prezidentom, ktorý rozvíril draka, a je aj posledným. Trump je posledným prezidentom zemskej šelmy a Trump sa stane prvým vodcom siedmeho kráľovstva. Týmto spôsobom Trump predstavuje prvého i posledného z desiatich kráľov a desať predstavuje skúšku.</w:t>
      </w:r>
    </w:p>
    <w:p>
      <w:pPr>
        <w:pStyle w:val="ArticleBody"/>
        <w:jc w:val="left"/>
      </w:pPr>
      <w:r>
        <w:rPr>
          <w:rFonts w:ascii="Times New Roman" w:hAnsi="Times New Roman" w:eastAsia="Times New Roman" w:cs="Times New Roman"/>
        </w:rPr>
        <w:t>Roky 1776, 1789 a 1798 predstavujú tri dejiny, ktoré ustanovujú, že ôsmy prezident je zo siedmich. Rok 1776 predstavuje vyhlásenie Deklarácie nezávislosti a dejiny Prvého a Druhého kontinentálneho kongresu. Rok 1789 predstavuje obdobie dejín, v ktorom boli vytvorené Články konfederácie. Toto obdobie sa začalo v roku 1781 a skončilo vyhlásením Ústavy v roku 1789. Rok 1798 predstavuje vyhlásenie zákonov o cudzincoch a poburovaní a začiatok zemskej šelmy ako šiesteho kráľovstva biblického proroctva.</w:t>
      </w:r>
    </w:p>
    <w:p>
      <w:pPr>
        <w:pStyle w:val="ArticleBody"/>
        <w:jc w:val="left"/>
      </w:pPr>
      <w:r>
        <w:rPr>
          <w:rFonts w:ascii="Times New Roman" w:hAnsi="Times New Roman" w:eastAsia="Times New Roman" w:cs="Times New Roman"/>
        </w:rPr>
        <w:t>Kontinentálne kongresy sú rozdelené do dvoch prorockých období: prvého kongresu a posledného kongresu. Prvý kontinentálny kongres mal dvoch predsedov a Peyton Randolph bol prvým predsedom. Druhý kontinentálny kongres mal šiestich predsedov. Peyton Randolph bol prvým predsedom tak Prvého, ako aj Druhého kontinentálneho kongresu. Počas dejín Prvého a Druhého kontinentálneho kongresu bolo spolu osem predsedov. Peyton Randolph bol prvým predsedom tak Prvého, ako aj Druhého kontinentálneho kongresu, v prorockom období, počas ktorého bolo osem predsedov, ale prvým predsedom každého z týchto dvoch období bola tá istá osoba. Preto, hoci bolo osem prezidentských období, v skutočnosti bolo iba sedem predsedov. Prvý predseda bol dvakrát prvým predsedom siedmich osôb, ktoré boli predsedami, a Randolph preto predstavuje ôsmeho, ktorý bol zo siedmich, a na základe dvoch svedkov predobrazuje prvého skutočného prezidenta, ktorým bol George Washington.</w:t>
      </w:r>
    </w:p>
    <w:p>
      <w:pPr>
        <w:pStyle w:val="ArticleBody"/>
        <w:jc w:val="left"/>
      </w:pPr>
      <w:r>
        <w:rPr>
          <w:rFonts w:ascii="Times New Roman" w:hAnsi="Times New Roman" w:eastAsia="Times New Roman" w:cs="Times New Roman"/>
        </w:rPr>
        <w:t>Washington je reprezentovaný Randolphom, a preto Randolph ako symbol Washingtona sprostredkúva jednak prorocké charakteristiky Randolpha, prvého prezidenta, jednak to, že Randolph bol ôsmy, ktorý bol zo siedmich. Tak bol George Washington ako prvý prezident a prvý vrchný veliteľ zároveň prorocky aj ôsmy, a bol zo siedmich, a Trump ako posledný prezident bude takisto ôsmy, totiž zo siedmich.</w:t>
      </w:r>
    </w:p>
    <w:p>
      <w:pPr>
        <w:pStyle w:val="ArticleBody"/>
        <w:jc w:val="left"/>
      </w:pPr>
      <w:r>
        <w:rPr>
          <w:rFonts w:ascii="Times New Roman" w:hAnsi="Times New Roman" w:eastAsia="Times New Roman" w:cs="Times New Roman"/>
        </w:rPr>
        <w:t>Druhým predsedom Druhého kontinentálneho kongresu bol John Hancock. Druhý kontinentálny kongres sa skončil v roku 1781. Obdobie od roku 1781 do roku 1789 označuje dejiny Článkov konfederácie. Toto obdobie je symbolizované rokom 1789, vydaním Ústavy. Aj v tom období bolo osem prezidentov. Články konfederácie predstavovali prvú Ústavu, ale slabosť Článkov konfederácie viedla k ich nahradeniu a k ratifikácii Ústavy trinástimi kolóniami v roku 1789.</w:t>
      </w:r>
    </w:p>
    <w:p>
      <w:pPr>
        <w:pStyle w:val="ArticleBody"/>
        <w:jc w:val="left"/>
      </w:pPr>
      <w:r>
        <w:rPr>
          <w:rFonts w:ascii="Times New Roman" w:hAnsi="Times New Roman" w:eastAsia="Times New Roman" w:cs="Times New Roman"/>
        </w:rPr>
        <w:t>V tom období sa osem prezidentov skladalo zo siedmich prezidentov, ktorí neboli prezidentmi v dejinách obdobia predstavovaného predchádzajúcimi dvoma Kontinentálnymi kongresmi, a z jedného, ktorý bol prezidentom v tom prvom prorockom období. John Hancock pôsobil tak v druhom Kontinentálnom kongrese, ako aj v období predstavovanom Článkami konfederácie. Na prorockej úrovni bolo počas dvoch Kontinentálnych kongresov prezidentmi iba sedem mužov; preto bol John Hancock prorocky jedným z ôsmich v období Článkov konfederácie, no zároveň bol aj jedným zo siedmich mužov z predchádzajúceho obdobia. Bol teda ôsmy, ktorý bol zo siedmich.</w:t>
      </w:r>
    </w:p>
    <w:p>
      <w:pPr>
        <w:pStyle w:val="ArticleBody"/>
        <w:jc w:val="left"/>
      </w:pPr>
      <w:r>
        <w:rPr>
          <w:rFonts w:ascii="Times New Roman" w:hAnsi="Times New Roman" w:eastAsia="Times New Roman" w:cs="Times New Roman"/>
        </w:rPr>
        <w:t>Druhé prorocké obdobie, predstavované rokmi 1781 až 1789, malo podobne ako prvé obdobie prezidenta (Hancocka), ktorý bol ôsmy a zo siedmich, tak ako bol Randolph v prvom prorockom období predstavovanom rokom 1776.</w:t>
      </w:r>
    </w:p>
    <w:p>
      <w:pPr>
        <w:pStyle w:val="ArticleBody"/>
        <w:jc w:val="left"/>
      </w:pPr>
      <w:r>
        <w:rPr>
          <w:rFonts w:ascii="Times New Roman" w:hAnsi="Times New Roman" w:eastAsia="Times New Roman" w:cs="Times New Roman"/>
        </w:rPr>
        <w:t>V oboch obdobiach ôsmich prezidentov je znázornená záhada, že ôsmy je zo siedmich. Tieto dve obdobia vydávajú svedectvo, že aj prvý skutočný prezident (Washington) mal k svojej symbolike pripojenú prorockú záhadu, a to prostredníctvom svojho predobrazenia zastúpeného Randolphom. Títo traja svedkovia hovoria o Trumpovi. Trump, ako je predstavený v prvom a druhom verši jedenástej kapitoly, je zobrazený iba prostredníctvom svojho prvého funkčného obdobia, ktoré sa skončilo, keď druhé voľby ukradla šelma z bezodnej priepasti.</w:t>
      </w:r>
    </w:p>
    <w:p>
      <w:pPr>
        <w:pStyle w:val="ArticleBody"/>
        <w:jc w:val="left"/>
      </w:pPr>
      <w:r>
        <w:rPr>
          <w:rFonts w:ascii="Times New Roman" w:hAnsi="Times New Roman" w:eastAsia="Times New Roman" w:cs="Times New Roman"/>
        </w:rPr>
        <w:t>Dejiny, ktoré naplnili tieto verše, zahŕňajú skryté dejiny medzi bodom najbohatšieho kráľa (Xerxa) a predstavením Alexandra Veľkého, predstavujúcim nedeľný zákon, keď sa desať kráľov nakrátko stáva siedmym kráľovstvom. Medzi bohatým kráľom a desiatimi kráľmi, ktorí sa zhodnú dať svoje siedme kráľovstvo pápežstvu, bolo osem kráľov. Týchto osem kráľov, ktorí tvoria skryté dejiny od druhého verša po tretí verš, nachádza dvoch svedkov v dejinách ôsmich prezidentov v rokoch 1776, 1789 a 1798.</w:t>
      </w:r>
    </w:p>
    <w:p>
      <w:pPr>
        <w:pStyle w:val="ArticleBody"/>
        <w:jc w:val="left"/>
      </w:pPr>
      <w:r>
        <w:rPr>
          <w:rFonts w:ascii="Times New Roman" w:hAnsi="Times New Roman" w:eastAsia="Times New Roman" w:cs="Times New Roman"/>
        </w:rPr>
        <w:t>Táto história nesie symboliku dvadsiatich dvoch rokov, čím ju označuje ako dejiny zapečaťovania sto štyridsaťštyri tisíc, keď je božstvo spojené s ľudskosťou. Nesie aj svedectvo „Pravdy“, lebo začiatok označuje nezávislosť a koniec označuje odstránenie nezávislosti, zatiaľ čo trinásť rokov po roku 1776 trinásť kolónií ratifikovalo Ústavu. Taktiež poukazuje na dve obdobia ôsmich kráľov (prezidentov), ktoré obe obsahujú záhadu, že ôsmy je zo siedmich.</w:t>
      </w:r>
    </w:p>
    <w:p>
      <w:pPr>
        <w:pStyle w:val="ArticleBody"/>
        <w:jc w:val="left"/>
      </w:pPr>
      <w:r>
        <w:rPr>
          <w:rFonts w:ascii="Times New Roman" w:hAnsi="Times New Roman" w:eastAsia="Times New Roman" w:cs="Times New Roman"/>
        </w:rPr>
        <w:t>Trump ako šiesty prezident v roku 2016 a ako posledný vodca šiesteho kráľovstva zároveň predstavuje prvého i posledného z desiatich po sebe nasledujúcich kráľov. Číslo desať označuje proces skúšky týchto dejín a skúškou, ktorá predchádza nedeľnému zákonu a vrcholí pri ňom, je formovanie obrazu šelmy. Obraz Nebukadnesarovho sna o šelme predstavuje osem kráľovstiev a tým poskytuje svedectvo, že skúška obrazu šelmy je znázornená číslom „osem“.</w:t>
      </w:r>
    </w:p>
    <w:p>
      <w:pPr>
        <w:pStyle w:val="ArticleBody"/>
        <w:jc w:val="left"/>
      </w:pPr>
      <w:r>
        <w:rPr>
          <w:rFonts w:ascii="Times New Roman" w:hAnsi="Times New Roman" w:eastAsia="Times New Roman" w:cs="Times New Roman"/>
        </w:rPr>
        <w:t>V dejinách skúšky línie Makabejcov, predstavujúcej líniu rohu odpadlíckeho protestantizmu a líniu rohu odpadlíckeho republikánstva, reprezentovanú Antiochom III., sa línie a rohy spájajú do jedného rohu, ktorý je obrazom pápežstva. V tých istých dejinách sa Boží obraz plne a natrvalo reprodukuje v tých, ktorí sú predstavení ako stoštyridsaťštyritisíc.</w:t>
      </w:r>
    </w:p>
    <w:p>
      <w:pPr>
        <w:pStyle w:val="ArticleBody"/>
        <w:jc w:val="left"/>
      </w:pPr>
      <w:r>
        <w:rPr>
          <w:rFonts w:ascii="Times New Roman" w:hAnsi="Times New Roman" w:eastAsia="Times New Roman" w:cs="Times New Roman"/>
        </w:rPr>
        <w:t>Skryté dejiny štyridsiateho verša sú odpečatené v rámci skrytých dejín od druhého po tretí verš a dejín veršov desať až pätnásť. Keď sa Trump pri svojej inaugurácii 20. januára 2025 stane ôsmym prezidentom, ktorý je zo siedmich, potom osem kráľov medzi Xerxom a Alexandrom Veľkým označuje príchod formovania obrazu šelmy a Trump predstavuje prvého i posledného z desiatich po sebe nasledujúcich kráľov.</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A videl som v pravici Toho, ktorý sedel na tróne, knihu popísanú zvnútra i zvonka, zapečatenú siedmimi pečaťami. A videl som mocného anjela, ktorý volal silným hlasom: Kto je hoden otvoriť knihu a zlomiť jej pečate? A nikto na nebi, ani na zemi, ani pod zemou nemohol knihu otvoriť ani sa do nej pozrieť. A veľmi som plakal, lebo sa nenašiel nikto hodný otvoriť a čítať knihu, ani sa do nej pozrieť. Ale jeden zo starcov mi povedal: Neplač; hľa, zvíťazil Lev z pokolenia Júdovho, Koreň Dávidov, aby otvoril knihu a zlomil jej sedem pečatí. A videl som, a hľa, uprostred trónu a štyroch živých bytostí a uprostred starcov stál Baránok, akoby zabitý, majúci sedem rohov a sedem očí, ktoré sú siedmimi Duchmi Božími, vyslanými do celej zeme. A prišiel a vzal knihu z pravice Toho, ktorý sedel na tróne. A keď vzal knihu, štyri živé bytosti a dvadsaťštyria starci padli pred Baránkom, každý z nich mal citaru a zlaté čaše plné kadidla, čo sú modlitby svätých. A spievali novú pieseň a hovorili: Hoden si vziať knihu a otvoriť jej pečate, lebo si bol zabitý a svojou krvou si nás vykúpil Bohu z každého pokolenia, jazyka, ľudu a národa; a učinil si nás nášmu Bohu kráľmi a kňazmi, a budeme kraľovať na zemi. Zjavenie 5:1–10.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sto deväťdesiattri</dc:title>
  <dc:subject>Odhalenie časov konca: od osudu Ruska cez Trumpov návrat až po vytvorenie obrazu šelmy</dc:subject>
  <dc:creator>Jeff Pippenger</dc:creator>
  <cp:keywords/>
  <dc:description>Generated by ArticleDigger from daniel\193_daniel.json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