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deväťdesiatštyri</w:t>
      </w:r>
    </w:p>
    <w:p>
      <w:pPr>
        <w:pStyle w:val="ArticleSubtitle"/>
        <w:jc w:val="left"/>
      </w:pPr>
      <w:r>
        <w:rPr>
          <w:rFonts w:ascii="Arial" w:hAnsi="Arial" w:eastAsia="Arial" w:cs="Arial"/>
        </w:rPr>
        <w:t>Ozveny Machabejcov: Trumpovo víťazstvo a prorocká cesta k obrazu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Línia predstavovaná Machabejcami (identifikujúca odpadlícky protestantizmus v Spojených štátoch) začala svoje povstanie proti gréckemu náboženstvu v Modeine v roku 167 pred Kr. Machabejci tam zvíťazili nad snahami Antiocha Epifana nanútiť Židom grécke náboženstvo a takisto zabili vodcu Židov, ktorý spolupracoval s Antiochom. Tak je Biden porazený vo voľbách roku 2024 prostredníctvom volebného bloku známeho ako „náboženská pravica“. Dejiny opisujú víťazstvo volieb roku 2024 tak, že odpadlícky protestantizmus víťazí nielen nad globalistickými republikánmi nazývanými RINO, ale aj nad snahami ateistických demokratov nanútiť národu náboženstvo wokeizmu.</w:t>
      </w:r>
    </w:p>
    <w:p>
      <w:pPr>
        <w:pStyle w:val="ArticleBody"/>
        <w:jc w:val="left"/>
      </w:pPr>
      <w:r>
        <w:rPr>
          <w:rFonts w:ascii="Times New Roman" w:hAnsi="Times New Roman" w:eastAsia="Times New Roman" w:cs="Times New Roman"/>
        </w:rPr>
        <w:t>Vnútorná duchovná vojna, znázornená líniou Makabejcov, sa začala v roku 2015, keď bohatý prezident podnietil dračie mocnosti globalizmu, a dielo draka pri zabití dvoch svedkov zahŕňalo Pelosiovej procesy týkajúce sa 6. januára 2021. Modein a povstanie Makabejcov označujú budúce víťazstvo odpadlíckeho protestantizmu 5. novembra 2024. Inaugurácia 20. januára 2025 bola predobrazená rokom 164 pred Kr., ktorý predstavoval znovuzasvätenie druhého chrámu, a práve v tom roku (164 pred Kr.) Antiochos Epifanés zomrel. Antiochos predstavuje Demokratickú stranu a ich globalistických partnerov, ktorí sa sami označujú za republikánov, hoci nie sú o nič viac republikánmi MAGA, než je dievča chlapcom.</w:t>
      </w:r>
    </w:p>
    <w:p>
      <w:pPr>
        <w:pStyle w:val="ArticleBody"/>
        <w:jc w:val="left"/>
      </w:pPr>
      <w:r>
        <w:rPr>
          <w:rFonts w:ascii="Times New Roman" w:hAnsi="Times New Roman" w:eastAsia="Times New Roman" w:cs="Times New Roman"/>
        </w:rPr>
        <w:t>Politický zápas predstavený vo veršoch trinásť až pätnásť, ktorý sa končí bitkou pri Paniu, prebieha súbežne s náboženským zápasom v týchto dejinách medzi woke-izmom a odpadlíckym protestantizmom. Po Trumpovej inaugurácii v roku 2025, predstavenej opätovným zasvätením druhého chrámu v roku 164 pred Kr., potom začne skutočné formovanie obrazu šelmy tým, že spojí odpadlícku protestantskú cirkev so svojou odpadlíckou republikánskou vládou, čo je predstavené spojenectvom Ríma a Makabejcov od roku 161 pred Kr. až do roku 158 pred Kr. Trump spojí cirkev a štát do zväzku, v ktorom bude náboženský prvok vládnuť. V prorockých dejinách, v ktorých zemská šelma vytvára obraz šelmy katolicizmu, odpadlícky republikánsky roh a odpadlícky protestantský roh naplnia čašu času svojej skúšky na nesprávnej strane otázky večného života.</w:t>
      </w:r>
    </w:p>
    <w:p>
      <w:pPr>
        <w:pStyle w:val="ArticleBody"/>
        <w:jc w:val="left"/>
      </w:pPr>
      <w:r>
        <w:rPr>
          <w:rFonts w:ascii="Times New Roman" w:hAnsi="Times New Roman" w:eastAsia="Times New Roman" w:cs="Times New Roman"/>
        </w:rPr>
        <w:t>Od inaugurácie, predstavenej druhým očistením chrámu v roku 164 pred Kr., sa začína dielo formovania obrazu šelmy, ako je znázornené spojenectvom Židov a Ríma od roku 161 pred Kr. až do roku 158 pred Kr. Trump bude znovuzvolený 5. novembra 2024 (167 pred Kr.) a pri svojej inaugurácii (164 pred Kr.) sa stane ôsmym prezidentom od času konca v roku 1989. Tým sa stane ôsmym, totiž jedným zo siedmich, čím bude odzrkadľovať pápežskú šelmu, ktorá sa stáva ôsmym kráľovstvom biblického proroctva, keď je jej smrteľná rana uzdravená pri nedeľnom zákone. Jeho inaugurácia bola predstavená znovuzasvätením druhého chrámu Makabejcami v roku 164 pred Kr. Povstanie Makabejcov sa začalo o tri roky skôr v meste Modein, čo znamená „protest“ a označuje jeho volebné víťazstvo z 5. novembra 2024.</w:t>
      </w:r>
    </w:p>
    <w:p>
      <w:pPr>
        <w:pStyle w:val="ArticleBody"/>
        <w:jc w:val="left"/>
      </w:pPr>
      <w:r>
        <w:rPr>
          <w:rFonts w:ascii="Times New Roman" w:hAnsi="Times New Roman" w:eastAsia="Times New Roman" w:cs="Times New Roman"/>
        </w:rPr>
        <w:t>V roku 164 pred Kr. došlo k druhému zasväteniu druhého chrámu, čím sa predobrazne znázorňuje Trumpova druhá inaugurácia 20. januára 2025. V tom bode sa oficiálne stáva ôsmym prezidentom, ktorý je zo siedmich prezidentov pred ním. Rok 164 pred Kr. si judaizmus pripomína na pamiatku druhého zasvätenia druhého chrámu.</w:t>
      </w:r>
    </w:p>
    <w:p>
      <w:pPr>
        <w:pStyle w:val="ArticleBody"/>
        <w:jc w:val="left"/>
      </w:pPr>
      <w:r>
        <w:rPr>
          <w:rFonts w:ascii="Times New Roman" w:hAnsi="Times New Roman" w:eastAsia="Times New Roman" w:cs="Times New Roman"/>
        </w:rPr>
        <w:t>Inaugurácia je miestom, kde sa Trump stáva ôsmym, teda tým, ktorý je zo siedmich, a od toho bodu sa budú diať satanské zázraky podporujúce dielo vytvárania obrazu šelmy. Osem je symbolom obrazu vzkriesenej šelmy a v tom bode sa začína formovanie obrazu, ako to znázorňuje rok 161 pred Kr.</w:t>
      </w:r>
    </w:p>
    <w:p>
      <w:pPr>
        <w:pStyle w:val="ArticleBody"/>
        <w:jc w:val="left"/>
      </w:pPr>
      <w:r>
        <w:rPr>
          <w:rFonts w:ascii="Times New Roman" w:hAnsi="Times New Roman" w:eastAsia="Times New Roman" w:cs="Times New Roman"/>
        </w:rPr>
        <w:t>Sformovanie obrazu šelmy sa najprv uskutočňuje v Spojených štátoch a potom je obraz šelmy nanútený celému svetu. Na začiatku obdobia, keď Spojené štáty nútia svet prijať obraz šelme, ktorý bude aj hovoriť a spôsobí, aby boli usmrtení všetci, ktorí sa nebudú klaňať obrazu šelmy, budú mať Spojené štáty práve prijatý nedeľný zákon a vytvorenú trojnásobnú úniu. Pri nedeľnom zákone je trojnásobná únia už ustanovená a nastal čas podivuhodného pôsobenia satana, keď satan zosobňuje Krista a koná zázraky, aby zviedol svet k prijatiu svetového obrazu šelmy a nedeľného uctievania. V tom okamihu sa Trump stáva vodcom desiatich kráľov.</w:t>
      </w:r>
    </w:p>
    <w:p>
      <w:pPr>
        <w:pStyle w:val="ArticleBody"/>
        <w:jc w:val="left"/>
      </w:pPr>
      <w:r>
        <w:rPr>
          <w:rFonts w:ascii="Times New Roman" w:hAnsi="Times New Roman" w:eastAsia="Times New Roman" w:cs="Times New Roman"/>
        </w:rPr>
        <w:t>Trumpova inaugurácia za vrchného kráľa desiatich kráľov, ktorá sa uskutočňuje pri trojnásobnom zväzku v čoskoro prichádzajúcom nedeľnom zákone, bola predobrazená Trumpovou inauguráciou za ôsmeho prezidenta, to jest jedného zo siedmich, 20. januára 2025. Pri nedeľnom zákone, ktorý završuje utvorenie obrazu šelmy v Spojených štátoch, sa aj pápežská šelma stáva ôsmou, ktorá je zo siedmich. Tak sa čas skúšky obrazu šelmy začína tým, že sa Trump stáva ôsmym, ktorý je zo siedmich, a keď sa toto obdobie končí, aj pápežstvo sa stáva ôsmym, ktoré je zo siedmich, lebo Alfa a Omega znázorňuje koniec prostredníctvom začiatku.</w:t>
      </w:r>
    </w:p>
    <w:p>
      <w:pPr>
        <w:pStyle w:val="ArticleBody"/>
        <w:jc w:val="left"/>
      </w:pPr>
      <w:r>
        <w:rPr>
          <w:rFonts w:ascii="Times New Roman" w:hAnsi="Times New Roman" w:eastAsia="Times New Roman" w:cs="Times New Roman"/>
        </w:rPr>
        <w:t>Satanské zázraky sa začínajú pri Trumpovej inaugurácii, keď sa začína obdobie formovania obrazu šelmy, a to označuje podivuhodné pôsobenie Satana, ktoré sa začína na konci obdobia formovania obrazu šelmy v Spojených štátoch. Trumpova inaugurácia označuje začiatok tohto obdobia a jeho inaugurácia za vrcholného kráľa desiatich kráľov Organizácie Spojených národov označuje koniec tohto obdobia. V počiatočnej i záverečnej inaugurácii, ktoré obe uvádzajú do pohybu formovanie obrazu šelmy, je to najprv v Spojených štátoch a potom v celom svete.</w:t>
      </w:r>
    </w:p>
    <w:p>
      <w:pPr>
        <w:pStyle w:val="ArticleBody"/>
        <w:jc w:val="left"/>
      </w:pPr>
      <w:r>
        <w:rPr>
          <w:rFonts w:ascii="Times New Roman" w:hAnsi="Times New Roman" w:eastAsia="Times New Roman" w:cs="Times New Roman"/>
        </w:rPr>
        <w:t>Dielo ligy, čiže zjednotenie sa s Rímom, ku ktorému došlo od roku 161 pred Kr. do roku 158 pred Kr., identifikuje tieto dejiny a uzatvára sa pri nedeľnom zákone vo verši šestnásť. Záverečné dielo zavádzania vlády, ktorá je obrazom pápežského systému, sa začína ako vytváranie obrazu šelmy a Trump ho presadzuje, keď opláca politické služby, ktoré mu odpadlí protestanti poskytli pri jeho politickom víťazstve.</w:t>
      </w:r>
    </w:p>
    <w:p>
      <w:pPr>
        <w:pStyle w:val="ArticleBody"/>
        <w:jc w:val="left"/>
      </w:pPr>
      <w:r>
        <w:rPr>
          <w:rFonts w:ascii="Times New Roman" w:hAnsi="Times New Roman" w:eastAsia="Times New Roman" w:cs="Times New Roman"/>
        </w:rPr>
        <w:t>Táto prorocká štruktúra má byť umiestnená do skrytých dejín štyridsiateho verša. Na túto štruktúru majú byť tiež položené skryté dejiny od druhého po tretí verš jedenástej kapitoly Daniela. Na túto štruktúru majú byť tiež položené prorocké dejiny dvoch svedkov z jedenástej kapitoly Zjavenia. Tým, že sa tieto tri línie spoja v skrytých dejinách štyridsiateho verša, Lev z kmeňa Júdovho odpečaťuje tú časť Danielovho proroctva, ktorá bola zapečatená až do posledných dní.</w:t>
      </w:r>
    </w:p>
    <w:p>
      <w:pPr>
        <w:pStyle w:val="ArticleScripture"/>
        <w:jc w:val="left"/>
      </w:pPr>
      <w:r>
        <w:rPr>
          <w:rFonts w:ascii="Times New Roman" w:hAnsi="Times New Roman" w:eastAsia="Times New Roman" w:cs="Times New Roman"/>
        </w:rPr>
        <w:t>Či sa trúbi na trúbu v meste, a ľud sa nebojí? Či býva nešťastie v meste, a Hospodin ho neučinil? Lebo Pán Hospodin neučiní nič, kým nezjaví svoju radu svojim služobníkom prorokom. Lev zareval, kto by sa nebál? Pán Hospodin prehovoril, kto by neprorokoval? Rozhláste to v palácoch v Ašdode a v palácoch v egyptskej krajine a povedzte: Zhromaždite sa na vrchoch Samárie a hľaďte na veľké nepokoje uprostred nej a na utláčaných uprostred nej. Ámos 3:6–9.</w:t>
      </w:r>
    </w:p>
    <w:p>
      <w:pPr>
        <w:pStyle w:val="ArticleBody"/>
        <w:jc w:val="left"/>
      </w:pPr>
      <w:r>
        <w:rPr>
          <w:rFonts w:ascii="Times New Roman" w:hAnsi="Times New Roman" w:eastAsia="Times New Roman" w:cs="Times New Roman"/>
        </w:rPr>
        <w:t>Posolstvo, ktoré je odpečatené a je znázornené v skrytých dejinách štyridsiateho verša jedenástej kapitoly Daniela, je pečatiacim posolstvom; a Ámos kladie rečnícku otázku o trúbe trúbiacej v meste a o levovi ručiacom; a Ámos dáva odpoveď, keď hovorí, že Boh neurobí nič, iba ak to najprv zjaví svojim služobníkom, prorokom. Zahŕňa aj to, že posolstvo trúby, určené na vyvolanie bohabázne, zároveň označí zlo v meste a že malo byť vyhlásené v Ašdóde, Egypte a Samárii, čo predstavuje trojitú skladbu moderného Babylona. Pečatiace trúbové posolstvo malo byť ohlasované celému svetu vopred pred udalosťami znázornenými v pečatiacom posolstve. Trúbové posolstvo, ktoré je pečatiacim posolstvom, nesie podpis „Pravdy“, lebo čas pečatenia je vystavaný na troch zazneniach trúby tretieho beda.</w:t>
      </w:r>
    </w:p>
    <w:p>
      <w:pPr>
        <w:pStyle w:val="ArticleBody"/>
        <w:jc w:val="left"/>
      </w:pPr>
      <w:r>
        <w:rPr>
          <w:rFonts w:ascii="Times New Roman" w:hAnsi="Times New Roman" w:eastAsia="Times New Roman" w:cs="Times New Roman"/>
        </w:rPr>
        <w:t>Trúba najprv označila začiatok pečatenia 11. septembra 2001 a posledná predstavuje koniec pečatenia pri čoskoro prichádzajúcom nedeľnom zákone, keď pri veľkom zemetrasení náhle prichádza tretie beda. Prostredné zatrúbenie nastalo 7. októbra 2023, keď starobylú slávnu krajinu zasiahol prekvapivý útok islamu tretieho beda, ako bola moderná slávna krajina zasiahnutá prekvapivým útokom islamu tretieho beda v roku 2001, a ako to bude pri poslednom z týchto troch zatrúbení pri čoskoro prichádzajúcom nedeľnom zákone. Prostredný prekvapivý útok na starobylú slávnu krajinu bol útokom na doslovný Izrael, symbol vzbury, ktorá ukrižovala Mesiáša.</w:t>
      </w:r>
    </w:p>
    <w:p>
      <w:pPr>
        <w:pStyle w:val="ArticleBody"/>
        <w:jc w:val="left"/>
      </w:pPr>
      <w:r>
        <w:rPr>
          <w:rFonts w:ascii="Times New Roman" w:hAnsi="Times New Roman" w:eastAsia="Times New Roman" w:cs="Times New Roman"/>
        </w:rPr>
        <w:t>Amosovo trúbkové posolstvo bude rozhlasované do celého sveta a táto práca zverejňovania posolstva sa začala na konci júla 2023. Lev z pokolenia Júdovho potom zareval, a kto sa nebude báť, a kto bude natoľko smelý, aby popieral, že udalosti spojené s časom spečatenia sto štyridsaťštyri tisíc sa teraz odhaľujú po celej zemi? Tieto články sú teraz vo viac než stodvadsiatich národoch, vo viac než šesťdesiatich jazykoch, a možno ich buď čítať, alebo počúvať.</w:t>
      </w:r>
    </w:p>
    <w:p>
      <w:pPr>
        <w:pStyle w:val="ArticleScripture"/>
        <w:jc w:val="left"/>
      </w:pPr>
      <w:r>
        <w:rPr>
          <w:rFonts w:ascii="Times New Roman" w:hAnsi="Times New Roman" w:eastAsia="Times New Roman" w:cs="Times New Roman"/>
        </w:rPr>
        <w:t>Blahoslavený je ten, kto číta, aj tí, čo počúvajú slová tohto proroctva a zachovávajú to, čo je v ňom napísané; lebo čas je blízko. Zjavenie 1,3.</w:t>
      </w:r>
    </w:p>
    <w:p>
      <w:pPr>
        <w:pStyle w:val="ArticleBody"/>
        <w:jc w:val="left"/>
      </w:pPr>
      <w:r>
        <w:rPr>
          <w:rFonts w:ascii="Times New Roman" w:hAnsi="Times New Roman" w:eastAsia="Times New Roman" w:cs="Times New Roman"/>
        </w:rPr>
        <w:t>Keď je oheň z oltára, zmiešaný s modlitbami a kadidlom, vrhnutý na zem pri sňatí siedmej a poslednej pečate, nastávajú hlasy, hromy, blesky a veľké zemetrasenie. Toto veľké zemetrasenie vzniká ako dôsledok toho, že posolstvo Polnočného volania je zvrhnuté ako oheň na svätých, ktorí vzdychajú a nariekajú v deviatej kapitole Ezechiela, tým istým spôsobom, ako zostúpil oheň na Letnice. Tento oheň predstavoval posolstvo, ktoré bolo potom nesené ku každému národu, pokoleniu, jazyku a ľudu, tak ako tieto články. Tento oheň predstavoval schopnosť odovzdať toto posolstvo v množstve jazykov, tak ako tieto články. Články vopred označujú to, čo sa má čoskoro stať, lebo Pán neurobí nič, ak najprv nezjaví svoje skutky prostredníctvom svojho prorockého Slova.</w:t>
      </w:r>
    </w:p>
    <w:p>
      <w:pPr>
        <w:pStyle w:val="ArticleScripture"/>
        <w:jc w:val="left"/>
      </w:pPr>
      <w:r>
        <w:rPr>
          <w:rFonts w:ascii="Times New Roman" w:hAnsi="Times New Roman" w:eastAsia="Times New Roman" w:cs="Times New Roman"/>
        </w:rPr>
        <w:t>Pozorujte, nebesia, a budem hovoriť; a počuj, zem, slová mojich úst. Nech moja náuka steká ako dážď, nech moja reč padá ako rosa, ako jemný dážď na mladú zeleň a ako prehánky na trávu; lebo budem zvestovať meno Hospodina: vzdajte veľkosť nášmu Bohu. On je Skala, jeho dielo je dokonalé; lebo všetky jeho cesty sú súd; Boh pravdy a bez neprávosti, spravodlivý a priamy je on. Oni sa pokazili, ich škvrna nie je škvrnou jeho detí; sú pokolením prevráteným a skriveným. Deuteronómium 32:1–5.</w:t>
      </w:r>
    </w:p>
    <w:p>
      <w:pPr>
        <w:pStyle w:val="ArticleBody"/>
        <w:jc w:val="left"/>
      </w:pPr>
      <w:r>
        <w:rPr>
          <w:rFonts w:ascii="Times New Roman" w:hAnsi="Times New Roman" w:eastAsia="Times New Roman" w:cs="Times New Roman"/>
        </w:rPr>
        <w:t>„Učenie“ o neskorom daždi teraz Pán zverejňuje a učenia, ktoré tvoria posolstvo Polnočného volania – posolstvo neskorého dažďa, sú založené na „mene Pánovom“. Jeho meno je „Pravda“, On je Palmoni, Podivuhodný Počtár, a je Podivuhodný Jazykovedec, je Alfa i Omega, je Syn Boží a Syn človeka, je Veľkňaz, je Lev z pokolenia Júdovho a je Michael archanjel. Všetky tieto mená Krista sú neoddeliteľnou súčasťou Zjavenia Ježiša Krista, ktoré je rozpečatené tesne pred uzavretím doby milosti, a sú neoddeliteľnou súčasťou článkov, ktoré boli zverejnené po celej planéte od konca júla 2023. „Kto má uši, nech počúva, čo Duch hovorí cirkvám.“</w:t>
      </w:r>
    </w:p>
    <w:p>
      <w:pPr>
        <w:pStyle w:val="ArticleBody"/>
        <w:jc w:val="left"/>
      </w:pPr>
      <w:r>
        <w:rPr>
          <w:rFonts w:ascii="Times New Roman" w:hAnsi="Times New Roman" w:eastAsia="Times New Roman" w:cs="Times New Roman"/>
        </w:rPr>
        <w:t>Lev z kmeňa Júdu, ktorý je tým, čo zvíťazil a získal právo otvoriť knihu zapečatenú siedmimi pečaťami, teraz volá, ako volal 22. októbra 1844: Kto sa nebude báť?</w:t>
      </w:r>
    </w:p>
    <w:p>
      <w:pPr>
        <w:pStyle w:val="ArticleScripture"/>
        <w:jc w:val="left"/>
      </w:pPr>
      <w:r>
        <w:rPr>
          <w:rFonts w:ascii="Times New Roman" w:hAnsi="Times New Roman" w:eastAsia="Times New Roman" w:cs="Times New Roman"/>
        </w:rPr>
        <w:t>A kričal mocným hlasom, ako keď revve lev; a keď zakričal, sedem hromov vydalo svoje hlasy. A keď sedem hromov vydalo svoje hlasy, chcel som písať; a počul som hlas z neba, ktorý mi hovoril: Zapečať to, čo vyrieklo sedem hromov, a nepíš to. Zjavenie 10:3, 4.</w:t>
      </w:r>
    </w:p>
    <w:p>
      <w:pPr>
        <w:pStyle w:val="ArticleBody"/>
        <w:jc w:val="left"/>
      </w:pPr>
      <w:r>
        <w:rPr>
          <w:rFonts w:ascii="Times New Roman" w:hAnsi="Times New Roman" w:eastAsia="Times New Roman" w:cs="Times New Roman"/>
        </w:rPr>
        <w:t>Posvätné dejiny, ktoré sú v súlade so skrytými dejinami Daniela 11, verša 40, sú dejinami milleritov, v naplnení podobenstva Matúša 25 o desiatich pannách, siedmich hromov zo Zjavenia 10, Habakuka 2 a Ezechiela 12, veršov 21 až 28. Ich dejiny sa začali v čase konca roku 1798, čo je v súlade s časom konca v roku 1989. V Zjavení 10 sedem hromov vydalo svoje hlasy, ale Jánovi bolo zabránené napísať, čo sedem hromov vyrieklo. Apoštol Pavol videl a počul v treťom nebi veci, ktoré nebolo dovolené ľuďom písať.</w:t>
      </w:r>
    </w:p>
    <w:p>
      <w:pPr>
        <w:pStyle w:val="ArticleScripture"/>
        <w:jc w:val="left"/>
      </w:pPr>
      <w:r>
        <w:rPr>
          <w:rFonts w:ascii="Times New Roman" w:hAnsi="Times New Roman" w:eastAsia="Times New Roman" w:cs="Times New Roman"/>
        </w:rPr>
        <w:t>„Apoštol Pavol dostal už na začiatku svojej kresťanskej skúsenosti zvláštne príležitosti spoznať Božiu vôľu týkajúcu sa Ježišových nasledovníkov. Bol „vytrhnutý až do tretieho neba“, „do raja, a počul nevysloviteľné slová, ktoré človeku nie je dovolené vysloviť“. Sám uznal, že mu boli dané mnohé „videnia a zjavenia“ „od Pána“. Jeho porozumenie zásadám evanjeliovej pravdy sa vyrovnalo porozumeniu „preveľkých apoštolov“. 2. Korinťanom 12:2, 4, 1, 11. Mal jasné a plné pochopenie „šírky, i dĺžky, i hĺbky, i výšky“ „Kristovej lásky, ktorá prevyšuje poznanie“. Efezanom 3:18, 19.“ Skutky apoštolov, 469.</w:t>
      </w:r>
    </w:p>
    <w:p>
      <w:pPr>
        <w:pStyle w:val="ArticleBody"/>
        <w:jc w:val="left"/>
      </w:pPr>
      <w:r>
        <w:rPr>
          <w:rFonts w:ascii="Times New Roman" w:hAnsi="Times New Roman" w:eastAsia="Times New Roman" w:cs="Times New Roman"/>
        </w:rPr>
        <w:t>Všetci proroci označujú posledné dni a to, čo Ján počul, keď sedem hromov „vydalo“ svoje hlasy, mu bolo zakázané napísať. To, čo Pavol videl, keď bol v treťom nebi, nebolo človeku dovolené „vysloviť“. Pravda, ktorú predstavovalo sedem hromov, mala zostať zapečatená, kým sa Lev z kmeňa Júdovho nerozhodne túto pravdu odpečatiť.</w:t>
      </w:r>
    </w:p>
    <w:p>
      <w:pPr>
        <w:pStyle w:val="ArticleBody"/>
        <w:jc w:val="left"/>
      </w:pPr>
      <w:r>
        <w:rPr>
          <w:rFonts w:ascii="Times New Roman" w:hAnsi="Times New Roman" w:eastAsia="Times New Roman" w:cs="Times New Roman"/>
        </w:rPr>
        <w:t>Bolo to čiastočne odpečatené sestre Whiteovej, lebo rozpoznala, že to predstavovalo „udalosti, ktoré sa mali odohrať“ v dejinách posolstiev prvého a druhého anjela, a takisto, že to predstavovalo „budúce udalosti, ktoré budú zjavené v ich poradí“. To, čo bolo vtedy zjavené, bolo proroctvom spojeným s „budúcimi udalosťami“. Bola tiež poučená, že zapečatenie siedmich hromov bolo predobrazené zapečatením knihy proroka Daniela.</w:t>
      </w:r>
    </w:p>
    <w:p>
      <w:pPr>
        <w:pStyle w:val="ArticleScripture"/>
        <w:jc w:val="left"/>
      </w:pPr>
      <w:r>
        <w:rPr>
          <w:rFonts w:ascii="Times New Roman" w:hAnsi="Times New Roman" w:eastAsia="Times New Roman" w:cs="Times New Roman"/>
        </w:rPr>
        <w:t>„Osobitné svetlo dané Jánovi, ktoré bolo vyjadrené v siedmich hromoch, bolo vymedzením udalostí, ktoré sa mali odohrať pod posolstvami prvého a druhého anjela....“</w:t>
      </w:r>
    </w:p>
    <w:p>
      <w:pPr>
        <w:pStyle w:val="ArticleScripture"/>
        <w:jc w:val="left"/>
      </w:pPr>
      <w:r>
        <w:rPr>
          <w:rFonts w:ascii="Times New Roman" w:hAnsi="Times New Roman" w:eastAsia="Times New Roman" w:cs="Times New Roman"/>
        </w:rPr>
        <w:t>„Keď týchto sedem hromov vydalo svoje hlasy, prišlo k Jánovi, podobne ako k Danielovi vzhľadom na malú knižku, napomenutie: ‚Zapečať to, čo hovorilo sedem hromov.‘ Tieto sa vzťahujú na budúce udalosti, ktoré budú zjavené vo svojom poradí.“ The Seventh-day Adventist Bible Commentary, zväzok 7, 971.</w:t>
      </w:r>
    </w:p>
    <w:p>
      <w:pPr>
        <w:pStyle w:val="ArticleBody"/>
        <w:jc w:val="left"/>
      </w:pPr>
      <w:r>
        <w:rPr>
          <w:rFonts w:ascii="Times New Roman" w:hAnsi="Times New Roman" w:eastAsia="Times New Roman" w:cs="Times New Roman"/>
        </w:rPr>
        <w:t>Pochopenie, že sedem hromov je symbolom, ktorý dokazuje a potvrdzuje metodológiu, bolo rozpoznané v čase konca, ktorý sa začal v roku 1989. Po 11. septembri 2001 sa význam opakovania dvoch pohybov stal prítomnou skúšobnou pravdou.</w:t>
      </w:r>
    </w:p>
    <w:p>
      <w:pPr>
        <w:pStyle w:val="ArticleBody"/>
        <w:jc w:val="left"/>
      </w:pPr>
      <w:r>
        <w:rPr>
          <w:rFonts w:ascii="Times New Roman" w:hAnsi="Times New Roman" w:eastAsia="Times New Roman" w:cs="Times New Roman"/>
        </w:rPr>
        <w:t>Opakovanie milleritských dejín v dejinách stoštyridsiatich štyroch tisíc bolo základným pravidlom, ktoré bolo v ten deň potvrdené, tak ako bolo 11. augusta 1840 potvrdené základné pravidlo milleritov. Pre milleritov bolo 11. augusta 1840 potvrdené základné pravidlo, že deň predstavuje rok, a 11. septembra 2001 bolo potvrdené základné pravidlo, ktoré určuje, že všetky reformné hnutia sa navzájom predobrazujú, „riadok na riadok“. Sedem hromov bolo v tom čase odpečatených ako svedectvo tejto pravdy.</w:t>
      </w:r>
    </w:p>
    <w:p>
      <w:pPr>
        <w:pStyle w:val="ArticleBody"/>
        <w:jc w:val="left"/>
      </w:pPr>
      <w:r>
        <w:rPr>
          <w:rFonts w:ascii="Times New Roman" w:hAnsi="Times New Roman" w:eastAsia="Times New Roman" w:cs="Times New Roman"/>
        </w:rPr>
        <w:t>Ježiš vždy znázorňuje koniec nejakej veci jej začiatkom, a 11. september 2001, ako začiatok procesu pečatenia, určuje ukončenie procesu pečatenia. Lev z pokolenia Júdovho odpečatil ďalší aspekt siedmich hromov, keď v júli 2023 začal vzkriesovať mŕtve suché kosti, lebo vtedy označil, že v súlade s „Pravdou“ sedem hromov symbolicky predstavuje aj milleritské dejiny prvého a posledného sklamania, pričom vzbura Polnočného volania je prostredným medzníkom.</w:t>
      </w:r>
    </w:p>
    <w:p>
      <w:pPr>
        <w:pStyle w:val="ArticleBody"/>
        <w:jc w:val="left"/>
      </w:pPr>
      <w:r>
        <w:rPr>
          <w:rFonts w:ascii="Times New Roman" w:hAnsi="Times New Roman" w:eastAsia="Times New Roman" w:cs="Times New Roman"/>
        </w:rPr>
        <w:t>Tým zjavil, že sedem hromov sa opakuje v dejinách od 18. júla 2020 až po čoskoro prichádzajúci nedeľný zákon. Sklamanie z 18. júla 2020 ako prvý medzník a sklamanie z čoskoro prichádzajúceho nedeľného zákona ako posledný z troch medzníkov „Pravdy“, ktoré označujú sedem hromov na konci času zapečaťovania, sú predstavené vzburou spojenou s pochabými pannami, ktoré odmietajú posolstvo Leva z kmeňa Júdovho, ktorý teraz reve, keď odpečaťuje a zverejňuje svoje posolstvo po celej planéte Zem; lebo toto posolstvo je posolstvom Polnočného volania posledných dní.</w:t>
      </w:r>
    </w:p>
    <w:p>
      <w:pPr>
        <w:pStyle w:val="ArticleBody"/>
        <w:jc w:val="left"/>
      </w:pPr>
      <w:r>
        <w:rPr>
          <w:rFonts w:ascii="Times New Roman" w:hAnsi="Times New Roman" w:eastAsia="Times New Roman" w:cs="Times New Roman"/>
        </w:rPr>
        <w:t>Na začiatku času pečatenia, 11. septembra 2001, zostúpil anjel zo zjavenia 18. kapitoly a okrem viacerých ďalších vecí odpečatil plnšie porozumenie významu siedmich hromov. To, čo sa vtedy pochopilo o siedmich hromoch, nebolo jednoducho len to, že reformačné hnutia sú navzájom paralelné, ale aj to, že keď anjel zostúpi na tomto medzníku reformačného hnutia, potvrdí primárne prorocké pravidlo príslušných dejín.</w:t>
      </w:r>
    </w:p>
    <w:p>
      <w:pPr>
        <w:pStyle w:val="ArticleBody"/>
        <w:jc w:val="left"/>
      </w:pPr>
      <w:r>
        <w:rPr>
          <w:rFonts w:ascii="Times New Roman" w:hAnsi="Times New Roman" w:eastAsia="Times New Roman" w:cs="Times New Roman"/>
        </w:rPr>
        <w:t>Zostúpenie anjela zo zjavenia osemnástej kapitoly dňa 11. septembra 2001 potvrdilo metodológiu neskorého dažďa „riadok na riadok“ tým, že ukázalo, že hnutie začiatku (alebo Alfa) znázorňovalo hnutie konca (alebo Omega). Na konci času pečatenia Michal zostúpil, aby vzkriesil mŕtve suché kosti, predstavené dvoma svedkami, ktorí boli mŕtvi na ulici toho veľkého mesta Sodomy a Egypta, kde bol ukrižovaný aj náš Pán. Keď Michal povolal mŕtvych späť k životu, On ako Lev z kmeňa Júdovho odpečatil, že sedem hromov malo skryté dejiny nad rámec právd o siedmich hromoch, ktoré boli predtým zjavené.</w:t>
      </w:r>
    </w:p>
    <w:p>
      <w:pPr>
        <w:pStyle w:val="ArticleBody"/>
        <w:jc w:val="left"/>
      </w:pPr>
      <w:r>
        <w:rPr>
          <w:rFonts w:ascii="Times New Roman" w:hAnsi="Times New Roman" w:eastAsia="Times New Roman" w:cs="Times New Roman"/>
        </w:rPr>
        <w:t>A keď Lev z kmeňa Júdovho odpečatil tú pravdu, vložil ju do štruktúry „Pravdy“. Vtedy bolo zjavené, že 18. júl 2020 bol paralelou k 19. aprílu 1844 a že po každom z týchto medzníkov bude nasledovať odpečatenie posolstva Polnočného volania, ktoré zjaví vzburu bláznivých panien v každej príslušnej dejinnej línii. Odpečatil aj skutočnosť, že toto posolstvo sa bude šíriť po celom svete ako cunami, až kým nebude presadené veľké sklamanie nedeľného zákona.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sa poškvrňuje ešte; a kto je spravodlivý, nech koná spravodlivosť ešte; a kto je svätý, nech sa posväcuje ešte. A hľa, prichádzam skoro a moja odplata je so mnou, aby som odplatil každému podľa toho, aké je jeho dielo. Ja som Alfa i Omega, počiatok i koniec, prvý i posledný. Zjavenie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deväťdesiatštyri</dc:title>
  <dc:subject>Ozveny Machabejcov: Trumpovo víťazstvo a prorocká cesta k obrazu šelmy</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