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tridsaťštyri</w:t>
      </w:r>
    </w:p>
    <w:p>
      <w:pPr>
        <w:pStyle w:val="ArticleSubtitle"/>
        <w:jc w:val="left"/>
      </w:pPr>
      <w:r>
        <w:rPr>
          <w:rFonts w:ascii="Arial" w:hAnsi="Arial" w:eastAsia="Arial" w:cs="Arial"/>
        </w:rPr>
        <w:t>Odhalenie Daniela: Prorocká cesta dejinami Zeme a Božími súdmi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Prvých šesť kapitol knihy Daniel predstavuje dejiny zemelmy zo Zjavenia trinástej kapitoly. Spojené štáty (zemelma) sa začali ako šieste kráľovstvo biblického proroctva v roku 1798, keď pápežstvo (šelma z mora zo Zjavenia trinástej kapitoly) utrpelo prorockú smrteľnú ranu, a ukončili svoju vládu ako piate kráľovstvo biblického proroctva.</w:t>
      </w:r>
    </w:p>
    <w:p>
      <w:pPr>
        <w:pStyle w:val="ArticleBody"/>
        <w:jc w:val="left"/>
      </w:pPr>
      <w:r>
        <w:rPr>
          <w:rFonts w:ascii="Times New Roman" w:hAnsi="Times New Roman" w:eastAsia="Times New Roman" w:cs="Times New Roman"/>
        </w:rPr>
        <w:t>Dejiny zemskej šelmy sú dejinami varovania pred príchodom Božích súdov. Na začiatku dejín zemskej šelmy sa začal Boží vyšetrujúci súd a na konci zemskej šelmy sa začína Boží vykonávací súd. Varovanie pred príchodom Božieho vyšetrujúceho súdu na začiatku predstavovalo posolstvo prvého anjela zo štrnástej kapitoly Zjavenia, ktoré prišlo v „čase konca“ v roku 1798. Varovanie pred príchodom Božieho vykonávacieho súdu na konci je predstavené ako posolstvá troch anjelov zo štrnástej kapitoly Zjavenia, ktoré prišli v „čase konca“ v roku 1989.</w:t>
      </w:r>
    </w:p>
    <w:p>
      <w:pPr>
        <w:pStyle w:val="ArticleBody"/>
        <w:jc w:val="left"/>
      </w:pPr>
      <w:r>
        <w:rPr>
          <w:rFonts w:ascii="Times New Roman" w:hAnsi="Times New Roman" w:eastAsia="Times New Roman" w:cs="Times New Roman"/>
        </w:rPr>
        <w:t>V každom „čase konca“ je odpečatená určitá časť knihy Daniel. Na počiatku dejín zemskej šelmy, v roku 1798, boli odpečatené siedma, ôsma a deviata kapitola Daniela. Tieto kapitoly sú predstavené ako videnie pri rieke Ulai. Na konci dejín zemskej šelmy, v roku 1989, boli odpečatené desiata, jedenásta a dvanásta kapitola Daniela. Tieto kapitoly sú predstavené ako videnie pri rieke Hiddekel. Kedykoľvek je kniha Daniel odpečatená, na generáciu, ktorá v tom čase žije, prichádza trojstupňový proces skúšky.</w:t>
      </w:r>
    </w:p>
    <w:p>
      <w:pPr>
        <w:pStyle w:val="ArticleScripture"/>
        <w:jc w:val="left"/>
      </w:pPr>
      <w:r>
        <w:rPr>
          <w:rFonts w:ascii="Times New Roman" w:hAnsi="Times New Roman" w:eastAsia="Times New Roman" w:cs="Times New Roman"/>
        </w:rPr>
        <w:t>A riekol: Choď svojou cestou, Daniel, lebo tieto slová sú uzavreté a zapečatené až do času konca. Mnohí budú očistení, vybielení a preskúšaní; ale bezbožní budú páchať bezbožnosť; a nikto z bezbožných neporozumie, no múdri porozumejú. Daniel 12, 9. 10.</w:t>
      </w:r>
    </w:p>
    <w:p>
      <w:pPr>
        <w:pStyle w:val="ArticleBody"/>
        <w:jc w:val="left"/>
      </w:pPr>
      <w:r>
        <w:rPr>
          <w:rFonts w:ascii="Times New Roman" w:hAnsi="Times New Roman" w:eastAsia="Times New Roman" w:cs="Times New Roman"/>
        </w:rPr>
        <w:t>Trojstupňový proces skúšania je založený na štruktúre hebrejského slova, ktoré sa prekladá ako „pravda“ a ktoré bolo vytvorené spojením prvého, trinásteho a posledného písmena hebrejskej abecedy. Toto hebrejské slovo predstavuje a nesie Božiu stvoriteľskú moc. Na tomto slove je vystavaná všetka prorocká pravda, rovnako ako aj trojstupňový proces skúšania v dvanástej kapitole knihy Daniel. Toto slovo predstavuje nielen Božiu stvoriteľskú moc, ale aj Ježiša Krista, ktorý je Pravda a ktorý je zároveň aj Prvý i Posledný, ako to znázorňujú prvé a posledné písmeno hebrejskej abecedy.</w:t>
      </w:r>
    </w:p>
    <w:p>
      <w:pPr>
        <w:pStyle w:val="ArticleBody"/>
        <w:jc w:val="left"/>
      </w:pPr>
      <w:r>
        <w:rPr>
          <w:rFonts w:ascii="Times New Roman" w:hAnsi="Times New Roman" w:eastAsia="Times New Roman" w:cs="Times New Roman"/>
        </w:rPr>
        <w:t>Začiatočné dejiny šelmy zo zeme, keď výstraha o priblížení sa vyšetrujúceho súdu prišla v čase konca roku 1798, sú znázornené prvým anjelom zo Zjavenia štrnástej kapitoly. Posolstvo prvého anjela zo štrnástej kapitoly Zjavenia obsahuje každý z týchto troch krokov, ktoré sú pravdou a ktoré predstavujú trojkrokový skúšobný proces, s ktorým sa stretla tá generácia, keď prvý anjel prišiel v roku 1798.</w:t>
      </w:r>
    </w:p>
    <w:p>
      <w:pPr>
        <w:pStyle w:val="ArticleScripture"/>
        <w:jc w:val="left"/>
      </w:pPr>
      <w:r>
        <w:rPr>
          <w:rFonts w:ascii="Times New Roman" w:hAnsi="Times New Roman" w:eastAsia="Times New Roman" w:cs="Times New Roman"/>
        </w:rPr>
        <w:t>A videl som iného anjela letieť prostredkom neba, ktorý mal večné evanjelium, aby ho zvestoval tým, čo bývajú na zemi, a každému národu, pokoleniu, jazyku i ľudu, a hovoril mocným hlasom: Bojte sa Boha a vzdajte mu slávu, lebo prišla hodina jeho súdu; a klaňajte sa tomu, ktorý učinil nebo i zem, more i pramene vôd. Zjavenie 14:6, 7.</w:t>
      </w:r>
    </w:p>
    <w:p>
      <w:pPr>
        <w:pStyle w:val="ArticleBody"/>
        <w:jc w:val="left"/>
      </w:pPr>
      <w:r>
        <w:rPr>
          <w:rFonts w:ascii="Times New Roman" w:hAnsi="Times New Roman" w:eastAsia="Times New Roman" w:cs="Times New Roman"/>
        </w:rPr>
        <w:t>Záverečné dejiny zemskej šelmy, keď varovanie o priblížení sa vykonávacieho súdu prišlo v čase konca v roku 1989, sú znázornené tromi anjelmi zo štrnástej kapitoly Zjavenia. Títo traja anjeli zo Zjavenia 14 predstavujú tri kroky, ktoré sú pravdou, a títo traja anjeli predstavujú trojkrokový proces skúšky, ktorý stál pred pokolením žijúcim v čase, keď v roku 1989 prišiel tretí anjel.</w:t>
      </w:r>
    </w:p>
    <w:p>
      <w:pPr>
        <w:pStyle w:val="ArticleScripture"/>
        <w:jc w:val="left"/>
      </w:pPr>
      <w:r>
        <w:rPr>
          <w:rFonts w:ascii="Times New Roman" w:hAnsi="Times New Roman" w:eastAsia="Times New Roman" w:cs="Times New Roman"/>
        </w:rPr>
        <w:t>A videl som iného anjela letieť prostredkom neba, ktorý mal večné evanjelium, aby ho zvestoval obyvateľom zeme, každému národu i pokoleniu, jazyku i ľudu. A volal mocným hlasom: Bojte sa Boha a vzdajte mu slávu, lebo prišla hodina jeho súdu; a klaňajte sa tomu, ktorý učinil nebo i zem, more i pramene vôd. A nasledoval iný, druhý anjel, ktorý hovoril: Padol, padol Babylon, to veľké mesto, pretože napojil všetky národy vínom hnevu svojho smilstva. A tretí anjel ich nasledoval a volal mocným hlasom: Ak sa niekto klania šelme a jej obrazu a prijíma znak na svoje čelo alebo na svoju ruku, aj ten bude piť z vína Božieho hnevu, nalievaného neiedeného do kalicha jeho rozhorčenia; a bude mučený ohňom a sírou pred svätými anjelmi a pred Baránkom. A dym ich múk vystupuje na veky vekov; a nemajú odpočinku vo dne ani v noci tí, ktorí sa klaňajú šelme a jej obrazu, ani nik, kto prijíma znak jej mena. Tu je trpezlivosť svätých; tu sú tí, ktorí zachovávajú Božie prikázania a vieru Ježišovu. Zjavenie 14:6–12.</w:t>
      </w:r>
    </w:p>
    <w:p>
      <w:pPr>
        <w:pStyle w:val="ArticleBody"/>
        <w:jc w:val="left"/>
      </w:pPr>
      <w:r>
        <w:rPr>
          <w:rFonts w:ascii="Times New Roman" w:hAnsi="Times New Roman" w:eastAsia="Times New Roman" w:cs="Times New Roman"/>
        </w:rPr>
        <w:t>Kniha Daniel je vystavaná na posolstvách troch anjelov. Táto stavba predstavuje jednak tri kroky hebrejského slova pre „pravdu“, jednak zodpovedajúci trojstupňový proces skúšky; tento proces skúšky sa však rozvíja na historickej línii zemskej šelmy zo trinástej kapitoly Zjavenia (Spojené štáty) a tiež na historickej línii dvoch rohov zemskej šelmy (republikanizmus a protestantizmus). Dejiny Spojených štátov, počínajúc rokom 1798 a pokračujúc až po čoskoro prichádzajúci nedeľný zákon, sú tým istým obdobím dejín, v ktorom existuje Cirkev adventistov siedmeho dňa. Kniha Daniel preto zahŕňa aj štruktúru, ktorá zobrazuje dejiny adventizmu, počínajúc rokom 1798 a pokračujúc až po čoskoro prichádzajúci nedeľný zákon. Týmto spôsobom kniha Daniel označuje tie isté prorocké dejiny, ktoré sú predstavené v knihe Zjavenie, a tým zároveň poskytuje prvého svedka, ktorý privádza posolstvo druhého svedka k dokonalosti. Dokonalosť oboch kníh sa uskutočňuje tým istým prorockým javom, ktorý existoval vo vzťahu Starého zákona a Nového zákona.</w:t>
      </w:r>
    </w:p>
    <w:p>
      <w:pPr>
        <w:pStyle w:val="ArticleScripture"/>
        <w:jc w:val="left"/>
      </w:pPr>
      <w:r>
        <w:rPr>
          <w:rFonts w:ascii="Times New Roman" w:hAnsi="Times New Roman" w:eastAsia="Times New Roman" w:cs="Times New Roman"/>
        </w:rPr>
        <w:t>„Dejiny života, smrti a vzkriesenia Ježiša ako Božieho Syna nemožno úplne doložiť bez dôkazov obsiahnutých v Starom zákone. Kristus je v Starom zákone zjavený rovnako jasne ako v Novom. Jeden svedčí o Spasiteľovi, ktorý mal prísť, zatiaľ čo druhý svedčí o Spasiteľovi, ktorý prišiel spôsobom predpovedaným prorokmi. Aby bolo možné oceniť plán vykúpenia, musí byť Písmo Starého zákona dôkladne pochopené. Je to oslávené svetlo z prorockej minulosti, ktoré so zreteľnosťou a krásou osvetľuje život Krista a učenie Nového zákona. Ježišove zázraky sú dôkazom jeho božstva; no najsilnejšie dôkazy, že je Vykupiteľom sveta, sa nachádzajú v proroctvách Starého zákona v porovnaní s dejinami Nového. Ježiš povedal Židom: ‚Skúmate Písma, lebo sa domnievate, že v nich máte večný život, a práve ony svedčia o mne.‘ V tom čase nejestvovalo nijaké iné Písmo okrem Písma Starého zákona; preto je Spasiteľov príkaz jasný.“ Spirit of Prophecy, zväzok 3, 211.</w:t>
      </w:r>
    </w:p>
    <w:p>
      <w:pPr>
        <w:pStyle w:val="ArticleBody"/>
        <w:jc w:val="left"/>
      </w:pPr>
      <w:r>
        <w:rPr>
          <w:rFonts w:ascii="Times New Roman" w:hAnsi="Times New Roman" w:eastAsia="Times New Roman" w:cs="Times New Roman"/>
        </w:rPr>
        <w:t>„Dejiny života, smrti a zmŕtvychvstania Ježiša“ zhŕňajú Kristovo dielo pre ľudstvo a dosvedčujú tri kroky; a tieto tri kroky sú „pravdou“. Hebrejské slovo „pravda“ predstavuje Ježiša, ktorý je prvý i posledný, počiatok i koniec, Alfa i Omega, a samo toto slovo pozostáva z prvého a posledného písmena, ktoré predstavujú tú istú skutočnosť; lebo ako Alfa a Omega Ježiš znázorňuje koniec veci spolu so začiatkom veci. Kristov život, smrť a zmŕtvychvstanie sú pravdou, lebo okrem iného sú znázornené tromi krokmi a prvý i posledný krok sú oba „život“, pretože „život“ i „zmŕtvychvstanie“ sú „život“. Prostredné písmeno v hebrejskom slove je trináste písmeno abecedy a trinásť je symbolom vzbury; a Kristova smrť bola spôsobená vzburou satana a synov Adamových, ktorí sa pripojili k jeho vzbure.</w:t>
      </w:r>
    </w:p>
    <w:p>
      <w:pPr>
        <w:pStyle w:val="ArticleBody"/>
        <w:jc w:val="left"/>
      </w:pPr>
      <w:r>
        <w:rPr>
          <w:rFonts w:ascii="Times New Roman" w:hAnsi="Times New Roman" w:eastAsia="Times New Roman" w:cs="Times New Roman"/>
        </w:rPr>
        <w:t>Pochopenie Zjavenia Ježiša Krista v knihe Zjavenie sa odpečaťuje tesne pred uzavretím času ľudskej skúšky a jedným z hlavných prvkov pravdy odpečatenej v tom čase je, že Kristus je „pravda“, Alfa a Omega, ktorý kladie svoj podpis ako Alfa a Omega na pravdy, o ktorých nariadil, aby existovali v Jeho Slove. Keď sestra Whiteová napísala: „Dejiny života, smrti a zmŕtvychvstania Ježiša ako Božieho Syna nemožno plne preukázať bez dôkazu obsiahnutého v Starej zmluve. Kristus je zjavený v Starej zmluve tak jasne ako v Novej,“ potvrdzuje tým pre tých, ktorí uvidia, že posolstvo troch anjelov v štrnástej kapitole Zjavenia (ktoré je takisto vystavané na tých istých troch krokoch, ako sú „život, smrť a zmŕtvychvstanie“) „nemožno plne preukázať bez dôkazu obsiahnutého“ v knihe Daniel.</w:t>
      </w:r>
    </w:p>
    <w:p>
      <w:pPr>
        <w:pStyle w:val="ArticleBody"/>
        <w:jc w:val="left"/>
      </w:pPr>
      <w:r>
        <w:rPr>
          <w:rFonts w:ascii="Times New Roman" w:hAnsi="Times New Roman" w:eastAsia="Times New Roman" w:cs="Times New Roman"/>
        </w:rPr>
        <w:t>Takisto poukazuje na to, že kniha Daniel svedčí o Babylone, ktorý „má prísť“, zatiaľ čo kniha Zjavenie svedčí o Babylone, ktorý „prišiel“ spôsobom predpovedaným v knihe Daniel. Ďalej toto použitie poukazuje na to, že „aby bolo možné náležite oceniť“ knihu Zjavenie, knihu Daniel „treba dôkladne porozumieť“, lebo práve „oslavené svetlo“ z knihy Daniel „jasne a nádherne odhaľuje život Krista a učenia“ knihy Zjavenie.</w:t>
      </w:r>
    </w:p>
    <w:p>
      <w:pPr>
        <w:pStyle w:val="ArticleBody"/>
        <w:jc w:val="left"/>
      </w:pPr>
      <w:r>
        <w:rPr>
          <w:rFonts w:ascii="Times New Roman" w:hAnsi="Times New Roman" w:eastAsia="Times New Roman" w:cs="Times New Roman"/>
        </w:rPr>
        <w:t>Jej slová možno tiež chápať tak, že „Ježišove zázraky“, znázornené v knihe Zjavenie, predstavujú „dôkaz jeho božstva; ale najsilnejšie dôkazy, že je Vykupiteľom sveta, sa nachádzajú“, keď sa proroctvá knihy Daniel „porovnávajú s dejinami“ knihy Zjavenie. Ďalej možno rozpoznať, že keď „Ježiš povedal Židom: ‚Skúmajte Písma, lebo sa domnievate, že v nich máte večný život; a práve ony svedčia o mne,‘“ potom pre duchovných Židov dneška je knihou, ktorá svedčí o Zjavení Ježiša Krista, kniha Daniel; a v tomto zjavení, ktoré je odpečatené tesne pred uzavretím času milosti, sa nachádza večný život.</w:t>
      </w:r>
    </w:p>
    <w:p>
      <w:pPr>
        <w:pStyle w:val="ArticleBody"/>
        <w:jc w:val="left"/>
      </w:pPr>
      <w:r>
        <w:rPr>
          <w:rFonts w:ascii="Times New Roman" w:hAnsi="Times New Roman" w:eastAsia="Times New Roman" w:cs="Times New Roman"/>
        </w:rPr>
        <w:t>Kniha Daniel predkladá prorocké pravdy, ktoré sú privedené k dokonalosti v knihe Zjavenie. Je vystavaná na troch krokoch, ktoré sú vyjadrené hebrejským slovom pre „pravdu“, a preto samotná kniha predstavuje skúšku pre pokolenie, keď sú tieto skutočnosti odpečatené a zjavené. Sám Ježiš, ako Alfa a Omega, je priamo zdôraznený už v úplne prvých slovách a v prvej kapitole knihy Zjavenie. Tieto články tiež ukázali, že prvá kapitola Daniela má tú istú prorockú štruktúru a tie isté charakteristiky ako posolstvo prvého anjela v štrnástej kapitole Zjavenia.</w:t>
      </w:r>
    </w:p>
    <w:p>
      <w:pPr>
        <w:pStyle w:val="ArticleBody"/>
        <w:jc w:val="left"/>
      </w:pPr>
      <w:r>
        <w:rPr>
          <w:rFonts w:ascii="Times New Roman" w:hAnsi="Times New Roman" w:eastAsia="Times New Roman" w:cs="Times New Roman"/>
        </w:rPr>
        <w:t>Posolstvo prvého anjela i prvá kapitola knihy Daniel obe poukazujú na trojstupňový proces skúšky, ktorý je charakteristickým znakom Alfy a Omegy. Kapitola sa začína tým, že doslovný Babylon dobýja doslovné Judsko, a kniha smeruje k poslednému boju medzi Babylonom a Judskom, predstavenému v posledných šiestich veršoch jedenástej kapitoly knihy Daniel. V týchto veršoch je duchovný Babylon porazený duchovným Judskom práve v čase, keď Michael povstáva a ľudská skúšobná doba sa uzatvára. Tieto verše predstavujú záver prorockých dejín vojny medzi Babylonom a Judskom. V týchto veršoch je znázornené uzdravenie smrteľnej rany.</w:t>
      </w:r>
    </w:p>
    <w:p>
      <w:pPr>
        <w:pStyle w:val="ArticleBody"/>
        <w:jc w:val="left"/>
      </w:pPr>
      <w:r>
        <w:rPr>
          <w:rFonts w:ascii="Times New Roman" w:hAnsi="Times New Roman" w:eastAsia="Times New Roman" w:cs="Times New Roman"/>
        </w:rPr>
        <w:t>Verše, ktoré opisujú uzdravenie smrteľnej rany, sa začínajú štyridsiatym veršom jedenástej kapitoly Daniela, ktorý sa začína slovami: „A v čase konca.“ „Čas konca“ v tomto verši predstavuje rok 1798, keď pápežstvu bola zasadená jeho smrteľná rana. Tieto verše potom rozprávajú príbeh o tom, ako sa smrteľná rana uzdravuje, keď pápežstvo dobýva, po prvé svojho nepriateľa, kráľa juhu (Sovietsky zväz), po druhé svojho spojenca, nádhernú zem (Spojené štáty), a po tretie svoju obeť, Egypt (Organizáciu Spojených národov). Vo verši štyridsaťpäť pápežstvo (kráľ severu) prichádza k svojmu koncu a nik mu nepomôže. Príbeh o uzdravení smrteľnej rany pápežstva sa v týchto veršoch začína pádom pápežstva v roku 1798 a končí sa konečným vzostupom a pádom pápežstva. Verše medzi začiatkom tohto oddielu a jeho záverom označujú vzburu uprostred.</w:t>
      </w:r>
    </w:p>
    <w:p>
      <w:pPr>
        <w:pStyle w:val="ArticleBody"/>
        <w:jc w:val="left"/>
      </w:pPr>
      <w:r>
        <w:rPr>
          <w:rFonts w:ascii="Times New Roman" w:hAnsi="Times New Roman" w:eastAsia="Times New Roman" w:cs="Times New Roman"/>
        </w:rPr>
        <w:t>Hebrejské slovo pre „pravdu“ vzniklo spojením prvého písmena, trinásteho písmena a posledného písmena hebrejskej abecedy. Trinásť je číslo, ktoré symbolizuje vzburu a dejiny medzi prvým a posledným. V záverečnom úseku proroctva v knihe Daniel je predstavený ten istý boj, ktorý je znázornený už v úplne prvých veršoch tejto knihy. Tieto verše uvádzajú prvú kapitolu, kde nachádzame trojkrokový proces skúšky, ktorý je pravdou. Potom v záverečnom úseku nachádzame tie isté tri kroky, keďže sa začína prvým pádom pápežstva a končí posledným pádom pápežstva, a uprostred je vložená vzbura posledných dní.</w:t>
      </w:r>
    </w:p>
    <w:p>
      <w:pPr>
        <w:pStyle w:val="ArticleBody"/>
        <w:jc w:val="left"/>
      </w:pPr>
      <w:r>
        <w:rPr>
          <w:rFonts w:ascii="Times New Roman" w:hAnsi="Times New Roman" w:eastAsia="Times New Roman" w:cs="Times New Roman"/>
        </w:rPr>
        <w:t>V týchto posledných šiestich veršoch jedenástej kapitoly Daniela sa nachádza druhé svedectvo o pravde, lebo prvá zemepisná mocnosť, ktorú pápežstvo potrebovalo zvrhnúť (kráľ juhu), je symbolom dračej moci, tak ako aj posledná z troch zemepisných mocností (Egypt). Trojstupňové dobývanie, ktoré je nevyhnutné na zahojenie smrteľnej rany, sa začína kráľom juhu, ktorý je symbolom dračej moci ateizmu, a posledná z troch mocností, predstavovaná Egyptom, je hlavným biblickým symbolom ateizmu spojeného s drakom. V skutočnosti je slovo preložené ako „juh“ vo verši štyridsať tohto úseku „negeb“, ktoré sa niekedy prekladá ako Egypt. Tieto tri prekážky nesú pečať pravdy, lebo prvá prekážka je poslednou prekážkou. Mocnosť uprostred je slávna zem (Spojené štáty). Spojené štáty sú miestom, kde dochádza k vzbure zákona o nedeli, a symbolom Spojených štátov na ich počiatku bolo trinásť kolónií.</w:t>
      </w:r>
    </w:p>
    <w:p>
      <w:pPr>
        <w:pStyle w:val="ArticleBody"/>
        <w:jc w:val="left"/>
      </w:pPr>
      <w:r>
        <w:rPr>
          <w:rFonts w:ascii="Times New Roman" w:hAnsi="Times New Roman" w:eastAsia="Times New Roman" w:cs="Times New Roman"/>
        </w:rPr>
        <w:t>Podpis Alfy a Omegy preniká knihou Daniel a poskytuje svedectvo, ktoré, keď je spojené s knihou Zjavenia, ustanovuje božstvo Ježiša Krista. Pokiaľ ide o dvanástu kapitolu knihy Daniel a trojstupňový proces skúšky, ktorý prebieha v pokolení, keď je kniha odpečatená, odmietnuť zjavenie štruktúry knihy Daniel znamená byť medzi tými, ktorí sú označení ako bezbožní. Pokiaľ ide o štrnástu kapitolu knihy Zjavenia, odmietnuť zjavenie štruktúry knihy Daniel znamená byť medzi tými, ktorí sú označení ako uctievajúci šelmu a jej obraz.</w:t>
      </w:r>
    </w:p>
    <w:p>
      <w:pPr>
        <w:pStyle w:val="ArticleBody"/>
        <w:jc w:val="left"/>
      </w:pPr>
      <w:r>
        <w:rPr>
          <w:rFonts w:ascii="Times New Roman" w:hAnsi="Times New Roman" w:eastAsia="Times New Roman" w:cs="Times New Roman"/>
        </w:rPr>
        <w:t>Kniha Zjavenie uvádza, že tesne pred uzavretím času milosti je odpečatené Zjavenie Ježiša Krista, a Zjavenie Ježiša Krista zahŕňa aj odpečatenie štruktúry knihy Daniel.</w:t>
      </w:r>
    </w:p>
    <w:p>
      <w:pPr>
        <w:pStyle w:val="ArticleScripture"/>
        <w:jc w:val="left"/>
      </w:pPr>
      <w:r>
        <w:rPr>
          <w:rFonts w:ascii="Times New Roman" w:hAnsi="Times New Roman" w:eastAsia="Times New Roman" w:cs="Times New Roman"/>
        </w:rPr>
        <w:t>„Daniel, poctený ľuďmi zodpovednosťami štátu a tajomstvami kráľovstiev s univerzálnou vládou, bol poctený Bohom ako Jeho vyslanec a dostal mnohé zjavenia tajomstiev vekov, ktoré mali prísť. Jeho podivuhodným proroctvám, ako ich zaznamenal v kapitolách 7 až 12 knihy nesúcej jeho meno, úplne nerozumel ani sám prorok; no skôr než sa uzavreli námahy jeho života, dostal blahoslavené uistenie, že „na konci dní“ — v záverečnom období dejín tohto sveta — mu bude znovu dovolené stáť vo svojom údele a na svojom mieste. Nebolo mu dané porozumieť všetkému, čo Boh zjavil z božského zámeru. „Zavri slová a zapečať knihu,“ bolo mu prikázané vzhľadom na jeho prorocké spisy; tie mali byť zapečatené „až do času konca“. „Choď svojou cestou, Daniel,“ anjel opäť usmernil verného poslov Jehovovho; „lebo slová sú uzavreté a zapečatené až do času konca…. Ty však choď svojou cestou až do konca; lebo odpočinieš a povstaneš vo svojom údele na konci dní.“ Daniel 12:4, 9, 13.</w:t>
      </w:r>
    </w:p>
    <w:p>
      <w:pPr>
        <w:pStyle w:val="ArticleScripture"/>
        <w:jc w:val="left"/>
      </w:pPr>
      <w:r>
        <w:rPr>
          <w:rFonts w:ascii="Times New Roman" w:hAnsi="Times New Roman" w:eastAsia="Times New Roman" w:cs="Times New Roman"/>
        </w:rPr>
        <w:t>„Ako sa blížime k záveru dejín tohto sveta, proroctvá zaznamenané Danielom si vyžadujú našu osobitnú pozornosť, pretože sa vzťahujú práve na čas, v ktorom žijeme. S nimi majú byť spojené aj učenia poslednej knihy novozmluvných Písem. Satan priviedol mnohých k presvedčeniu, že prorockým častiam spisov Daniela a Jána, zjavitela, nemožno rozumieť. No zasľúbenie je jasné, že štúdium týchto proroctiev bude sprevádzať zvláštne požehnanie. ‚Múdri porozumejú‘ (verš 10) — to bolo povedané o Danielových videniach, ktoré mali byť v posledných dňoch odpečatené; a o zjavení, ktoré Kristus dal svojmu služobníkovi Jánovi na vedenie Božieho ľudu počas všetkých storočí, znie zasľúbenie: ‚Blahoslavený, kto číta, aj tí, ktorí počúvajú slová tohto proroctva a zachovávajú to, čo je v ňom napísané.‘ Zjavenie 1:3.“ Proroci a králi, 547.</w:t>
      </w:r>
    </w:p>
    <w:p>
      <w:pPr>
        <w:pStyle w:val="ArticleBody"/>
        <w:jc w:val="left"/>
      </w:pPr>
      <w:r>
        <w:rPr>
          <w:rFonts w:ascii="Times New Roman" w:hAnsi="Times New Roman" w:eastAsia="Times New Roman" w:cs="Times New Roman"/>
        </w:rPr>
        <w:t>Hovoriac v budúcom čase o jej dobe a veku, sestra Whiteová uviedla: „keď sa približujeme k záveru dejín tohto sveta“, „múdri porozumejú“, že „proroctvá zaznamenané Danielom si vyžadujú našu osobitnú pozornosť, pretože sa vzťahujú práve na čas, v ktorom žijeme.“ „Mnohé zjavenia tajomstiev vekov, ktoré prídu. Jeho podivuhodné proroctvá, ako ich zaznamenal v siedmej až dvanástej kapitole knihy nesúcej jeho meno,“ majú „byť rozpečatené v posledných dňoch.“</w:t>
      </w:r>
    </w:p>
    <w:p>
      <w:pPr>
        <w:pStyle w:val="ArticleBody"/>
        <w:jc w:val="left"/>
      </w:pPr>
      <w:r>
        <w:rPr>
          <w:rFonts w:ascii="Times New Roman" w:hAnsi="Times New Roman" w:eastAsia="Times New Roman" w:cs="Times New Roman"/>
        </w:rPr>
        <w:t>Keď je kniha Daniel odpečatená, vzniká trojstupňový proces očisťovania, ktorý skúša pokolenie žijúce v čase, keď Lev z kmeňa Júdovho dáva knihu Daniel svojmu ľudu. V desiatej kapitole Zjavenia nám sestra Whiteová oznamuje, že anjel, ktorý zostúpil, „nebol nik menší než Ježiš Kristus“. V desiatej kapitole Zjavenia mal anjel vo svojej ruke otvorenú malú knihu, ktorú Ján dostal príkaz vziať a zjesť. Túto knihu odpečatil Lev z kmeňa Júdovho, ktorý nie je nik menší než Ježiš Kristus, takže kniha, ktorú Ján dostal príkaz zjesť, bola malou knihou Danielovou.</w:t>
      </w:r>
    </w:p>
    <w:p>
      <w:pPr>
        <w:pStyle w:val="ArticleScripture"/>
        <w:jc w:val="left"/>
      </w:pPr>
      <w:r>
        <w:rPr>
          <w:rFonts w:ascii="Times New Roman" w:hAnsi="Times New Roman" w:eastAsia="Times New Roman" w:cs="Times New Roman"/>
        </w:rPr>
        <w:t>„Bol to Lev z kmeňa Júdu, kto odpečatil knihu a dal Jánovi zjavenie o tom, čo sa má diať v týchto posledných dňoch.</w:t>
      </w:r>
    </w:p>
    <w:p>
      <w:pPr>
        <w:pStyle w:val="ArticleScripture"/>
        <w:jc w:val="left"/>
      </w:pPr>
      <w:r>
        <w:rPr>
          <w:rFonts w:ascii="Times New Roman" w:hAnsi="Times New Roman" w:eastAsia="Times New Roman" w:cs="Times New Roman"/>
        </w:rPr>
        <w:t>„Daniel stál vo svojom údele, aby niesol svoje svedectvo, ktoré bolo zapečatené až do času konca, keď malo byť nášmu svetu ohlásené posolstvo prvého anjela. Tieto veci majú v týchto posledných dňoch nekonečný význam; no zatiaľ čo ‚mnohí budú očistení, vybielení a preskúšaní‘, ‚bezbožní budú páchať bezbožnosť, a nikto z bezbožných neporozumie‘. Aké je to pravdivé! Hriech je prestúpením Božieho zákona; a tí, ktorí neprijmú svetlo týkajúce sa Božieho zákona, neporozumejú ohlasovaniu posolstiev prvého, druhého a tretieho anjela. Kniha Daniel je odpečatená v zjavení Jánovi a vedie nás vpred k posledným výjavom dejín tejto zeme.</w:t>
      </w:r>
    </w:p>
    <w:p>
      <w:pPr>
        <w:pStyle w:val="ArticleScripture"/>
        <w:jc w:val="left"/>
      </w:pPr>
      <w:r>
        <w:rPr>
          <w:rFonts w:ascii="Times New Roman" w:hAnsi="Times New Roman" w:eastAsia="Times New Roman" w:cs="Times New Roman"/>
        </w:rPr>
        <w:t>„Budú mať naši bratia na pamäti, že žijeme uprostred nebezpečenstiev posledných dní? Čítajte Zjavenie v spojení s Danielom. Učte tieto veci.“ Testimonies to Ministers, 115.</w:t>
      </w:r>
    </w:p>
    <w:p>
      <w:pPr>
        <w:pStyle w:val="ArticleBody"/>
        <w:jc w:val="left"/>
      </w:pPr>
      <w:r>
        <w:rPr>
          <w:rFonts w:ascii="Times New Roman" w:hAnsi="Times New Roman" w:eastAsia="Times New Roman" w:cs="Times New Roman"/>
        </w:rPr>
        <w:t>Odmietnuť zjavenie štruktúry knihy Daniel, ktorá je teraz odpečaťovaná, znamená patriť medzi tých, ktorí sú označení za bezbožných. Prvých šesť kapitol Daniela ustanovuje prorockú štruktúru, ktorá predstavuje prorocké dejiny adventizmu, šelmy vystupujúcej zo zeme, sedemdesiat symbolických rokov z 23. kapitoly Izaiáša, dva rohy protestantizmu a republikánstva, prorocké dejiny posolstiev prvého a druhého anjela a dejiny posolstiev troch anjelov. Posledných šesť kapitol Daniela označuje prorocké posolstvá, ktoré sú odpečaťované na začiatku i na konci všetkých týchto predtým spomenutých dejín.</w:t>
      </w:r>
    </w:p>
    <w:p>
      <w:pPr>
        <w:pStyle w:val="ArticleBody"/>
        <w:jc w:val="left"/>
      </w:pPr>
      <w:r>
        <w:rPr>
          <w:rFonts w:ascii="Times New Roman" w:hAnsi="Times New Roman" w:eastAsia="Times New Roman" w:cs="Times New Roman"/>
        </w:rPr>
        <w:t>Prvá kapitola Daniela je dejinami hnutia prvého anjela na začiatku dejín zemskej šelmy. Kapitoly jedna až tri sú dejinami hnutia tretieho anjela na konci dejín zemskej šelmy. Štvrtá kapitola má byť zosúladená s prvou kapitolou ako začiatok a piata a šiesta kapitola majú byť zosúladené s kapitolami jedna až tri ako koniec. Nárast poznania, ktorý je predstavený v kapitolách sedem, osem a deväť, má byť zosúladený s prvou kapitolou ako dejinami začiatku. Nárast poznania, ktorý je predstavený v kapitolách desať, jedenásť a dvanásť, má byť zosúladený s kapitolami jedna až tri ako dejinami konca.</w:t>
      </w:r>
    </w:p>
    <w:p>
      <w:pPr>
        <w:pStyle w:val="ArticleBody"/>
        <w:jc w:val="left"/>
      </w:pPr>
      <w:r>
        <w:rPr>
          <w:rFonts w:ascii="Times New Roman" w:hAnsi="Times New Roman" w:eastAsia="Times New Roman" w:cs="Times New Roman"/>
        </w:rPr>
        <w:t>Prikázanie na prikázanie, toto uplatnenie označuje počiatočné dejiny zemskej šelmy ako prvú, štvrtú, siedmu, ôsmu a deviatu kapitolu. Toto uplatnenie takisto označuje záverečné dejiny zemskej šelmy ako prvú až tretiu kapitolu, piatu a šiestu kapitolu a desiatu až dvanástu kapitolu. Tak je kniha Daniel predstavená ako začiatok aj koniec zemskej šelmy.</w:t>
      </w:r>
    </w:p>
    <w:p>
      <w:pPr>
        <w:pStyle w:val="ArticleBody"/>
        <w:jc w:val="left"/>
      </w:pPr>
      <w:r>
        <w:rPr>
          <w:rFonts w:ascii="Times New Roman" w:hAnsi="Times New Roman" w:eastAsia="Times New Roman" w:cs="Times New Roman"/>
        </w:rPr>
        <w:t>Začiatok šelmy zo zeme možno potom stotožniť s prvou kapitolou Daniela, lebo štvrtá kapitola má ísť ponad prvú kapitolu (riadok za riadkom). Siedma, ôsma a deviata kapitola majú takisto ísť ponad prvú kapitolu. Preto je začiatok dejín šelmy zo zeme znázornený v prvej kapitole Daniela.</w:t>
      </w:r>
    </w:p>
    <w:p>
      <w:pPr>
        <w:pStyle w:val="ArticleBody"/>
        <w:jc w:val="left"/>
      </w:pPr>
      <w:r>
        <w:rPr>
          <w:rFonts w:ascii="Times New Roman" w:hAnsi="Times New Roman" w:eastAsia="Times New Roman" w:cs="Times New Roman"/>
        </w:rPr>
        <w:t>Takisto aj pri ukončení šelmy zeme. Záver dejín šelmy zeme je znázornený v kapitolách jedna až tri a kapitoly päť, šesť, desať, jedenásť a dvanásť sa majú klásť na prvé tri kapitoly (riadok za riadkom); teda záver dejín šelmy zeme je znázornený v prvých troch kapitolách Daniela.</w:t>
      </w:r>
    </w:p>
    <w:p>
      <w:pPr>
        <w:pStyle w:val="ArticleBody"/>
        <w:jc w:val="left"/>
      </w:pPr>
      <w:r>
        <w:rPr>
          <w:rFonts w:ascii="Times New Roman" w:hAnsi="Times New Roman" w:eastAsia="Times New Roman" w:cs="Times New Roman"/>
        </w:rPr>
        <w:t>Prvá kapitola predstavuje začiatok a potom kapitoly jedna až tri predstavujú koniec, a štruktúra jednej a potom troch ukazuje, že prorocká štruktúra knihy Daniel je totožná s prorockou štruktúrou troch anjelov zo Zjavenia štrnástej kapitoly. Tam, ako aj v Danielovi, prvý anjel predstavuje osobitné dejiny, ale je zároveň aj jednou tretinou dejín troch anjelov. Súčasne, keď toto rozpoznanie označuje a zdôrazňuje spojenie troch a jedného, je to aj štruktúra hebrejského slova pravda, ktoré predstavuje nielen Krista a tvorivú moc Boha, ale aj trojkrokový proces skúšky a očisťovania, ktorý je znázornený tak v Danielovi v prvej kapitole, ako potom znovu v Danielovi v kapitolách jedna až tri.</w:t>
      </w:r>
    </w:p>
    <w:p>
      <w:pPr>
        <w:pStyle w:val="ArticleBody"/>
        <w:jc w:val="left"/>
      </w:pPr>
      <w:r>
        <w:rPr>
          <w:rFonts w:ascii="Times New Roman" w:hAnsi="Times New Roman" w:eastAsia="Times New Roman" w:cs="Times New Roman"/>
        </w:rPr>
        <w:t>Ježiš, ktorý je pravda, je tiež Prvý i Posledný, a v tomto ohľade sa dejiny hnutia prvého anjela opakujú do posledného písmena v dejinách troch anjelov; preto je prorocky prípustné položiť prvé tri kapitoly Daniela navrch prvej kapitoly Daniela, lebo začiatok vždy znázorňuje koniec. Kniha Daniel sa potom stáva „malou knižkou“, ktorá je v ruke anjela, lebo „malá knižka“ Daniela môže byť v plnosti predstavená v prvej kapitole Daniela.</w:t>
      </w:r>
    </w:p>
    <w:p>
      <w:pPr>
        <w:pStyle w:val="ArticleBody"/>
        <w:jc w:val="left"/>
      </w:pPr>
      <w:r>
        <w:rPr>
          <w:rFonts w:ascii="Times New Roman" w:hAnsi="Times New Roman" w:eastAsia="Times New Roman" w:cs="Times New Roman"/>
        </w:rPr>
        <w:t>V nasledujúcom článku budeme pokračovať v našom štúdiu knihy Daniel.</w:t>
      </w:r>
    </w:p>
    <w:p>
      <w:pPr>
        <w:pStyle w:val="ArticleScripture"/>
        <w:jc w:val="left"/>
      </w:pPr>
      <w:r>
        <w:rPr>
          <w:rFonts w:ascii="Times New Roman" w:hAnsi="Times New Roman" w:eastAsia="Times New Roman" w:cs="Times New Roman"/>
        </w:rPr>
        <w:t>„Medzi tými, ktorých hľadali úradníci pripravujúci sa vykonať ustanovenia kráľovského dekrétu, boli aj Daniel a jeho priatelia. Keď im oznámili, že podľa dekrétu musia aj oni zomrieť, Daniel ‚s rozvahou a múdrosťou‘ spýtal sa Arjócha, veliteľa kráľovej stráže: ‚Prečo je kráľov výnos taký náhly?‘ Arjóch mu rozpovedal o kráľovej bezradnosti nad jeho pozoruhodným snom a o tom, že sa mu nepodarilo získať pomoc od tých, do ktorých dovtedy vkladal najplnšiu dôveru. Keď to Daniel počul, riskujúc vlastný život odvážil sa predstúpiť pred kráľa a prosil, aby mu bol poskytnutý čas, aby mohol prosiť svojho Boha, aby mu zjavil sen i jeho výklad.“</w:t>
      </w:r>
    </w:p>
    <w:p>
      <w:pPr>
        <w:pStyle w:val="ArticleScripture"/>
        <w:jc w:val="left"/>
      </w:pPr>
      <w:r>
        <w:rPr>
          <w:rFonts w:ascii="Times New Roman" w:hAnsi="Times New Roman" w:eastAsia="Times New Roman" w:cs="Times New Roman"/>
        </w:rPr>
        <w:t>„Tomuto žiadosti panovník vyhovel. ‚Potom Daniel odišiel do svojho domu a oboznámil s tou vecou Chananjáša, Míšáela a Azarjáša, svojich druhov.‘ Spoločne hľadali múdrosť u Prameňa svetla a poznania. Ich viera bola silná vo vedomí, že Boh ich postavil tam, kde boli, že konali Jeho dielo a plnili požiadavky povinnosti. V časoch zmätku a nebezpečenstva sa vždy obracali k Nemu o vedenie a ochranu a On sa osvedčil ako vždy prítomná pomoc. Teraz sa so skrúšenosťou srdca nanovo podriadili Sudcovi celej zeme a prosili Ho, aby im udelil vyslobodenie v tomto čase ich osobitnej núdze. A neprosili nadarmo. Boh, ktorého ctili, teraz poctil ich. Duch Pánov spočinul na nich a Danielovi bolo ‚v nočnom videní‘ zjavené kráľovo sen i jeho význam.“</w:t>
      </w:r>
    </w:p>
    <w:p>
      <w:pPr>
        <w:pStyle w:val="ArticleScripture"/>
        <w:jc w:val="left"/>
      </w:pPr>
      <w:r>
        <w:rPr>
          <w:rFonts w:ascii="Times New Roman" w:hAnsi="Times New Roman" w:eastAsia="Times New Roman" w:cs="Times New Roman"/>
        </w:rPr>
        <w:t>„Danielovým prvým činom bolo poďakovať Bohu za zjavenie, ktoré mu bolo dané. ‚Nech je požehnané meno Božie od vekov až na veky,‘ zvolal; ‚lebo múdrosť a moc sú Jeho; a On mení časy i doby; zosadzuje kráľov a ustanovuje kráľov; dáva múdrosť múdrym a poznanie tým, ktorí majú rozumnosť; zjavuje hlboké a skryté veci; vie, čo je v tme, a svetlo prebýva s Ním. Ďakujem Ti a chválim Ťa, ó, Bože mojich otcov, ktorý si mi dal múdrosť a moc a teraz si mi oznámil, o čo sme Ťa prosili; lebo si nám teraz oznámil kráľovu vec.‘“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tridsaťštyri</dc:title>
  <dc:subject>Odhalenie Daniela: Prorocká cesta dejinami Zeme a Božími súdmi</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