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päťdesiatosem</w:t>
      </w:r>
    </w:p>
    <w:p>
      <w:pPr>
        <w:pStyle w:val="ArticleSubtitle"/>
        <w:jc w:val="left"/>
      </w:pPr>
      <w:r>
        <w:rPr>
          <w:rFonts w:ascii="Arial" w:hAnsi="Arial" w:eastAsia="Arial" w:cs="Arial"/>
        </w:rPr>
        <w:t>Rozpečatená múdrosť: Skúmanie trojitej únie a hádanky čísla 666 v proroctve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Na základe viacerých svedkov bolo potvrdené, že v dejinách i v proroctve Rím vždy vystupuje ako ôsmy a je zo siedmich. Prorocká hádanka tohto symbolu je súčasťou toho, čo Lev z kmeňa Júdovho odpečaťuje tesne pred uzavretím doby milosti. Kristus sa nikdy nemení a pri Prvom a Veľkom sklamaní v dejinách mileritského hnutia zjavil pravdu, ktorá vysvetľovala tajomstvo tohto sklamania.</w:t>
      </w:r>
    </w:p>
    <w:p>
      <w:pPr>
        <w:pStyle w:val="ArticleBody"/>
        <w:jc w:val="left"/>
      </w:pPr>
      <w:r>
        <w:rPr>
          <w:rFonts w:ascii="Times New Roman" w:hAnsi="Times New Roman" w:eastAsia="Times New Roman" w:cs="Times New Roman"/>
        </w:rPr>
        <w:t>Po prvom sklamaní v dejinách milleritského hnutia odňal svoju ruku od omylu v niektorých údajoch znázornených na mape z roku 1843. Tento omyl predstavoval prorocké nedorozumenie, ktoré viedlo k Sklamaniu. Milleriti boli napokon privedení k sérii porozumení, ktoré pevne ustanovili východiskový dátum dvetisíctristo dní. S pevným východiskovým bodom, ktorý sa opieral predovšetkým o dátum kríža, potom videli, že tie isté prorocké dôkazy, ktoré používali na určenie roku 1843, v skutočnosti označovali nielen rok 1844, ale aj samotný deň 22. októbra 1844.</w:t>
      </w:r>
    </w:p>
    <w:p>
      <w:pPr>
        <w:pStyle w:val="ArticleBody"/>
        <w:jc w:val="left"/>
      </w:pPr>
      <w:r>
        <w:rPr>
          <w:rFonts w:ascii="Times New Roman" w:hAnsi="Times New Roman" w:eastAsia="Times New Roman" w:cs="Times New Roman"/>
        </w:rPr>
        <w:t>Po druhom a Veľkom sklamaní Pán opäť zjavil pravdu, ktorá odpovedala na všetky prorocké rozpory spôsobené ich nesprávnym hlásaním, že 22. október 1844 bol Druhým príchodom Krista. Pán otvoril tému svätyne a s ňou spojených právd, a Veľké sklamanie bolo vysvetlené.</w:t>
      </w:r>
    </w:p>
    <w:p>
      <w:pPr>
        <w:pStyle w:val="ArticleScripture"/>
        <w:jc w:val="left"/>
      </w:pPr>
      <w:r>
        <w:rPr>
          <w:rFonts w:ascii="Times New Roman" w:hAnsi="Times New Roman" w:eastAsia="Times New Roman" w:cs="Times New Roman"/>
        </w:rPr>
        <w:t>„Ako ľud by sme mali byť horlivými študentmi proroctva; nemali by sme odpočívať, kým nezískame jasné porozumenie predmetu svätyne, ktorý je predstavený vo videniach Daniela a Jána. Tento predmet vrhá veľké svetlo na naše terajšie postavenie a dielo a dáva nám nezameniteľný dôkaz, že Boh nás viedol v našej minulej skúsenosti. Vysvetľuje naše sklamanie v roku 1844 a ukazuje nám, že svätyňou, ktorá mala byť očistená, nebola zem, ako sme sa domnievali, ale že Kristus vtedy vstúpil do najsvätejšieho oddelenia nebeskej svätyne a tam vykonáva záverečné dielo svojho kňazského úradu, na naplnenie slov anjela prorokovi Danielovi: ‚Až do dvetisíc tristo večerov a rán; potom bude svätyňa očistená.‘“</w:t>
      </w:r>
    </w:p>
    <w:p>
      <w:pPr>
        <w:pStyle w:val="ArticleScripture"/>
        <w:jc w:val="left"/>
      </w:pPr>
      <w:r>
        <w:rPr>
          <w:rFonts w:ascii="Times New Roman" w:hAnsi="Times New Roman" w:eastAsia="Times New Roman" w:cs="Times New Roman"/>
        </w:rPr>
        <w:t>„Naša viera vo vzťahu k posolstvám prvého, druhého a tretieho anjela bola správna. Veľké medzníky, ktorými sme prešli, sú nepohnuteľné. Hoci sa ich zástupy pekla môžu pokúšať vytrhnúť z ich základu a triumfovať pri pomyslení, že sa im to podarilo, predsa sa im to nedarí. Tieto piliere pravdy stoja pevne ako večné vrchy, nepohnuté všetkým úsilím ľudí spojeným s úsilím satana a jeho zástupu. Môžeme sa mnohému naučiť a mali by sme neustále skúmať Písma, aby sme videli, či je to tak. Boží ľud má teraz upierať svoj zrak na nebeskú svätyňu, kde prebieha záverečná služba nášho veľkého Veľkňaza v diele súdu, — kde sa prihovára za svoj ľud.“ Review and Herald, 27. novembra 1883.</w:t>
      </w:r>
    </w:p>
    <w:p>
      <w:pPr>
        <w:pStyle w:val="ArticleBody"/>
        <w:jc w:val="left"/>
      </w:pPr>
      <w:r>
        <w:rPr>
          <w:rFonts w:ascii="Times New Roman" w:hAnsi="Times New Roman" w:eastAsia="Times New Roman" w:cs="Times New Roman"/>
        </w:rPr>
        <w:t>Sklamanie učeníkov pri ukrižovaní vychádzalo z nesprávneho pochopenia kráľovstva, ktoré mal Kristus ustanoviť na kríži. Služba Jána Krstiteľa i apoštola Pavla zahŕňala dielo stotožnenia toho, že obdobie doslovného Izraela a doslovnej pozemskej svätyne prešlo na duchovný Izrael a duchovnú nebeskú svätyňu. Lev z pokolenia Júdovho vždy vysvetľuje sklamanie „múdrym“. Vysvetlenie prorockej hádanky, že Rím je „ôsmy, ale je zo siedmich“, je súčasťou diela, ktoré Lev z Júdu vykonáva, aby vysvetlil sklamanie z 18. júla 2020.</w:t>
      </w:r>
    </w:p>
    <w:p>
      <w:pPr>
        <w:pStyle w:val="ArticleBody"/>
        <w:jc w:val="left"/>
      </w:pPr>
      <w:r>
        <w:rPr>
          <w:rFonts w:ascii="Times New Roman" w:hAnsi="Times New Roman" w:eastAsia="Times New Roman" w:cs="Times New Roman"/>
        </w:rPr>
        <w:t>Milleriti videli v Ríme štvrté kráľovstvo biblického proroctva a rozlišovali medzi pohanstvom a pápežstvom, no nedokázali vidieť pápežský Rím ako piate kráľovstvo biblického proroctva. Krátko po roku 1844 priekopníci rozpoznali, že Spojené štáty boli ďalším kráľovstvom biblického proroctva.</w:t>
      </w:r>
    </w:p>
    <w:p>
      <w:pPr>
        <w:pStyle w:val="ArticleBody"/>
        <w:jc w:val="left"/>
      </w:pPr>
      <w:r>
        <w:rPr>
          <w:rFonts w:ascii="Times New Roman" w:hAnsi="Times New Roman" w:eastAsia="Times New Roman" w:cs="Times New Roman"/>
        </w:rPr>
        <w:t>Toto rozpoznanie je znázornené na pionierskej schéme z roku 1850, avšak schopnosť rozpoznať plnú ilustráciu kráľovstiev biblického proroctva, ako je predstavená v sedemnástej kapitole Zjavenia, presahovala ich schopnosť porozumieť, lebo po svojom odmietnutí „sedem časov“ v roku 1863 začali blúdiť na púšti Laodicey.</w:t>
      </w:r>
    </w:p>
    <w:p>
      <w:pPr>
        <w:pStyle w:val="ArticleScripture"/>
        <w:jc w:val="left"/>
      </w:pPr>
      <w:r>
        <w:rPr>
          <w:rFonts w:ascii="Times New Roman" w:hAnsi="Times New Roman" w:eastAsia="Times New Roman" w:cs="Times New Roman"/>
        </w:rPr>
        <w:t>„Dejiny starovekého Izraela sú pôsobivou ilustráciou minulých skúseností adventného ľudu. Boh viedol svoj ľud v adventnom hnutí tak, ako viedol synov Izraela z Egypta. Pri veľkom sklamaní bola ich viera skúšaná tak, ako bola skúšaná viera Hebrejov pri Červenom mori. Keby boli aj naďalej dôverovali vedúcej ruke, ktorá ich sprevádzala v ich predchádzajúcej skúsenosti, boli by uvideli Božiu spásu. Keby všetci, ktorí v roku 1844 svorne pracovali na diele, prijali posolstvo tretieho anjela a zvestovali ho v moci Ducha Svätého, Pán by bol mocne pôsobil spolu s ich úsilím. Na svet by bol vyliaty prúd svetla. Obyvatelia zeme by boli už pred rokmi varovaní, záverečné dielo by bolo dokončené a Kristus by bol prišiel vykúpiť svoj ľud.“</w:t>
      </w:r>
    </w:p>
    <w:p>
      <w:pPr>
        <w:pStyle w:val="ArticleScripture"/>
        <w:jc w:val="left"/>
      </w:pPr>
      <w:r>
        <w:rPr>
          <w:rFonts w:ascii="Times New Roman" w:hAnsi="Times New Roman" w:eastAsia="Times New Roman" w:cs="Times New Roman"/>
        </w:rPr>
        <w:t>„Nebolo Božou vôľou, aby Izrael blúdil štyridsať rokov po púšti; túžil ich priviesť priamo do kanaánskej krajiny a usadiť ich tam ako svätý a šťastný ľud. Ale ‚nemohli vojsť pre neveru‘. Hebrejom 3:19. Pre svoje odvrátenie a odpadnutie zahynuli na púšti a boli povolaní iní, aby vošli do zasľúbenej krajiny. Podobne nebolo Božou vôľou, aby príchod Krista bol tak dlho odkladaný a aby Jeho ľud zostával toľké roky v tomto svete hriechu a zármutku. Ale nevera ich oddelila od Boha. Keďže odmietli vykonať dielo, ktoré im určil, boli povolaní iní, aby zvestovali posolstvo. Z milosrdenstva svetu Ježiš odkladá svoj príchod, aby hriešnici mali príležitosť počuť varovanie a nájsť v Ňom útočište skôr, ako bude vyliaty Boží hnev.“ Veľký spor, 458.</w:t>
      </w:r>
    </w:p>
    <w:p>
      <w:pPr>
        <w:pStyle w:val="ArticleBody"/>
        <w:jc w:val="left"/>
      </w:pPr>
      <w:r>
        <w:rPr>
          <w:rFonts w:ascii="Times New Roman" w:hAnsi="Times New Roman" w:eastAsia="Times New Roman" w:cs="Times New Roman"/>
        </w:rPr>
        <w:t>Jakub aj Ellen Whiteová obaja rozpoznali, že hnutie prešlo roku 1856 do stavu laodicejského hnutia, a v predchádzajúcom úryvku ona uvádza, že „keby všetci, ktorí roku 1844 svorne pracovali v diele, prijali posolstvo tretieho anjela a hlásali ho v moci Ducha Svätého, Pán by bol mocne pôsobil prostredníctvom ich úsilia.“ Potom hovorí: „Podobne“ „odvrátenie a odpadnutie“, ktoré prejavil staroveký Izrael, spôsobili, že staroveký Izrael „zahynul na púšti“. Tento úryvok poukazuje na to, že laodicejský adventizmus sa začal túlatiť po púšti v časovom období, keď tí, ktorí hlásali posolstvo Polnočného volania, boli ešte nažive.</w:t>
      </w:r>
    </w:p>
    <w:p>
      <w:pPr>
        <w:pStyle w:val="ArticleBody"/>
        <w:jc w:val="left"/>
      </w:pPr>
      <w:r>
        <w:rPr>
          <w:rFonts w:ascii="Times New Roman" w:hAnsi="Times New Roman" w:eastAsia="Times New Roman" w:cs="Times New Roman"/>
        </w:rPr>
        <w:t>Dnes teológovia (učenci) uvádzajú rozličné výklady pre sedemnástu kapitolu Zjavenia, ktoré buď vychádzajú z metodológie futurizmu, vynájdenej jezuitmi, alebo zo skazených teologických praktík odpadlíckeho protestantizmu. Symboly v Zjavení sedemnásť sú veľmi jednoduché. Označili sme nevyhnutné symboly, a tak sa vrátime ku kráľovstvám, ktoré sú tam znázornené, a zosúladíme ich s kráľovstvami druhej kapitoly Daniela, lebo Ježiš vždy znázorňuje koniec nejakej veci jej začiatkom.</w:t>
      </w:r>
    </w:p>
    <w:p>
      <w:pPr>
        <w:pStyle w:val="ArticleScripture"/>
        <w:jc w:val="left"/>
      </w:pPr>
      <w:r>
        <w:rPr>
          <w:rFonts w:ascii="Times New Roman" w:hAnsi="Times New Roman" w:eastAsia="Times New Roman" w:cs="Times New Roman"/>
        </w:rPr>
        <w:t>A je sedem kráľov: päť ich padlo, jeden je, a druhý ešte neprišiel; a keď príde, musí zostať na krátky čas. A šelma, ktorá bola a nie je, aj ona je ôsma a je zo siedmich, a ide do zatratenia. A desať rohov, ktoré si videl, je desať kráľov, ktorí ešte neprijali kráľovstvo; ale prijímajú moc ako králi na jednu hodinu so šelmou. Zjavenie 17:10–12.</w:t>
      </w:r>
    </w:p>
    <w:p>
      <w:pPr>
        <w:pStyle w:val="ArticleBody"/>
        <w:jc w:val="left"/>
      </w:pPr>
      <w:r>
        <w:rPr>
          <w:rFonts w:ascii="Times New Roman" w:hAnsi="Times New Roman" w:eastAsia="Times New Roman" w:cs="Times New Roman"/>
        </w:rPr>
        <w:t>V treťom verši bol Ján duchovne prenesený do roku 1798. Z tohto stanoviska v dejinách mu bolo povedané, že už padlo päť kráľovstiev. Týmito kráľovstvami boli Babylon, Médsko-Perzia, Grécko, pohanský Rím a pápežský Rím. William Miller nemohol rozlúštiť tento oddiel v sedemnástej kapitole, lebo nedokázal rozpoznať, že pápežský Rím bol odlišným kráľovstvom od pohanského Ríma. Táto postupnosť je však uvedená v dvanástej a trinástej kapitole Zjavenia, lebo drak v dvanástej kapitole predstavoval pohanský Rím, šelma, ktorá vystúpila z mora v trinástej kapitole, bola pápežstvo a zemská šelma sú Spojené štáty. Sestra Whiteová označuje všetky tieto tri šelmy ako draka, šelmu a falošného proroka. Keď podáva svoje svedectvo, určuje postupnosť kráľovstiev a táto postupnosť sa zhoduje s výkladom, ktorý uplatňujeme na Zjavenie sedemnásť.</w:t>
      </w:r>
    </w:p>
    <w:p>
      <w:pPr>
        <w:pStyle w:val="ArticleScripture"/>
        <w:jc w:val="left"/>
      </w:pPr>
      <w:r>
        <w:rPr>
          <w:rFonts w:ascii="Times New Roman" w:hAnsi="Times New Roman" w:eastAsia="Times New Roman" w:cs="Times New Roman"/>
        </w:rPr>
        <w:t>„Pod symbolmi veľkého červeného draka, šelmy podobnej leopardovi a šelmy s rohmi podobnými baránkovým boli Jánovi predstavené pozemské vlády, ktoré sa budú zvlášť podieľať na pošliapavaní Božieho zákona a prenasledovaní Jeho ľudu. Boj pokračuje až do konca času. Boží ľud, znázornený svätou ženou a jej deťmi, bol predstavený ako vo veľkej menšine. V posledných dňoch existoval už len ostatok. O ňom Ján hovorí ako o tých, „ktorí zachovávajú prikázania Božie a majú svedectvo Ježiša Krista.“</w:t>
      </w:r>
    </w:p>
    <w:p>
      <w:pPr>
        <w:pStyle w:val="ArticleScripture"/>
        <w:jc w:val="left"/>
      </w:pPr>
      <w:r>
        <w:rPr>
          <w:rFonts w:ascii="Times New Roman" w:hAnsi="Times New Roman" w:eastAsia="Times New Roman" w:cs="Times New Roman"/>
        </w:rPr>
        <w:t>„Prostredníctvom pohanstva a potom prostredníctvom pápežstva Satan po mnoho storočí uplatňoval svoju moc v snahe vyhladiť zeme Božích verných svedkov. Pohania a pápeženci boli poháňaní tým istým duchom draka. Líšili sa iba v tom, že pápežstvo, predstierajúc službu Bohu, bolo nebezpečnejším a krutejším nepriateľom. Prostredníctvom rímskeho katolicizmu Satan zotročil svet. Vyznávajúca cirkev Božia bola strhnutá do radov tohto bludu a Boží ľud viac ako tisíc rokov trpel pod hnevom draka. A keď pápežstvo, pozbavené svojej sily, bolo donútené prestať s prenasledovaním, Ján uzrel, ako povstáva nová moc, aby opakovala hlas draka a pokračovala v tom istom krutom a rúhavom diele. Táto moc, posledná, ktorá má viesť vojnu proti cirkvi a Božiemu zákonu, bola znázornená šelmou s rohmi podobnými baránčím.“</w:t>
      </w:r>
    </w:p>
    <w:p>
      <w:pPr>
        <w:pStyle w:val="ArticleScripture"/>
        <w:jc w:val="left"/>
      </w:pPr>
      <w:r>
        <w:rPr>
          <w:rFonts w:ascii="Times New Roman" w:hAnsi="Times New Roman" w:eastAsia="Times New Roman" w:cs="Times New Roman"/>
        </w:rPr>
        <w:t>„No prísne ťahy prorockej ceruzky odhaľujú zmenu v tomto pokojnom obraze. Šelma s baránčími rohmi hovorí hlasom draka a ‚vykonáva všetku moc prvej šelmy pred ňou.‘ Proroctvo vyhlasuje, že povie obyvateľom zeme, aby urobili obraz šelme, a že „spôsobí, aby všetci, malí i veľkí, bohatí i chudobní, slobodní i otroci, prijali znamenie na svoju pravú ruku alebo na svoje čelo; a aby nik nemohol kupovať ani predávať, iba ten, kto má znamenie, alebo meno šelmy, alebo číslo jej mena.“ Takto protestantizmus kráča v šľapajach pápežstva.“ Signs of the Times, 1. novembra 1899.</w:t>
      </w:r>
    </w:p>
    <w:p>
      <w:pPr>
        <w:pStyle w:val="ArticleBody"/>
        <w:jc w:val="left"/>
      </w:pPr>
      <w:r>
        <w:rPr>
          <w:rFonts w:ascii="Times New Roman" w:hAnsi="Times New Roman" w:eastAsia="Times New Roman" w:cs="Times New Roman"/>
        </w:rPr>
        <w:t>V prvom odseku poslednej state sestra Whiteová označuje pohanský Rím, pápežský Rím a Spojené štáty za „pozemské vlády“. V druhom odseku uvádza, že tieto vlády nasledovali po sebe, keď hovorí: „prostredníctvom pohanstva a potom prostredníctvom pápežstva“ a „keď pápežstvo, olúpené o svoju silu, bolo prinútené upustiť od prenasledovania, Ján uzrel novú mocnosť, ktorá povstávala, aby opakovala hlas draka a pokračovala v tom istom krutom a rúhavom diele.“ Tým sa však nezastavuje, lebo v treťom odseku uvádza, že Spojené štáty mali nanútiť celému svetu ďalšie kráľovstvo. Hovorí: „Šelma s rohmi podobnými baránkovým hovorí hlasom draka a ‚vykonáva všetku moc prvej šelmy pred ňou‘. Proroctvo vyhlasuje, že povie obyvateľom zeme, aby urobili obraz šelme.“</w:t>
      </w:r>
    </w:p>
    <w:p>
      <w:pPr>
        <w:pStyle w:val="ArticleBody"/>
        <w:jc w:val="left"/>
      </w:pPr>
      <w:r>
        <w:rPr>
          <w:rFonts w:ascii="Times New Roman" w:hAnsi="Times New Roman" w:eastAsia="Times New Roman" w:cs="Times New Roman"/>
        </w:rPr>
        <w:t>Zjavenie, dvanásta a trinásta kapitola, označuje pohanský Rím, pápežský Rím, Spojené štáty a celosvetovú šelmiu podobu, ktorú zriaďujú Spojené štáty. Definícia „obrazu šelmy“ je spojenie Cirkvi a štátu, a ak má celý svet zriadiť obraz šelmy, potom to už zo samotnej definície vyplýva, že v posledných dňoch bude celej zemi nanútená jedna svetová vláda. Toto kráľovstvo bude pozostávať zo štátu a Cirkvi, pričom Cirkev bude vládnuť nad týmto vzťahom. Zjavenie, dvanásta a trinásta kapitola, označuje štyri po sebe nasledujúce kráľovstvá, a tie isté kráľovstvá sú predstavené v sedemnástej kapitole, ako aj v druhej kapitole Daniela.</w:t>
      </w:r>
    </w:p>
    <w:p>
      <w:pPr>
        <w:pStyle w:val="ArticleBody"/>
        <w:jc w:val="left"/>
      </w:pPr>
      <w:r>
        <w:rPr>
          <w:rFonts w:ascii="Times New Roman" w:hAnsi="Times New Roman" w:eastAsia="Times New Roman" w:cs="Times New Roman"/>
        </w:rPr>
        <w:t>V roku 1798 Ján videl, že prvých päť kráľovstiev biblického proroctva už padlo a že v roku 1798 jedno kráľovstvo vtedy existovalo. Kráľovstvom biblického proroctva, ktoré sa začalo v roku 1798, bola zemská šelma zo zjavenia trinástej kapitoly, ktorá sa začala ako baránok, ale nakoniec hovorí ako drak. Spojené štáty sú dvojrohé šieste kráľovstvo biblického proroctva, ktoré nasleduje po piatom kráľovstve duchovného Babylona, ktoré utrpelo smrteľnú ranu. Piatym kráľovstvom bol duchovný Babylon, ktorý bol predobrazený prvým kráľovstvom doslovného Babylona. Šieste kráľovstvo s dvoma rohmi bolo predobrazené dvoma ramenami zo striebra.</w:t>
      </w:r>
    </w:p>
    <w:p>
      <w:pPr>
        <w:pStyle w:val="ArticleBody"/>
        <w:jc w:val="left"/>
      </w:pPr>
      <w:r>
        <w:rPr>
          <w:rFonts w:ascii="Times New Roman" w:hAnsi="Times New Roman" w:eastAsia="Times New Roman" w:cs="Times New Roman"/>
        </w:rPr>
        <w:t>V roku 1798 malo existovať kráľovstvo, ktoré bolo ešte v budúcnosti, lebo v roku 1798 „ten druhý ešte neprišiel“. Keď toto siedme kráľovstvo vstúpilo do dejín, malo „zotrvať len na krátky čas“. Piate kráľovstvo dostalo smrteľnú ranu, šieste kráľovstvo malo dva rohy a siedme kráľovstvo trvá iba krátke časové obdobie. Kontext tejto state ukazuje, že siedme kráľovstvo je predstavované „desiatimi kráľmi“, lebo keď sa „desiati králi“ stanú kráľovstvom, vládnu iba „jednu hodinu“ a jedna „hodina“ je krátky „čas“. Keď „desiati králi“ skutočne vládnu, vládnu spolu s tou šelmou počas tej „jednej hodiny“.</w:t>
      </w:r>
    </w:p>
    <w:p>
      <w:pPr>
        <w:pStyle w:val="ArticleScripture"/>
        <w:jc w:val="left"/>
      </w:pPr>
      <w:r>
        <w:rPr>
          <w:rFonts w:ascii="Times New Roman" w:hAnsi="Times New Roman" w:eastAsia="Times New Roman" w:cs="Times New Roman"/>
        </w:rPr>
        <w:t>A desať rohov, ktoré si videl, je desať kráľov, ktorí ešte neprijali kráľovstvo; ale dostanú moc ako králi na jednu hodinu spolu so šelmou. Zjavenie 17,12.</w:t>
      </w:r>
    </w:p>
    <w:p>
      <w:pPr>
        <w:pStyle w:val="ArticleBody"/>
        <w:jc w:val="left"/>
      </w:pPr>
      <w:r>
        <w:rPr>
          <w:rFonts w:ascii="Times New Roman" w:hAnsi="Times New Roman" w:eastAsia="Times New Roman" w:cs="Times New Roman"/>
        </w:rPr>
        <w:t>„Desať rohov“ predstavuje siedme kráľovstvo, avšak vládnu spolu so šelmou „jednu hodinu“. „Jedna hodina“ je obdobím krízy nedeľného zákona, ktorá sa začína čoskoro prichádzajúcim nedeľným zákonom v Spojených štátoch. Súhlasia, že budú vládnuť so šelmou, lebo sú k tomu prinútené hlavným kráľom, ktorým sú Spojené štáty. Sestra Whiteová v úryvku, ktorý sme práve citovali, určuje, že poslednou mocnosťou, ktorá bude prenasledovať Boží ľud, je šelma zo zeme.</w:t>
      </w:r>
    </w:p>
    <w:p>
      <w:pPr>
        <w:pStyle w:val="ArticleScripture"/>
        <w:jc w:val="left"/>
      </w:pPr>
      <w:r>
        <w:rPr>
          <w:rFonts w:ascii="Times New Roman" w:hAnsi="Times New Roman" w:eastAsia="Times New Roman" w:cs="Times New Roman"/>
        </w:rPr>
        <w:t>„Ján uzrel novú mocnosť, ktorá povstávala, aby opakovala hlas draka a pokračovala v tom istom krutom a rúhavom diele. Táto mocnosť, posledná, ktorá má viesť vojnu proti cirkvi a Božiemu zákonu, bola znázornená šelmou s rohmi podobnými baránkovým.“ Signs of the Times, November 1, 1899.</w:t>
      </w:r>
    </w:p>
    <w:p>
      <w:pPr>
        <w:pStyle w:val="ArticleBody"/>
        <w:jc w:val="left"/>
      </w:pPr>
      <w:r>
        <w:rPr>
          <w:rFonts w:ascii="Times New Roman" w:hAnsi="Times New Roman" w:eastAsia="Times New Roman" w:cs="Times New Roman"/>
        </w:rPr>
        <w:t>Posledné kráľovstvo biblického proroctva vzniká prostredníctvom zvodu uskutočneného Spojenými štátmi ako Falošným prorokom. Toto kráľovstvo sa začalo ako baránok v roku 1798, no v posledných dňoch núti svet prijať celosvetový obraz šelmy, ktorý je podľa definície spojením Cirkvi a Štátu, pričom Cirkev v tomto vzťahu vykonáva rozhodujúcu moc. Toto kráľovstvo je tiež označené ako trojnásobná únia.</w:t>
      </w:r>
    </w:p>
    <w:p>
      <w:pPr>
        <w:pStyle w:val="ArticleScripture"/>
        <w:jc w:val="left"/>
      </w:pPr>
      <w:r>
        <w:rPr>
          <w:rFonts w:ascii="Times New Roman" w:hAnsi="Times New Roman" w:eastAsia="Times New Roman" w:cs="Times New Roman"/>
        </w:rPr>
        <w:t>„Protestanti Spojených štátov budú medzi prvými, ktorí natiahnu ruky ponad priepasť, aby uchopili ruku špiritizmu; siahnu ponad bezodnú priepasť, aby si podali ruky s rímskou mocou; a pod vplyvom tohto trojnásobného zväzku bude táto krajina nasledovať kroky Ríma v pošliapavaní práv svedomia.“ Veľký spor, 588.</w:t>
      </w:r>
    </w:p>
    <w:p>
      <w:pPr>
        <w:pStyle w:val="ArticleBody"/>
        <w:jc w:val="left"/>
      </w:pPr>
      <w:r>
        <w:rPr>
          <w:rFonts w:ascii="Times New Roman" w:hAnsi="Times New Roman" w:eastAsia="Times New Roman" w:cs="Times New Roman"/>
        </w:rPr>
        <w:t>Trojnásobné spojenie je spojením draka, šelmy a falošného proroka, ktorí v šestnástej kapitole Zjavenia vychádzajú ku kráľom zeme a vedú svet k Armagedonu.</w:t>
      </w:r>
    </w:p>
    <w:p>
      <w:pPr>
        <w:pStyle w:val="ArticleScripture"/>
        <w:jc w:val="left"/>
      </w:pPr>
      <w:r>
        <w:rPr>
          <w:rFonts w:ascii="Times New Roman" w:hAnsi="Times New Roman" w:eastAsia="Times New Roman" w:cs="Times New Roman"/>
        </w:rPr>
        <w:t>A videl som troch nečistých duchov podobných žabám vychádzať z úst draka, z úst šelmy a z úst falošného proroka. Lebo sú to duchovia démonov, ktorí činia znamenia a vychádzajú ku kráľom zeme i celého sveta, aby ich zhromaždili do boja toho veľkého dňa všemohúceho Boha. Zjavenie 16,13.14.</w:t>
      </w:r>
    </w:p>
    <w:p>
      <w:pPr>
        <w:pStyle w:val="ArticleBody"/>
        <w:jc w:val="left"/>
      </w:pPr>
      <w:r>
        <w:rPr>
          <w:rFonts w:ascii="Times New Roman" w:hAnsi="Times New Roman" w:eastAsia="Times New Roman" w:cs="Times New Roman"/>
        </w:rPr>
        <w:t>„Rímskou mocou“ je pápežstvo, šelma a piate kráľovstvo biblického proroctva, ktoré dostalo smrteľnú ranu. „Protestanti“ predstavujú Spojené štáty, falošného proroka, šieste a posledné kráľovstvo biblického proroctva. „Špiritizmus“ je Organizácia Spojených národov, drak a kráľovstvo, ktoré súhlasí, že bude jednu hodinu kraľovať so šelmou. Trojnásobné spojenie sa uskutočňuje počas „jednej hodiny“, ktorá je „hodinou“ „veľkého zemetrasenia“ zo Zjavenia jedenásť, čo je čoskoro prichádzajúci nedeľný zákon.</w:t>
      </w:r>
    </w:p>
    <w:p>
      <w:pPr>
        <w:pStyle w:val="ArticleScripture"/>
        <w:jc w:val="left"/>
      </w:pPr>
      <w:r>
        <w:rPr>
          <w:rFonts w:ascii="Times New Roman" w:hAnsi="Times New Roman" w:eastAsia="Times New Roman" w:cs="Times New Roman"/>
        </w:rPr>
        <w:t>„Nariadením, ktoré bude presadzovať ustanovenie pápežstva v rozpore so zákonom Božím, sa náš národ úplne odtrhne od spravodlivosti. Keď protestantizmus natiahne svoju ruku ponad priepasť, aby uchopil ruku rímskej moci, keď siahne ponad bezodnú hlbinu, aby si podal ruku so špiritizmom, keď pod vplyvom tohto trojitého zväzku naša krajina zavrhne každý princíp svojej Ústavy ako protestantskej a republikánskej vlády a vytvorí podmienky na šírenie pápežských klamstiev a zvodov, vtedy budeme môcť vedieť, že nastal čas podivuhodného pôsobenia satana a že koniec je blízko.“ Testimonies, zväzok 5, 451.</w:t>
      </w:r>
    </w:p>
    <w:p>
      <w:pPr>
        <w:pStyle w:val="ArticleBody"/>
        <w:jc w:val="left"/>
      </w:pPr>
      <w:r>
        <w:rPr>
          <w:rFonts w:ascii="Times New Roman" w:hAnsi="Times New Roman" w:eastAsia="Times New Roman" w:cs="Times New Roman"/>
        </w:rPr>
        <w:t>V druhej kapitole Daniela Babylon, prvé kráľovstvo biblického proroctva, predstavované hlavou zo zlata, predobrazuje duchovný Babylon, piate kráľovstvo biblického proroctva. Dvojité kráľovstvo Médov a Peržanov, plecia a ramená zo striebra, druhé kráľovstvo biblického proroctva v druhej kapitole Daniela, predstavuje dvojrohú zemskú šelmu, Spojené štáty, šieste kráľovstvo biblického proroctva. Bronz sochy v druhej kapitole Daniela, predstavujúci Grécko, tretie kráľovstvo biblického proroctva, predstavuje Organizáciu Spojených národov, siedmu hlavu, ktorá trvá „jednu hodinu“ a súhlasí, že prijme postavenie v trojnásobnom zväzku draka, šelmy a falošného proroka.</w:t>
      </w:r>
    </w:p>
    <w:p>
      <w:pPr>
        <w:pStyle w:val="ArticleBody"/>
        <w:jc w:val="left"/>
      </w:pPr>
      <w:r>
        <w:rPr>
          <w:rFonts w:ascii="Times New Roman" w:hAnsi="Times New Roman" w:eastAsia="Times New Roman" w:cs="Times New Roman"/>
        </w:rPr>
        <w:t>Železné kráľovstvo z druhej kapitoly Daniela, štvrté kráľovstvo biblického proroctva, predstavuje ôsme kráľovstvo, ktoré je z tých siedmich. Doslovný pohanský Rím, štvrté kráľovstvo, predstavuje moderný Rím, ktorý je kráľovstvom usporiadaným spojením Cirkvi a štátu, pričom Cirkev vládne nad týmto vzťahom. Toto kráľovstvo má trojitú povahu, lebo popredný kráľ „desiatich kráľov“ je šiestym kráľovstvom, ktorým je zemská šelma. Šieste kráľovstvo je Achab, ktorý bol ženatý s Jezábeľou. Šieste kráľovstvo, keď je predstavené vo svojom trojitom zjednotení, je moderný Rím, ktorému predchádzalo piate kráľovstvo, ktorým bol pápežský Rím, a ktorému predchádzalo štvrté kráľovstvo pohanského Ríma.</w:t>
      </w:r>
    </w:p>
    <w:p>
      <w:pPr>
        <w:pStyle w:val="ArticleBody"/>
        <w:jc w:val="left"/>
      </w:pPr>
      <w:r>
        <w:rPr>
          <w:rFonts w:ascii="Times New Roman" w:hAnsi="Times New Roman" w:eastAsia="Times New Roman" w:cs="Times New Roman"/>
        </w:rPr>
        <w:t>Milleriti videli iba Rím ako štvrté a posledné kráľovstvo. Uznávali, že malo dvojakú povahu, no nevideli žiadne iné nasledujúce pozemské kráľovstvo. Štvrtým kráľovstvom bol pohanský Rím, ktorý predchádzal pápežskému Rímu, piatemu kráľovstvu, po ktorom nasleduje moderný Rím, šieste kráľovstvo. Šieste kráľovstvo je tretím z troch rímskych prejavov.</w:t>
      </w:r>
    </w:p>
    <w:p>
      <w:pPr>
        <w:pStyle w:val="ArticleBody"/>
        <w:jc w:val="left"/>
      </w:pPr>
      <w:r>
        <w:rPr>
          <w:rFonts w:ascii="Times New Roman" w:hAnsi="Times New Roman" w:eastAsia="Times New Roman" w:cs="Times New Roman"/>
        </w:rPr>
        <w:t>Trojnásobné spojenie draka, šelmy a falošného proroka je zároveň moderným Rímom a tiež Veľkým Babylonom, ktorého smrteľná rana je uzdravená. Spojené štáty, Organizácia Spojených národov a neviestka z Týru predstavujú ôsme a konečné kráľovstvo, no všetky tri sú spojencami v trojnásobnom spojení šiesteho kráľovstva, ktoré je poslednou mocou „vedúcou vojnu proti cirkvi a Božiemu zákonu“.</w:t>
      </w:r>
    </w:p>
    <w:p>
      <w:pPr>
        <w:pStyle w:val="ArticleBody"/>
        <w:jc w:val="left"/>
      </w:pPr>
      <w:r>
        <w:rPr>
          <w:rFonts w:ascii="Times New Roman" w:hAnsi="Times New Roman" w:eastAsia="Times New Roman" w:cs="Times New Roman"/>
        </w:rPr>
        <w:t>Spojené štáty sú jednou tretinou šiesteho kráľovstva. Organizácia Spojených národov je ako súčasť trojitého zväzku takisto jednou tretinou šiesteho kráľovstva a pápežstvo je tiež jednou tretinou šiesteho kráľovstva. Na tejto úrovni je číslom Spojených štátov ŠESŤ a číslom Organizácie Spojených národov je ŠESŤ a číslom pápežstva je ŠESŤ. Trojitý zväzok predstavuje číslo človeka, „človeka hriechu“, a jeho číslo je ŠESŤ-ŠESŤ-ŠESŤ.</w:t>
      </w:r>
    </w:p>
    <w:p>
      <w:pPr>
        <w:pStyle w:val="ArticleScripture"/>
        <w:jc w:val="left"/>
      </w:pPr>
      <w:r>
        <w:rPr>
          <w:rFonts w:ascii="Times New Roman" w:hAnsi="Times New Roman" w:eastAsia="Times New Roman" w:cs="Times New Roman"/>
        </w:rPr>
        <w:t>Tu je múdrosť. Kto má rozum, nech spočíta číslo šelmy; lebo je to číslo človeka; a jeho číslo je šesťsto šesťdesiatšesť. Zjavenie 13:18.</w:t>
      </w:r>
    </w:p>
    <w:p>
      <w:pPr>
        <w:pStyle w:val="ArticleBody"/>
        <w:jc w:val="left"/>
      </w:pPr>
      <w:r>
        <w:rPr>
          <w:rFonts w:ascii="Times New Roman" w:hAnsi="Times New Roman" w:eastAsia="Times New Roman" w:cs="Times New Roman"/>
        </w:rPr>
        <w:t>Šiestym a posledným samostatným kráľovstvom sú Spojené štáty, no klamú svet, lebo sú Falošným prorokom.</w:t>
      </w:r>
    </w:p>
    <w:p>
      <w:pPr>
        <w:pStyle w:val="ArticleScripture"/>
        <w:jc w:val="left"/>
      </w:pPr>
      <w:r>
        <w:rPr>
          <w:rFonts w:ascii="Times New Roman" w:hAnsi="Times New Roman" w:eastAsia="Times New Roman" w:cs="Times New Roman"/>
        </w:rPr>
        <w:t>A vykonáva všetku moc prvej šelmy pred ňou a pôsobí, aby sa zem i tí, čo na nej bývajú, klaňali prvej šelme, ktorej smrteľná rana sa zahojila. A robí veľké divy, takže aj oheň necháva zostupovať z neba na zem pred očami ľudí, a zvádza tých, čo bývajú na zemi, prostredníctvom tých zázrakov, ktoré dostala moc činiť pred očami šelmy; hovoriac tým, čo bývajú na zemi, aby urobili obraz šelme, ktorá mala ranu od meča, a predsa ožila. Zjavenie 13:12–14.</w:t>
      </w:r>
    </w:p>
    <w:p>
      <w:pPr>
        <w:pStyle w:val="ArticleBody"/>
        <w:jc w:val="left"/>
      </w:pPr>
      <w:r>
        <w:rPr>
          <w:rFonts w:ascii="Times New Roman" w:hAnsi="Times New Roman" w:eastAsia="Times New Roman" w:cs="Times New Roman"/>
        </w:rPr>
        <w:t>„Moc prvej šelmy pred ním“ predstavuje moc, ktorá bola pápežstvu daná kráľmi Európy, počnúc Chlodovikom v roku 496. Spojené štáty používajú svoju vojenskú moc spolu so svojou hospodárskou silou, aby oklamali a prinútili svet. Spojené štáty nútia svet uctievať pápežstvo prostredníctvom presadzovania nedeľného bohoslužobného dňa. Spojené štáty konajú veľké divy tým, že spôsobujú, aby oheň (symbol posolstva) zostúpil z neba; to sa má uskutočniť prostredníctvom informačnej superdiaľnice, ktorá predstavuje plný rozvoj vymývania mozgov a propagandy, čo je moderný prejav hypnózy. Pre stupňujúcu sa krízu, ktorú na zem privádza islam, keď napĺňa svoju úlohu v rozhorčovaní národov, je svet zvedený, aby prijal celosvetový systém spojenia cirkvi a štátu, ktorý pozostáva z draka, šelmy a falošného proroka.</w:t>
      </w:r>
    </w:p>
    <w:p>
      <w:pPr>
        <w:pStyle w:val="ArticleBody"/>
        <w:jc w:val="left"/>
      </w:pPr>
      <w:r>
        <w:rPr>
          <w:rFonts w:ascii="Times New Roman" w:hAnsi="Times New Roman" w:eastAsia="Times New Roman" w:cs="Times New Roman"/>
        </w:rPr>
        <w:t>Keď osemnásty verš trinástej kapitoly Zjavenia hovorí: spočítaj číslo šelmy, tým číslom sú tri moci, ktoré sa spájajú, aby vytvorili šieste a posledné kráľovstvo. Keď bude ustanovené toto kráľovstvo 666, bude to naplnením prorockej hádanky, že ôsmy kráľ je zo siedmich. Táto prorocká hádanka je súčasťou pravdy, ktorá je odpečatená, keď Lev z kmeňa Júdovho odpečaťuje Zjavenie Ježiša Krista.</w:t>
      </w:r>
    </w:p>
    <w:p>
      <w:pPr>
        <w:pStyle w:val="ArticleBody"/>
        <w:jc w:val="left"/>
      </w:pPr>
      <w:r>
        <w:rPr>
          <w:rFonts w:ascii="Times New Roman" w:hAnsi="Times New Roman" w:eastAsia="Times New Roman" w:cs="Times New Roman"/>
        </w:rPr>
        <w:t>Z tohto dôvodu je hádanka posledného kráľovstva, ktoré je trojnásobným šiestym kráľovstvom, ktoré je zároveň duchovným Babylonom, na ktorý sa počas sedemdesiatich symbolických rokov zabudlo, a ktoré je novodobým Rímom, a ktoré je tiež celosvetovým obrazom šelmy, predobrazenej prvým babylonským kráľovstvom a štvrtým kráľovstvom pohanského Ríma, dvojnásobne dosvedčená určením, že túto pravdu pochopia „múdri“, lebo záhada čísla 666 je založená na tých, ktorí majú múdrosť, tak ako aj záhada ôsmeho kráľa, ktorý je zo siedmich.</w:t>
      </w:r>
    </w:p>
    <w:p>
      <w:pPr>
        <w:pStyle w:val="ArticleScripture"/>
        <w:jc w:val="left"/>
      </w:pPr>
      <w:r>
        <w:rPr>
          <w:rFonts w:ascii="Times New Roman" w:hAnsi="Times New Roman" w:eastAsia="Times New Roman" w:cs="Times New Roman"/>
        </w:rPr>
        <w:t>Tu je múdrosť. Kto má rozum, nech spočíta číslo šelmy, lebo je to číslo človeka; a jeho číslo je šesťsto šesťdesiatšesť. Zjavenie 13:18.</w:t>
      </w:r>
    </w:p>
    <w:p>
      <w:pPr>
        <w:pStyle w:val="ArticleScripture"/>
        <w:jc w:val="left"/>
      </w:pPr>
      <w:r>
        <w:rPr>
          <w:rFonts w:ascii="Times New Roman" w:hAnsi="Times New Roman" w:eastAsia="Times New Roman" w:cs="Times New Roman"/>
        </w:rPr>
        <w:t>A tu je myseľ, ktorá má múdrosť. Tých sedem hláv je sedem vrchov, na ktorých sedí žena. Zjavenie 17:9.</w:t>
      </w:r>
    </w:p>
    <w:p>
      <w:pPr>
        <w:pStyle w:val="ArticleBody"/>
        <w:jc w:val="left"/>
      </w:pPr>
      <w:r>
        <w:rPr>
          <w:rFonts w:ascii="Times New Roman" w:hAnsi="Times New Roman" w:eastAsia="Times New Roman" w:cs="Times New Roman"/>
        </w:rPr>
        <w:t>Odzapečateniu Zjavenia Ježiša Krista rozumejú „múdri“, nie bezbožní. Obe zmienky o múdrosti v knihe Zjavenie sa týkajú tých, ktorí majú „rozumnosť“, a to, čo „múdri“ chápu, je „rozmnoženie poznania“. Toto „rozmnoženie poznania“, ktorým je Zjavenie Ježiša Krista, je zjavením, že ôsme kráľovstvo, ktoré je trojnásobným kráľovstvom 666, je takisto znázornené aj v druhej kapitole Daniela, lebo drahokamy z Millerovho sna majú v posledných dňoch žiariť desaťkrát jasnejšie.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„V Zjavení sú zobrazené hlbiny Božie. Už samotný názov daný jeho inšpirovaným stránkam, ‚Zjavenie‘, odporuje tvrdeniu, že ide o zapečatenú knihu. Zjavenie je niečo odhalené. Sám Pán zjavil svojmu služobníkovi tajomstvá obsiahnuté v tejto knihe a zamýšľa, aby boli otvorené skúmaniu všetkých. Jej pravdy sú určené tým, ktorí žijú v posledných dňoch dejín tejto zeme, ako aj tým, ktorí žili v dňoch Jána. Niektoré výjavy zobrazené v tomto proroctve patria minulosti, niektoré sa odohrávajú práve teraz; niektoré uvádzajú pred zrak záver veľkého zápasu medzi mocnosťami temnosti a Kniežaťom nebies a niektoré odhaľujú víťazstvá a radosti vykúpených na zemi učinenej novou.</w:t>
      </w:r>
    </w:p>
    <w:p>
      <w:pPr>
        <w:pStyle w:val="ArticleScripture"/>
        <w:jc w:val="left"/>
      </w:pPr>
      <w:r>
        <w:rPr>
          <w:rFonts w:ascii="Times New Roman" w:hAnsi="Times New Roman" w:eastAsia="Times New Roman" w:cs="Times New Roman"/>
        </w:rPr>
        <w:t>„Nech si nikto nemyslí, že preto, lebo nedokáže vysvetliť význam každého symbolu v Zjavení, je pre neho zbytočné skúmať túto knihu v úsilí poznať význam pravdy, ktorú obsahuje. Ten, ktorý zjavil tieto tajomstvá Jánovi, dá usilovnému hľadačovi pravdy predchuť nebeských vecí. Tým, ktorých srdcia sú otvorené prijatiu pravdy, bude umožnené porozumieť jej učeniam a bude im udelené požehnanie zasľúbené tým, ktorí „počúvajú slová tohto proroctva a zachovávajú to, čo je v ňom napísané.“</w:t>
      </w:r>
    </w:p>
    <w:p>
      <w:pPr>
        <w:pStyle w:val="ArticleScripture"/>
        <w:jc w:val="left"/>
      </w:pPr>
      <w:r>
        <w:rPr>
          <w:rFonts w:ascii="Times New Roman" w:hAnsi="Times New Roman" w:eastAsia="Times New Roman" w:cs="Times New Roman"/>
        </w:rPr>
        <w:t>„V Zjavení sa stretávajú a uzatvárajú všetky knihy Biblie. Tu je doplnok ku knihe Daniel. Jedna je proroctvom; druhá zjavením. Knihou, ktorá bola zapečatená, nie je Zjavenie, ale tá časť Danielovho proroctva, ktorá sa vzťahuje na posledné dni. Anjel prikázal: ‚Ale ty, Daniel, zavri tieto slová a zapečať knihu až do času konca.‘ Daniel 12:4.“ Skutky apoštolov,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päťdesiatosem</dc:title>
  <dc:subject>Rozpečatená múdrosť: Skúmanie trojitej únie a hádanky čísla 666 v proroctve</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