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Skryté dejiny štyridsiateho verša – číslo tri</w:t>
      </w:r>
    </w:p>
    <w:p>
      <w:pPr>
        <w:pStyle w:val="ArticleSubtitle"/>
        <w:jc w:val="left"/>
      </w:pPr>
      <w:r>
        <w:rPr>
          <w:rFonts w:ascii="Arial" w:hAnsi="Arial" w:eastAsia="Arial" w:cs="Arial"/>
        </w:rPr>
        <w:t>Nedeľný zákon a prorocká cesta: od Patriot Act k záverečnej skúške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2024-09-22</w:t>
      </w:r>
    </w:p>
    <w:p>
      <w:pPr>
        <w:pStyle w:val="ArticleScripture"/>
        <w:jc w:val="left"/>
      </w:pPr>
      <w:r>
        <w:rPr>
          <w:rFonts w:ascii="Times New Roman" w:hAnsi="Times New Roman" w:eastAsia="Times New Roman" w:cs="Times New Roman"/>
        </w:rPr>
        <w:t>„Nariadením, ktoré bude presadzovať ustanovenie pážstva v rozpore so zákonom Božím, sa náš národ úplne odtrhne od spravodlivosti. Keď protestantizmus natiahne svoju ruku ponad priepasť, aby uchopil ruku rímskej moci, keď siahne ponad hlbinu, aby si podal ruku so špiritizmom, keď pod vplyvom tejto trojnásobnej únie naša krajina zavrhne každú zásadu svojej Ústavy ako protestantskej a republikánskej vlády a vytvorí podmienky na šírenie pápežských lží a bludov, vtedy môžeme vedieť, že nastal čas podivuhodného pôsobenia Satana a že koniec je blízko.“</w:t>
      </w:r>
    </w:p>
    <w:p>
      <w:pPr>
        <w:pStyle w:val="ArticleScripture"/>
        <w:jc w:val="left"/>
      </w:pPr>
      <w:r>
        <w:rPr>
          <w:rFonts w:ascii="Times New Roman" w:hAnsi="Times New Roman" w:eastAsia="Times New Roman" w:cs="Times New Roman"/>
        </w:rPr>
        <w:t>„Ako bol príchod rímskych vojsk znamením pre učeníkov blížiaceho sa zničenia Jeruzalema, tak môže byť toto odpadnutie znamením pre nás, že hranica Božej zhovievavosti je dosiahnutá, že miera neprávosti nášho národa je naplnená a že anjel milosti sa chystá odletieť, aby sa už nikdy nevrátil. Boží ľud bude potom uvrhnutý do tých výjavov súženia a úzkosti, ktoré proroci opísali ako čas Jákobovho súženia. Výkriky verných, prenasledovaných vystupujú k nebu. A ako Ábelova krv volala zo zeme, tak aj z hrobov mučeníkov, z hrobiek mora, z horských jaskýň, z kláštorných klenieb zaznievajú hlasy volajúce k Bohu: ‚Dokedy, Pane, svätý a pravdivý, nesúdiš a nepomstíš našu krv na tých, čo bývajú na zemi?‘“</w:t>
      </w:r>
    </w:p>
    <w:p>
      <w:pPr>
        <w:pStyle w:val="ArticleScripture"/>
        <w:jc w:val="left"/>
      </w:pPr>
      <w:r>
        <w:rPr>
          <w:rFonts w:ascii="Times New Roman" w:hAnsi="Times New Roman" w:eastAsia="Times New Roman" w:cs="Times New Roman"/>
        </w:rPr>
        <w:t>„Pán koná svoje dielo. Celé nebo je v pohybe. Sudca celej zeme sa čoskoro postaví, aby obhájil svoju potupenú autoritu. Znak vyslobodenia bude položený na mužov, ktorí zachovávajú Božie prikázania, ktorí ctia Jeho zákon a ktorí odmietajú znak šelmy alebo jej obrazu.</w:t>
      </w:r>
    </w:p>
    <w:p>
      <w:pPr>
        <w:pStyle w:val="ArticleScripture"/>
        <w:jc w:val="left"/>
      </w:pPr>
      <w:r>
        <w:rPr>
          <w:rFonts w:ascii="Times New Roman" w:hAnsi="Times New Roman" w:eastAsia="Times New Roman" w:cs="Times New Roman"/>
        </w:rPr>
        <w:t>„Boh zjavil, čo sa má udiať v posledných dňoch, aby jeho ľud bol pripravený obstáť proti búrke odporu a hnevu. Tí, ktorí boli varovaní pred udalosťami, čo sú pred nimi, nemajú pokojne sedieť v očakávaní prichádzajúcej búrky a utešovať sa tým, že Pán ukryje svojich verných v deň súženia. Máme byť ako muži očakávajúci svojho Pána, nie v nečinnej vyčkávavosti, ale v horlivej práci, s neochvejnou vierou. Teraz nie je čas dovoliť, aby naše mysle boli pohltené vecami menšieho významu. Kým ľudia spia, satan činne usporadúva veci tak, aby sa ľudu Pánovmu nedostalo milosrdenstva ani spravodlivosti. Nedeľné hnutie si teraz razí cestu v temnote. Vodcovia zatajajú skutočnú podstatu veci a mnohí, ktorí sa pripájajú k tomuto hnutiu, sami nevidia, kam smeruje prúd pod povrchom. Jeho vyhlásenia sú mierne a navonok kresťanské, ale keď prehovorí, zjaví ducha draka. Je našou povinnosťou urobiť všetko, čo je v našej moci, aby sme odvrátili hroziace nebezpečenstvo. Mali by sme sa usilovať odzbrojiť predsudky tým, že sa pred ľuďmi predstavíme v pravom svetle. Mali by sme im predložiť skutočnú spornú otázku a tak postaviť najúčinnejší protest proti opatreniam obmedzujúcim slobodu svedomia. Máme skúmať Písma a byť schopní podať dôvod svojej viery. Prorok hovorí: ‚Bezbožní budú páchať bezbožnosť, a nikto z bezbožných neporozumie; ale múdri porozumejú.‘“ Testimonies, zväzok 5, 451, 452.</w:t>
      </w:r>
    </w:p>
    <w:p>
      <w:pPr>
        <w:pStyle w:val="ArticleBody"/>
        <w:jc w:val="left"/>
      </w:pPr>
      <w:r>
        <w:rPr>
          <w:rFonts w:ascii="Times New Roman" w:hAnsi="Times New Roman" w:eastAsia="Times New Roman" w:cs="Times New Roman"/>
        </w:rPr>
        <w:t>Keď „nedeľné hnutie“ „prehovorí, odhalí ducha draka“. Tieto štyri odseky určujú, že pri nedeľnom zákone sa Spojené štáty „úplne odlúčia od spravodlivosti“. Pri nedeľnom zákone „nastal čas pre podivuhodné pôsobenie satana“. Pri nedeľnom zákone sa dovŕši trojnásobné spojenie. Pri nedeľnom zákone Spojené štáty „zavrhnú každú zásadu svojej Ústavy ako protestantskej republikánskej vlády“ a tiež „vytvoria priestor na šírenie pápežských nepravd a bludov“. Tento nedeľný zákon je pre nás „znamením, že hranica Božej zhovievavosti bola dosiahnutá, že miera neprávosti nášho národa je plná a že anjel milosrdenstva sa chystá odletieť a už sa nikdy nevrátiť“. Toto znamenie bolo predobrazené varovaním, ktoré dal Ježiš, keď označil ohavnosť spustošenia, o ktorej hovoril prorok Daniel. Práve tam sa naplní modlitba mučeníkov piatej pečate, ktorí volajú: „Dokedy, ó Pane, svätý a pravdivý, nesúdiš a nepomstíš našu krv na tých, čo bývajú na zemi?“ Takisto práve pri tomto medzníku prejavia bláznivé i múdre panny svoj charakter.</w:t>
      </w:r>
    </w:p>
    <w:p>
      <w:pPr>
        <w:pStyle w:val="ArticleBody"/>
        <w:jc w:val="left"/>
      </w:pPr>
      <w:r>
        <w:rPr>
          <w:rFonts w:ascii="Times New Roman" w:hAnsi="Times New Roman" w:eastAsia="Times New Roman" w:cs="Times New Roman"/>
        </w:rPr>
        <w:t>Pri nedeľnom zákone Spojené štáty „zavrhujú každý princíp svojej Ústavy“. Obdobie, v ktorom sa toto dielo uskutočňovalo, sa začalo prijatím zákona Patriot Act v roku 2001. Obdobie od roku 2001 až po nedeľný zákon predstavuje postupné dielo zavrhovania Ústavy. Toto postupné dielo zodpovedá prorockej línii, v ktorej sa završuje vytvorenie obrazu šelmy. Línia obrazu šelmy sa môže javiť o niečo zložitejšia, no tejto zložitosti stojí za to porozumieť. To, čo líniu obrazu šelmy komplikuje, je skutočnosť, že predstavuje dve línie.</w:t>
      </w:r>
    </w:p>
    <w:p>
      <w:pPr>
        <w:pStyle w:val="ArticleBody"/>
        <w:jc w:val="left"/>
      </w:pPr>
      <w:r>
        <w:rPr>
          <w:rFonts w:ascii="Times New Roman" w:hAnsi="Times New Roman" w:eastAsia="Times New Roman" w:cs="Times New Roman"/>
        </w:rPr>
        <w:t>Pre šelmu zeme sú dvoma líniami rohy republikanizmu a protestantizmu. Tieto dva rohy sa spájajú do vzťahu cirkvi a štátu, a tak napĺňajú vytvorenie obrazu šelmy. Línia vytvorenia obrazu šelmy má preto v rámci jednej línie dve línie, lebo republikánske a protestantské rohy prechádzajú dejinami súbežne, no ich jednotlivé línie tiež nesú svoje vlastné prorocké svedectvo. Jedna prorocká línia s dvoma rovnobežnými predmetmi je zložitejšia než iba vyznačenie medzníkov politických krokov, ktoré predstavujú hovorenie spojené s Ústavou.</w:t>
      </w:r>
    </w:p>
    <w:p>
      <w:pPr>
        <w:pStyle w:val="ArticleBody"/>
        <w:jc w:val="left"/>
      </w:pPr>
      <w:r>
        <w:rPr>
          <w:rFonts w:ascii="Times New Roman" w:hAnsi="Times New Roman" w:eastAsia="Times New Roman" w:cs="Times New Roman"/>
        </w:rPr>
        <w:t>Dve línie republikánskeho a protestantského rohu sú ďalej komplikované prorockým faktom, že v rámci republikánskeho rohu sa nachádza dejinný zápas medzi demokratmi podporujúcimi otroctvo a republikánmi odporujúcimi otroctvu; a ďalej tým, že v rámci protestantského rohu prebieha neustály proces skúšania, ktorý sleduje múdre a bláznivé panny v dejinách protestantského rohu. Napriek tomu je nanajvýš dôležité pevne sa usadiť v týchto pravdách.</w:t>
      </w:r>
    </w:p>
    <w:p>
      <w:pPr>
        <w:pStyle w:val="ArticleBody"/>
        <w:jc w:val="left"/>
      </w:pPr>
      <w:r>
        <w:rPr>
          <w:rFonts w:ascii="Times New Roman" w:hAnsi="Times New Roman" w:eastAsia="Times New Roman" w:cs="Times New Roman"/>
        </w:rPr>
        <w:t>V línii predstavovanej dvoma rohmi zemelnej šelmy sa nachádza paralelné znázornenie buď utvárania Kristovho charakteru, alebo Satanovho charakteru, čo sa rovná buď utváraniu obrazu Krista, alebo obrazu šelmy, lebo v tomto kontexte „šelma“ predstavuje stvorenú bytosť na rozdiel od Stvoriteľa. Utváranie týchto vlastností sa uskutočňuje vnútorne medzi všetkými ľuďmi, lebo keď sa skúšobná doba uzavrie, existujú už len dve triedy. Toto utváranie sa uskutočňuje aj navonok prostredníctvom spojenectva medzi pápežskou mocou a Organizáciou Spojených národov.</w:t>
      </w:r>
    </w:p>
    <w:p>
      <w:pPr>
        <w:pStyle w:val="ArticleBody"/>
        <w:jc w:val="left"/>
      </w:pPr>
      <w:r>
        <w:rPr>
          <w:rFonts w:ascii="Times New Roman" w:hAnsi="Times New Roman" w:eastAsia="Times New Roman" w:cs="Times New Roman"/>
        </w:rPr>
        <w:t>Teda čas skúšky pre vytvorenie obrazu šelmy sa začal v roku 2001 a končí sa pri nedeľnom zákone v Spojených štátoch. V tomto časovom období prorocké dejiny dvoch rohov šelmy zo zeme znázorňujú vnútorný i vonkajší spor v rámci príslušných rohov, či už náboženský alebo politický, a takisto zápas medzi samotnými dvoma rohmi.</w:t>
      </w:r>
    </w:p>
    <w:p>
      <w:pPr>
        <w:pStyle w:val="ArticleBody"/>
        <w:jc w:val="left"/>
      </w:pPr>
      <w:r>
        <w:rPr>
          <w:rFonts w:ascii="Times New Roman" w:hAnsi="Times New Roman" w:eastAsia="Times New Roman" w:cs="Times New Roman"/>
        </w:rPr>
        <w:t>Nedeľný zákon v Spojených štátoch predstavuje výstrahu na útek, ktorú Ježiš označil ako „ohavnosť spustošenia“. Nedeľný zákon v Spojených štátoch je zavŕšením obdobia, ktoré sa začalo v roku 2001. Patriot Act bol „ohavnosťou spustošenia, o ktorej hovoril Daniel“, a Ježiš ho označil ako znamenie, aby sa ušlo pred prichádzajúcim zničením.</w:t>
      </w:r>
    </w:p>
    <w:p>
      <w:pPr>
        <w:pStyle w:val="ArticleBody"/>
        <w:jc w:val="left"/>
      </w:pPr>
      <w:r>
        <w:rPr>
          <w:rFonts w:ascii="Times New Roman" w:hAnsi="Times New Roman" w:eastAsia="Times New Roman" w:cs="Times New Roman"/>
        </w:rPr>
        <w:t>Patriot Act zahŕňa prorocké svetlo roku 1888 a Blair Bill. Patriot Act teda prorocky obsahuje aj predobraz nedeľného zákona, takže obdobie od roku 2001 sa začína nedeľným zákonom, ako ho predobrazuje 1888 — Blair Bill, 2001 — Patriot Act, a končí sa nedeľným zákonom.</w:t>
      </w:r>
    </w:p>
    <w:p>
      <w:pPr>
        <w:pStyle w:val="ArticleBody"/>
        <w:jc w:val="left"/>
      </w:pPr>
      <w:r>
        <w:rPr>
          <w:rFonts w:ascii="Times New Roman" w:hAnsi="Times New Roman" w:eastAsia="Times New Roman" w:cs="Times New Roman"/>
        </w:rPr>
        <w:t>Varovanie utiecť z miest v roku 2001 predobrazuje varovanie utiecť z Babylonu pri nedeľnom zákone. Súd privedený na Spojené štáty pri nedeľnom zákone predobrazuje súd, ktorý príde na celý svet, keď povstane Michael a ľudská doba milosti sa uzavrie. Kristov podpis ako Alfa a Omega je opakovane znázornený v pravdách predstavovaných Blairovým zákonom v roku 1888 a vo všetkom, čo rok 1888 predstavuje a čo sa opakuje v roku 2001.</w:t>
      </w:r>
    </w:p>
    <w:p>
      <w:pPr>
        <w:pStyle w:val="ArticleBody"/>
        <w:jc w:val="left"/>
      </w:pPr>
      <w:r>
        <w:rPr>
          <w:rFonts w:ascii="Times New Roman" w:hAnsi="Times New Roman" w:eastAsia="Times New Roman" w:cs="Times New Roman"/>
        </w:rPr>
        <w:t>Rok 2001, ktorý bol predobrazený rokom 1888, predstavuje nielen znamenie úteku, znázornené ohavnosťou spustošenia, ale bol tiež znázornený rokom 66 po Kr. a obliehaním Cestia. Obliehanie Titom v roku 70 po Kr. predstavuje nedeľný zákon v Spojených štátoch. Nedeľný zákon v Spojených štátoch je znázornený rokom 321 a prvým Konštantínovým nedeľným zákonom a rok 538 predstavuje čas, keď posledný národ zeme podľahne znameniu šelmy.</w:t>
      </w:r>
    </w:p>
    <w:p>
      <w:pPr>
        <w:pStyle w:val="ArticleBody"/>
        <w:jc w:val="left"/>
      </w:pPr>
      <w:r>
        <w:rPr>
          <w:rFonts w:ascii="Times New Roman" w:hAnsi="Times New Roman" w:eastAsia="Times New Roman" w:cs="Times New Roman"/>
        </w:rPr>
        <w:t>Rok 2001 je rokom 1888, Cestiom a rokom 66 po Kr. Nedeľný zákon je Titus a roky 70 a 321. Rok 2001 je tiež krstom Ježiša a Jeho zostúpením v desiatej kapitole Zjavenia na 11. augusta 1840. Všetky tieto symboly prispievajú k línii Ústavy.</w:t>
      </w:r>
    </w:p>
    <w:p>
      <w:pPr>
        <w:pStyle w:val="ArticleBody"/>
        <w:jc w:val="left"/>
      </w:pPr>
      <w:r>
        <w:rPr>
          <w:rFonts w:ascii="Times New Roman" w:hAnsi="Times New Roman" w:eastAsia="Times New Roman" w:cs="Times New Roman"/>
        </w:rPr>
        <w:t>Prorocké dejiny Spojených štátov prebiehajú súbežne s dejinami adventizmu. V roku 1798 pápežstvo utrpelo svoju smrteľnú ranu a rok 1798 bol časom konca, keď bola odpečatená tá časť Danielových proroctiev, ktorá sa vzťahovala na dejiny prvého a druhého anjela zo štrnástej kapitoly Zjavenia. Práve tam, v roku 1798, je vyznačený prorocký začiatok adventizmu a v roku 1798 sa šelma zo zeme s rohmi podobnými baránkovým stala šiestym kráľovstvom biblického proroctva.</w:t>
      </w:r>
    </w:p>
    <w:p>
      <w:pPr>
        <w:pStyle w:val="ArticleBody"/>
        <w:jc w:val="left"/>
      </w:pPr>
      <w:r>
        <w:rPr>
          <w:rFonts w:ascii="Times New Roman" w:hAnsi="Times New Roman" w:eastAsia="Times New Roman" w:cs="Times New Roman"/>
        </w:rPr>
        <w:t>Roku 1798 predchádzali tri prorocké medzníky spojené s líniou šelmy zo zeme, a teda s hovorením Spojených štátov a s Ústavou Spojených štátov. Týmito tromi medzníkmi boli Vyhlásenie nezávislosti, vyslovené v roku 1776, potom Ústava v roku 1789 a napokon Zákony o cudzincoch a poburovaní z roku 1798.</w:t>
      </w:r>
    </w:p>
    <w:p>
      <w:pPr>
        <w:pStyle w:val="ArticleBody"/>
        <w:jc w:val="left"/>
      </w:pPr>
      <w:r>
        <w:rPr>
          <w:rFonts w:ascii="Times New Roman" w:hAnsi="Times New Roman" w:eastAsia="Times New Roman" w:cs="Times New Roman"/>
        </w:rPr>
        <w:t>Tieto tri medzníky sa vzťahujú na prorockú líniu Ústavy a označujú začiatok šiesteho kráľovstva biblického proroctva. Nedeľný zákon je koncom vlády šiesteho kráľovstva biblického proroctva, a preto z prorockej nevyhnutnosti musia existovať tri medzníky, ktoré predchádzajú tomuto koncu, ako to predobrazne ukázali tri medzníky, ktoré predchádzali začiatku.</w:t>
      </w:r>
    </w:p>
    <w:p>
      <w:pPr>
        <w:pStyle w:val="ArticleBody"/>
        <w:jc w:val="left"/>
      </w:pPr>
      <w:r>
        <w:rPr>
          <w:rFonts w:ascii="Times New Roman" w:hAnsi="Times New Roman" w:eastAsia="Times New Roman" w:cs="Times New Roman"/>
        </w:rPr>
        <w:t>V roku 2001, pri páde veží, je Patriot Act predobrazovaný Blairovým zákonom z roku 1888 spolu so zjavným vzbúrením vedenia adventizmu na Generálnej konferencii v Minneapolise. Vzbura, o ktorej anjel povedal sestre Whiteovej, že bola predobrazovaná vzburou proti Mojžišovi zo strany Kóracha, Dátana a Abírama, je tiež predobrazovaná krstom Krista v roku 27 po Kr., obmedzením islamu 11. augusta 1840 a Vyhlásením nezávislosti v roku 1776, ako aj „ohavnosťou spustošenia, o ktorej hovoril prorok Daniel“ ako znamením na útek pred prichádzajúcim hnevom, ako to predstavuje Cestius a rok 66 po Kr.</w:t>
      </w:r>
    </w:p>
    <w:p>
      <w:pPr>
        <w:pStyle w:val="ArticleBody"/>
        <w:jc w:val="left"/>
      </w:pPr>
      <w:r>
        <w:rPr>
          <w:rFonts w:ascii="Times New Roman" w:hAnsi="Times New Roman" w:eastAsia="Times New Roman" w:cs="Times New Roman"/>
        </w:rPr>
        <w:t>Ak si ešte stále dokážete pamätať, že línia proroctva, ktorú teraz skúmame, je líniou Ústavy Spojených štátov, všetky vyššie uvedené prorocké línie prispievajú k prorockej téme predstavovanej líniou Ústavy a ustanovujú ju. Predsa však líniou, ktorá sa zdá byť najviac prepojená, je línia formovania obrazu šelmy. Obraz šelmy je obrazom pápežskej šelmy, ktorá je predstavená ako šelma, nad ktorou vládne žena; je to spojenie cirkvi a štátu, pričom cirkev má nad týmto vzťahom kontrolu. Aby Spojené štáty vytvorili obraz šelme, odpadlé protestantstvo musí ovládnuť vládu natoľko, že vláda prijme a bude presadzovať náboženské nariadenia a napokon aj nedeľný zákon.</w:t>
      </w:r>
    </w:p>
    <w:p>
      <w:pPr>
        <w:pStyle w:val="ArticleBody"/>
        <w:jc w:val="left"/>
      </w:pPr>
      <w:r>
        <w:rPr>
          <w:rFonts w:ascii="Times New Roman" w:hAnsi="Times New Roman" w:eastAsia="Times New Roman" w:cs="Times New Roman"/>
        </w:rPr>
        <w:t>Keď bude dokončený proces vytvárania obrazu šelmy, bude zvrátená Ústava, napísaná s prvoradou zásadou, ktorú Thomas Jefferson formuloval ako „oddelenie cirkvi od štátu“. Keď bude mať protestantský roh moc usmerňovať republikánsky roh, aby presadzoval náboženské nariadenia, bude samé srdce Ústavy roztrhané, a tak je zrejmý prorocký vzťah medzi líniou Ústavy a líniou obrazu šelmy.</w:t>
      </w:r>
    </w:p>
    <w:p>
      <w:pPr>
        <w:pStyle w:val="ArticleBody"/>
        <w:jc w:val="left"/>
      </w:pPr>
      <w:r>
        <w:rPr>
          <w:rFonts w:ascii="Times New Roman" w:hAnsi="Times New Roman" w:eastAsia="Times New Roman" w:cs="Times New Roman"/>
        </w:rPr>
        <w:t>Obdobie, v ktorom sa vytvára obraz šelmy, sa začalo v roku 2001 prijatím Patriot Act a končí sa pri nedeľnom zákone, keď bude presadzované znamenie šelmy. Počas tohto obdobia je kropený neskorý dážď, lebo neskorý dážď začína padať vtedy, keď zostupuje mocný anjel zo zjavenia osemnástej kapitoly a osvecuje zem svojou slávou, čo by sa podľa sestry Whiteovej malo udiať vtedy, keď budú veľké budovy New York City zrútené dotykom Pána.</w:t>
      </w:r>
    </w:p>
    <w:p>
      <w:pPr>
        <w:pStyle w:val="ArticleScripture"/>
        <w:jc w:val="left"/>
      </w:pPr>
      <w:r>
        <w:rPr>
          <w:rFonts w:ascii="Times New Roman" w:hAnsi="Times New Roman" w:eastAsia="Times New Roman" w:cs="Times New Roman"/>
        </w:rPr>
        <w:t>„Neskorý dážď má zostúpiť na Boží ľud. Mocný anjel má zostúpiť z neba a celá zem má byť osvietená jeho slávou.“ Review and Herald, 21. apríla 1891.</w:t>
      </w:r>
    </w:p>
    <w:p>
      <w:pPr>
        <w:pStyle w:val="ArticleBody"/>
        <w:jc w:val="left"/>
      </w:pPr>
      <w:r>
        <w:rPr>
          <w:rFonts w:ascii="Times New Roman" w:hAnsi="Times New Roman" w:eastAsia="Times New Roman" w:cs="Times New Roman"/>
        </w:rPr>
        <w:t>Obdobie kropenia neskorým dažďom predstavuje časové obdobie, počas ktorého sú pšenica a kúkoľ poslednej generácie adventizmu preosievané a očisťované. Toto preosievanie a očisťovanie sa končí pri nedeľnom zákone a múdre panny, ktoré vlastnia olej, keď nastane kríza nedeľného zákona, sú zapečatené, a potom je Duch Svätý vyliaty bez miery, až kým Michael nepovstane a ľudská doba milosti sa neuzavrie.</w:t>
      </w:r>
    </w:p>
    <w:p>
      <w:pPr>
        <w:pStyle w:val="ArticleBody"/>
        <w:jc w:val="left"/>
      </w:pPr>
      <w:r>
        <w:rPr>
          <w:rFonts w:ascii="Times New Roman" w:hAnsi="Times New Roman" w:eastAsia="Times New Roman" w:cs="Times New Roman"/>
        </w:rPr>
        <w:t>Počas vytvárania obrazu šelmy v Spojených štátoch bude neskorý dážď kropiť, a počas vytvárania obrazu šelmy vo svete bude neskorý dážď vyliaty bez miery.</w:t>
      </w:r>
    </w:p>
    <w:p>
      <w:pPr>
        <w:pStyle w:val="ArticleBody"/>
        <w:jc w:val="left"/>
      </w:pPr>
      <w:r>
        <w:rPr>
          <w:rFonts w:ascii="Times New Roman" w:hAnsi="Times New Roman" w:eastAsia="Times New Roman" w:cs="Times New Roman"/>
        </w:rPr>
        <w:t>V roku 2001 sa začalo skúšanie laodicejského cirkevného zboru adventistov siedmeho dňa, ako to predobrazovali protestanti 11. augusta 1840 a staroveký Izrael v čase, keď bol Kristus pokrstený.</w:t>
      </w:r>
    </w:p>
    <w:p>
      <w:pPr>
        <w:pStyle w:val="ArticleScripture"/>
        <w:jc w:val="left"/>
      </w:pPr>
      <w:r>
        <w:rPr>
          <w:rFonts w:ascii="Times New Roman" w:hAnsi="Times New Roman" w:eastAsia="Times New Roman" w:cs="Times New Roman"/>
        </w:rPr>
        <w:t>„Čas skúšky je už bezprostredne pred nami, lebo mocné volanie tretieho anjela sa už začalo v zjavení spravodlivosti Krista, Vykupiteľa odpúšťajúceho hriech. Toto je začiatok svetla anjela, ktorého sláva naplní celú zem.“ Selected Messages, kniha 1, 362.</w:t>
      </w:r>
    </w:p>
    <w:p>
      <w:pPr>
        <w:pStyle w:val="ArticleBody"/>
        <w:jc w:val="left"/>
      </w:pPr>
      <w:r>
        <w:rPr>
          <w:rFonts w:ascii="Times New Roman" w:hAnsi="Times New Roman" w:eastAsia="Times New Roman" w:cs="Times New Roman"/>
        </w:rPr>
        <w:t>Záverečný skúšobný proces pre ľud niekdajšej zmluvy sa začína vtedy, keď svetlo anjela zo Zjavenia osemnástej kapitoly začne predkladať svoje posolstvo. Jeho posolstvo je tiež znázornené v prvých troch veršoch osemnástej kapitoly Zjavenia a tieto tri verše sa podľa sestry Whiteovej naplnili, keď padli veľké budovy mesta New York.</w:t>
      </w:r>
    </w:p>
    <w:p>
      <w:pPr>
        <w:pStyle w:val="ArticleBody"/>
        <w:jc w:val="left"/>
      </w:pPr>
      <w:r>
        <w:rPr>
          <w:rFonts w:ascii="Times New Roman" w:hAnsi="Times New Roman" w:eastAsia="Times New Roman" w:cs="Times New Roman"/>
        </w:rPr>
        <w:t>Potom sa začal proces skúšky, znázornený Jánom v desiatej kapitole Zjavenia. Skúška spočívala v tom, či vezmete malú knižku, ktorá bola v ruke anjela, a potom ju zjete. Počas tohto obdobia skúšky, kým je kropený neskorý dážď, dopadá iba na tých, ktorí sa rozhodnú vziať malú knižku a zjesť ju.</w:t>
      </w:r>
    </w:p>
    <w:p>
      <w:pPr>
        <w:pStyle w:val="ArticleScripture"/>
        <w:jc w:val="left"/>
      </w:pPr>
      <w:r>
        <w:rPr>
          <w:rFonts w:ascii="Times New Roman" w:hAnsi="Times New Roman" w:eastAsia="Times New Roman" w:cs="Times New Roman"/>
        </w:rPr>
        <w:t>„Mnohí do veľkej miery zlyhali v prijatí raného dažďa. Nezískali všetky dobrodenia, ktoré im Boh takto pripravil. Očakávajú, že tento nedostatok bude nahradený neskorým dažďom. Keď bude udelená najbohatšia hojnosť milosti, zamýšľajú otvoriť svoje srdcia, aby ju prijali. Dopúšťajú sa hrozného omylu. Dielo, ktoré Boh začal v ľudskom srdci tým, že mu dáva svoje svetlo a poznanie, musí neustále pokračovať. Každý jednotlivec si musí uvedomiť svoju vlastnú potrebu. Srdce musí byť vyprázdnené od každej poškvrny a očistené pre prebývanie Ducha. Prví učeníci sa pripravili na vyliatie Svätého Ducha v deň Letníc vyznaním a opustením hriechu, vrúcnou modlitbou a zasvätením samých seba Bohu. To isté dielo, len vo väčšej miere, musí byť vykonané aj teraz. Vtedy mal ľudský činiteľ iba prosiť o požehnanie a čakať na Pána, aby v ňom dovŕšil dielo. Je to Boh, kto začal dielo, a on svoje dielo aj dokončí, urobí človeka dokonalým v Ježišovi Kristovi. No nesmie dochádzať k nijakému zanedbávaniu milosti predstavenej raným dažďom. Iba tí, ktorí žijú podľa svetla, ktoré prijali, dostanú väčšie svetlo. Ak denne nepostupujeme v prejavovaní činných kresťanských cností, nerozpoznáme prejavy Svätého Ducha v neskorom daždi. Môže padať na srdcia všade okolo nás, no my ho nerozoznáme ani neprijmeme.“ Testimonies to Ministers, 506, 507.</w:t>
      </w:r>
    </w:p>
    <w:p>
      <w:pPr>
        <w:pStyle w:val="ArticleBody"/>
        <w:jc w:val="left"/>
      </w:pPr>
      <w:r>
        <w:rPr>
          <w:rFonts w:ascii="Times New Roman" w:hAnsi="Times New Roman" w:eastAsia="Times New Roman" w:cs="Times New Roman"/>
        </w:rPr>
        <w:t>Tí, ktorí prijali posolstvo roku 2001, prijímali posolstvo primerané pre to obdobie, no mali byť skúšaní, aby sa ukázalo, či si toto posolstvo skutočne osvojili do skúsenosti pripravenej na pečať Božiu. V tom období je preto neskorý dážď znázornený ako kropenie, lebo pšenica a kúkoľ sú ešte spolu. Preto sestra Whiteová hovorí: „Môže padať na srdcia všade okolo nás, ale my ho nerozoznáme ani neprijmeme.“ Keď sú múdri oddelení od bláznivých, vtedy je neskorý dážď vyliaty bez miery, ako to bolo na Turíce, čo je predobrazom nedeľného zákona.</w:t>
      </w:r>
    </w:p>
    <w:p>
      <w:pPr>
        <w:pStyle w:val="ArticleScripture"/>
        <w:jc w:val="left"/>
      </w:pPr>
      <w:r>
        <w:rPr>
          <w:rFonts w:ascii="Times New Roman" w:hAnsi="Times New Roman" w:eastAsia="Times New Roman" w:cs="Times New Roman"/>
        </w:rPr>
        <w:t>„Aj tieto podobenstvá učia, že po súde už nebude nijaký čas milosti. Keď bude dielo evanjelia dokonané, bezprostredne nato nastane oddelenie medzi dobrými a zlými a osud každej triedy bude navždy určený.“ Kristove podobenstvá, 123.</w:t>
      </w:r>
    </w:p>
    <w:p>
      <w:pPr>
        <w:pStyle w:val="ArticleBody"/>
        <w:jc w:val="left"/>
      </w:pPr>
      <w:r>
        <w:rPr>
          <w:rFonts w:ascii="Times New Roman" w:hAnsi="Times New Roman" w:eastAsia="Times New Roman" w:cs="Times New Roman"/>
        </w:rPr>
        <w:t>Obdobie kropenia neskorým dažďom, po ktorom nasleduje obdobie, keď je neskorý dážď vyliaty bez miery, je takisto znázornené ako dve obdobia, v ktorých sa vykonáva súd nad Božím ľudom. Prvé obdobie súdu nad Božím ľudom sa začalo domom Božím 11. septembra 2001 a pri súde nedeľného zákona sa potom súd dovršuje nad druhým Božím stádom, ktoré odpovedá na hlasité volanie tretieho anjela, alebo ho odmieta; toto volanie sa začína pri nedeľnom zákone v Spojených štátoch a končí, keď povstane Michael a ľudská skúšobná doba sa uzavrie.</w:t>
      </w:r>
    </w:p>
    <w:p>
      <w:pPr>
        <w:pStyle w:val="ArticleBody"/>
        <w:jc w:val="left"/>
      </w:pPr>
      <w:r>
        <w:rPr>
          <w:rFonts w:ascii="Times New Roman" w:hAnsi="Times New Roman" w:eastAsia="Times New Roman" w:cs="Times New Roman"/>
        </w:rPr>
        <w:t>Dve obdobia neskorého dažďa, ktoré sú zároveň dvoma obdobiami súdu, ktorý sa začína v dome Božom a potom prechádza k druhému Božiemu stádu, sú zároveň dvoma obdobiami utvárania obrazu šelmy.</w:t>
      </w:r>
    </w:p>
    <w:p>
      <w:pPr>
        <w:pStyle w:val="ArticleBody"/>
        <w:jc w:val="left"/>
      </w:pPr>
      <w:r>
        <w:rPr>
          <w:rFonts w:ascii="Times New Roman" w:hAnsi="Times New Roman" w:eastAsia="Times New Roman" w:cs="Times New Roman"/>
        </w:rPr>
        <w:t>V rámci prvého z týchto dvoch prorockých období, keď je súd privedený na Božiu cirkev a tiež na Spojené štáty, sa odohrávajú tie isté dejiny, v ktorých sú súdené tak republikánsky roh, ako aj protestantský roh. Práve tam, kde je laodicejský adventizmus vypľutý z úst Pána, Spojené štáty napĺňajú kalich svojej skúšobnej doby, na národ je privedená národná skaza a Satan sa potom zjavuje a začína svoje podivuhodné dielo. Sto štyridsaťštyri tisíc je zapečatených a pri nedeľnom zákone pozdvihnutých ako zástava.</w:t>
      </w:r>
    </w:p>
    <w:p>
      <w:pPr>
        <w:pStyle w:val="ArticleBody"/>
        <w:jc w:val="left"/>
      </w:pPr>
      <w:r>
        <w:rPr>
          <w:rFonts w:ascii="Times New Roman" w:hAnsi="Times New Roman" w:eastAsia="Times New Roman" w:cs="Times New Roman"/>
        </w:rPr>
        <w:t>Sme poučení, že je nemožné podať akúkoľvek predstavu o „skúsenosti Božieho ľudu, ktorý bude živý na zemi, keď sa nebeská sláva a opakovanie prenasledovaní minulosti spoja.“</w:t>
      </w:r>
    </w:p>
    <w:p>
      <w:pPr>
        <w:pStyle w:val="ArticleScripture"/>
        <w:jc w:val="left"/>
      </w:pPr>
      <w:r>
        <w:rPr>
          <w:rFonts w:ascii="Times New Roman" w:hAnsi="Times New Roman" w:eastAsia="Times New Roman" w:cs="Times New Roman"/>
        </w:rPr>
        <w:t>„Satan je usilovným študentom Biblie. Vie, že jeho čas je krátky, a na každom mieste sa usiluje marit dielo Pánovo na tejto zemi. Nie je možné podať nijakú predstavu o skúsenosti Božieho ľudu, ktorý bude žiť na zemi, keď sa nebeská sláva spojí s opakovaním prenasledovaní minulosti. Budú chodiť vo svetle vychádzajúcom od Božieho trónu. Prostredníctvom anjelov bude medzi nebom a zemou neustále prebiehať spojenie. A Satan, obklopený zlými anjelmi a vydávajúci sa za Boha, bude konať zázraky každého druhu, aby, ak je to možné, zviedol aj vyvolených. Boží ľud nenájde svoje bezpečie v konaní zázrakov, lebo Satan bude napodobňovať zázraky, ktoré budú vykonané. Boží skúšaný a osvedčený ľud nájde svoju moc v znamení, o ktorom sa hovorí v Exodus 31:12–18. Majú zaujať svoje stanovisko na živom slove: ‚Je napísané.‘ To je jediný základ, na ktorom môžu bezpečne stáť. Tí, ktorí porušili svoju zmluvu s Bohom, budú v ten deň bez Boha a bez nádeje.“ Testimonies, zväzok 9, 16.</w:t>
      </w:r>
    </w:p>
    <w:p>
      <w:pPr>
        <w:pStyle w:val="ArticleBody"/>
        <w:jc w:val="left"/>
      </w:pPr>
      <w:r>
        <w:rPr>
          <w:rFonts w:ascii="Times New Roman" w:hAnsi="Times New Roman" w:eastAsia="Times New Roman" w:cs="Times New Roman"/>
        </w:rPr>
        <w:t>Opakovanie prenasledovaní minulosti sa začína pri nedeľnom zákone v Spojených štátoch, lebo satan v tom čase začína svoje podivuhodné dielo, a múdre panny, ktoré už boli „skúšané a preverované“, potom „budú kráčať vo svetle vychádzajúcom od trónu Božieho“. To sa uskutoční prostredníctvom diela anjelov, lebo „prostredníctvom anjelov bude prebiehať neustála komunikácia medzi nebom a zemou.“</w:t>
      </w:r>
    </w:p>
    <w:p>
      <w:pPr>
        <w:pStyle w:val="ArticleScripture"/>
        <w:jc w:val="left"/>
      </w:pPr>
      <w:r>
        <w:rPr>
          <w:rFonts w:ascii="Times New Roman" w:hAnsi="Times New Roman" w:eastAsia="Times New Roman" w:cs="Times New Roman"/>
        </w:rPr>
        <w:t>„Pomazaní, ktorí stoja pri Pánovi celej zeme, majú postavenie, ktoré bolo kedysi dané satanovi ako zatienenému cherubovi. Prostredníctvom svätých bytostí obklopujúcich jeho trón Pán udržiava neustále spojenie s obyvateľmi zeme. Zlatý olej predstavuje milosť, ktorou Boh neprestajne zásobuje lampy veriacich, aby neblikali a nevyhasli. Keby sa tento svätý olej nevylieval z neba v posolstvách Božieho Ducha, nástroje zla by mali nad ľuďmi úplnú moc.“</w:t>
      </w:r>
    </w:p>
    <w:p>
      <w:pPr>
        <w:pStyle w:val="ArticleScripture"/>
        <w:jc w:val="left"/>
      </w:pPr>
      <w:r>
        <w:rPr>
          <w:rFonts w:ascii="Times New Roman" w:hAnsi="Times New Roman" w:eastAsia="Times New Roman" w:cs="Times New Roman"/>
        </w:rPr>
        <w:t>„Boh je zneuctený, keď neprijímame posolstvá, ktoré nám posiela. Takto odmietame zlatý olej, ktorý by vylial do našich duší, aby bol sprostredkovaný tým, ktorí sú v temnote. Keď zaznie výzva: ‚Hľa, ženích prichádza; vyjdite mu v ústrety,‘ tí, ktorí neprijali svätý olej, ktorí si v srdci neprechovávali Kristovu milosť, zistia, podobne ako bláznivé panny, že nie sú pripravení stretnúť svojho Pána. Nemajú sami v sebe moc získať olej a ich životy stroskotajú. Ak je však vyprosený Duch Svätý Boží, ak prosíme, ako prosil Mojžiš: ‚Ukáž mi svoju slávu,‘ Božia láska bude vyliata v našich srdciach. Skrze zlaté rúrky bude k nám prúdiť zlatý olej. ‚Nie mocou ani silou, ale mojím Duchom, hovorí Hospodin zástupov.‘ Prijímaním jasných lúčov Slnka spravodlivosti Božie deti svietia ako svetlá vo svete.“ Review and Herald, 20. júla 1897.</w:t>
      </w:r>
    </w:p>
    <w:p>
      <w:pPr>
        <w:pStyle w:val="ArticleBody"/>
        <w:jc w:val="left"/>
      </w:pPr>
      <w:r>
        <w:rPr>
          <w:rFonts w:ascii="Times New Roman" w:hAnsi="Times New Roman" w:eastAsia="Times New Roman" w:cs="Times New Roman"/>
        </w:rPr>
        <w:t>Múdri sú tí, ktorí sú zapečatení v siedmej kapitole Zjavenia a v deviatej kapitole Ezechiela, a ktorí sú postavení do protikladu k bláznivým, ktorí zneucťujú Pána tým, že odmietajú „posolstvá, ktoré posiela“. Blázniví sú tí, „ktorí porušili svoju zmluvu s Bohom a ktorí v onen deň budú bez Boha a bez nádeje“. Tieto dve skupiny boli skúšané a privedené do bodu, v ktorom zjavili svoj charakter podľa toho, či prijali alebo odmietli posolstvo danej hodiny. Posolstvom danej hodiny od 11. septembra 2001 je posolstvo neskorého dažďa.</w:t>
      </w:r>
    </w:p>
    <w:p>
      <w:pPr>
        <w:pStyle w:val="ArticleBody"/>
        <w:jc w:val="left"/>
      </w:pPr>
      <w:r>
        <w:rPr>
          <w:rFonts w:ascii="Times New Roman" w:hAnsi="Times New Roman" w:eastAsia="Times New Roman" w:cs="Times New Roman"/>
        </w:rPr>
        <w:t>Posolstvo neskorého dažďa sa rozpoznáva prostredníctvom metodológie „riadok za riadkom“, ako je predložená v dvadsiatej ôsmej kapitole Izaiáša. Metodológia „riadok za riadkom“ je Bohom ustanovenou metódou biblického štúdia, a preto odmietnuť túto metodológiu znamená nielen odmietnuť posolstvo predstavené prostredníctvom uplatnenia zásady „riadok za riadkom“, trochu tu a trochu tam, ale aj odmietnuť Darcu tejto metodológie.</w:t>
      </w:r>
    </w:p>
    <w:p>
      <w:pPr>
        <w:pStyle w:val="ArticleBody"/>
        <w:jc w:val="left"/>
      </w:pPr>
      <w:r>
        <w:rPr>
          <w:rFonts w:ascii="Times New Roman" w:hAnsi="Times New Roman" w:eastAsia="Times New Roman" w:cs="Times New Roman"/>
        </w:rPr>
        <w:t>Vzhľadom na inšpirované zásady zjavené v procese skúšky, ktorý vedie k zapečateniu stoštyridsiatich štyroch tisícov, je zrejmé, že jediný spôsob, akým môže Božie dieťa prejsť dejinami, v ktorých sa „nebeská sláva a opakovanie prenasledovaní minulosti spájajú“, je byť v skúsenosti, v ktorej možno rozpoznať svetlo z Božieho trónu. Musí byť rozpoznané, inak je to zbytočné a sme stratení.</w:t>
      </w:r>
    </w:p>
    <w:p>
      <w:pPr>
        <w:pStyle w:val="ArticleScripture"/>
        <w:jc w:val="left"/>
      </w:pPr>
      <w:r>
        <w:rPr>
          <w:rFonts w:ascii="Times New Roman" w:hAnsi="Times New Roman" w:eastAsia="Times New Roman" w:cs="Times New Roman"/>
        </w:rPr>
        <w:t>„Na neskorý dážď nesmieme čakať. Prichádza na všetkých, ktorí rozpoznajú a prijmú rosu a prehánky milosti, ktoré na nás padajú. Keď zozbierame úlomky svetla, keď si vážime isté milosrdenstvá Boha, ktorý rád vidí, že Mu dôverujeme, potom sa splní každé zasľúbenie. [citovaný Izaiáš 61,11.] Celá zem má byť naplnená slávou Božou.“ The Seventh-day Adventist Bible Commentary, zväzok 7, 984.</w:t>
      </w:r>
    </w:p>
    <w:p>
      <w:pPr>
        <w:pStyle w:val="ArticleBody"/>
        <w:jc w:val="left"/>
      </w:pPr>
      <w:r>
        <w:rPr>
          <w:rFonts w:ascii="Times New Roman" w:hAnsi="Times New Roman" w:eastAsia="Times New Roman" w:cs="Times New Roman"/>
        </w:rPr>
        <w:t>V období, ktoré sa začalo, keď anjel zo Zjavenia osemnástej kapitoly napĺňa celú zem svojou slávou, počnúc 11. septembrom 2001, prišiel neskorý dážď len „na“ tých, „ktorí“ „rozpoznali a osvojili si rosu a prehánky milosti, ktoré“ „padajú na nás“. „Veľký omyl“, na ktorý už skôr poukázala sestra Whiteová, spočíval v tom, že sa bláznivé panny domnievali, že môžu čakať až dovtedy, keď bude neskorý dážď vyliaty bez miery, lebo vtedy si mysleli, že môžu všetko dobehnúť. Nie je to tak; iba tí, ktorí rastú vo svojom porozumení Božiemu prorockému Slovu, prijímajú viac svetla.</w:t>
      </w:r>
    </w:p>
    <w:p>
      <w:pPr>
        <w:pStyle w:val="ArticleBody"/>
        <w:jc w:val="left"/>
      </w:pPr>
      <w:r>
        <w:rPr>
          <w:rFonts w:ascii="Times New Roman" w:hAnsi="Times New Roman" w:eastAsia="Times New Roman" w:cs="Times New Roman"/>
        </w:rPr>
        <w:t>Na záver tohto článku chcem poukázať na skutočnosť súvisiacu s účelom času skúšky, v ktorom sa teraz nachádzame. Ak máme „chodiť vo svetle vychádzajúcom z trónu Božieho“ v čase, keď sa budú opakovať prenasledovania minulosti, budeme si musieť osvojiť prorocké Slovo ešte pred príchodom krízy.</w:t>
      </w:r>
    </w:p>
    <w:p>
      <w:pPr>
        <w:pStyle w:val="ArticleBody"/>
        <w:jc w:val="left"/>
      </w:pPr>
      <w:r>
        <w:rPr>
          <w:rFonts w:ascii="Times New Roman" w:hAnsi="Times New Roman" w:eastAsia="Times New Roman" w:cs="Times New Roman"/>
        </w:rPr>
        <w:t>V prvej kapitole Daniel a traja hodní už zdokonalili svoje vzdelanie skôr, než predstúpili pred Nabuchodonozora na skúšku. Po štyridsať dní Kristus otváral prorocké Slovo chápaniu učeníkov vopred pred desiatimi dňami, počas ktorých učeníci zdokonalili svoju jednotu. Potom prišli Letnice, ktoré sú predobrazom nedeľného zákona.</w:t>
      </w:r>
    </w:p>
    <w:p>
      <w:pPr>
        <w:pStyle w:val="ArticleBody"/>
        <w:jc w:val="left"/>
      </w:pPr>
      <w:r>
        <w:rPr>
          <w:rFonts w:ascii="Times New Roman" w:hAnsi="Times New Roman" w:eastAsia="Times New Roman" w:cs="Times New Roman"/>
        </w:rPr>
        <w:t>V tretej kapitole knihy Daniel Šadrach, Méšach a Abéd-Negó oznámili Nebukadnesarovi, že nepotrebujú nijaký dodatočný čas, lebo už boli rozhodnutí, čo majú robiť v čase skúšky nedeľného zákona. Ich vernosť bola zvelebená, keď kráčali v peci s Kristom, a posolstvo, v ktorom už boli upevnení pred skúškou, bolo všetkými prítomnými hodnostármi, ktorí boli svedkami zázraku v peci, roznesené do celého vtedy známeho sveta.</w:t>
      </w:r>
    </w:p>
    <w:p>
      <w:pPr>
        <w:pStyle w:val="ArticleBody"/>
        <w:jc w:val="left"/>
      </w:pPr>
      <w:r>
        <w:rPr>
          <w:rFonts w:ascii="Times New Roman" w:hAnsi="Times New Roman" w:eastAsia="Times New Roman" w:cs="Times New Roman"/>
        </w:rPr>
        <w:t>V nasledujúcom článku budeme pokračovať v týchto úvahách.</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Skryté dejiny štyridsiateho verša – číslo tri</dc:title>
  <dc:subject>Nedeľný zákon a prorocká cesta: od Patriot Act k záverečnej skúške</dc:subject>
  <dc:creator>Jeff Pippenger</dc:creator>
  <cp:keywords/>
  <dc:description>Generated by ArticleDigger from hidden_history\03_hidden_history.json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