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päť</w:t>
      </w:r>
    </w:p>
    <w:p>
      <w:pPr>
        <w:pStyle w:val="ArticleSubtitle"/>
        <w:jc w:val="left"/>
      </w:pPr>
      <w:r>
        <w:rPr>
          <w:rFonts w:ascii="Arial" w:hAnsi="Arial" w:eastAsia="Arial" w:cs="Arial"/>
        </w:rPr>
        <w:t>Oživenie prvých štyroch článkov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Keď sa vraciame k tomu, aby sme určili skryté dejiny štyridsiateho verša, zdá sa byť rozumné najprv preskúmať základy prvých štyroch článkov tejto série. Prvý zo štyroch článkov tejto série predstavil prorocký výklad, ktorý zobrazuje Krista ako Leva z pokolenia Júdovho (a Alfu i Omegu), ktorý v rozhodujúcich okamihoch odpečaťuje časti jedenástej kapitoly Daniela, aby usmerňoval záverečné reformačné hnutie 144 000. Poukazuje na to, že dejiny prvého a druhého anjela sú v súlade s dejinami posolstva tretieho anjela, a tak určuje, že v roku 1989 (126 rokov po adventistickej vzbure z roku 1863) Lev odpečatil Daniela 11,40–45. Tieto odpečatené verše sledujú smrteľnú ranu pápežstva z roku 1798, jej uzdravenie prostredníctvom trojitého zväzku draka, šelmy a falošného proroka, vedúceho až k Armagedonu na „vrchu nádhernej svätosti“ zo štyridsiateho piateho verša. Keď sa hnutie stoštyridsiatich štyroch tisíc približuje k čoskoro prichádzajúcemu nedeľnému zákonu v Spojených štátoch, skryté dejiny štyridsiateho verša (siahajúce od roku 1989 po tento nedeľný zákon) sa začali odpečaťovať v júli 2023.</w:t>
      </w:r>
    </w:p>
    <w:p>
      <w:pPr>
        <w:pStyle w:val="ArticleBody"/>
        <w:jc w:val="left"/>
      </w:pPr>
      <w:r>
        <w:rPr>
          <w:rFonts w:ascii="Times New Roman" w:hAnsi="Times New Roman" w:eastAsia="Times New Roman" w:cs="Times New Roman"/>
        </w:rPr>
        <w:t>Opierajúc sa o komentár Ellen Whiteovej, podľa ktorého tá časť nezapečatenej knihy Daniel, ktorá sa vzťahuje na posledné dni, prináša „rozmnoženie poznania“, ktoré pripravuje ľud, aby obstál. „Olej“ je v podobenstve o desiatich pannách stotožnený s Duchom Svätým, božskými posolstvami a charakterom. Odtajnenie spustilo trojitý proces skúšky z Daniela 12,10, kde sú mnohí „očistení, obielení a skúšaní“. Táto história predstavuje niekoľko prorockých bodov, keď bolo proroctvo odpečaťované, počnúc rokom 1989, 11. septembrom 2001 a júlom 2023. Tieto rozličné odpečatenia predstavujú obdobie od roku 1989 do 11. septembra, obdobie od 11. septembra až po čoskoro prichádzajúci nedeľný zákon a obdobie času meškania od 18. júla 2020 do 31. decembra 2023, keď sa posolstvo Polnočného volania postupne odpečaťuje až po nedeľný zákon.</w:t>
      </w:r>
    </w:p>
    <w:p>
      <w:pPr>
        <w:pStyle w:val="ArticleBody"/>
        <w:jc w:val="left"/>
      </w:pPr>
      <w:r>
        <w:rPr>
          <w:rFonts w:ascii="Times New Roman" w:hAnsi="Times New Roman" w:eastAsia="Times New Roman" w:cs="Times New Roman"/>
        </w:rPr>
        <w:t>Prebudenie kandidátov, ktorí majú byť medzi sto štyridsiatimi štyrmi tisícami, znázornených suchými kosťami z Ezechiela 37 a dvoma svedkami zo Zjavenia jedenásť, ktorí sa postavia, keď sú naplnení Duchom, sa uskutočňuje prostredníctvom odpečatenia. Ak sa Boží ľud neprebudí k tomuto „vzácnemu svetlu“, ktoré ukazuje nebezpečenstvá, ako sú pápežská moc a nedeľný zákon, bludy ich preosejú (oddeľujúc plevy od pšenice). Skoršie prorocké medzníky, ako napríklad Blair Bill z roku 1888 a Patriot Act, sú označené za prorocké varovania. Článok uvádza, že všetky predchádzajúce línie prorockých dejín, predstavené v Danielovi, kapitole jedenásť, sa opakujú vo veršoch 40–45. Článok uvádza, že obraz šelmy sa najprv vytvára v Spojených štátoch a potom vo svete, ako to predobrazuje rok 321 a prvý nedeľný zákon, po ktorých nasleduje celosvetový obraz šelmy, predobrazený rokom 538, keď Michael povstane a skúšobná doba sa uzavrie.</w:t>
      </w:r>
    </w:p>
    <w:p>
      <w:pPr>
        <w:pStyle w:val="ArticleBody"/>
        <w:jc w:val="left"/>
      </w:pPr>
      <w:r>
        <w:rPr>
          <w:rFonts w:ascii="Times New Roman" w:hAnsi="Times New Roman" w:eastAsia="Times New Roman" w:cs="Times New Roman"/>
        </w:rPr>
        <w:t>Druhý zo štyroch článkov pokračuje v prorockom rámci tým, že identifikuje Patriot Act z roku 2001 ako „hovorenie“ Spojených štátov v naplnení Zjavenia 13:11. Patriot Act bol prvým z troch ústavných zavrhnutí, ktoré súbežia s tromi medzníkmi na začiatku šiesteho kráľovstva biblického proroctva: Deklarácia nezávislosti z roku 1776, Ústava z roku 1789 a zákony Alien and Sedition Acts z roku 1798. Neúspešný Blair Bill z roku 1888, pokus o celoštátny nedeľný zákon, bol stiahnutý podobne ako obliehanie Cestiom v roku 66; oboje predobrazuje rok 2001, keď Patriot Act inicioval v Spojených štátoch obdobie skúšky obrazu šelmy. Patriot Act zodpovedá roku 1776 a nahradil anglické obyčajové právo „nevinný, kým sa nepreukáže vina“ rímskym občianskym právom „vinný, kým sa nepreukáže nevina“. Prostredný medzník, reprezentovaný rokom 1789 — Pelosiho procesy začínajúce v januári 2022 — pošliapal procesný aj hmotnoprávny riadny proces prostredníctvom politického zneužívania práva, operácií pod falošnou vlajkou a korupcie štátnych agentúr, pričom otvorene popieral základné práva. Tieto tri medzníky hovorenia v Patriot Acte z roku 2001, Pelosiho procesoch z roku 2022 a prichádzajúcom nedeľnom zákone postupne zavrhujú každý princíp Ústavy Spojených štátov.</w:t>
      </w:r>
    </w:p>
    <w:p>
      <w:pPr>
        <w:pStyle w:val="ArticleBody"/>
        <w:jc w:val="left"/>
      </w:pPr>
      <w:r>
        <w:rPr>
          <w:rFonts w:ascii="Times New Roman" w:hAnsi="Times New Roman" w:eastAsia="Times New Roman" w:cs="Times New Roman"/>
        </w:rPr>
        <w:t>Potom protestantizmus podáva ruku pápežstvu a špiritizmu v trojnásobnej únii, v tom čase Spojené štáty hovoria ako drak, úplne vytvoria obraz šelmy, naplnia svoj kalich skúšobného času a prestanú existovať ako šieste kráľovstvo. Po národnom odpadnutí potom nasleduje národná skaza. Hovorenie pri nedeľnom zákone je predobrazené začiatkom a prvým nedeľným zákonom Konštantína v roku 321 a potom ukončenie a posledný nedeľný zákon predstavuje rok 538.</w:t>
      </w:r>
    </w:p>
    <w:p>
      <w:pPr>
        <w:pStyle w:val="ArticleBody"/>
        <w:jc w:val="left"/>
      </w:pPr>
      <w:r>
        <w:rPr>
          <w:rFonts w:ascii="Times New Roman" w:hAnsi="Times New Roman" w:eastAsia="Times New Roman" w:cs="Times New Roman"/>
        </w:rPr>
        <w:t>Všetky tieto udalosti sú ukryté v prorockých dejinách Daniela 11,40, ktoré prebiehajú paralelne s líniami milleritov, ako aj s líniou od Krista ku krížu. Zjavenie 12,15–16 predstavuje Ústavu ako „zem“, ktorá kedysi pohltila drakovu záplavu prenasledovania, no napokon pri čoskoro prichádzajúcom nedeľnom zákone hovorí ako drak. Varovanie Ellen Whiteovej v Testimonies, zväzok 5 (strany 711 a 451, 452), že každé náboženské zákonodarstvo, ktoré ustupuje pápežstvu, a že nedeľný zákon zjaví ducha draka, potvrdzuje, že tri kroky rokov 1776, 1789 a 1798 sú medzníkmi, ktoré predobrazujú záverečný trojstupňový proces skúšania, ktorý vrcholí v záverečnej skúške; a práve proces skúšania pripravuje Boží ľud, aby obstál.</w:t>
      </w:r>
    </w:p>
    <w:p>
      <w:pPr>
        <w:pStyle w:val="ArticleBody"/>
        <w:jc w:val="left"/>
      </w:pPr>
      <w:r>
        <w:rPr>
          <w:rFonts w:ascii="Times New Roman" w:hAnsi="Times New Roman" w:eastAsia="Times New Roman" w:cs="Times New Roman"/>
        </w:rPr>
        <w:t>Tretí článok ďalej rozvíja varovania Ellen Whiteovej v Testimonies, zväzok 5, strany 451, 452, pričom tvrdí, že čoskoro prichádzajúci nedeľný zákon v Spojených štátoch označuje rozhodujúci okamih, keď sa národ úplne odpája od spravodlivosti, uskutočňuje trojnásobné spojenie (protestantizmus sa chytá rímskeho katolicizmu a špiritizmu). Spojené štáty potom zavrhujú každý ústavný princíp ako protestantská a republikánska vláda a šíria pápežské bludy. To je znamením, že bola dosiahnutá hranica Božej zhovievavosti, čím sa napĺňa čaša neprávosti národa, podnecuje sa odchod anjela milosti a začína sa národná skaza. Vtedy prichádza odpoveď na volanie mučeníkov z piatej pečate: „Dokedy?“ keď sa dopĺňa druhá skupina pápežských mučeníkov. Duch draka sa zjavuje, keď „nedeľné hnutie“ prehovorí — slúžiac ako moderná „ohavnosť spustošenia“ (o ktorej hovoril Daniel a na ktorú sa odvolával Kristus) ako znamenie utiecť z miest pred skazou. Nedeľný zákon je zavŕšením postupného zavrhovania Ústavy, ktoré sa začalo v roku 2001 prijatím Patriot Act (predobrazeného Blairovými zákonmi z roku 1888, Cestiovým obliehaním v roku 66 po Kr., Kristovým krstom, 11. augustom 1840 a Deklaráciou nezávislosti).</w:t>
      </w:r>
    </w:p>
    <w:p>
      <w:pPr>
        <w:pStyle w:val="ArticleBody"/>
        <w:jc w:val="left"/>
      </w:pPr>
      <w:r>
        <w:rPr>
          <w:rFonts w:ascii="Times New Roman" w:hAnsi="Times New Roman" w:eastAsia="Times New Roman" w:cs="Times New Roman"/>
        </w:rPr>
        <w:t>Obdobie vytvárania obrazu šelmy v Spojených štátoch zahŕňa zložitú dvojitú líniu, zahŕňajúcu paralelné republikánske (politické) a protestantské (náboženské) „rohy“, ktoré sa napokon zjednocujú v cirkevno-štátnom presadzovaní nedeľných zákonov. Tento vzťah odzrkadľuje ovládanie pápežskej šelmy ženou nad šelmou a plne sa prejavuje pri zvrhnutí základného princípu ústavy, ktorým je oddelenie cirkvi od štátu.</w:t>
      </w:r>
    </w:p>
    <w:p>
      <w:pPr>
        <w:pStyle w:val="ArticleBody"/>
        <w:jc w:val="left"/>
      </w:pPr>
      <w:r>
        <w:rPr>
          <w:rFonts w:ascii="Times New Roman" w:hAnsi="Times New Roman" w:eastAsia="Times New Roman" w:cs="Times New Roman"/>
        </w:rPr>
        <w:t>Vnútorným spôsobom čas skúšky obrazu šelmy skúša formovanie charakteru (Kristov obraz verzus satanský obraz šelmy) medzi všetkými ľuďmi, oddeľujúc múdre a nerozumné panny, zatiaľ čo navonok označuje politické zápasy posledných dní, spojenectvá a porušené zmluvy. Obdobie od roku 2001 až po nedeľný zákon uvádza do pohybu kropenie neskorého dažďa (začínajúce vtedy, keď anjel zo Zjavenia 18 zostúpil 11. septembra 2001 a osvietil zem prostredníctvom pádu veľkých budov New Yorku). 11. september začína preosievanie laodicejského adventizmu siedmeho dňa prostredníctvom prijatia alebo odmietnutia posolstva „malej knižky“, ktorá má byť zjedená ako v Zjavení 10. Pšenica a kúkoľ zostávajú spolu až do svojho oddelenia pri nedeľnom zákone, keď je stoštyridsaťštyritisíc vyzdvihnutých ako zástava a nastáva príchod plného vyliatia neskorého dažďa počas celosvetového formovania obrazu šelmy, predobrazeného obdobiami rokov 321 až 538. Potom sa začína zhromažďovanie veľkého zástupu z Babylona, až kým Michael nepovstane a čas milosti sa neuzavrie. To je v súlade so súdom, ktorý sa začína najprv Božím domom od 11. septembra a potom prechádza na robotníkov jedenástej hodiny po nedeľnom zákone.</w:t>
      </w:r>
    </w:p>
    <w:p>
      <w:pPr>
        <w:pStyle w:val="ArticleBody"/>
        <w:jc w:val="left"/>
      </w:pPr>
      <w:r>
        <w:rPr>
          <w:rFonts w:ascii="Times New Roman" w:hAnsi="Times New Roman" w:eastAsia="Times New Roman" w:cs="Times New Roman"/>
        </w:rPr>
        <w:t>Tretí článok zdôrazňuje, že prežiť obdobie, keď sa nebeská sláva a minulé prenasledovania spájajú a opakujú, si vyžaduje predchádzajúce osvojenie si proroctva prostredníctvom metodológie „riadok za riadkom“ z Izaiáša 28. Táto metodológia je znázornená Danielovými hodnovernými mužmi, Kristovými učeníkmi pred Päťdesiatnicou a Šadrachom, Méšachom a Abéd-Negom pri peci, ktorí sú typologicky predstavení ako tí, čo sú pripravení pevne stáť na slove „Je napísané“ uprostred Satanových podivuhodných pôsobení a napodobenín.</w:t>
      </w:r>
    </w:p>
    <w:p>
      <w:pPr>
        <w:pStyle w:val="ArticleBody"/>
        <w:jc w:val="left"/>
      </w:pPr>
      <w:r>
        <w:rPr>
          <w:rFonts w:ascii="Times New Roman" w:hAnsi="Times New Roman" w:eastAsia="Times New Roman" w:cs="Times New Roman"/>
        </w:rPr>
        <w:t>Štvrtý článok vysvetľuje, že prorocký proces skúšky pri vytváraní obrazu šelmy v Spojených štátoch prebieha súbežne s tromi ústavnými medzníkmi a je s nimi vzájomne prepletený (Patriot Act v roku 2001 ako počiatočné „hovorenie“, Pelosi súdne procesy v roku 2022 ako stred a nedeľný zákon ako záver). Proces skúšky pripravuje múdre panny (144 000), aby vydržali vrcholnú skúšku prenasledovania, ktorá sa začína pri nedeľnom zákone, keď národné odpadnutie vedie ku skaze. Satan potom uvoľňuje podivuhodné falzifikáty (tvrdíac, že je Boh, a konajúc zázraky) a nebeská sláva sa spája s opakovanými prenasledovaniami z minulosti, čím je Božiemu ľudu umožnené kráčať nepohnute vo svetle vychádzajúcom z Božieho trónu. Táto príprava odzrkadľuje Kristovu stratégiu v Jánovi šesť (ako je komentovaná v Túžbe vekov, 394), kde dovolil prísnu skúšku, aby včas oddelil nasledovníkov hľadajúcich seba samých, a tak svojou prítomnosťou posilnil pravých učeníkov pre ich konečnú skúšku (Getsemane, zrada, ukrižovanie). Podobne skúška obrazu šelmy — zahŕňajúca vnútorné formovanie charakteru (Kristov obraz verzus Satanov obraz šelmy) i vonkajšie zjednotenie cirkvi a štátu, ktoré ruší oddelenie cirkvi od štátu — preosieva laodicejský adventizmus. Skúška očisťuje múdrych prostredníctvom prijatia nezapečateného posolstva pomocou metodológie riadok za riadkom z Izaiáša 28.</w:t>
      </w:r>
    </w:p>
    <w:p>
      <w:pPr>
        <w:pStyle w:val="ArticleBody"/>
        <w:jc w:val="left"/>
      </w:pPr>
      <w:r>
        <w:rPr>
          <w:rFonts w:ascii="Times New Roman" w:hAnsi="Times New Roman" w:eastAsia="Times New Roman" w:cs="Times New Roman"/>
        </w:rPr>
        <w:t>Nezapečatené svetlo je svetlom siedmej pečate (Zjavenie 8,1–5), zjaveným ako oheň vrhnutý na zem ako odpoveď na modlitby svätých, ako to predobrazovali jazyky ohňa pri vyliatí na Letnice. Nezapečatené svetlo bolo tiež znázornené milleritským polnočným volaním (ktoré pripravilo vstup vierou do Najsvätejšieho miesta) a ktoré sa naplní v modernom polnočnom volaní nezapečatenom v júli 2023 v skrytých dejinách Daniela 11,40.</w:t>
      </w:r>
    </w:p>
    <w:p>
      <w:pPr>
        <w:pStyle w:val="ArticleBody"/>
        <w:jc w:val="left"/>
      </w:pPr>
      <w:r>
        <w:rPr>
          <w:rFonts w:ascii="Times New Roman" w:hAnsi="Times New Roman" w:eastAsia="Times New Roman" w:cs="Times New Roman"/>
        </w:rPr>
        <w:t>Posolstvo kropenia neskorým dažďom od 11. septembra spolu s nárastom poznania o pápežstve a nedeľnom zákone, sprevádzané odpečatením siedmich hromov a skrytými dejinami štyridsiateho verša, to všetko je obsiahnuté v odpečatení Zjavenia Ježiša Krista. Podrobné prorocké osvetlenie formovania obrazu šelmy, vrátane zápasov republikánskeho a protestantského rohu, politických strán, laodicejského adventizmu, povstania 144 000, tretieho beda islamu, Ruska, OSN, pápežskej moci a hasmonejských paralel, vyzbrojuje múdrych, aby rozpoznali a prijali Božie vedenie bez toho, aby zabudli na minulé vedenie (Testimonies to Ministers, 31).</w:t>
      </w:r>
    </w:p>
    <w:p>
      <w:pPr>
        <w:pStyle w:val="ArticleBody"/>
        <w:jc w:val="left"/>
      </w:pPr>
      <w:r>
        <w:rPr>
          <w:rFonts w:ascii="Times New Roman" w:hAnsi="Times New Roman" w:eastAsia="Times New Roman" w:cs="Times New Roman"/>
        </w:rPr>
        <w:t>Zjedením „malej knižky“ (Zjavenie 10), teda tým, že si prostredníctvom berejského skúmania vopred osvoja dejiny, nadobúda stoštyridsaťštyritisíc rozlišovaciu schopnosť, aby mohli pevne stáť na slove: „Je napísané,“ uprostred satanových zvodov. Ich príprava im umožňuje vyhnúť sa cúvnutiu do zatratenia (Hebrejom 10,37–39; Habakuk 2,4) a potom sa zjavujú ako osvedčení a preskúšaní víťazi, ktorí zachovávajú Božie prikázania (najmä štvrté) a vieru Ježišovu. Sú to tí, ktorí prechádzajú záverečnou krízou, v ktorej spravodlivý žije z viery, chránený anjelmi, zatiaľ čo blázniví (ktorí odmietajú metodológiu a posolstvo) čelia mocnému zvodu a sú bez nádeje. To je v súlade s kapitolou For the Coming of the King v 9. zväzku Testimonies (začínajúc na strane 11) s jej symbolikou 9/11, a tak určuje obdobie od 9/11 po nedeľný zákon ako čas zapečaťovania, v ktorom múdri rozumejú dovŕšeniu Daniela jedenástej kapitoly a neboja sa ničoho okrem toho, že by zabudli na Božie vedenie v minulých posvätných dejinách.</w:t>
      </w:r>
    </w:p>
    <w:p>
      <w:pPr>
        <w:pStyle w:val="ArticleBody"/>
        <w:jc w:val="left"/>
      </w:pPr>
      <w:r>
        <w:rPr>
          <w:rFonts w:ascii="Times New Roman" w:hAnsi="Times New Roman" w:eastAsia="Times New Roman" w:cs="Times New Roman"/>
        </w:rPr>
        <w:t>Štyri články spoločne predkladajú prorocký výklad Krista ako Leva z pokolenia Júdovho a Alfy a Omegy, ktorý v rozhodujúcich okamihoch odpečaťuje časti jedenástej kapitoly Daniela, aby viedol záverečné reformačné hnutie sto štyridsaťštyri tisíc. V roku 1989, teda 126 rokov po adventistickej „vzburе“ z roku 1863, Lev odpečatil Daniel 11,40–45 a odhalil uzdravenie smrteľnej rany pápežstva z roku 1798 v trojnásobnom zväzku (drak, šelma a falošný prorok) vo verši štyridsaťjeden, čo vedie k Armagedonu, „na vrch nádherný svätý“, kde pápežstvo prijíma svoj konečný súd vo verši štyridsaťpäť. Toto odpečatenie uvádza do pohybu začiatok hnutia a prináša „rozmnoženie známosti“ (Selected Messages, kniha 2) o „pápežstve a nedeľnom zákone“, čím spúšťa trojnásobné skúšanie spočívajúce v tom, že sú „očistení, obielení a skúšaní“, ako je to znázornené v Daniel 12,10.</w:t>
      </w:r>
    </w:p>
    <w:p>
      <w:pPr>
        <w:pStyle w:val="ArticleBody"/>
        <w:jc w:val="left"/>
      </w:pPr>
      <w:r>
        <w:rPr>
          <w:rFonts w:ascii="Times New Roman" w:hAnsi="Times New Roman" w:eastAsia="Times New Roman" w:cs="Times New Roman"/>
        </w:rPr>
        <w:t>V nasledujúcom článku budeme v týchto úvahách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päť</dc:title>
  <dc:subject>Oživenie prvých štyroch článkov</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