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Skrytá história štyridsiateho verša – číslo deväť</w:t>
      </w:r>
    </w:p>
    <w:p>
      <w:pPr>
        <w:pStyle w:val="ArticleSubtitle"/>
        <w:jc w:val="left"/>
      </w:pPr>
      <w:r>
        <w:rPr>
          <w:rFonts w:ascii="Arial" w:hAnsi="Arial" w:eastAsia="Arial" w:cs="Arial"/>
        </w:rPr>
        <w:t>Moc, sláva a utrpenie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2026-05-06</w:t>
      </w:r>
    </w:p>
    <w:p>
      <w:pPr>
        <w:pStyle w:val="ArticleBody"/>
        <w:jc w:val="left"/>
      </w:pPr>
      <w:r>
        <w:rPr>
          <w:rFonts w:ascii="Times New Roman" w:hAnsi="Times New Roman" w:eastAsia="Times New Roman" w:cs="Times New Roman"/>
        </w:rPr>
        <w:t>Peter je v Paniu (Cézarea Filipova), čo je práve šesť alebo osem dní pred prostredným z troch prípadov, keď Peter, Ján a Jakub odišli s Ježišom sami. Prvým bolo zjavenie Jeho moci pri vzkriesení dvanásťročnej dcéry Jaira; druhým bolo zjavenie Jeho slávy na vrchu premenenia; a tretím bol Getsemane, zjavenie Jeho utrpenia. V jedenástej kapitole je Peter v Paniu postavený práve pred krížom šestnásteho verša. Vrch bol stredovým bodom troch výlučných ciest troch učeníkov. Na vrchu prehovoril aj nebeský Otec po druhý raz z troch; Otec prehovoril pri krste, na vrchu a potom tesne pred krížom. Peter je dvakrát v stredovom bode troch konkrétnych udalostí. Je tiež stredovým bodom kapitol jedenásť až dvadsaťdva Matúša.</w:t>
      </w:r>
    </w:p>
    <w:p>
      <w:pPr>
        <w:pStyle w:val="ArticleHeading"/>
        <w:jc w:val="left"/>
      </w:pPr>
      <w:r>
        <w:rPr>
          <w:rFonts w:ascii="Arial" w:hAnsi="Arial" w:eastAsia="Arial" w:cs="Arial"/>
        </w:rPr>
        <w:t>Asýrčanov</w:t>
      </w:r>
    </w:p>
    <w:p>
      <w:pPr>
        <w:pStyle w:val="ArticleBody"/>
        <w:jc w:val="left"/>
      </w:pPr>
      <w:r>
        <w:rPr>
          <w:rFonts w:ascii="Times New Roman" w:hAnsi="Times New Roman" w:eastAsia="Times New Roman" w:cs="Times New Roman"/>
        </w:rPr>
        <w:t>Vrchol prišiel pred triumfálnym vstupom, ktorý sa začal odviazaním osla, aby niesol obeť do Jeruzalema, tak ako Abrahámov osol niesol drevo na obeť na Móriji, starobylom mieste chrámu v Jeruzaleme. Sviatok trúb v rade Levitikus dvadsaťtri označuje odviazanie osla, a tak skúsenosť vrchu premenenia predchádzala triumfálnemu vstupu, čím sa Peter umiestňuje do dejín tridsiatich dní Levitikus dvadsaťtri zosúladených s letničným obdobím. Počas týchto tridsiatich dní je na kandidátov, ktorí majú byť medzi osemdesiatimi udatnými kňazmi, privedený chrám (prostredná skúška). Vo svedectve o vzbure kráľa Uziáša na svätom mieste sú osemdsiati kňazi označení za udatných, čo naznačuje, že existovali kňazi, ktorí sa na tom nezúčastnili.</w:t>
      </w:r>
    </w:p>
    <w:p>
      <w:pPr>
        <w:pStyle w:val="ArticleScripture"/>
        <w:jc w:val="left"/>
      </w:pPr>
      <w:r>
        <w:rPr>
          <w:rFonts w:ascii="Times New Roman" w:hAnsi="Times New Roman" w:eastAsia="Times New Roman" w:cs="Times New Roman"/>
        </w:rPr>
        <w:t>A kňaz Azariáš vošiel za ním, a s ním osemdesiat kňazov Hospodinových, udatných mužov. A postavili sa proti kráľovi Uziášovi a povedali mu: Nie je tvojou vecou, Uziáš, páliť kadidlo Hospodinovi, ale kňazov, synov Áronových, ktorí sú posvätení na pálenie kadidla. Vyjdi zo svätyne, lebo si sa previnil, a nebude ti to na česť od Hospodina Boha. 2 Kronická 26:17, 18.</w:t>
      </w:r>
    </w:p>
    <w:p>
      <w:pPr>
        <w:pStyle w:val="ArticleBody"/>
        <w:jc w:val="left"/>
      </w:pPr>
      <w:r>
        <w:rPr>
          <w:rFonts w:ascii="Times New Roman" w:hAnsi="Times New Roman" w:eastAsia="Times New Roman" w:cs="Times New Roman"/>
        </w:rPr>
        <w:t>Udatní kňazi sú tí, ktorí nasledujú Baránka, kamkoľvek ide.</w:t>
      </w:r>
    </w:p>
    <w:p>
      <w:pPr>
        <w:pStyle w:val="ArticleScripture"/>
        <w:jc w:val="left"/>
      </w:pPr>
      <w:r>
        <w:rPr>
          <w:rFonts w:ascii="Times New Roman" w:hAnsi="Times New Roman" w:eastAsia="Times New Roman" w:cs="Times New Roman"/>
        </w:rPr>
        <w:t>To sú tí, ktorí sa nepoškvrnili so ženami; lebo sú panici. To sú tí, ktorí nasledujú Baránka, kamkoľvek ide. Títo boli vykúpení spomedzi ľudí ako prvotina Bohu a Baránkovi. Zjavenie 14,4.</w:t>
      </w:r>
    </w:p>
    <w:p>
      <w:pPr>
        <w:pStyle w:val="ArticleBody"/>
        <w:jc w:val="left"/>
      </w:pPr>
      <w:r>
        <w:rPr>
          <w:rFonts w:ascii="Times New Roman" w:hAnsi="Times New Roman" w:eastAsia="Times New Roman" w:cs="Times New Roman"/>
        </w:rPr>
        <w:t>Lev z kmeňa Júdovho vedie svoj ľud do Najsvätejšieho miesta a dáva mu hľadieť do archy zmluvy a uvažovať o Veľkňazovi, ktorý tam koná svoju záverečnú službu vymazania hriechu. Peter bol vzkriesený 31. decembra 2023 a potom bol postavený pred základnú skúšku týkajúcu sa úlohy Ríma pri ustanovení vonkajšieho videnia proroctva. Potom prišla pre Petra druhá skúška chrámu a práve tam je v zrkadlovom videní desiatej kapitoly Daniela predstavené videnie vnútornej línie.</w:t>
      </w:r>
    </w:p>
    <w:p>
      <w:pPr>
        <w:pStyle w:val="ArticleBody"/>
        <w:jc w:val="left"/>
      </w:pPr>
      <w:r>
        <w:rPr>
          <w:rFonts w:ascii="Times New Roman" w:hAnsi="Times New Roman" w:eastAsia="Times New Roman" w:cs="Times New Roman"/>
        </w:rPr>
        <w:t>Peter zaprel svojho Pána 18. júla 2020, a urobil to trikrát.</w:t>
      </w:r>
    </w:p>
    <w:p>
      <w:pPr>
        <w:pStyle w:val="ArticleScripture"/>
        <w:jc w:val="left"/>
      </w:pPr>
      <w:r>
        <w:rPr>
          <w:rFonts w:ascii="Times New Roman" w:hAnsi="Times New Roman" w:eastAsia="Times New Roman" w:cs="Times New Roman"/>
        </w:rPr>
        <w:t>„Peter svojho Pána trikrát verejne zaprel a Ježiš od neho trikrát vyžiadal uistenie o jeho láske a vernosti, pričom mu kládol tú prenikavú otázku ako ostnatý šíp do jeho raneného srdca. Pred zhromaždenými učeníkmi Ježiš zjavil hĺbku Petrovho pokánia a ukázal, ako dôkladne bol ponížený učeník, ktorý sa kedysi chvastal.“ Túžba vekov, 812.</w:t>
      </w:r>
    </w:p>
    <w:p>
      <w:pPr>
        <w:pStyle w:val="ArticleBody"/>
        <w:jc w:val="left"/>
      </w:pPr>
      <w:r>
        <w:rPr>
          <w:rFonts w:ascii="Times New Roman" w:hAnsi="Times New Roman" w:eastAsia="Times New Roman" w:cs="Times New Roman"/>
        </w:rPr>
        <w:t>Peter predstavoval dve triedy uctievačov.</w:t>
      </w:r>
    </w:p>
    <w:p>
      <w:pPr>
        <w:pStyle w:val="ArticleScripture"/>
        <w:jc w:val="left"/>
      </w:pPr>
      <w:r>
        <w:rPr>
          <w:rFonts w:ascii="Times New Roman" w:hAnsi="Times New Roman" w:eastAsia="Times New Roman" w:cs="Times New Roman"/>
        </w:rPr>
        <w:t>„Pre každú zo skupín, ktoré predstavujú farizej a publikán, sa v dejinách apoštola Petra nachádza poučenie. V prvých obdobiach svojho učeníctva sa Peter pokladal za silného. Podobne ako farizej, aj on vo vlastných očiach ‚nebol ako ostatní ľudia‘. Keď Kristus v predvečer svojej zrady svojich učeníkov vopred upozornil: ‚Všetci sa tejto noci pohoršíte na mne,‘ Peter sebavedome vyhlásil: ‚Keby sa aj všetci pohoršili, ja sa nepohorším.‘ Marek 14:27, 29. Peter nepoznal svoje vlastné nebezpečenstvo. Sebadôvera ho zviedla. Myslel si, že je schopný odolať pokušeniu; no o niekoľko krátkych hodín prišla skúška a on so zlorečením a prísahou zaprel svojho Pána.“ Podobenstvá Kristove, 152.</w:t>
      </w:r>
    </w:p>
    <w:p>
      <w:pPr>
        <w:pStyle w:val="ArticleBody"/>
        <w:jc w:val="left"/>
      </w:pPr>
      <w:r>
        <w:rPr>
          <w:rFonts w:ascii="Times New Roman" w:hAnsi="Times New Roman" w:eastAsia="Times New Roman" w:cs="Times New Roman"/>
        </w:rPr>
        <w:t>Mýtnik odišiel do svojho domu ospravedlnený.</w:t>
      </w:r>
    </w:p>
    <w:p>
      <w:pPr>
        <w:pStyle w:val="ArticleScripture"/>
        <w:jc w:val="left"/>
      </w:pPr>
      <w:r>
        <w:rPr>
          <w:rFonts w:ascii="Times New Roman" w:hAnsi="Times New Roman" w:eastAsia="Times New Roman" w:cs="Times New Roman"/>
        </w:rPr>
        <w:t>„Farizej a publikán predstavujú dve veľké triedy, na ktoré sa delia tí, čo prichádzajú uctievať Boha. Ich prví dvaja predstavitelia sa nachádzajú v prvých dvoch deťoch, ktoré sa narodili na svet.“ Kristove podobenstvá, 152.</w:t>
      </w:r>
    </w:p>
    <w:p>
      <w:pPr>
        <w:pStyle w:val="ArticleBody"/>
        <w:jc w:val="left"/>
      </w:pPr>
      <w:r>
        <w:rPr>
          <w:rFonts w:ascii="Times New Roman" w:hAnsi="Times New Roman" w:eastAsia="Times New Roman" w:cs="Times New Roman"/>
        </w:rPr>
        <w:t>Ábel a mýtnik sú symbolom ospravedlnenia vierou.</w:t>
      </w:r>
    </w:p>
    <w:p>
      <w:pPr>
        <w:pStyle w:val="ArticleScripture"/>
        <w:jc w:val="left"/>
      </w:pPr>
      <w:r>
        <w:rPr>
          <w:rFonts w:ascii="Times New Roman" w:hAnsi="Times New Roman" w:eastAsia="Times New Roman" w:cs="Times New Roman"/>
        </w:rPr>
        <w:t>A mýtnik, stojac opodiaľ, nechcel ani len oči pozdvihnúť k nebu, ale bil sa do pŕs a hovoril: Bože, buď milostivý mne hriešnemu. Hovorím vám, tento odišiel do svojho domu ospravedlnený skôr než tamten; lebo každý, kto sa povyšuje, bude ponížený, a kto sa ponižuje, bude povýšený. Lukáš 18:13, 14.</w:t>
      </w:r>
    </w:p>
    <w:p>
      <w:pPr>
        <w:pStyle w:val="ArticleBody"/>
        <w:jc w:val="left"/>
      </w:pPr>
      <w:r>
        <w:rPr>
          <w:rFonts w:ascii="Times New Roman" w:hAnsi="Times New Roman" w:eastAsia="Times New Roman" w:cs="Times New Roman"/>
        </w:rPr>
        <w:t>Posolstvo roku 1888 bolo sprevádzané zostúpením anjela zo zjavenia osemnástej kapitoly.</w:t>
      </w:r>
    </w:p>
    <w:p>
      <w:pPr>
        <w:pStyle w:val="ArticleScripture"/>
        <w:jc w:val="left"/>
      </w:pPr>
      <w:r>
        <w:rPr>
          <w:rFonts w:ascii="Times New Roman" w:hAnsi="Times New Roman" w:eastAsia="Times New Roman" w:cs="Times New Roman"/>
        </w:rPr>
        <w:t>„Pán vo svojom veľkom milosrdenstve poslal svojmu ľudu prostredníctvom starších Waggonera a Jonesa nanajvýš vzácne posolstvo. Toto posolstvo malo výraznejšie postaviť pred svet vyvýšeného Spasiteľa, obeť za hriechy celého sveta. Predstavovalo ospravedlnenie skrze vieru v Ručiteľa; vyzývalo ľud, aby prijal Kristovu spravodlivosť, ktorá sa zjavuje v poslušnosti všetkým Božím prikázaniam. Mnohí stratili Ježiša zo zreteľa. Potrebovali, aby ich oči boli obrátené na Jeho božskú osobu, Jeho zásluhy a Jeho nemennú lásku k ľudskej rodine. Do Jeho rúk je daná všetka moc, aby mohol udeľovať ľuďom bohaté dary a odovzdávať bezmocnému ľudskému nástroju neoceniteľný dar svojej vlastnej spravodlivosti. Toto je posolstvo, ktoré Boh prikázal dať svetu. Je to posolstvo tretieho anjela, ktoré má byť zvestované mocným hlasom a sprevádzané vyliatím Jeho Ducha vo veľkej miere.“ Testimonies to Ministers, 91.</w:t>
      </w:r>
    </w:p>
    <w:p>
      <w:pPr>
        <w:pStyle w:val="ArticleHeading"/>
        <w:jc w:val="left"/>
      </w:pPr>
      <w:r>
        <w:rPr>
          <w:rFonts w:ascii="Arial" w:hAnsi="Arial" w:eastAsia="Arial" w:cs="Arial"/>
        </w:rPr>
        <w:t>Laodicejské posolstvo</w:t>
      </w:r>
    </w:p>
    <w:p>
      <w:pPr>
        <w:pStyle w:val="ArticleScripture"/>
        <w:jc w:val="left"/>
      </w:pPr>
      <w:r>
        <w:rPr>
          <w:rFonts w:ascii="Times New Roman" w:hAnsi="Times New Roman" w:eastAsia="Times New Roman" w:cs="Times New Roman"/>
        </w:rPr>
        <w:t>„Posolstvo, ktoré nám bolo dané prostredníctvom A. T. Jonesa a E. J. Waggonera, je Božím posolstvom laodicejskému zboru, a beda každému, kto vyznáva, že verí pravde, a predsa neodráža druhým Bohom dané lúče.“ The 1888 Materials, 1053.</w:t>
      </w:r>
    </w:p>
    <w:p>
      <w:pPr>
        <w:pStyle w:val="ArticleHeading"/>
        <w:jc w:val="left"/>
      </w:pPr>
      <w:r>
        <w:rPr>
          <w:rFonts w:ascii="Arial" w:hAnsi="Arial" w:eastAsia="Arial" w:cs="Arial"/>
        </w:rPr>
        <w:t>Posolstvo neskorého dažďa</w:t>
      </w:r>
    </w:p>
    <w:p>
      <w:pPr>
        <w:pStyle w:val="ArticleScripture"/>
        <w:jc w:val="left"/>
      </w:pPr>
      <w:r>
        <w:rPr>
          <w:rFonts w:ascii="Times New Roman" w:hAnsi="Times New Roman" w:eastAsia="Times New Roman" w:cs="Times New Roman"/>
        </w:rPr>
        <w:t>„Pozdný dážď má zostúpiť na Boží ľud. Mocný anjel má zostúpiť z neba a celá zem má byť osvietená jeho slávou.“ Review and Herald, 21. apríla 1891.</w:t>
      </w:r>
    </w:p>
    <w:p>
      <w:pPr>
        <w:pStyle w:val="ArticleHeading"/>
        <w:jc w:val="left"/>
      </w:pPr>
      <w:r>
        <w:rPr>
          <w:rFonts w:ascii="Arial" w:hAnsi="Arial" w:eastAsia="Arial" w:cs="Arial"/>
        </w:rPr>
        <w:t>New York City a 11. september</w:t>
      </w:r>
    </w:p>
    <w:p>
      <w:pPr>
        <w:pStyle w:val="ArticleScripture"/>
        <w:jc w:val="left"/>
      </w:pPr>
      <w:r>
        <w:rPr>
          <w:rFonts w:ascii="Times New Roman" w:hAnsi="Times New Roman" w:eastAsia="Times New Roman" w:cs="Times New Roman"/>
        </w:rPr>
        <w:t>„A teraz prichádza správa, že som vyhlásila, že New York má byť zmietnutý prívalovou vlnou? To som nikdy nepovedala. Povedala som, keď som sa dívala na veľké budovy, ktoré tam vyrastali, poschodie za poschodím: ‚Aké hrozné výjavy sa odohrajú, keď Pán povstane, aby hrozne zatriasol zemou! Potom sa naplnia slová zo Zjavenia 18,1–3.‘ Celá osemnásta kapitola Zjavenia je varovaním pred tým, čo príde na zem. Nemám však nijaké osobitné svetlo, pokiaľ ide o to, čo príde na New York; viem len to, že jedného dňa budú tamojšie veľké budovy zvrhnuté prevracaním a prevratmi Božej moci. Zo svetla, ktoré mi bolo dané, viem, že vo svete je skaza. Jedno slovo od Pána, jeden dotyk jeho mocnej sily, a tieto mohutné stavby padnú. Odohrajú sa výjavy, ktorých hrôzostrašnosť si nedokážeme predstaviť.“ Review and Herald, 5. júla 1906.</w:t>
      </w:r>
    </w:p>
    <w:p>
      <w:pPr>
        <w:pStyle w:val="ArticleBody"/>
        <w:jc w:val="left"/>
      </w:pPr>
      <w:r>
        <w:rPr>
          <w:rFonts w:ascii="Times New Roman" w:hAnsi="Times New Roman" w:eastAsia="Times New Roman" w:cs="Times New Roman"/>
        </w:rPr>
        <w:t>Peter mýtnik predstavuje dušu, ktorá je ospravedlnená vierou, a ospravedlnenie vierou je posolstvom tretieho anjela; je to laodicejské posolstvo, ktoré prišlo 11. septembra, keď padli veľké budovy New Yorku a naplnilo sa Zjavenie 18,1–3. Potom začal kropiť neskorý dážď a začalo sa zapečaťovanie sto štyridsiatich štyroch tisícov. Na konci času zapečaťovania sto štyridsiatich štyroch tisícov zostúpil anjel zo Zjavenia osemnásť ako archanjel Michael a vzkriesil Petra tromi skúškami. Prvá skúška sa začala 31. decembra 2023 a predstavovala základnú pravdu, že Rím je mocnosťou vo verši štrnásť Daniela jedenásť, ktorá ustanovuje videnie. Tým videním je videnie chazón, ktoré predstavuje vonkajšiu líniu proroctva, o ktorej Šalamún hovorí, že je životom alebo smrťou.</w:t>
      </w:r>
    </w:p>
    <w:p>
      <w:pPr>
        <w:pStyle w:val="ArticleScripture"/>
        <w:jc w:val="left"/>
      </w:pPr>
      <w:r>
        <w:rPr>
          <w:rFonts w:ascii="Times New Roman" w:hAnsi="Times New Roman" w:eastAsia="Times New Roman" w:cs="Times New Roman"/>
        </w:rPr>
        <w:t>Kde niet [chazon] videnia, tam ľud hynie; ale blahoslavený je ten, kto zachováva zákon. Príslovia 29,18.</w:t>
      </w:r>
    </w:p>
    <w:p>
      <w:pPr>
        <w:pStyle w:val="ArticleBody"/>
        <w:jc w:val="left"/>
      </w:pPr>
      <w:r>
        <w:rPr>
          <w:rFonts w:ascii="Times New Roman" w:hAnsi="Times New Roman" w:eastAsia="Times New Roman" w:cs="Times New Roman"/>
        </w:rPr>
        <w:t>Petrovou druhou skúškou je chrámová skúška, ktorá si vyžaduje, aby človek vierou vstúpil do Svätyne svätých, ako to sestra Whiteová znázornila vo svojich prvých videniach. Tam videla prikázanie o sobote siedmeho dňa žiariť nad ostatnými deviatimi prikázaniami. Toto učenie pri otvorení súdu predstavuje učenie o vtelení, ktoré v posledných dňoch, počas uzavierania súdu, žiari nad ostatnými prorockými učeniami. Vtelenie Krista, Božského, ktorý na seba vzal padlé hriešne telo, hoci nepoznal hriech, je znázornené rozmanitými obrazmi. Najvýznamnejším z nich je učenie o siedmich časoch. Učenie o siedmich časoch bolo alfou Millerových prorockých objavov a bolo tým učením v roku 1856, ktoré predstavovalo omega učenie milleritských dejín, keď milleritský filadelfský adventizmus počas siedmich rokov vzdoroval a v roku 1863 sa stal laodicejskou Cirkvou adventistov siedmeho dňa.</w:t>
      </w:r>
    </w:p>
    <w:p>
      <w:pPr>
        <w:pStyle w:val="ArticleBody"/>
        <w:jc w:val="left"/>
      </w:pPr>
      <w:r>
        <w:rPr>
          <w:rFonts w:ascii="Times New Roman" w:hAnsi="Times New Roman" w:eastAsia="Times New Roman" w:cs="Times New Roman"/>
        </w:rPr>
        <w:t>Dve palice z Ezechiela tridsaťsedem predstavujú dva 2 520-ročné súdy nad severným a južným kráľovstvom. Severné kráľovstvo predstavuje ľudské telo a južné kráľovstvo predstavuje myseľ, ktorá bola určená na zjednotenie s mysľou Kristovou; tak by sa božstvo zjednotilo s ľudstvom. To je učenie o vtelení v zjednodušenom znázornení. Sedem časov bolo alfou a omegou milleritskej histórie a keďže predstavuje vtelenie, je zároveň aj omegou dejín Adventistov siedmeho dňa vo vzťahu k alfa učeniu o sobote v roku 1844. Jedno je znamením soboty siedmeho dňa a druhé je znamením soboty siedmeho roku.</w:t>
      </w:r>
    </w:p>
    <w:p>
      <w:pPr>
        <w:pStyle w:val="ArticleBody"/>
        <w:jc w:val="left"/>
      </w:pPr>
      <w:r>
        <w:rPr>
          <w:rFonts w:ascii="Times New Roman" w:hAnsi="Times New Roman" w:eastAsia="Times New Roman" w:cs="Times New Roman"/>
        </w:rPr>
        <w:t>Petrovo meno je zmenené v Paniu, čo bolo druhým krokom pre Abrahámovo znázornenie prvej zmluvy s vyvoleným ľudom, a Peter sa pri svojom druhom kroku stáva predstaviteľom poslednej zmluvy s vyvoleným ľudom. Je to druhý krok v línii kapitol jedenásť až dvadsaťdva a je to druhý z troch prípadov, keď Peter, Jakub a Ján odišli s Ježišom preč od ostatných učeníkov, a druhý z troch prípadov, keď prehovoril nebeský Otec. Neronova línia sa končí v strede medzi bitkami pri Rafii a Paniu, lebo sa zoraďuje s ďalšími dvoma obdobiami 250 rokov, ktoré sa začali v roku 457 pred Kr. a 1776. Rok 457 pred Kr. sa skončil v roku 207 pred Kr. a rok 1776 sa končí v roku 2026. Peter je pri roku 207 pred Kr., 2026, 313 a pri chrámovej skúške, ktorá predchádza tretej a lakmusovej skúške rozviazania osla, znázornenej ako sviatok trúb.</w:t>
      </w:r>
    </w:p>
    <w:p>
      <w:pPr>
        <w:pStyle w:val="ArticleBody"/>
        <w:jc w:val="left"/>
      </w:pPr>
      <w:r>
        <w:rPr>
          <w:rFonts w:ascii="Times New Roman" w:hAnsi="Times New Roman" w:eastAsia="Times New Roman" w:cs="Times New Roman"/>
        </w:rPr>
        <w:t>Petrovou skúškou je nasledovať Krista do Svätyne svätých a jeho dielom je napraviť a potom hlásať napravené posolstvo ohnivých gulí z Nashvillu. Petrovo posolstvo o ohnivých guliach z Nashvillu je posolstvom Letníc, ktoré bolo najprv predložené vo vrchnej sieni a potom v chráme. Predkladá svoje posolstvo tým, že označuje ohnivé gule z Nashvillu a naplnenie bitky pri Ráfii v spojení s bitkou pri Paniu, ktorá sa pri nedeľnom zákone šestnásteho verša stáva bitkou pri Aktiu. Nedeľný zákon šestnásteho verša je zároveň nedeľným zákonom štyridsiateho prvého verša a dvadsiateho druhého verša. Tieto tri verše sa tiež zhodujú s tridsiatym prvým veršom, v ktorom pápežstvo prevzalo kontrolu v roku 538 a na treťom koncile v Orléanse prijalo nedeľný zákon. Verše, ktoré vedú k tridsiatemu prvému veršu, označujú medzníky, ktoré viedli k nedeľnému zákonu roku 538 a sú predobrazom dejín, ktoré predchádzajú čoskoro prichádzajúcemu nedeľnému zákonu.</w:t>
      </w:r>
    </w:p>
    <w:p>
      <w:pPr>
        <w:pStyle w:val="ArticleScripture"/>
        <w:jc w:val="left"/>
      </w:pPr>
      <w:r>
        <w:rPr>
          <w:rFonts w:ascii="Times New Roman" w:hAnsi="Times New Roman" w:eastAsia="Times New Roman" w:cs="Times New Roman"/>
        </w:rPr>
        <w:t>Lebo lode z Kittimu prídu proti nemu; preto sa zarmúti, vráti sa a rozhorčí sa proti svätej zmluve; tak aj učiní; ba vráti sa a dorozumie sa s tými, ktorí opúšťajú svätú zmluvu. A ramená povstanú na jeho strane a poškvrnia svätyňu pevnosti, odstránia ustavičnú obeť a postavia ohavnosť pustošenia. Daniel 11:30, 31.</w:t>
      </w:r>
    </w:p>
    <w:p>
      <w:pPr>
        <w:pStyle w:val="ArticleBody"/>
        <w:jc w:val="left"/>
      </w:pPr>
      <w:r>
        <w:rPr>
          <w:rFonts w:ascii="Times New Roman" w:hAnsi="Times New Roman" w:eastAsia="Times New Roman" w:cs="Times New Roman"/>
        </w:rPr>
        <w:t>„Lode z Chittimu“ predstavovali Vandalov, ktorí sú takisto znázornení ako druhá poľnica v ôsmej kapitole Zjavenia. Postupný zánik Ríma sa začal roku 330, keď Konštantín rozdelil kráľovstvo na východ a západ. Nato ho ďalej rozdelil medzi svojich troch synov. Rímska ríša, ktorá bola od bitky pri Aktiu neporaziteľná, bola potom rozdelená na dve časti, potom na tri časti, a následne prvé štyri poľnice ôsmej kapitoly Zjavenia predstavovali nápor nepriateľov, ktorý priviedol západný Rím ku koncu v roku 476. Východný Rím v Konštantínopole pokračoval až do konca piatej a začiatku šiestej poľnice, ktoré sú zároveň prvým a druhým beda. Časové proroctvo sto päťdesiatich rokov prvého beda sa skončilo v ten istý deň, keď sa začalo časové proroctvo druhého beda. Tým dátumom bol pád Konštantínopola do rúk osmanských Turkov roku 1453.</w:t>
      </w:r>
    </w:p>
    <w:p>
      <w:pPr>
        <w:pStyle w:val="ArticleBody"/>
        <w:jc w:val="left"/>
      </w:pPr>
      <w:r>
        <w:rPr>
          <w:rFonts w:ascii="Times New Roman" w:hAnsi="Times New Roman" w:eastAsia="Times New Roman" w:cs="Times New Roman"/>
        </w:rPr>
        <w:t>Babylon padol za jednu noc; možno by ste namietali, že Kýros musel najprv odkloniť rieku, a to si vyžadovalo istý čas, avšak pád Babylonu nastal v priebehu jednej noci; zatiaľ čo pád Ríma sa rozprestieral na 1123 rokov. Tieto roky obsahovali konkrétne prorocké orientačné body, ktoré opisujú postupný zánik cisárskeho Ríma, a cisársky pohanský Rím je predobrazom Spojených štátov v ich diele dosadenia pápežstva na trón ako piateho kráľovstva biblického proroctva v roku 538. Pápežstvo je dosadené na trón pri nedeľnom zákone vo verši šestnásť jedenástej kapitoly Daniela. Orientačné body, ktoré sú predobrazom diela Spojených štátov, sú znázornené v orientačných bodoch postupného zániku pohanského Ríma.</w:t>
      </w:r>
    </w:p>
    <w:p>
      <w:pPr>
        <w:pStyle w:val="ArticleBody"/>
        <w:jc w:val="left"/>
      </w:pPr>
      <w:r>
        <w:rPr>
          <w:rFonts w:ascii="Times New Roman" w:hAnsi="Times New Roman" w:eastAsia="Times New Roman" w:cs="Times New Roman"/>
        </w:rPr>
        <w:t>Lode z Kitimu predstavovali pre Rím finančnú pohromu, lebo loďstvo Vandalov prinieslo skazu do námorných trás Stredozemného mora. V posledných dňoch je islam zobrazený ako finančná pohroma pre kráľov zeme. Vandali a ich lode boli mocnosťou druhého trúbenia a tri beda sú islamské mocnosti trúbení. Prvou bola Arábia, druhou Turecko a tretia je celosvetová.</w:t>
      </w:r>
    </w:p>
    <w:p>
      <w:pPr>
        <w:pStyle w:val="ArticleBody"/>
        <w:jc w:val="left"/>
      </w:pPr>
      <w:r>
        <w:rPr>
          <w:rFonts w:ascii="Times New Roman" w:hAnsi="Times New Roman" w:eastAsia="Times New Roman" w:cs="Times New Roman"/>
        </w:rPr>
        <w:t>Lode sú symbolom hospodárskej moci a v Písmach sú lode Kitímu poprednými symbolmi hospodárskej moci. Tieto lode sú potopené rozhnevaným východným vetrom uprostred morí a v Písmach je islam deťmi východu. Keď je islam zaznamenaný v prorockej postupnosti udalostí, vyvoláva hospodársku krízu. Islam je v súvislosti s Balámom znázornený oslom, čo je hebrejské slovo, ktoré je pri prvom predstavení Izmaela v Písmach preložené ako „divý človek“. Izmael je na prorockej úrovni otcom islamu, bez popretia Abraháma ako Izmaelovho otca, no Izmaelových dvanásť kmeňov je v Písmach známych ako deti východu.</w:t>
      </w:r>
    </w:p>
    <w:p>
      <w:pPr>
        <w:pStyle w:val="ArticleBody"/>
        <w:jc w:val="left"/>
      </w:pPr>
      <w:r>
        <w:rPr>
          <w:rFonts w:ascii="Times New Roman" w:hAnsi="Times New Roman" w:eastAsia="Times New Roman" w:cs="Times New Roman"/>
        </w:rPr>
        <w:t>V posledných dňoch Balám, symbol Spojených štátov ako falošného proroka, trikrát bije svoju oslicu, čo predstavuje tri údery islamu. 11. september bol prvým z týchto úderov a označil príchod pečatiaceho anjela, ktorý vystupuje od východu počas drsných východných vetrov sváru. Druhý úder islamu je dvojaký, lebo druhý krok označuje zdvojenie. Dňa 7. októbra 2023 islam nečakane udrel na doslovný Izrael, a keď islam nečakane udrie na Nashville v Tennessee, bude zasiahnutý duchovný Izrael. V príbehu o Balámovi prišiel druhý medzník medzi dvoma vinicami a týmito dvoma vinicami Hospodina zástupov boli staroveký doslovný Izrael a Spojené štáty, novodobý duchovný Izrael. Balámovým tretím medzníkom bolo, keď oslica prehovorila; a symbolom hovorenia, ktorý označuje koniec času pečatenia sto štyridsaťštyritisíc, čo sa začal 11. septembra, je nedeľný zákon, keď Spojené štáty hovoria ako drak. Veľké zemetrasenie zo Zjavenia jedenástej kapitoly je tento nedeľný zákon, kde tretie beda prichádza rýchlo, kde hovoria Spojené štáty, oslica a Zachariáš.</w:t>
      </w:r>
    </w:p>
    <w:p>
      <w:pPr>
        <w:pStyle w:val="ArticleBody"/>
        <w:jc w:val="left"/>
      </w:pPr>
      <w:r>
        <w:rPr>
          <w:rFonts w:ascii="Times New Roman" w:hAnsi="Times New Roman" w:eastAsia="Times New Roman" w:cs="Times New Roman"/>
        </w:rPr>
        <w:t>Otec Jána Krstiteľa patril k ôsmemu z dvadsiatich štyroch kňazských oddielov, ktoré Dávid ustanovil na službu v chráme. Kňaz Zachariáš bol pre svoju neveru postihnutý nemotou až do narodenia svojho syna Jána a je symbolom čísla osem (symbolu kňazstva). Pri nedeľnom zákone bude konečná generácia kňazov, predstavovaná Jánom Krstiteľom, hovoriť tak, ako to predstavuje jeho otec Zachariáš. Kristus označil Jána za Eliáša a Eliášovo posolstvo posledných dní je znázornené vzťahom otca a dieťaťa, ako to bolo v prípade Zachariáša a Jána. Ján bol predobrazne stvárnený Jeremiášom, ktorému bolo povedané, že ak sa navráti, bude Božími ústami.</w:t>
      </w:r>
    </w:p>
    <w:p>
      <w:pPr>
        <w:pStyle w:val="ArticleBody"/>
        <w:jc w:val="left"/>
      </w:pPr>
      <w:r>
        <w:rPr>
          <w:rFonts w:ascii="Times New Roman" w:hAnsi="Times New Roman" w:eastAsia="Times New Roman" w:cs="Times New Roman"/>
        </w:rPr>
        <w:t>Jeremiáš nariekal nad prvým sklamaním 18. júla 2020, a ak by sa vrátil, stal by sa Božími ústami pri nedeľnom zákone, keď predložil prorocké posolstvo Habakuka, ktoré otáľalo, no napokon malo „prehovoriť“. Jeremiáš, a teda Ján, a teda Peter, mal prehovoriť posolstvo Habakuka v bode, keď osol islamu prehovorí a keď Spojené štáty prehovoria ako drak.</w:t>
      </w:r>
    </w:p>
    <w:p>
      <w:pPr>
        <w:pStyle w:val="ArticleBody"/>
        <w:jc w:val="left"/>
      </w:pPr>
      <w:r>
        <w:rPr>
          <w:rFonts w:ascii="Times New Roman" w:hAnsi="Times New Roman" w:eastAsia="Times New Roman" w:cs="Times New Roman"/>
        </w:rPr>
        <w:t>Peter v Cézarei Filipovej, čiže v Paniu, sa nachádza v časovom období, ktoré predchádzalo orientačnému bodu „vrchu“, po ktorom mal nasledovať triumfálny vstup vedúci ku krížu, čiže k nedeľnému zákonu. Toto časové obdobie je znázornené bitkou pri Paniu, ktorá sa končí víťazstvom pápeža a jeho zástupnej moci Spojených štátov. Panium je tretia z troch zástupných vojen, z ktorých prvá sa skončila pri Berlínskom múre v roku 1989 a posledná, čiže tretia zástupná vojna, sa uzatvára strhnutím „múru“ oddeľujúceho cirkev od štátu. Rok 1989 označil vyvrcholenie zástupnej vojny nazývanej „studená vojna“, ktorá sa začala na konci druhej svetovej vojny, a Panium predstavuje studenú vojnu, ktorá sa končí pri tretej svetovej vojne, znázornenej bitkou pri Actiu. Uprostred prvého a tretieho orientačného bodu troch zástupných vojen je doslovná vojna na Ukrajine, znázornená bitkou pri Ráfii vo veršoch jedenásť a dvanásť.</w:t>
      </w:r>
    </w:p>
    <w:p>
      <w:pPr>
        <w:pStyle w:val="ArticleBody"/>
        <w:jc w:val="left"/>
      </w:pPr>
      <w:r>
        <w:rPr>
          <w:rFonts w:ascii="Times New Roman" w:hAnsi="Times New Roman" w:eastAsia="Times New Roman" w:cs="Times New Roman"/>
        </w:rPr>
        <w:t>Panium je studená vojna, ktorá vedie k tretej svetovej vojne, ako to predstavuje studená vojna, ktorá sa skončila v čase konca v roku 1989 a ktorá sa začala na konci druhej svetovej vojny. V medzníkoch predstavovaných veršom desať a rokom 1989, veršami jedenásť a dvanásť a ukrajinskou vojnou, ktorá sa začala v roku 2014, a veršami trinásť až pätnásť a súčasnou studenou vojnou medzi MAGA-izmom a globalizmom boli traja prezidenti, ktorí označili spojenectvá medzi pápežstvom a Spojenými štátmi.</w:t>
      </w:r>
    </w:p>
    <w:p>
      <w:pPr>
        <w:pStyle w:val="ArticleBody"/>
        <w:jc w:val="left"/>
      </w:pPr>
      <w:r>
        <w:rPr>
          <w:rFonts w:ascii="Times New Roman" w:hAnsi="Times New Roman" w:eastAsia="Times New Roman" w:cs="Times New Roman"/>
        </w:rPr>
        <w:t>Ronald Reagan bol v tajnom spojenectve s pápežom Jánom Pavlom II., konzervatívnym pápežom z hľadiska satanových fatimských proroctiev, a je spojený s prorockými dejinami desiateho verša. Obamovo prezidentstvo sa zhoduje s dejinami bitky pri Ráfii v jedenástom a dvanástom verši. Počas jeho prezidentstva boli dvaja symbolickí pápeži, lebo druhý medzník označuje zdvojenie. V treťom medzníku veršov trinásť až pätnásť je pápež prvým pápežom zo Spojených štátov. Spočiatku sme predpokladali, že pápež Lev bol konzervatívnym pápežom, ako ho predobrazne predstavoval Ján Pavol II., ale pri uplatnení v rámci prorockej aplikácie trojitej aplikácie má tretí medzník vlastnosti prvých dvoch naplnení, takže Lev je konzervatívny Ján Pavol II. a je ním bývalá hlava Inkvizičného úradu, Benedikt XVI., ktorý odstúpil v prospech woke pápeža Františka počas Obamovho obdobia.</w:t>
      </w:r>
    </w:p>
    <w:p>
      <w:pPr>
        <w:pStyle w:val="ArticleBody"/>
        <w:jc w:val="left"/>
      </w:pPr>
      <w:r>
        <w:rPr>
          <w:rFonts w:ascii="Times New Roman" w:hAnsi="Times New Roman" w:eastAsia="Times New Roman" w:cs="Times New Roman"/>
        </w:rPr>
        <w:t>Prvá zástupná vojna je znázornená jedným veršom, druhá dvoma a tretia tromi veršami. Studená vojna, ktorá sa skončila v roku 1989, sa začala na konci druhej svetovej vojny, a tretia svetová vojna, znázornená bitkou pri Aktiu, sa začína na konci studenej vojny, ktorá je znázornená bitkou pri Paniu. Tri svetové vojny, rovnako ako tri zástupné vojny, sa riadia zásadami spojenými s trojitým uplatnením proroctva. Koniec druhej svetovej vojny započal studenú vojnu, ktorá sa skončila ôsmym prezidentom po Rooseveltovi v roku 1945, ktorým bol Reagan. Reagan v čase konca v roku 1989 začal rad ôsmich prezidentov vedúcich k Trumpovi (ktorý je zo siedmich). Trumpova studená vojna sa začala v roku 2015, keď oznámil svoju kandidatúru na prezidenta a rozvíril globalistov, čím sa naplnil Daniel 11, verš 2. Táto studená vojna sa končí pri nedeľnom zákone, ktorý je bitkou pri Aktiu, treťou prekážkou Ríma predtým, než bude vládnuť zvrchovane.</w:t>
      </w:r>
    </w:p>
    <w:p>
      <w:pPr>
        <w:pStyle w:val="ArticleBody"/>
        <w:jc w:val="left"/>
      </w:pPr>
      <w:r>
        <w:rPr>
          <w:rFonts w:ascii="Times New Roman" w:hAnsi="Times New Roman" w:eastAsia="Times New Roman" w:cs="Times New Roman"/>
        </w:rPr>
        <w:t>Roosevelt začína sériu ôsmich prezidentov po Reagana, ktorá sa završuje pri Trumpovi. Roosevelt označuje druhú svetovú vojnu; zomrel 12. apríla 1945 a potom bol prezidentom Truman, keď sa európska vojna skončila 8. mája a tichomorská vojna 2. septembra. Európska vojna bola prevažne pozemnou vojnou a tichomorská vojna námornou vojnou, práve tak ako Panium predstavuje pozemnú bitku a Actium predstavuje námornú bitku. Prvé znázorňuje posledné a sled ôsmich prezidentov je ustanovený na svedectve Daniela 11, veršov 2 a 3, a takisto na hádanke, že ôsmy je zo siedmich. V prvých dvoch Kontinentálnych kongresoch na počiatku dejín zemskej šelmy zo Zjavenia 13 bolo sedem prezidentských období. V týchto dejinách bol George Washington ustanovený za vrchného veliteľa. Ako prvý oficiálny prezident Washingtonovo ustanovenie v Druhom kontinentálnom kongrese symbolizuje Washingtona na samom počiatku ako ôsmeho zo siedmich prezidentov.</w:t>
      </w:r>
    </w:p>
    <w:p>
      <w:pPr>
        <w:pStyle w:val="ArticleBody"/>
        <w:jc w:val="left"/>
      </w:pPr>
      <w:r>
        <w:rPr>
          <w:rFonts w:ascii="Times New Roman" w:hAnsi="Times New Roman" w:eastAsia="Times New Roman" w:cs="Times New Roman"/>
        </w:rPr>
        <w:t>Prvý prezident bol ôsmym z prvých siedmich prezidentov a posledný prezident je ôsmy, ktorý je zo siedmich. Kňaz Zachariáš hovorí pri narodení Jána, keď hovorí osol a keď hovorí zemská šelma. Tu hovorí aj videnie Habakuka. Narodenie Jána, ktoré je predobrazom zástavy stoštyridsaťštyritisíc pri nedeľnom zákone, je poslednou generáciou kňaza Zachariáša. Zachariáš bol v ôsmom z dvadsiatich štyroch kňazských oddelení. Pri nedeľnom zákone Zachariáš (kňazi) hovorí, keď hovorí islam (osol) a Spojené štáty hovoria ako drak. Na tomto medzníku je zahojená smrteľná rana pápežstva a ono sa stáva ôsmym, ktorý je zo siedmich. Trump je takisto ôsmy, ktorý je zo siedmich, a je to on, kto vytvára obraz šelmy, ktorý je zavŕšený pri nedeľnom zákone. Kňazstvo stoštyridsaťštyritisíc sa potom stáva Božími ústami a ohlasuje posolstvo v hlasnom volaní tretieho anjela. Toto kňazstvo je ôsmou cirkvou, ktorá je zo siedmich.</w:t>
      </w:r>
    </w:p>
    <w:p>
      <w:pPr>
        <w:pStyle w:val="ArticleBody"/>
        <w:jc w:val="left"/>
      </w:pPr>
      <w:r>
        <w:rPr>
          <w:rFonts w:ascii="Times New Roman" w:hAnsi="Times New Roman" w:eastAsia="Times New Roman" w:cs="Times New Roman"/>
        </w:rPr>
        <w:t>Roosevelt začína osem prezidentov, ktorí vedú k času konca v roku 1989, a označuje prechod od druhej svetovej vojny ku studenej vojne, ktorá sa končí v roku 1989. Po Rooseveltovi nasledoval prezident Truman a vládol v čase, keď sa skončili boje na zemi i na mori, ktoré tvorili druhú svetovú vojnu. Ako prezident vládol Truman v čase, keď 24. októbra 1945 vznikla Organizácia Spojených národov. Vzťah medzi Rooseveltom a Trumanom je ustanovený rokom 1945. Obaja boli v tom roku prezidentmi a v tom roku sa skončila dvojitá vojna, ktorou bola druhá svetová vojna, vznikla Organizácia Spojených národov a začala sa studená vojna.</w:t>
      </w:r>
    </w:p>
    <w:p>
      <w:pPr>
        <w:pStyle w:val="ArticleBody"/>
        <w:jc w:val="left"/>
      </w:pPr>
      <w:r>
        <w:rPr>
          <w:rFonts w:ascii="Times New Roman" w:hAnsi="Times New Roman" w:eastAsia="Times New Roman" w:cs="Times New Roman"/>
        </w:rPr>
        <w:t>V roku 1989 boli takisto dvaja prezidenti, ako to bolo v roku 1945: Ronald Reagan a George Bush starší. Reagan ukončil studenú vojnu a George Bush starší vyhlásil, že je predovšetkým globalistom, keď 1. októbra 1990 vystúpil na „štyridsiatom piatom“ Valnom zhromaždení OSN, kde hovoril o budovaní „nového svetového poriadku“. Vo svojom prejave uviedol: „Je v našich rukách zanechať tieto temné stroje v minulosti, v temnom stredoveku, kam patria, a postúpiť vpred, aby sme dovŕšili historické hnutie smerujúce k novému svetovému poriadku a dlhému obdobiu mieru.“</w:t>
      </w:r>
    </w:p>
    <w:p>
      <w:pPr>
        <w:pStyle w:val="ArticleBody"/>
        <w:jc w:val="left"/>
      </w:pPr>
      <w:r>
        <w:rPr>
          <w:rFonts w:ascii="Times New Roman" w:hAnsi="Times New Roman" w:eastAsia="Times New Roman" w:cs="Times New Roman"/>
        </w:rPr>
        <w:t>V tomto prejave Bush spojil tento koncept so spoluprácou po studenej vojne, s krízou v Perzskom zálive (iracká invázia do Kuvajtu), s posilnením OSN a s novým partnerstvom národov založeným na vláde práva. Bush po prvý raz spopularizoval výraz „nový svetový poriadok“ o niekoľko týždňov skôr v prejave z 11. septembra 1990 pred spoločným zasadnutím Kongresu.</w:t>
      </w:r>
    </w:p>
    <w:p>
      <w:pPr>
        <w:pStyle w:val="ArticleBody"/>
        <w:jc w:val="left"/>
      </w:pPr>
      <w:r>
        <w:rPr>
          <w:rFonts w:ascii="Times New Roman" w:hAnsi="Times New Roman" w:eastAsia="Times New Roman" w:cs="Times New Roman"/>
        </w:rPr>
        <w:t>Všimnite si skutočnosť, že Bush zasadil svoj prejav v OSN do kontextu, v ktorom stotožnil nedávne ukončenie studenej vojny s pojmom „temný stredovek“. Temný stredovek sa skončil v čase konca v roku 1798 a Bush sa nachádzal v čase konca roku 1989. Všimnite si, že pri jeho prvom použití slovného spojenia „nový svetový poriadok“ islam rozhneval národy a prejav bol prednesený 11. 9. Od Roosevelta po Cartera bolo osem prezidentov a od Reagana po Trumpa bolo osem prezidentov. Trump je posledným prezidentom a bol predobrazený prvým prezidentom, ktorý bol ôsmym z prvých siedmich prezidentov.</w:t>
      </w:r>
    </w:p>
    <w:p>
      <w:pPr>
        <w:pStyle w:val="ArticleBody"/>
        <w:jc w:val="left"/>
      </w:pPr>
      <w:r>
        <w:rPr>
          <w:rFonts w:ascii="Times New Roman" w:hAnsi="Times New Roman" w:eastAsia="Times New Roman" w:cs="Times New Roman"/>
        </w:rPr>
        <w:t>Čas konca v roku 1798 označuje smrteľnú ranu pápežstva a pápežstvo bolo mocnosťou, ktorá počas temného stredoveku vládla nad európskymi kráľmi. V Zjavení sedemnásť je tento vzťah zobrazený ako neviestka, ktorá sedí na šelme a panuje nad ňou. V roku 1798 bola podpora európskych kráľov odstránená a šelma bola mŕtva. V roku 1799 pápež zomrel vo vyhnanstve. Roky 1798 a 1799 predstavujú čas konca v jeho najplnšom zmysle, tak ako je čas konca v dobe Krista vyznačený narodením Jána Krstiteľa a potom o šesť mesiacov neskôr narodením Krista. Bushove výroky z roku 1990 predstavujú Busha ako druhého z dvoch prezidentov, ktorí označujú čas konca a vyznačujú pohyb smerom ku globalizmu, ktorý je mocou draka. Bushova symbolika označuje krok smerom k nedeľnému zákonu, keď sa Spojené štáty končia ako šieste kráľovstvo biblického proroctva tým, že hovoria ako drak. Pri nedeľnom zákone sa Spojené štáty stávajú hlasom Organizácie Spojených národov. Práve v tomto kontexte islam hnevá národy a je vyznačený 11. september. Dňa 11. septembra 1990, keď prvý Bush hovoril pred Kongresom o svojej globalistickej agende, predobrazoval čas, keď islam opäť rozhnevá národy 11. septembra 2001, ale prezidentom bude vtedy posledný Bush.</w:t>
      </w:r>
    </w:p>
    <w:p>
      <w:pPr>
        <w:pStyle w:val="ArticleBody"/>
        <w:jc w:val="left"/>
      </w:pPr>
      <w:r>
        <w:rPr>
          <w:rFonts w:ascii="Times New Roman" w:hAnsi="Times New Roman" w:eastAsia="Times New Roman" w:cs="Times New Roman"/>
        </w:rPr>
        <w:t>Roosevelt, prvý z ôsmich prezidentov, označil koniec druhej svetovej vojny v roku 1945 a po ňom nasledoval ďalší prezident, ktorý uviedol Organizáciu Spojených národov. Reagan, prvý z ôsmich prezidentov, označil koniec studenej vojny v roku 1989 a po ňom nasledoval ďalší prezident, ktorý presadzoval Organizáciu Spojených národov. Posledný prezident z ôsmich prezidentov ukončí studenú vojnu, ktorá sa začala, keď v roku 2015 oznámil svoj úmysel kandidovať, a začne tretiu svetovú vojnu. Prevedie šieste kráľovstvo biblického proroctva do hlavy siedmeho kráľovstva biblického proroctva (OSN), a potom bude súhlasiť s tým, aby toto kráľovstvo pri nedeľnom zákone odovzdal šelme.</w:t>
      </w:r>
    </w:p>
    <w:p>
      <w:pPr>
        <w:pStyle w:val="ArticleBody"/>
        <w:jc w:val="left"/>
      </w:pPr>
      <w:r>
        <w:rPr>
          <w:rFonts w:ascii="Times New Roman" w:hAnsi="Times New Roman" w:eastAsia="Times New Roman" w:cs="Times New Roman"/>
        </w:rPr>
        <w:t>Tak ako druhá svetová vojna pozostávala z pozemnej a námornej vojny, aj posledný prezident bude mať studenú vojnu, znázornenú pozemnou bitkou pri Paniu, ktorá vedie k námornej bitke pri Akciu. Pri nedeľnom zákone sa studená vojna, ktorá sa začala tým, že Trump v roku 2015 rozvíril globalistov, mení na tretiu svetovú vojnu, ako ju znázorňujú pozemné a námorné bitky druhej svetovej vojny. Na konci druhej svetovej vojny bol ďalším krokom globalizmus Organizácie Spojených národov, tak ako to bolo aj na konci studenej vojny za Reagana a Busha. Najprv sa pri nedeľnom zákone skončia Spojené štáty, potom Bushov „nový svetový poriadok“ uvádza siedme kráľovstvo, ktoré okamžite súhlasí s tým, že odovzdá svoju moc ôsmemu kráľovstvu.</w:t>
      </w:r>
    </w:p>
    <w:p>
      <w:pPr>
        <w:pStyle w:val="ArticleBody"/>
        <w:jc w:val="left"/>
      </w:pPr>
      <w:r>
        <w:rPr>
          <w:rFonts w:ascii="Times New Roman" w:hAnsi="Times New Roman" w:eastAsia="Times New Roman" w:cs="Times New Roman"/>
        </w:rPr>
        <w:t>Prvý Bush a posledný Bush sú navzájom prepojení tým, že prvý z nich oznámil Kongresu „nový svetový poriadok“ pri 11. septembri a posledný prijal Patriotic Act z roku 2001. Obe orientačné znamenia sú zasadené do kontextu islamu, ktorý rozhneval národy.</w:t>
      </w:r>
    </w:p>
    <w:p>
      <w:pPr>
        <w:pStyle w:val="ArticleBody"/>
        <w:jc w:val="left"/>
      </w:pPr>
      <w:r>
        <w:rPr>
          <w:rFonts w:ascii="Times New Roman" w:hAnsi="Times New Roman" w:eastAsia="Times New Roman" w:cs="Times New Roman"/>
        </w:rPr>
        <w:t>V nasledujúcom článku budeme pokračovať v týchto veciach.</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Skrytá história štyridsiateho verša – číslo deväť</dc:title>
  <dc:subject>Moc, sláva a utrpenie</dc:subject>
  <dc:creator>Jeff Pippenger</dc:creator>
  <cp:keywords/>
  <dc:description>Generated by ArticleDigger from hidden_history\09_hidden_history.json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