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desať</w:t>
      </w:r>
    </w:p>
    <w:p>
      <w:pPr>
        <w:pStyle w:val="ArticleSubtitle"/>
        <w:jc w:val="left"/>
      </w:pPr>
      <w:r>
        <w:rPr>
          <w:rFonts w:ascii="Arial" w:hAnsi="Arial" w:eastAsia="Arial" w:cs="Arial"/>
        </w:rPr>
        <w:t>Stredobod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Skrytá história Daniela jedenástej kapitoly, štyridsiateho verša, je v súlade s históriou znázornenou vo veršoch desať až šestnásť tej istej kapitoly. Vo veršoch desať až šestnásť je línia pozemskej šelmy z trinástej kapitoly Zjavenia, totiž odpadlíckeho republikánskeho rohu Spojených štátov, predstavovaná Donaldom Trumpom; línia odpadlíckeho protestantského rohu Spojených štátov je predstavovaná Machabejcami; línia morskej šelmy pápežstva je predstavená ako „lupiči tvojho ľudu“ a línia draka je predstavovaná rozličnými kráľmi juhu a Filipom Macedónskym. Línia sto štyridsiatich štyroch tisíc je predstavovaná Petrom.</w:t>
      </w:r>
    </w:p>
    <w:p>
      <w:pPr>
        <w:pStyle w:val="ArticleHeading"/>
        <w:jc w:val="left"/>
      </w:pPr>
      <w:r>
        <w:rPr>
          <w:rFonts w:ascii="Arial" w:hAnsi="Arial" w:eastAsia="Arial" w:cs="Arial"/>
        </w:rPr>
        <w:t>Stredný vek</w:t>
      </w:r>
    </w:p>
    <w:p>
      <w:pPr>
        <w:pStyle w:val="ArticleBody"/>
        <w:jc w:val="left"/>
      </w:pPr>
      <w:r>
        <w:rPr>
          <w:rFonts w:ascii="Times New Roman" w:hAnsi="Times New Roman" w:eastAsia="Times New Roman" w:cs="Times New Roman"/>
        </w:rPr>
        <w:t>V rámci týchto skrytých dejín je stred opakovane zdôrazňovaný. Dvestopäťdesiat rokov, ktoré sa začali v roku 457 pred Kr., sa skončili v roku 207 pred Kr. uprostred medzi bitkami pri Ráfii a Pániu, poslednými dvoma zástupnými vojnami veršov jedenásť až pätnásť. Dvestopäťdesiat rokov pozemskej šelmy, ktoré sa začali v roku 1776, sa končí v roku 2026, v roku „midterm elections“ na politickej scéne pozemskej šelmy. Peter je v Cézarei Filipovej (Pániu), v strede troch prípadov, keď Kristus výlučne vzal so sebou iba troch učeníkov.</w:t>
      </w:r>
    </w:p>
    <w:p>
      <w:pPr>
        <w:pStyle w:val="ArticleBody"/>
        <w:jc w:val="left"/>
      </w:pPr>
      <w:r>
        <w:rPr>
          <w:rFonts w:ascii="Times New Roman" w:hAnsi="Times New Roman" w:eastAsia="Times New Roman" w:cs="Times New Roman"/>
        </w:rPr>
        <w:t>V dejinách týchto paralelných línií Peter predstavuje tých, ktorí opravujú a opakujú varovanie o ohnivých guliach nad Nashvillom. Petrovo meno bolo zmenené priamo uprostred kapitol jedenásť až dvadsaťdva v Matúšovi, tak ako Abramova stredná kapitola z kapitol jedenásť až dvadsaťdva označila obriezku za znamenie zmluvy, spolu so stredom kapitol jedenásť až dvadsaťdva v Zjavení, ktorý označuje znamenie zmluvy smrti v Zjavení sedemnásť. Stred je miestom, kde je sto štyridsaťštyri tisíc zmenených z laodicejského stavu na filadelfský, a prostredným z troch anjelov je druhý anjel.</w:t>
      </w:r>
    </w:p>
    <w:p>
      <w:pPr>
        <w:pStyle w:val="ArticleBody"/>
        <w:jc w:val="left"/>
      </w:pPr>
      <w:r>
        <w:rPr>
          <w:rFonts w:ascii="Times New Roman" w:hAnsi="Times New Roman" w:eastAsia="Times New Roman" w:cs="Times New Roman"/>
        </w:rPr>
        <w:t>Druhý krok, čiže stred, je časom skúšky druhého chrámu, ktorá nasleduje po prvej a základnej skúške. Prvá skúška roku 2024 spočívala v ustanovení vonkajšieho videnia prostredníctvom symbolu Ríma a druhá skúška je vnútorným marah (zrkadlovým) videním Krista vo Svätyni svätých. V dejinách druhého anjela prichádza posolstvo polnočného volania, aby zmocnilo posolstvo druhého anjela.</w:t>
      </w:r>
    </w:p>
    <w:p>
      <w:pPr>
        <w:pStyle w:val="ArticleBody"/>
        <w:jc w:val="left"/>
      </w:pPr>
      <w:r>
        <w:rPr>
          <w:rFonts w:ascii="Times New Roman" w:hAnsi="Times New Roman" w:eastAsia="Times New Roman" w:cs="Times New Roman"/>
        </w:rPr>
        <w:t>V milleritských dejinách roku 1840 Josiah (čo znamená základ Boží) Litch opravil svoje stotožnenie proroctva o islame prvého a druhého beda, a v roku 1844 Samuel Snow vykonal opravu predpovede pre rok 1843 pri naplnení podobenstva o desiatich pannách. Peter má v roku 2026 napraviť neúspešnú predpoveď ohnivých gúľ v Nashville, ako je predobrazená milleritským sklamaním roku 1843, a upraviť posolstvo o islame, ako je predobrazené dielom Josiaha Litcha v roku 1840. Tieto dve milleritské udalosti rokov 1840 a 1844 predstavujú zmocnenie posolstva prvého anjela 11. augusta 1840 a zmocnenie posolstva druhého anjela 17. augusta 1844. Spolu označujú zmocnenie polnočného volania, keď zostúpia nashvillské ohnivé gule.</w:t>
      </w:r>
    </w:p>
    <w:p>
      <w:pPr>
        <w:pStyle w:val="ArticleScripture"/>
        <w:jc w:val="left"/>
      </w:pPr>
      <w:r>
        <w:rPr>
          <w:rFonts w:ascii="Times New Roman" w:hAnsi="Times New Roman" w:eastAsia="Times New Roman" w:cs="Times New Roman"/>
        </w:rPr>
        <w:t>„Anjel, ktorý sa spája pri zvestovaní posolstva tretieho anjela, má osvietiť celú zem svojou slávou. Tu je predpovedané dielo celosvetového dosahu a nezvyčajnej moci. Adventné hnutie rokov 1840–44 bolo slávnym prejavom Božej moci; posolstvo prvého anjela bolo prinesené na každú misijnú stanicu na svete a v niektorých krajinách sa prejavil najväčší náboženský záujem, aký bol zaznamenaný v ktorejkoľvek krajine od reformácie šestnásteho storočia; no aj to všetko má byť prekonané mocným hnutím pod posledným varovaním tretieho anjela.“ The Great Controversy, 611.</w:t>
      </w:r>
    </w:p>
    <w:p>
      <w:pPr>
        <w:pStyle w:val="ArticleBody"/>
        <w:jc w:val="left"/>
      </w:pPr>
      <w:r>
        <w:rPr>
          <w:rFonts w:ascii="Times New Roman" w:hAnsi="Times New Roman" w:eastAsia="Times New Roman" w:cs="Times New Roman"/>
        </w:rPr>
        <w:t>Otázkou je, proč by si ze všech měst ve Spojených státech Boží prozřetelnost vyvolila právě Nashville. Při příchodu třetího běda 11. září byly cílem Dvojčata v New Yorku a Pentagon ve Washingtonu, DC. Čtvrté letadlo se zřítilo do země. Symbolem šelmy ze země je země, symbolem její hospodářské moci je New York a symbolem její vojenské síly je Pentagon. Když Spojené státy přinutí svět, aby přijal znamení papežské autority a politický systém spojení církve a státu, jenž je obrazem šelmy, činí tak prostřednictvím své vojenské a hospodářské moci, neboť Zjevení třináctá kapitola označuje užití moci šelmou ze země k tomu, aby věrným zakázala kupovat nebo prodávat, a také usmrcuje ty, kdo stojí za Boží sobotou sedmého dne. Prorocká symbolika je v Danielovi jedenácté kapitole, verši čtyřicátém, vyjádřena jako „vozy, jezdci (vojenská moc) a lodě“ (hospodářská moc).</w:t>
      </w:r>
    </w:p>
    <w:p>
      <w:pPr>
        <w:pStyle w:val="ArticleBody"/>
        <w:jc w:val="left"/>
      </w:pPr>
      <w:r>
        <w:rPr>
          <w:rFonts w:ascii="Times New Roman" w:hAnsi="Times New Roman" w:eastAsia="Times New Roman" w:cs="Times New Roman"/>
        </w:rPr>
        <w:t>V čase pečatenia sto štyridsiatich štyroch tisíc islam nečakane štyrikrát zasahuje slávnu zem. Prvým bol 11. september, druhým a tretím bola staroveká doslovná slávna zem a potom Nashville. Štvrtým je zemetrasenie zo zjavenia jedenásť, to jest nedeľný zákon. V kontexte Baláma a troch anjelov predstavujú dva údery zo 7. októbra 2023 a Nashville dve biblické vinice Božieho zmluvného ľudu.</w:t>
      </w:r>
    </w:p>
    <w:p>
      <w:pPr>
        <w:pStyle w:val="ArticleBody"/>
        <w:jc w:val="left"/>
      </w:pPr>
      <w:r>
        <w:rPr>
          <w:rFonts w:ascii="Times New Roman" w:hAnsi="Times New Roman" w:eastAsia="Times New Roman" w:cs="Times New Roman"/>
        </w:rPr>
        <w:t>Keď sa pri nedeľnom zákone zahojí smrteľná rana pápežstva, začne sa druhý prejav temného stredoveku. Prvé a tretie beda sú totožné, lebo Kristus vždy znázorňuje koniec začiatkom; preto padajúca hviezda Mohameda v prvom beda, ktorá obrátila kľúčom otvárajúcim bezodnú priepasť, a krátko po 11. septembri ateizmus bezodnej priepasti zavraždil dvoch svedkov zo Zjavenia jedenásť. Pri nedeľnom zákone sa zahojí pápežská smrteľná rana a šelma katolicizmu naplní prorockú hádanku ôsmeho (predstavujúceho vzkriesenie), ktorá sa tým naplní. Potom sa začne druhé obdobie temného stredoveku ako tretí orientačný bod Baláma, keď oslica, ktorá prehovorí, obráti kľúčom, aby bezodnú priepasť znovu otvorila. Po 11. septembri vystúpil z priepasti ateizmus, drak, aby bojoval proti najbohatšiemu kráľovi, ktorý podnietil celú ríšu Grécka. Pri nedeľnom zákone šelma zo Zjavenia sedemnásť vystupuje z bezodnej priepasti a tma opäť zahaľuje slnko.</w:t>
      </w:r>
    </w:p>
    <w:p>
      <w:pPr>
        <w:pStyle w:val="ArticleBody"/>
        <w:jc w:val="left"/>
      </w:pPr>
      <w:r>
        <w:rPr>
          <w:rFonts w:ascii="Times New Roman" w:hAnsi="Times New Roman" w:eastAsia="Times New Roman" w:cs="Times New Roman"/>
        </w:rPr>
        <w:t>Prečo Nashville? Otázka, ktorá stále zostáva nevyriešená? Nashville označuje začiatok krátkeho obdobia hlásania posolstva polnočného volania; začína sa neočakávaným ničivým útokom islamu a rovnakým spôsobom sa aj končí. Nedeľný zákon na konci tohto obdobia predstavuje presadzovanie znamenia šelmy v Spojených štátoch a začiatok ničenia miest. „Skaza“ je prorockou charakteristikou islamu.</w:t>
      </w:r>
    </w:p>
    <w:p>
      <w:pPr>
        <w:pStyle w:val="ArticleHeading"/>
        <w:jc w:val="left"/>
      </w:pPr>
      <w:r>
        <w:rPr>
          <w:rFonts w:ascii="Arial" w:hAnsi="Arial" w:eastAsia="Arial" w:cs="Arial"/>
        </w:rPr>
        <w:t>Skaza</w:t>
      </w:r>
    </w:p>
    <w:p>
      <w:pPr>
        <w:pStyle w:val="ArticleScripture"/>
        <w:jc w:val="left"/>
      </w:pPr>
      <w:r>
        <w:rPr>
          <w:rFonts w:ascii="Times New Roman" w:hAnsi="Times New Roman" w:eastAsia="Times New Roman" w:cs="Times New Roman"/>
        </w:rPr>
        <w:t>„Predvčerom v noci sa predo mnou odohral veľmi pôsobivý výjav. Videla som, ako do stredu niekoľkých nádherných sídiel padla nesmierna ohnivá guľa a spôsobila ich okamžité zničenie. Počula som, ako niektorí hovorili: ‚Vedeli sme, že Božie súdy mali prísť na zem, ale nevedeli sme, že prídu tak skoro.‘ Iní hovorili: ‚Vedeli ste! Prečo ste nám to teda nepovedali? My sme nevedeli.‘ Zo všetkých strán som počula, ako sa hovoria takéto slová.“ List 217, 1904.</w:t>
      </w:r>
    </w:p>
    <w:p>
      <w:pPr>
        <w:pStyle w:val="ArticleHeading"/>
        <w:jc w:val="left"/>
      </w:pPr>
      <w:r>
        <w:rPr>
          <w:rFonts w:ascii="Arial" w:hAnsi="Arial" w:eastAsia="Arial" w:cs="Arial"/>
        </w:rPr>
        <w:t>Jedenásteho septembra</w:t>
      </w:r>
    </w:p>
    <w:p>
      <w:pPr>
        <w:pStyle w:val="ArticleBody"/>
        <w:jc w:val="left"/>
      </w:pPr>
      <w:r>
        <w:rPr>
          <w:rFonts w:ascii="Times New Roman" w:hAnsi="Times New Roman" w:eastAsia="Times New Roman" w:cs="Times New Roman"/>
        </w:rPr>
        <w:t>Zjavenie „deväť jedenásť“ odhaľuje povahu kráľovstva islamu ako smrť a skazu, lebo meno v proroctve predstavuje povahu.</w:t>
      </w:r>
    </w:p>
    <w:p>
      <w:pPr>
        <w:pStyle w:val="ArticleBody"/>
        <w:jc w:val="left"/>
      </w:pPr>
      <w:r>
        <w:rPr>
          <w:rFonts w:ascii="Times New Roman" w:hAnsi="Times New Roman" w:eastAsia="Times New Roman" w:cs="Times New Roman"/>
        </w:rPr>
        <w:t>A mali nad sebou kráľa, anjela priepasti, ktorého meno v hebrejčine je Abaddon, ale v gréčtine má meno Apollyon. Zjavenie 9/11.</w:t>
      </w:r>
    </w:p>
    <w:p>
      <w:pPr>
        <w:pStyle w:val="ArticleBody"/>
        <w:jc w:val="left"/>
      </w:pPr>
      <w:r>
        <w:rPr>
          <w:rFonts w:ascii="Times New Roman" w:hAnsi="Times New Roman" w:eastAsia="Times New Roman" w:cs="Times New Roman"/>
        </w:rPr>
        <w:t>Abaddon znamená „skaza alebo miesto skazy“ a Apollyon znamená „ničiteľ“.</w:t>
      </w:r>
    </w:p>
    <w:p>
      <w:pPr>
        <w:pStyle w:val="ArticleScripture"/>
        <w:jc w:val="left"/>
      </w:pPr>
      <w:r>
        <w:rPr>
          <w:rFonts w:ascii="Times New Roman" w:hAnsi="Times New Roman" w:eastAsia="Times New Roman" w:cs="Times New Roman"/>
        </w:rPr>
        <w:t>„Anjeli zadržiavajú štyri vetry, znázornené ako rozhnevaný kôň usilujúci sa vytrhnúť a prehnať sa po tvári celej zeme, nesúc na svojej ceste skazu a smrť.‟</w:t>
      </w:r>
    </w:p>
    <w:p>
      <w:pPr>
        <w:pStyle w:val="ArticleScripture"/>
        <w:jc w:val="left"/>
      </w:pPr>
      <w:r>
        <w:rPr>
          <w:rFonts w:ascii="Times New Roman" w:hAnsi="Times New Roman" w:eastAsia="Times New Roman" w:cs="Times New Roman"/>
        </w:rPr>
        <w:t>„Budeme spať na samom prahu večného sveta? Budeme vlažní, chladní a mŕtvi? Ó, kiežby sme v našich zboroch mali Ducha a dych Boží vdýchnutý do Jeho ľudu, aby sa postavili na nohy a žili. Potrebujeme vidieť, že cesta je úzka a brána tesná. Ale keď prechádzame tesnou bránou, jej šírka je bez hraníc.“ Manuscript Releases, zväzok 20, 217.</w:t>
      </w:r>
    </w:p>
    <w:p>
      <w:pPr>
        <w:pStyle w:val="ArticleBody"/>
        <w:jc w:val="left"/>
      </w:pPr>
      <w:r>
        <w:rPr>
          <w:rFonts w:ascii="Times New Roman" w:hAnsi="Times New Roman" w:eastAsia="Times New Roman" w:cs="Times New Roman"/>
        </w:rPr>
        <w:t>Cesta islamu tretieho beda je cestou Baláma a oslice. Cesta nahnevaného koňa islamu, to jest Jánových štyroch vetrov sváru, Izaiášovho prudkého vetra a Ezechielovho „vetra“ alebo „dychu“, ktorý prichádza zo štyroch vetrov, vedie od 11. septembra po ceste, ktorá vedie k „úzkej“ a „priamej“ bráne. Tá úzka brána je tretím medzníkom cesty Baláma a oslice.</w:t>
      </w:r>
    </w:p>
    <w:p>
      <w:pPr>
        <w:pStyle w:val="ArticleScripture"/>
        <w:jc w:val="left"/>
      </w:pPr>
      <w:r>
        <w:rPr>
          <w:rFonts w:ascii="Times New Roman" w:hAnsi="Times New Roman" w:eastAsia="Times New Roman" w:cs="Times New Roman"/>
        </w:rPr>
        <w:t>A anjel Hospodinov šiel ďalej a postavil sa na úzkom mieste, kde nebolo možné uhnúť ani napravo, ani naľavo. Keď oslica uzrela anjela Hospodinovho, ľahla si pod Balámom. Vtedy sa Balámov hnev rozpálil a udrel oslicu palicou. Nato Hospodin otvoril ústa oslice a ona povedala Balámovi: Čo som ti urobila, že si ma už tieto tri razy zbil? 4. Mojžišova 22:26–28.</w:t>
      </w:r>
    </w:p>
    <w:p>
      <w:pPr>
        <w:pStyle w:val="ArticleBody"/>
        <w:jc w:val="left"/>
      </w:pPr>
      <w:r>
        <w:rPr>
          <w:rFonts w:ascii="Times New Roman" w:hAnsi="Times New Roman" w:eastAsia="Times New Roman" w:cs="Times New Roman"/>
        </w:rPr>
        <w:t>Cesta tretieho beda skazy islamu sa začala 11. septembra, keď sa naplnilo Zjavenie 18,1–3.</w:t>
      </w:r>
    </w:p>
    <w:p>
      <w:pPr>
        <w:pStyle w:val="ArticleScripture"/>
        <w:jc w:val="left"/>
      </w:pPr>
      <w:r>
        <w:rPr>
          <w:rFonts w:ascii="Times New Roman" w:hAnsi="Times New Roman" w:eastAsia="Times New Roman" w:cs="Times New Roman"/>
        </w:rPr>
        <w:t>„Odkiaľ pochádza tvrdenie, ktoré som vraj vyslovila, že New York má byť zmietnutý prílivovou vlnou? To som nikdy nepovedala. Povedala som, keď som sa dívala na veľké budovy, ktoré tam vyrastajú, poschodie za poschodím: ‚Aké strašné výjavy sa odohrajú, keď Pán povstane, aby mocne zatriasol zemou! Vtedy sa naplnia slová zo Zjavenia 18,1–3.‘ Celá osemnásta kapitola Zjavenia je varovaním pred tým, čo príde na zem. Nemám však nijaké osobitné svetlo o tom, čo má prísť na New York, iba viem, že jedného dňa budú tamojšie veľké budovy zvrhnuté prevracaním a prevratmi Božej moci. Zo svetla, ktoré mi bolo dané, viem, že vo svete je skaza. Jediné slovo od Pána, jediný dotyk jeho mocnej sily, a tieto mohutné stavby padnú. Odohrajú sa výjavy, ktorých hrôzostrašnosť si nedokážeme predstaviť.“ Review and Herald, 5. júla 1906.</w:t>
      </w:r>
    </w:p>
    <w:p>
      <w:pPr>
        <w:pStyle w:val="ArticleBody"/>
        <w:jc w:val="left"/>
      </w:pPr>
      <w:r>
        <w:rPr>
          <w:rFonts w:ascii="Times New Roman" w:hAnsi="Times New Roman" w:eastAsia="Times New Roman" w:cs="Times New Roman"/>
        </w:rPr>
        <w:t>Otázka zostáva: Prečo Nashville? Ohnivé gule nad Nashvillom predstavujú prorocký scenár, v ktorom sa jedna trieda adventizmu hanbí a podľa Joela je „vyťatá“. Druhá trieda je predstavená ako taká, ktorá sa nikdy nebude hanbiť a je naplnená radosťou. Prorocká radosť nie je z dôvodu súdu privedeného na Nashville a Spojené štáty, ale pre ospravedlnenie, ktoré je znázornené medzi tými v podobenstve, ktorí majú olej, a tými, ktorí olej nemajú. S olejom sa spája mnoho symbolických významov, no jedným z jeho hlavných významov je posolstvo polnočného volania. Toto posolstvo sa začalo postupne odpečaťovať na konci roka 2023 a predstavovalo rozmnoženie poznania, ktoré je buď odmietnuté, alebo prijaté. Ozeáš jasne hovorí, že tí, ktorí odmietajú poznanie, sú odmietnutí ako Boží kňazi. Peter je umiestnený v strede štruktúry dvadsiatej tretej kapitoly Levitika, keď rozumie ohnivým guliam nad Nashvillom, a číslo tridsať je symbolom kňazov.</w:t>
      </w:r>
    </w:p>
    <w:p>
      <w:pPr>
        <w:pStyle w:val="ArticleScripture"/>
        <w:jc w:val="left"/>
      </w:pPr>
      <w:r>
        <w:rPr>
          <w:rFonts w:ascii="Times New Roman" w:hAnsi="Times New Roman" w:eastAsia="Times New Roman" w:cs="Times New Roman"/>
        </w:rPr>
        <w:t>Môj ľud hynie pre nedostatok poznania; pretože si zavrhol poznanie, aj ja zavrhnem teba, aby si mi nebol kňazom. Keďže si zabudol na zákon svojho Boha, aj ja zabudnem na tvoje deti. Ozeáš 4,6.</w:t>
      </w:r>
    </w:p>
    <w:p>
      <w:pPr>
        <w:pStyle w:val="ArticleBody"/>
        <w:jc w:val="left"/>
      </w:pPr>
      <w:r>
        <w:rPr>
          <w:rFonts w:ascii="Times New Roman" w:hAnsi="Times New Roman" w:eastAsia="Times New Roman" w:cs="Times New Roman"/>
        </w:rPr>
        <w:t>Otázka „poznania“ alebo jeho nedostatku je jednou z právd spojených s príchodom ohnivých gúľ v Nashville. Prorocké „poznanie“ alebo jeho nedostatok označuje začiatok ohlasovania polnočného volania a toto obdobie sa končí otázkou poslušnosti Božiemu slovu, ako ju predstavuje otázka soboty a nedele. Kristus vždy znázorňuje koniec prostredníctvom začiatku a na počiatku bola poslušnosť Božiemu slovu výstražným posolstvom daným Adamovi a Eve v záhrade.</w:t>
      </w:r>
    </w:p>
    <w:p>
      <w:pPr>
        <w:pStyle w:val="ArticleBody"/>
        <w:jc w:val="left"/>
      </w:pPr>
      <w:r>
        <w:rPr>
          <w:rFonts w:ascii="Times New Roman" w:hAnsi="Times New Roman" w:eastAsia="Times New Roman" w:cs="Times New Roman"/>
        </w:rPr>
        <w:t>Otázka poslušnosti na konci nemôže byť obmedzená na jedinú záhradu, ak „bude zapojený každý národ“, ako hovorí sestra Whiteová. Otázka soboty a nedele je opakovaním počiatočnej skúšky Adama a Evy v záhrade, ktorá sa na konci opakuje v celom svete. Táto skúška sa začína nedeľným zákonom v Spojených štátoch, čo je zároveň koniec obdobia ohlasovania polnočného volania.</w:t>
      </w:r>
    </w:p>
    <w:p>
      <w:pPr>
        <w:pStyle w:val="ArticleBody"/>
        <w:jc w:val="left"/>
      </w:pPr>
      <w:r>
        <w:rPr>
          <w:rFonts w:ascii="Times New Roman" w:hAnsi="Times New Roman" w:eastAsia="Times New Roman" w:cs="Times New Roman"/>
        </w:rPr>
        <w:t>Ohlasovanie výstražného posolstva, že Kristus prichádza, je zverené jedine tým, ktorí prijali rozmnoženie poznania z odpečatenia posolstva zjavenia Ježiša Krista, ktoré sa začalo na konci roku 2023. Skúška poznania, alebo jeho nedostatku, sa završuje pri útoku v Nashville. Lakmusová skúška spomedzi troch skúšok, ktoré sa začali pri odpečatení v roku 2023, je založená na oleji, ktorým je „poznanie“ obsiahnuté v prorockom posolstve, ktoré bolo vtedy odpečatené.</w:t>
      </w:r>
    </w:p>
    <w:p>
      <w:pPr>
        <w:pStyle w:val="ArticleBody"/>
        <w:jc w:val="left"/>
      </w:pPr>
      <w:r>
        <w:rPr>
          <w:rFonts w:ascii="Times New Roman" w:hAnsi="Times New Roman" w:eastAsia="Times New Roman" w:cs="Times New Roman"/>
        </w:rPr>
        <w:t>Nezapečatené „poznanie“ skúša a napokon sa prejavuje ako olej, ktorý je treťou a lakmusovou skúškou. Táto skúška začína obdobie zvestovania posolstva polnočného volania, ktoré sa končí pri skúške poslušnosti. Táto skúška poslušnosti sa uskutočňuje na Eve, ktorá predstavuje cirkev, a na Adamovi, ktorý predstavuje štát. Spojenie týchto dvoch entít sa završuje, keď je vynucovaná šelmina známka. Skúška v záhrade je skúškou na konci. Je to skúška pre mužov a ženy, ktorá zahŕňa spojenie cirkvi a štátu, ktoré sú mužom a ženou. Výstražné posolstvo, ktoré je odpečatené a vedie k záverečnej skúške poslušnosti, je znázornené stromom „poznania“ dobra a zla.</w:t>
      </w:r>
    </w:p>
    <w:p>
      <w:pPr>
        <w:pStyle w:val="ArticleBody"/>
        <w:jc w:val="left"/>
      </w:pPr>
      <w:r>
        <w:rPr>
          <w:rFonts w:ascii="Times New Roman" w:hAnsi="Times New Roman" w:eastAsia="Times New Roman" w:cs="Times New Roman"/>
        </w:rPr>
        <w:t>Nashville je symbolom gréckeho vzdelania v krajine šelmy zo zeme. Grécke vzdelanie je falošné vzdelanie; je to zlé poznanie, a dobré poznanie je pravé vzdelanie. Jedinou správnou radou, na činnosti ktorej Ellen Whiteová kedy súhlasila zúčastniť sa, bola Madison College, nachádzajúca sa v Nashville, ktoré sa nazýva „Atény Juhu“. Nashville je symbolom gréckeho, čiže falošného vzdelania. Falošné vzdelanie je falošné poznanie. Význam Nashville je paralelný so symbolikou New York City a Pentagónu.</w:t>
      </w:r>
    </w:p>
    <w:p>
      <w:pPr>
        <w:pStyle w:val="ArticleBody"/>
        <w:jc w:val="left"/>
      </w:pPr>
      <w:r>
        <w:rPr>
          <w:rFonts w:ascii="Times New Roman" w:hAnsi="Times New Roman" w:eastAsia="Times New Roman" w:cs="Times New Roman"/>
        </w:rPr>
        <w:t>V ďalšom článku budeme pokračovať v týchto veciach.</w:t>
      </w:r>
    </w:p>
    <w:p>
      <w:pPr>
        <w:pStyle w:val="ArticleHeading"/>
        <w:jc w:val="left"/>
      </w:pPr>
      <w:r>
        <w:rPr>
          <w:rFonts w:ascii="Arial" w:hAnsi="Arial" w:eastAsia="Arial" w:cs="Arial"/>
        </w:rPr>
        <w:t>Rukopis 188, 1905</w:t>
      </w:r>
    </w:p>
    <w:p>
      <w:pPr>
        <w:pStyle w:val="ArticleScripture"/>
        <w:jc w:val="left"/>
      </w:pPr>
      <w:r>
        <w:rPr>
          <w:rFonts w:ascii="Times New Roman" w:hAnsi="Times New Roman" w:eastAsia="Times New Roman" w:cs="Times New Roman"/>
        </w:rPr>
        <w:t>„Keď som bola v Nashville, hovorila som k ľudu, a v nočnom čase sa objavila nesmierna ohnivá guľa, ktorá prišla priamo z neba a spočinula nad Nashvillom. Z tej gule šľahali plamene ako šípy; domy pohlcoval oheň; domy sa kývali a rútili. Niektorí z našich ľudí tam stáli. ‚Je to práve tak, ako sme očakávali,‘ hovorili, ‚očakávali sme to.‘ Iní si v úzkosti lomili ruky a volali k Bohu o milosrdenstvo. ‚Vedeli ste to,‘ hovorili, ‚vedeli ste, že to príde, a nepovedali ste ani slovo, aby ste nás varovali!‘ Vyzeralo to, akoby ich boli takmer roztrhali na kusy pri pomyslení, že im to nikdy nepovedali ani im neposkytli nijaké varovanie.“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desať</dc:title>
  <dc:subject>Stredobod</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