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Skrytá história štyridsiateho verša – dvadsiateho štvrtého čísla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Ezechiel číslo päť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2026-08-10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V pasáži z Testimonies, zväzok päť, ktorou sa už niekoľko článkov zaoberáme, sme oboznámení s videním chrámu, ktoré bolo dané Ezechielovi, Izaiášovi a Jánovi: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„Tieto poučenia sú pre náš úžitok. Potrebujeme upevniť svoju vieru v Boha, lebo bezprostredne pred nami je čas, ktorý vyskúša ľudské duše. Kristus na Olivovom vrchu opísal hrozné súdy, ktoré mali predchádzať Jeho druhému príchodu: ‚Budete počuť o vojnách a chýroch o vojnách.‘ ‚Povstane národ proti národu a kráľovstvo proti kráľovstvu; a budú hlady, morové nákazy a zemetrasenia na rozličných miestach. To všetko je začiatok bolestí.‘ Hoci sa tieto proroctvá čiastočne naplnili pri zničení Jeruzalema, majú ešte priamejšie uplatnenie na posledné dni.“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Deviaty deň mesiaca av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Tiša be-Av, čo v hebrejčine znamená „deviaty deň mesiaca av“, je židovský deň pripomínajúci zničenie Prvého chrámu Babylončanmi v roku 586 pred Kr. i Druhého chrámu Titom v roku 70. Obe zničenia nastali v ten istý kalendárny deň — 9. deň hebrejského mesiaca av (ktorý podľa gregoriánskeho kalendára zvyčajne pripadá na júl alebo august). Keď sestra Whiteová spája zničenie Jeruzalema s „časom, ktorý bude skúšať duše ľudí“ v posledných dňoch, poukazuje na dve zničenia, ktoré obe znázorňujú čoskoro prichádzajúci nedeľný zákon.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Šestnásty verš jedenástej kapitoly Daniela predstavuje ten nedeľný zákon a zodpovedá štyridsiatemu prvému veršu. V Ezechielovi sa zničenie Jeruzalema používa na znázornenie oddelenia múdrych a pochabých panien pri nedeľnom zákone. Ezechiel bol zajatcom v Babylone, keď bol zázračne prenesený do Jeruzalema, aby v ôsmej až jedenástej kapitole sledoval práve toto oddelenie.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stalo sa v šiestom roku, v šiestom mesiaci, piateho dňa mesiaca, keď som sedel vo svojom dome a starší Judska sedeli predo mnou, že tam na mňa doľahla ruka Pána Hospodina. A hľadel som, a hľa, podoba ako výzor ohňa: od výzoru jeho bedier nadol oheň, a od jeho bedier nahor ako výzor jasu, ako farba jantáru. A vystrel podobu ruky a chytil ma za prameň vlasov mojej hlavy; a duch ma pozdvihol medzi zem a nebo a priviedol ma v Božích videniach do Jeruzalema, ku vchodu vnútornej brány, ktorá hľadí na sever, kde bolo sídlo obrazu žiarlivosti, ktorý popudzuje k žiarlivosti. Ezechiel 8:1–3.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Štyri kapitoly, od ôsmej po jedenástu, sú opisom oddelenia, a sestra Whiteová pri komentári k deviatej kapitole Ezechiela uvádza nielen to, že išlo o to isté zapečaťovanie ako v siedmej kapitole Zjavenia, ale aj to, že Jeruzalem predstavuje laodicejskú Cirkev adventistov siedmeho dňa v posledných dňoch.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„Trieda ľudí, ktorá nepociťuje zármutok nad vlastným duchovným úpadkom ani nežiali nad hriechmi iných, zostane bez Božej pečate. Pán poveruje svojich poslov, mužov so zbraňami skazy v rukách: ‚Choďte za ním mestom a udierajte; nech vaše oko nešetrí a nezľutujte sa: celkom pobite starých i mladých, panny i malé deti, i ženy; ale nepriblížte sa k nijakému človeku, na ktorom je znamenie; a začnite pri mojej svätyni. Potom začali pri starcoch, ktorí boli pred domom.‘“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„Tu vidíme, že cirkev — Pánova svätyňa — bola prvá, ktorá pocítila úder Božieho hnevu. Starci, tí, ktorým Boh dal veľké svetlo a ktorí stáli ako strážcovia duchovných záujmov ľudu, zradili svoju dôveru. Zaujali stanovisko, že nemusíme očakávať zázraky a zjavné prejavy Božej moci ako v niekdajších dňoch. Časy sa zmenili. Tieto slová upevňujú ich neveru a hovoria: Pán neurobí dobre ani zle. Je príliš milosrdný na to, aby svoj ľud navštívil súdom. Tak sa z úst mužov, ktorí už nikdy viac nepozdvihnú svoj hlas ako trúbu, aby ukázali Božiemu ľudu jeho priestupky a domu Jákobovmu jeho hriechy, ozýva volanie: ‚Pokoj a bezpečnosť!‘ Títo nemí psi, ktorí nechceli štekať, sú práve tí, ktorí pocítia spravodlivú pomstu urazeného Boha. Muži, panny i malé deti hynú všetci spolu.“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„Ohavnosti, nad ktorými verní vzdychali a volali, boli všetkým, čo mohli postrehnúť obmedzené ľudské oči, no zďaleka najhoršie hriechy, tie, ktoré vzbudzovali žiarlivosť čistého a svätého Boha, zostávali neodhalené. Veľký Skúmateľ sŕdc pozná každý hriech spáchaný v tajnosti tými, ktorí páchajú neprávosť. Títo ľudia sa vo svojich klamstvách cítia bezpečne a pre Jeho zhovievavosť hovoria, že Pán nevidí, a potom konajú, akoby opustil zem. On však odhalí ich pokrytectvo a pred očami iných vyjaví tie hriechy, ktoré sa tak starostlivo usilovali ukryť.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„Žiadna prevaha hodnosti, dôstojnosti ani svetskej múdrosti, nijaké postavenie v posvätnom úrade neuchráni ľudí pred obetovaním zásad, ak sú ponechaní svojim vlastným ľstivým srdciam. Tí, ktorí boli pokladaní za hodných a spravodlivých, sa ukazujú ako hlavní vodcovia odpadnutia a príklady ľahostajnosti i zneužívania Božích milostí. Ich bezbožné počínanie už nebude ďalej trpieť a vo svojom hneve s nimi naloží bez milosti.“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„Pán len s nevôľou odníma svoju prítomnosť tým, ktorí boli požehnaní veľkým svetlom a ktorí pocítili moc slova pri službe druhým. Kedysi boli Jeho vernými služobníkmi, požívali priazeň Jeho prítomnosti a vedenia; no odvrátili sa od Neho a zaviedli iných do bludu, a preto sa dostávajú pod Božiu nepriazeň.“ Testimonies, zväzok 5, 211, 212.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Celá kniha Ezechiela je zasadená do kontextu zničenia Jeruzalema. V Ezechielovom svedectve je osobitne vyznačené obliehanie Nabuchodonozora, ktoré trvalo rok a pol, no „priamejšie uplatnenie“ Ježišovho varovania v Matúšovi dvadsaťštyri sa vzťahuje na posledné dni. U Ezechiela sa táto línia pravdy nachádza v dvadsiatej štvrtej kapitole.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15. január 588 pred Kr.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znova, v deviatom roku, v desiatom mesiaci, desiateho dňa mesiaca, zaznelo ku mne slovo Hospodinovo takto: Synu človeka, zapíš si meno tohto dňa, práve tohto dňa; v ten istý deň sa babylonský kráľ postavil proti Jeruzalemu. Ezechiel 24:1, 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V tento dátum, ktorý je potvrdený aj inými biblickými svedectvami, sa začalo osemnásťmesačné obliehanie. Slovo Hospodinovo, ktoré prišlo k Ezechielovi v ten deň, pozostávalo z podobenstva o krvavom meste, znázorneného vriacim hrncom, po ktorom nasleduje veľký oheň. Podobenstvo zjavne predstavuje súd nad Jeruzalemom a v tej istej kapitole po ňom nasleduje uloženie Ezechielovej manželky do pokoja ranou ako znamenie, že sa začalo obliehanie, ktoré malo napokon zničiť svätyňu.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opäť zaznelo ku mne slovo Hospodinovo: Syn človeka, hľa, jedným úderom ti odnímam žiadosť tvojich očí; ale nebudeš smútiť ani plakať, ani ti nepotečú slzy. Vzdychaj potichu, nevykonávaj smútočný obrad za mŕtvych, uviaž si turban na hlavu a obuj si obuv na nohy, nezakrývaj si fúzy a nejedz chlieb od ľudí. A hovoril som ľudu ráno; večer potom zomrela moja žena, a ráno som urobil tak, ako mi bolo prikázané. Ezechiel 24:15–18.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Potom sa ľud okolo Ezechiela pýtal na význam podobenstva a smrti jeho manželky.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ľud mi povedal: „Nepovieš nám, čo to pre nás znamená, že tak robíš?“ Vtedy som im odpovedal: „Stalo sa mi slovo Hospodinovo a povedalo: Povedz domu Izraela: Takto vraví Pán Hospodin: Hľa, znesvätím svoju svätyňu, pýchu vašej sily, žiadosť vašich očí a to, čo ľutuje vaša duša; a vaši synovia i vaše dcéry, ktorých ste tam zanechali, padnú mečom.“ Ezechiel 24:19–21.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Ezechielova manželka i svätyňa sú v tomto úryvku obe označené ako „túžba tvojich očí“. Biblickí historici uvádzajú, že obliehanie trvalo osemnásť mesiacov, zatiaľ čo obliehania Cestia a Títa trvali štyri roky, od roku 66 až do roku 70. Presné počítanie času od prvého obliehania Cestia až po zničenie predstavuje tri a pol roka, no pri použití „inkluzívneho počítania“, ktoré je v Biblii najčastejšie uplatňovaným spôsobom počítania, sú to štyri roky. Poznanie, že oba spôsoby počítania sú platné, nám umožňuje vidieť tak tri a pol roka od Cestia po Títa, ako aj štyri roky.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Máme dve svedectvá o nedeľnom zákone v dvoch skazách Jeruzalema a podrobnosti oboch dejín sa majú vzťahovať na čoskoro prichádzajúci nedeľný zákon — kde je Laodicea vypľutá z úst Pánových. Začiatok obliehania Nabuchodonozora je označený smrťou Ezechielovej manželky. Pri jej smrti bolo Ezechielovi prikázané, aby otvorene nesmútil, lebo bol znamením Židov odvádzaných do zajatia.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Začiatok štvorročného obdobia od 66 do 70 je označený znamením ohavnosti spustošenia, ktoré bolo znamením pre kresťanov v Jeruzaleme, aby utiekli.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Keď teda uvidíte ohavnosť spustošenia, o ktorej hovoril prorok Daniel, stáť na svätom mieste, (kto číta, nech rozumie:) vtedy tí, čo sú v Judsku, nech utečú do hôr. Matúš 24:15,16.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Dve obliehania, ktoré si navzájom zreteľne zodpovedajú, a obe obliehania obsahujú na začiatku obliehania „znamenie“. Keď Ezechiel vysvetľuje, čo znamenala smrť jeho manželky a jeho neprejavovanie smútku, vysvetlil to a potom zaznamenal: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Tak vám bude Ezechiel znamením: podľa všetkého, čo urobil, tak budete robiť; a keď sa to stane, poznáte, že ja som Pán Hospodin. Ezechiel 24,24.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Znamenie smrti Ezechielovej manželky bolo stotožnením s čoskoro prichádzajúcim zničením Jeruzalema a chrámu a s následným zajatím v Babylone. Znamenie ohavnosti spustošenia, o ktorom hovoril Daniel, bolo varovaním, aby unikli skaze, no obe obliehania majú na svojom začiatku znamenie.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Pred blížiacim sa nedeľným zákonom nastane prorocké obliehanie a smrť Ezechielovej manželky je symbolom toho, že laodicejská cirkev adventistov siedmeho dňa bola úplne pominutá, zatiaľ čo Ezechiel je symbolom sto štyridsiatich štyroch tisíc a je symbolom zástavy, ktorá je pozdvihnutá na začiatku obliehania. Ezechiel je zástavou sto štyridsiatich štyroch tisíc na začiatku obliehania Babylona a znamením ohavnosti spustošenia na začiatku je „znamenie“ Ríma. Jedno znamenie hovorí o vnútornom varovaní a druhé o vonkajšom varovaní. V roku 66 bolo kresťanom nepochybne dané varovanie, avšak varovným znamením bol Rím. Znamením pri zničení Babylona bola Ezechielova manželka. Rím je triedou tých, ktorí prijímajú znamenie šelmy, a Ezechiel znamením tých, ktorí prijímajú pečať Božiu.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Dve záverečné obdobia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Prvé obliehanie trvalo osemnásť mesiacov a druhé obliehanie trvalo štyri roky. Obe obliehania nachádzajú svoje „priamejšie“ naplnenie v posledných dňoch a obe obliehania sú priamo spojené s proroctvom o tristo deväťdesiatich jednom roku a pätnástich dňoch, ktoré sa nachádza v Zjavení 9,15.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Začiatok piatich mesiacov zo zjavenia deviatej kapitoly, desiateho verša zahŕňal dejiny, ktoré vyznačujú obdobie tridsiatich ôsmich rokov, vrcholiace v štvorročnom obliehaní, ktoré je spojené s číslom tridsaťosem, a označili povstanie islamu. Toto štvorročné obliehanie nachádza svoj protipól v dejinách, ktoré sa začali, keď sa skončilo sto päťdesiat rokov (piatich mesiacov) a začalo sa tristo deväťdesiatjeden rokov a pätnásť dní. Začalo sa 27. júla 1449 a o štyri roky neskôr islam priviedol proti Konštantínopolu obliehanie trvajúce päťdesiatpäť dní, ktoré sa skončilo 29. mája 1453.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Keď sa časové proroctvo, ktoré sa začalo 27. júla 1449, skončilo 11. augusta 1844, štyri roky hnutia prvého a druhého anjela od roku 1840 do roku 1844 sa zosúladili so štvorročným obliehaním od roku 1333 do roku 1337, a tiež so štvorročným obdobím od roku 1449 do roku 1453. Títo traja svedkovia, ktorí sú všetci priamou súčasťou tej istej prorockej línie, predstavujú symbolické štvorročné obdobie, keď sa hnutie prvého a druhého anjela z rokov 1840 až 1844 opakuje v dejinách hnutia tretieho anjela. Títo traja svedkovia predobrazujú štvorročné obliehanie v dejinách stoštyridsiatich štyroch tisícov. Toto štvorročné obdobie je znázornené aj obliehaniami Jeruzalema v rokoch 66 a 70.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Začiatok štvorročného obliehania Cestiom v roku 66 a potom jeho ukončenie Titom v roku 70 vytvárajú symbol alfa a symbol omega pre obdobie štyroch rokov. To isté obdobie je zároveň predstavené aj ako tri a pol roka, čo sa zasa zhoduje s tromi a pol prorockými rokmi, počas ktorých pápežský Rím pošliapal svätyňu.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Ale nádvoria, ktoré je mimo chrámu, vynechaj a nemeraj ho, lebo je dané pohanom; a sväté mesto budú šliapať nohami štyridsaťdva mesiacov. A dám moc svojim dvom svedkom, a budú prorokovať tisícdvestošesťdesiat dní, odetí do vrecoviny. Zjavenie 11, 2. 3.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padnú ostrím meča a budú odvedení do zajatia medzi všetky národy; a Jeruzalem bude pošliapavaný pohanmi, dokiaľ sa nenaplnia časy pohanov. Lukáš 21:24.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Je nevyhnutné poznamenať, že na obdobie reprezentované symbolom alfa Cestia až po symbol omega Tita používam počítanie „vrátane“ aj „bez zahrnutia“. To poukazuje na to, že v rámci jednej dejinnej udalosti sú predstavené dve aplikácie času. Tento biblický princíp sme už rozoberali, keď sme sa (pred mnohými článkami) zaoberali časom medzi Ježišovou návštevou Cézarey Filipovej (Panea) a Jeho cestou na vrch Premenenia. Dvaja biblickí autori zaznamenávajú šesť dní a jeden osem dní.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po šiestich dňoch vzal Ježiš Petra, Jakuba a jeho brata Jána a vyviedol ich na vysoký vrch do samoty. Matúš 17:1.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po šiestich dňoch vzal Ježiš so sebou Petra, Jakuba a Jána a vyviedol ich na vysoký vrch do samoty, len ich samých; a bol premenený pred nimi. Marek 9,2.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stalo sa asi o osem dní po týchto slovách, že vzal Petra, Jána a Jakuba a vystúpil na vrch modliť sa. Lukáš 9:28.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Zničenie Jeruzalema má „priamejšie“ uplatnenie na posledné dni a týmto zničením sú dve svedectvá, predstavené Babylonom a Rímom. Tieto dve svedectvá sa navzájom zhodujú, no poskytujú odlišné a podstatné prorocké charakteristiky, aby zosilnili pravdu. Oblehanie Rímom (66 až 70) trvalo štyri roky, čo zároveň predstavuje tri a pol roka. Tri a pol roka súvisia s pošliapaním svätyne a zástupu, uskutočneným tak pohanstvom, ako aj pápežstvom. Pošliapanie pápežstvom trvalo tri a pol symbolického roka, ako to predznačovali doslovné tri a pol roka obliehania Rímom.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To štvorročné obliehanie sa spája aj so štvorročnými obdobiami súvisiacimi s prorockou líniou, ktorá označuje vyzdvihnutie islamu a následne vyzdvihnutie hnutia najprv prvého a druhého a potom tretieho anjela. Obdobie od Cestia po Tita sa pretína s kolesom pápežského Ríma a tiež s kolesom islamu. Koleso Ríma a tri a pol roka Cestia a Tita sa pretínajú s tromi a pol symbolickými rokmi pápežského Ríma, čím sa označujú dve entity pohanského a pápežského Ríma. Koleso islamu je spojené s tým istým dejinným obdobím chápaným ako štyri roky, ale rovnako ako pri kolese Ríma v tomto období, aj islam je spojený s druhou mocnosťou podriadenou kolesu islamu — a tou je adventizmus. Obdobie troch a pol roka predstavuje Rím v oboch jeho fázach a štvorročné obdobie predstavuje islam a adventizmus. Pohanský a pápežský Rím nemožno prorocky oddeliť a rovnako nemožno oddeliť ani islam a adventizmus.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To prorocky vyžaduje, aby sme pri uvažovaní o obliehaní Babylonu videli v obraze osemnásťmesačného obliehania dve chápania času. Dve znázornenia času v obliehaní privedenom Rímom prorocky vyžadujú dve znázornenia času v obliehaní privedenom Nabuchodonozorom. Nabuchodonozorovo osemnásťmesačné obliehanie možno tiež chápať ako symbol jedného a pol roka. Osemnásť mesiacov je jeden a pol roka a jeden a pol možno vyjadriť ako 1,5 roka. Obliehanie Nabuchodonozora bolo zároveň osemnásť mesiacov aj jeden celok päť desatín (1,5) roka.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Osemnásť mesiacov označuje moc, ktorá mala pošliapať Jeruzalem, a 1,5 roka označuje islam. Prorocké koleso výpočtu, ktoré identifikuje osemnásť mesiacov, identifikuje Babylon, a druhé prorocké koleso výpočtu identifikuje islam. Ešte sme nepredložili vysvetlenie, ako dospievame k aplikácii 1,5 roka v súvislosti s islamom, no treba poznamenať, že ide o dva časové výpočty pri skaze prinesenej Rímom, spojené s prorockým kolesom Ríma (pohanského aj pápežského), a o druhý výpočet spojený s prorockým kolesom islamu. Tieto charakteristiky sa nachádzajú tak v alfa, ako aj v omega skaze Jeruzalema.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Štvorročné obliehanie Jeruzalema za Cestia a Títa predstavuje ukončenie prorockej línie, ktorá sa začala tridsaťosemročným obdobím a skončila štvorročným obliehaním symbolizujúcim vyzdvihnutie islamu; a záverečné štvorročné obdobie v tej istej línii predstavuje vyzdvihnutie zástavy stoštyridsaťštyritisíc.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V nasledujúcom článku budeme pokračovať v týchto veciach.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Skrytá história štyridsiateho verša – dvadsiateho štvrtého čísla</dc:title>
  <dc:subject>Ezechiel číslo päť</dc:subject>
  <dc:creator>Jeff Pippenger</dc:creator>
  <cp:keywords/>
  <dc:description>Generated by ArticleDigger from hidden_history\24_hidden_history.json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