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číslo päť</w:t>
      </w:r>
    </w:p>
    <w:p>
      <w:pPr>
        <w:pStyle w:val="ArticleSubtitle"/>
        <w:jc w:val="left"/>
      </w:pPr>
      <w:r>
        <w:rPr>
          <w:rFonts w:ascii="Arial" w:hAnsi="Arial" w:eastAsia="Arial" w:cs="Arial"/>
        </w:rPr>
        <w:t>Posledné tri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2023-09-03</w:t>
      </w:r>
    </w:p>
    <w:p>
      <w:pPr>
        <w:pStyle w:val="ArticleBody"/>
        <w:jc w:val="left"/>
      </w:pPr>
      <w:r>
        <w:rPr>
          <w:rFonts w:ascii="Times New Roman" w:hAnsi="Times New Roman" w:eastAsia="Times New Roman" w:cs="Times New Roman"/>
        </w:rPr>
        <w:t>V ideálnom prípade by sa sedem cirkví a sedem pečatí malo chápať ako paralelné symboly predstavujúce vnútorné a vonkajšie línie tých istých dejín. Dôležité je tiež uvedomiť si, že pri posudzovaní posledných troch cirkví a posledných troch pečatí dejinná línia predstavujúca postupné dejiny nie je prvotným predmetom týchto symbolov. Keď sa cirkvi uplatňujú v kontexte paralelných dejín, postupnosť dejín je podstatným prvkom symboliky, no to neplatí vtedy, keď sa posledné tri cirkvi a pečate chápu ako symbol samy osebe.</w:t>
      </w:r>
    </w:p>
    <w:p>
      <w:pPr>
        <w:pStyle w:val="ArticleBody"/>
        <w:jc w:val="left"/>
      </w:pPr>
      <w:r>
        <w:rPr>
          <w:rFonts w:ascii="Times New Roman" w:hAnsi="Times New Roman" w:eastAsia="Times New Roman" w:cs="Times New Roman"/>
        </w:rPr>
        <w:t>Posledné tri cirkvi ako symbol hovoria o vzťahu troch skupín a o dynamike vzájomného pôsobenia týchto troch skupín uctievačov, ktoré sú znázornené jednotlivými cirkvami. Posledné tri pečate stotožňujú Boží ľud tak, ako ho predstavujú Mojžiš a Eliáš. Eliáš predstavuje stoštyridsaťštyritisíc a Mojžiš spravodlivých mŕtvych.</w:t>
      </w:r>
    </w:p>
    <w:p>
      <w:pPr>
        <w:pStyle w:val="ArticleScripture"/>
        <w:jc w:val="left"/>
      </w:pPr>
      <w:r>
        <w:rPr>
          <w:rFonts w:ascii="Times New Roman" w:hAnsi="Times New Roman" w:eastAsia="Times New Roman" w:cs="Times New Roman"/>
        </w:rPr>
        <w:t>A keď otvoril piatu pečať, videl som pod oltárom duše tých, ktorí boli pobití pre slovo Božie a pre svedectvo, ktoré zachovávali. A volali mocným hlasom: Dokedy, Pane, svätý a pravdivý, nebudeš súdiť a pomstiť našu krv na tých, čo prebývajú na zemi? A každému z nich bolo dané biele rúcho; a bolo im povedané, aby ešte krátky čas odpočívali, dokiaľ sa nedoplní počet ich spoluslužobníkov a ich bratov, ktorí majú byť zabití ako oni. A keď otvoril šiestu pečať, hľa, nastalo veľké zemetrasenie; a slnko sčernelo ako žinené vrece a mesiac sa stal ako krv; a nebeské hviezdy padali na zem, ako figovník zhadzuje svoje nedozreté figy, keď ním trasie silný vietor. A nebo sa pominulo ako zvitok, keď sa zvinie; a každý vrch i ostrov sa pohli zo svojich miest. A králi zeme, i veľmoži, i boháči, i velitelia vojsk, i mocní, i každý otrok, i každý slobodný sa skryli v jaskyniach a medzi skalami vrchov; a vraveli vrchom a skalám: Padnite na nás a skryte nás pred tvárou Toho, ktorý sedí na tróne, a pred hnevom Baránka; lebo prišiel veľký deň jeho hnevu, a kto môže obstáť? Zjavenie 6:9–17.</w:t>
      </w:r>
    </w:p>
    <w:p>
      <w:pPr>
        <w:pStyle w:val="ArticleBody"/>
        <w:jc w:val="left"/>
      </w:pPr>
      <w:r>
        <w:rPr>
          <w:rFonts w:ascii="Times New Roman" w:hAnsi="Times New Roman" w:eastAsia="Times New Roman" w:cs="Times New Roman"/>
        </w:rPr>
        <w:t>Sestra Whiteová nás informuje, že piata pečať sa vzťahuje na „časové obdobie v budúcnosti“. Verše o piatej pečati sa pýtajú, kedy Boh bude súdiť pápežstvo za vraždenie Božieho ľudu počas temného stredoveku. Bola daná odpoveď, že v „posledných dňoch“ Boh bude súdiť pápežstvo za ich vraždenie, ako aj za ďalšiu skupinu pápežských mučeníkov, ktorí budú takisto usmrtení pápežstvom počas krízy nedeľného zákona.</w:t>
      </w:r>
    </w:p>
    <w:p>
      <w:pPr>
        <w:pStyle w:val="ArticleScripture"/>
        <w:jc w:val="left"/>
      </w:pPr>
      <w:r>
        <w:rPr>
          <w:rFonts w:ascii="Times New Roman" w:hAnsi="Times New Roman" w:eastAsia="Times New Roman" w:cs="Times New Roman"/>
        </w:rPr>
        <w:t>„‚A keď otvoril piatu pečať... [Zjavenie 6:9–11]. Tu boli Jánovi predstavené výjavy, ktoré neboli skutočnosťou, ale tým, čo bude v určitom časovom období v budúcnosti.‘“ Manuscript Releases, zväzok 20, 197.</w:t>
      </w:r>
    </w:p>
    <w:p>
      <w:pPr>
        <w:pStyle w:val="ArticleBody"/>
        <w:jc w:val="left"/>
      </w:pPr>
      <w:r>
        <w:rPr>
          <w:rFonts w:ascii="Times New Roman" w:hAnsi="Times New Roman" w:eastAsia="Times New Roman" w:cs="Times New Roman"/>
        </w:rPr>
        <w:t>Inšpirácia takisto potvrdzuje, že duše pod oltárom, ktoré túžia vedieť, kedy Boh bude súdiť pápežstvo, sú spojené s dvoma hlasmi anjela, ktorý osvieti zem svojou slávou v osemnástej kapitole Zjavenia.</w:t>
      </w:r>
    </w:p>
    <w:p>
      <w:pPr>
        <w:pStyle w:val="ArticleScripture"/>
        <w:jc w:val="left"/>
      </w:pPr>
      <w:r>
        <w:rPr>
          <w:rFonts w:ascii="Times New Roman" w:hAnsi="Times New Roman" w:eastAsia="Times New Roman" w:cs="Times New Roman"/>
        </w:rPr>
        <w:t>„Keď bola otvorená piata pečať, Ján Zjaviteľ vo videní uvidel pod oltárom zástup tých, ktorí boli pobití pre slovo Božie a svedectvo Ježiša Krista. Potom nasledovali výjavy opísané v osemnástej kapitole Zjavenia, keď sú tí, ktorí sú verní a pravdiví, povolaní von z Babylonu. Zjavenie 18,1–5 citované.“ Manuscript Releases, zväzok 20, 14.</w:t>
      </w:r>
    </w:p>
    <w:p>
      <w:pPr>
        <w:pStyle w:val="ArticleBody"/>
        <w:jc w:val="left"/>
      </w:pPr>
      <w:r>
        <w:rPr>
          <w:rFonts w:ascii="Times New Roman" w:hAnsi="Times New Roman" w:eastAsia="Times New Roman" w:cs="Times New Roman"/>
        </w:rPr>
        <w:t>V osemnástej kapitole Zjavenia je súd nad katolicizmom dvojnásobný, lebo tam a vtedy je potrestaný nielen za tých, ktorých zabije v „posledných dňoch“, ale aj za obete vraždy počas temných vekov pápežskej vlády.</w:t>
      </w:r>
    </w:p>
    <w:p>
      <w:pPr>
        <w:pStyle w:val="ArticleScripture"/>
        <w:jc w:val="left"/>
      </w:pPr>
      <w:r>
        <w:rPr>
          <w:rFonts w:ascii="Times New Roman" w:hAnsi="Times New Roman" w:eastAsia="Times New Roman" w:cs="Times New Roman"/>
        </w:rPr>
        <w:t>A počul som iný hlas z neba, ktorý hovoril: Vyjdite z nej, ľud môj, aby ste nemali účasť na jej hriechoch a aby ste neprijali z jej rán. Lebo jej hriechy dosiahli až po nebo a Boh sa rozpomenul na jej neprávosti. Odplaťte jej tak, ako ona odplatila vám, a zdvojnásobte jej dvojnásobne podľa jej skutkov; v kalichu, ktorý naplnila, naplňte jej dvojnásobne. Zjavenie 18:4–6.</w:t>
      </w:r>
    </w:p>
    <w:p>
      <w:pPr>
        <w:pStyle w:val="ArticleBody"/>
        <w:jc w:val="left"/>
      </w:pPr>
      <w:r>
        <w:rPr>
          <w:rFonts w:ascii="Times New Roman" w:hAnsi="Times New Roman" w:eastAsia="Times New Roman" w:cs="Times New Roman"/>
        </w:rPr>
        <w:t>Šiesta pečať poskytuje jeden z klasických biblických obrazov udalostí, ktoré bezprostredne predchádzajú druhému príchodu Krista počas siedmich posledných rán. Končí sa úvodom do siedmej kapitoly Zjavenia, ktorá podáva odpoveď na otázku vznesenú v poslednom verši šiestej pečate: „kto bude môcť obstáť“. Sú dve skupiny, ktoré budú stáť ako Božia zástava v kríze nedeľného zákona, ktorá sa zavŕši, keď prídu siedme posledné rany. Týmito dvoma skupinami je stoštyridsaťštyritisíc, ktorých predstavuje Eliáš, a „veľký zástup“, ktorý predstavuje Mojžiš. Tieto dva symboly Mojžiša a Eliáša boli už predtým označené ako tí, ktorí stoja na konci sveta, lebo obaja stáli s Kristom na hore premenenia.</w:t>
      </w:r>
    </w:p>
    <w:p>
      <w:pPr>
        <w:pStyle w:val="ArticleBody"/>
        <w:jc w:val="left"/>
      </w:pPr>
      <w:r>
        <w:rPr>
          <w:rFonts w:ascii="Times New Roman" w:hAnsi="Times New Roman" w:eastAsia="Times New Roman" w:cs="Times New Roman"/>
        </w:rPr>
        <w:t>Prvá skupina pápežských mučeníkov z temného stredoveku dostala biele rúcha a druhá skupina, na ktorú im bolo povedané čakať, kým sa jej počet nenaplní, je „veľký zástup“, ktorý je takisto odetý v bielych rúchach. Piata a šiesta pečať nepredkladajú paralelné dejiny piatej a šiestej cirkvi; vydávajú svedectvo o tých dvoch skupinách, ktoré povstanú ako korúhev pre Pána v „posledných dňoch“. Týmito dvoma skupinami sú tí, ktorí ohlasujú posolstvá dvoch hlasov v osemnástej kapitole Zjavenia. Posolstvo, ktoré je potom ohlasované, je sprevádzané vyliatím Svätého Ducha, ako je to predobrazené dejinami Letníc a dejinami Polnočného volania na počiatku adventizmu.</w:t>
      </w:r>
    </w:p>
    <w:p>
      <w:pPr>
        <w:pStyle w:val="ArticleScripture"/>
        <w:jc w:val="left"/>
      </w:pPr>
      <w:r>
        <w:rPr>
          <w:rFonts w:ascii="Times New Roman" w:hAnsi="Times New Roman" w:eastAsia="Times New Roman" w:cs="Times New Roman"/>
        </w:rPr>
        <w:t>„Anjel, ktorý sa spája s ohlasovaním posolstva tretieho anjela, má osvietiť celú zem svojou slávou. Tu je predpovedané dielo celosvetového rozsahu a nezvyčajnej moci. Adventné hnutie rokov 1840–44 bolo slávnym prejavom Božej moci; posolstvo prvého anjela bolo zvestované na každej misijnej stanici na svete a v niektorých krajinách sa prejavil najväčší náboženský záujem, aký bol zaznamenaný v ktorejkoľvek krajine od reformácie šestnásteho storočia; no to všetko má byť prekonané mocným hnutím pod posledným varovaním tretieho anjela.</w:t>
      </w:r>
    </w:p>
    <w:p>
      <w:pPr>
        <w:pStyle w:val="ArticleScripture"/>
        <w:jc w:val="left"/>
      </w:pPr>
      <w:r>
        <w:rPr>
          <w:rFonts w:ascii="Times New Roman" w:hAnsi="Times New Roman" w:eastAsia="Times New Roman" w:cs="Times New Roman"/>
        </w:rPr>
        <w:t>„Dielo bude podobné tomu v deň Letníc. Ako bol daný ‚včasný dážď‘ pri vyliatí Ducha Svätého na začiatku evanjelia, aby spôsobil vzklíčenie drahocenného semena, tak bude pri jeho závere daný ‚pozdný dážď‘ na dozretie žatvy. ‚A poznajme, snažme sa poznať Hospodina; jeho vychádzanie je isté ako svitanie, a príde k nám ako dážď, ako jarný a jesenný dážď na zem.‘ Ozeáš 6:3. ‚Plesajte teda, synovia Siona, a radujte sa v Hospodinovi, svojom Bohu, lebo vám dal včasný dážď v správnej miere a zosiela vám dážď, včasný i pozdný dážď.‘ Joel 2:23. ‚V posledných dňoch, hovorí Boh, vylejem zo svojho Ducha na každé telo.‘ ‚A stane sa, že každý, kto bude vzývať meno Pánovo, bude spasený.‘ Skutky 2:17, 21.“</w:t>
      </w:r>
    </w:p>
    <w:p>
      <w:pPr>
        <w:pStyle w:val="ArticleScripture"/>
        <w:jc w:val="left"/>
      </w:pPr>
      <w:r>
        <w:rPr>
          <w:rFonts w:ascii="Times New Roman" w:hAnsi="Times New Roman" w:eastAsia="Times New Roman" w:cs="Times New Roman"/>
        </w:rPr>
        <w:t>„Veľké dielo evanjelia sa nemá zavŕšiť menším prejavom Božej moci, než aký sprevádzal jeho začiatok. Proroctvá, ktoré sa naplnili pri vyliatí skorého dažďa na začiatku evanjelia, sa majú znovu naplniť pri neskorom daždi na jeho konci. Tu sú ‚časy občerstvenia‘, na ktoré apoštol Peter upriamoval pohľad, keď povedal: ‚Kajajte sa teda a obráťte sa, aby boli zotreté vaše hriechy, keď prídu časy občerstvenia od tváre Pánovej; a pošle Ježiša.‘ Skutky 3:19, 20.“ Veľký spor, 611.</w:t>
      </w:r>
    </w:p>
    <w:p>
      <w:pPr>
        <w:pStyle w:val="ArticleBody"/>
        <w:jc w:val="left"/>
      </w:pPr>
      <w:r>
        <w:rPr>
          <w:rFonts w:ascii="Times New Roman" w:hAnsi="Times New Roman" w:eastAsia="Times New Roman" w:cs="Times New Roman"/>
        </w:rPr>
        <w:t>Po tom, čo šiesta pečať nastoľuje otázku, ktorá uvádza Eliáša a Mojžiša, predstavených v siedmej kapitole Zjavenia, je otvorená siedma pečať a opisuje vyliatie Ducha Svätého na tieto dve skupiny. Treba si povšimnúť, že v tomto opise je ticho asi na pol hodiny. Vyliatie neskorého dažďa, znázornené otvorením siedmej pečate, zahŕňa obdobie ticha.</w:t>
      </w:r>
    </w:p>
    <w:p>
      <w:pPr>
        <w:pStyle w:val="ArticleScripture"/>
        <w:jc w:val="left"/>
      </w:pPr>
      <w:r>
        <w:rPr>
          <w:rFonts w:ascii="Times New Roman" w:hAnsi="Times New Roman" w:eastAsia="Times New Roman" w:cs="Times New Roman"/>
        </w:rPr>
        <w:t>A keď otvoril siedmu pečať, nastalo v nebi mlčanie asi na pol hodiny. A videl som sedem anjelov, ktorí stáli pred Bohom; a bolo im daných sedem trúb. A prišiel iný anjel a postavil sa pri oltári so zlatou kadidelnicou; a bolo mu dané mnoho kadidla, aby ho obetoval s modlitbami všetkých svätých na zlatom oltári, ktorý bol pred trónom. A dym kadidla spolu s modlitbami svätých vystúpil z ruky anjela pred Boha. A anjel vzal kadidelnicu, naplnil ju ohňom z oltára a hodil ho na zem; a nastali hlasy, hromy, blesky a zemetrasenie. Zjavenie 8:1–5.</w:t>
      </w:r>
    </w:p>
    <w:p>
      <w:pPr>
        <w:pStyle w:val="ArticleBody"/>
        <w:jc w:val="left"/>
      </w:pPr>
      <w:r>
        <w:rPr>
          <w:rFonts w:ascii="Times New Roman" w:hAnsi="Times New Roman" w:eastAsia="Times New Roman" w:cs="Times New Roman"/>
        </w:rPr>
        <w:t>Ako bolo práve uvedené v pasáži z diela Veľký spor, neskorý dážď sa začína vylievať, keď mocný anjel zostupuje a osvecuje zem svojou slávou. Neskorý dážď sa začal, keď „veľké budovy mesta New York boli zvrhnuté“ 11. septembra 2001.</w:t>
      </w:r>
    </w:p>
    <w:p>
      <w:pPr>
        <w:pStyle w:val="ArticleScripture"/>
        <w:jc w:val="left"/>
      </w:pPr>
      <w:r>
        <w:rPr>
          <w:rFonts w:ascii="Times New Roman" w:hAnsi="Times New Roman" w:eastAsia="Times New Roman" w:cs="Times New Roman"/>
        </w:rPr>
        <w:t>„Odkiaľ pochádza tvrdenie, ktoré som vraj vyslovila, že New York má byť zmietnutý prílivovou vlnou? To som nikdy nepovedala. Povedala som, keď som sa dívala na veľké budovy, ktoré tam vyrastali, poschodie za poschodím: ‚Aké strašné výjavy nastanú, keď Pán povstane, aby mocne zatriasol zemou! Potom sa naplnia slová zo Zjavenia 18,1–3.‘ Celá osemnásta kapitola Zjavenia je varovaním pred tým, čo prichádza na zem. Nemám však nijaké osobitné svetlo o tom, čo má prísť na New York, ibaže viem, že jedného dňa budú tamojšie veľké budovy zvrhnuté obrátením a prevrátením Božej moci. Zo svetla, ktoré mi bolo dané, viem, že vo svete je skaza. Jediné slovo od Pána, jediný dotyk jeho mocnej sily, a tieto mohutné stavby padnú. Nastanú výjavy, ktorých hrôzostrašnosť si nevieme ani predstaviť.“ Review and Herald, 5. júla 1906.</w:t>
      </w:r>
    </w:p>
    <w:p>
      <w:pPr>
        <w:pStyle w:val="ArticleBody"/>
        <w:jc w:val="left"/>
      </w:pPr>
      <w:r>
        <w:rPr>
          <w:rFonts w:ascii="Times New Roman" w:hAnsi="Times New Roman" w:eastAsia="Times New Roman" w:cs="Times New Roman"/>
        </w:rPr>
        <w:t>Dňa 11. septembra 2001 začal padať neskorý dážď a vyliatie toho dažďa dopadá na tých, ktorých predstavujú Eliáš a Mojžiš, a zahŕňa aj čas mlčania. Čas mlčania pre Mojžiša a Eliáša je takisto znázornený v jedenástej kapitole Zjavenia, kde Mojžiš a Eliáš, tí dvaja proroci, ktorí trápili svet, boli „zabití“ na uliciach. Ale po troch a pol dňoch vyšli z jaskyne na Horebe a vystúpili do neba. V dejinách neskorého dažďa je posolstvo, predstavované tými dvoma poslami, zabité a vyvrhnuté na ulicu, no nie pochované, až kým nie sú vzkriesení. Toto je jedna z hlavných právd, ktoré Lev z kmeňa Júdovho teraz odpečaťuje.</w:t>
      </w:r>
    </w:p>
    <w:p>
      <w:pPr>
        <w:pStyle w:val="ArticleBody"/>
        <w:jc w:val="left"/>
      </w:pPr>
      <w:r>
        <w:rPr>
          <w:rFonts w:ascii="Times New Roman" w:hAnsi="Times New Roman" w:eastAsia="Times New Roman" w:cs="Times New Roman"/>
        </w:rPr>
        <w:t>Posledné tri pečate označujú záverečné hnutie Božieho ľudu, predstavené Eliášom a Mojžišom. Toto hnutie zomiera a je vzkriesené. Je to hnutie, lebo adventizmus sa začal ako hnutie, ktoré pokračovalo až do roku 1863, keď odložili prvú pravdu, ktorú bol William Miller vedený rozpoznať. V roku 1863 sa hnutie skončilo, lebo v roku 1863 sa právne stali cirkvou. Alfa a Omega trvá na tom, že ak začal svoj ostatkový ľud ako hnutie, aj ho ukončí ako hnutie.</w:t>
      </w:r>
    </w:p>
    <w:p>
      <w:pPr>
        <w:pStyle w:val="ArticleBody"/>
        <w:jc w:val="left"/>
      </w:pPr>
      <w:r>
        <w:rPr>
          <w:rFonts w:ascii="Times New Roman" w:hAnsi="Times New Roman" w:eastAsia="Times New Roman" w:cs="Times New Roman"/>
        </w:rPr>
        <w:t>Teraz sme dokončili prehľad siedmich cirkví a siedmich pečatí. V posledných troch pečatiach vidíme dve triedy vykúpených, ktoré sú predstavené Mojžišom a Eliášom. Všetky tieto pečate svedčia o mocnom anjelovi zo Zjavenia osemnástej kapitoly. Keď zostúpil 11. septembra 2001, dve triedy vykúpených vstúpili do procesu očisťovania, ktorý je určený na odhalenie a oddelenie dvoch tried uctievačov v rámci hnutia na konci adventizmu, ako to bolo predobrazené hnutím na začiatku adventizmu. Daniel označuje jednu z týchto tried, ktorú nazýva bezbožnými, a hovorí, že nepochopia nárast poznania, kým múdri áno. Matúš nás informuje, že tí, ktorým chýba porozumenie poznaniu, ktoré bolo odpečatené, označujú pannu za bláznivú. Múdre panny v kríze o polnoci preukazujú, že pochopili a vlastnia nárast poznania. Múdri a blázniví sú predstavení cirkvou Filadelfia alebo cirkvou Laodicea. Bezbožné, bláznivé panny Laodicey majú byť vypľuté z úst Pána a múdri prijímajú Božie meno, čiže Jeho charakter, na svoje čelá. Ak šiesta cirkev Filadelfia predstavuje múdrych, ako je možné, že siedma cirkev Laodicea predstavuje bezbožných? Ak je to tak, potom je poradie narušené, či nie? Odpoveď je, samozrejme, vyriešená skrze Alfu a Omegu.</w:t>
      </w:r>
    </w:p>
    <w:p>
      <w:pPr>
        <w:pStyle w:val="ArticleBody"/>
        <w:jc w:val="left"/>
      </w:pPr>
      <w:r>
        <w:rPr>
          <w:rFonts w:ascii="Times New Roman" w:hAnsi="Times New Roman" w:eastAsia="Times New Roman" w:cs="Times New Roman"/>
        </w:rPr>
        <w:t>Na začiatku prvého denominovaného Božieho ľudu, starovekého Izraela, Mojžiš predobrazoval Krista na konci tohto denominovaného ľudu.</w:t>
      </w:r>
    </w:p>
    <w:p>
      <w:pPr>
        <w:pStyle w:val="ArticleScripture"/>
        <w:jc w:val="left"/>
      </w:pPr>
      <w:r>
        <w:rPr>
          <w:rFonts w:ascii="Times New Roman" w:hAnsi="Times New Roman" w:eastAsia="Times New Roman" w:cs="Times New Roman"/>
        </w:rPr>
        <w:t>Lebo Mojžiš naozaj povedal otcom: Proroka vám vzbudí Pán, váš Boh, spomedzi vašich bratov, podobného mne; jeho budete počúvať vo všetkom, čo vám povie. A stane sa, že každá duša, ktorá nebude počúvať toho proroka, bude vyhubená spomedzi ľudu. Skutky 3:22, 23.</w:t>
      </w:r>
    </w:p>
    <w:p>
      <w:pPr>
        <w:pStyle w:val="ArticleBody"/>
        <w:jc w:val="left"/>
      </w:pPr>
      <w:r>
        <w:rPr>
          <w:rFonts w:ascii="Times New Roman" w:hAnsi="Times New Roman" w:eastAsia="Times New Roman" w:cs="Times New Roman"/>
        </w:rPr>
        <w:t>Na konci prvého menovite označeného Božieho ľudu bol Ján Krstiteľ Eliášovým poslom, ktorý pripravil cestu pre Kristov prvý príchod. Ježiš potom priniesol svoju obeť na kríži a následne začal svoju veľkňazskú službu vo svätom oddelení nebeskej svätyne. Na začiatku druhého menovite označeného Božieho ľudu, moderného Izraela, bol William Miller Eliášovým poslom, ktorý pripravil cestu pre Kristov druhý príchod. Ježiš potom náhle vošiel do Najsvätejšieho oddelenia a začal súd. Na konci druhého menovite označeného Božieho ľudu pripravil posledný Eliášov posol cestu, aby Kristus začal obdobie súdu nad živými, dovŕšenie svojho diela ako nebeský Veľkňaz a svoj druhý príchod.</w:t>
      </w:r>
    </w:p>
    <w:p>
      <w:pPr>
        <w:pStyle w:val="ArticleBody"/>
        <w:jc w:val="left"/>
      </w:pPr>
      <w:r>
        <w:rPr>
          <w:rFonts w:ascii="Times New Roman" w:hAnsi="Times New Roman" w:eastAsia="Times New Roman" w:cs="Times New Roman"/>
        </w:rPr>
        <w:t>William Miller symbolizuje nielen posla, ale aj hnutie, s ktorým bol spojený.</w:t>
      </w:r>
    </w:p>
    <w:p>
      <w:pPr>
        <w:pStyle w:val="ArticleScripture"/>
        <w:jc w:val="left"/>
      </w:pPr>
      <w:r>
        <w:rPr>
          <w:rFonts w:ascii="Times New Roman" w:hAnsi="Times New Roman" w:eastAsia="Times New Roman" w:cs="Times New Roman"/>
        </w:rPr>
        <w:t>„S bázňou začal William Miller odhaľovať ľudu tajomstvá Božieho kráľovstva a viedol svojich poslucháčov cez proroctvá až k druhému príchodu Krista. Každým úsilím naberal na sile. Ako Ján Krstiteľ zvestoval prvý príchod Ježiša a pripravoval cestu pre Jeho príchod, tak William Miller a tí, ktorí sa k nemu pripojili, ohlasovali druhý príchod Syna Božieho….“</w:t>
      </w:r>
    </w:p>
    <w:p>
      <w:pPr>
        <w:pStyle w:val="ArticleScripture"/>
        <w:jc w:val="left"/>
      </w:pPr>
      <w:r>
        <w:rPr>
          <w:rFonts w:ascii="Times New Roman" w:hAnsi="Times New Roman" w:eastAsia="Times New Roman" w:cs="Times New Roman"/>
        </w:rPr>
        <w:t>„Tisíce boli privedené k tomu, aby prijali pravdu kázanú Williamom Millerom, a služobníci Boží boli vzbudení v duchu a moci Eliášovej, aby zvestovali toto posolstvo.“ Early Writings, 229, 230, 233.</w:t>
      </w:r>
    </w:p>
    <w:p>
      <w:pPr>
        <w:pStyle w:val="ArticleBody"/>
        <w:jc w:val="left"/>
      </w:pPr>
      <w:r>
        <w:rPr>
          <w:rFonts w:ascii="Times New Roman" w:hAnsi="Times New Roman" w:eastAsia="Times New Roman" w:cs="Times New Roman"/>
        </w:rPr>
        <w:t>Na počiatku starovekého Izraela Boh povolal Mojžiša, ktorý prijal štyridsať rokov porušeného vzdelania v Egypte, čo si vyžadovalo štyridsať rokov života na púšti v snahe odstrániť vplyv Egypta z jeho povahy. Štyridsať rokov po svojom narodení, keď pochopil, že bol vyvolený vyviesť Boží ľud z Egypta, Mojžiš použil ľudskú silu a zabil Egypťana. O štyridsať rokov neskôr sa pri horiacom kríku vzoprel Božiemu povolaniu. Po tom, čo napokon prijal toto povolanie, zanedbal príkaz obrezať svojho syna, až kým mu nebola pohrozená smrťou. Na hranici zasľúbenej zeme sa vzbúril a udrel do Skaly po druhý raz. Na začiatku starovekého Izraela Mojžiš mal povahové črty Laodicejského. Napriek tomu naplnil svoje vysoké a sväté povolanie, vrátane predobrazenia Krista na konci starovekého Izraela. Kristus, ktorý zápasil s hašterivými Židmi, či s tými, ktorí hovorili, že sú Židia, ale neboli, predstavoval povahu Filadelfského. Na začiatku starovekého Izraela Mojžiš predstavoval Laodicejského, ktorý potreboval zlato, očnú masť a biele rúcho. Na konci je Kristus Filadelfský.</w:t>
      </w:r>
    </w:p>
    <w:p>
      <w:pPr>
        <w:pStyle w:val="ArticleBody"/>
        <w:jc w:val="left"/>
      </w:pPr>
      <w:r>
        <w:rPr>
          <w:rFonts w:ascii="Times New Roman" w:hAnsi="Times New Roman" w:eastAsia="Times New Roman" w:cs="Times New Roman"/>
        </w:rPr>
        <w:t>Na počiatku adventizmu William Miller, predstavovaný tými niekoľkými v Sardách, ktorí si nepoškvrnili svoje rúcha, predstavoval filadelfského veriaceho, rovnako ako aj hnutie spojené s ním. Na konci adventizmu bolo hnutie, ktoré v roku 1989 rozpoznalo čas konca, rovnako laodicejské, ako bol Mojžiš. Milleritské hnutie predobrazuje hnutie Future for America s prorockou výhradou, že prvé hnutie sa naplnilo prostredníctvom Filadelfčanov v čase Filadelfie a posledné hnutie sa napĺňa prostredníctvom Laodicejčanov v čase Laodicey.</w:t>
      </w:r>
    </w:p>
    <w:p>
      <w:pPr>
        <w:pStyle w:val="ArticleBody"/>
        <w:jc w:val="left"/>
      </w:pPr>
      <w:r>
        <w:rPr>
          <w:rFonts w:ascii="Times New Roman" w:hAnsi="Times New Roman" w:eastAsia="Times New Roman" w:cs="Times New Roman"/>
        </w:rPr>
        <w:t>Som svedkom väčšej časti prorockých dejín tohto hnutia od roku 1989 než ktokoľvek iný spojený s dejinami Future for America, a dosvedčujem, že som osobne prešiel týmito dejinami, počnúc rokom 1989 a ďalej, ako uznaný laodicejský adventista. Na tejto ceste je mnoho duší, ktoré by potvrdili moje svedectvo. Môžem tiež s istotou dosvedčiť, že tí, ktorí boli spojení s hnutím na konci adventizmu, boli takisto uznanými laodicejskými adventistami. Prvý pomenovaný ľud sa začína laodicejčanom, ktorý sa stáva filadelfčanom, a končí filadelfčanom. Druhý pomenovaný ľud sa začína filadelfčanom a končí laodicejčanom, ktorý je povolaný stať sa filadelfčanom. Toto je podpis Alfy a Omegy.</w:t>
      </w:r>
    </w:p>
    <w:p>
      <w:pPr>
        <w:pStyle w:val="ArticleBody"/>
        <w:jc w:val="left"/>
      </w:pPr>
      <w:r>
        <w:rPr>
          <w:rFonts w:ascii="Times New Roman" w:hAnsi="Times New Roman" w:eastAsia="Times New Roman" w:cs="Times New Roman"/>
        </w:rPr>
        <w:t>Napriek úbohej, poľutovaniahodnej duchovnej slepote vodcu a tých, ktorí sa s ním spojili, Boh aj tak usmerňoval a riadil prorocké medzníky, ktoré sa odohrali od roku 1989 až doteraz. Napriek duchovnej nahote a chudobe vodcu a tých, ktorí sa s ním spojili, Boh stále usmerňoval odpečaťovanie právd, ktoré uznal za vhodné odpečatiť. Vo svojom milosrdenstve, ktoré nikdy nie je oddelené od Jeho „pravdy“, ustanovil proces očistenia, ktorý umožnil, aby Laodicejský zomrel a následne bol vzkriesený ako Filadelfský. Táto smrť a vzkriesenie boli predobrazené autormi kníh Daniel a Zjavenie, ktorí boli obaja symbolicky zabití a vzkriesení. Ján bol vzkriesený zo smrti po tom, čo bol hodený do nádoby s vriacim olejom, Daniel z jamy hladných levov. Tak tieto dve knihy, ktoré sú jednou knihou, zdôrazňujú symbol smrti a vzkriesenia ako súčasť posolstva, ktoré sa teraz odpečaťuje.</w:t>
      </w:r>
    </w:p>
    <w:p>
      <w:pPr>
        <w:pStyle w:val="ArticleBody"/>
        <w:jc w:val="left"/>
      </w:pPr>
      <w:r>
        <w:rPr>
          <w:rFonts w:ascii="Times New Roman" w:hAnsi="Times New Roman" w:eastAsia="Times New Roman" w:cs="Times New Roman"/>
        </w:rPr>
        <w:t>Keď sa hnutie vyšetrujúceho súdu v „posledných dňoch“ (ktoré bolo predobrazené milleritickým hnutím) približovalo ku koncu času, Boh určil, aby vodca i hnutie boli zabití a potom vzkriesení. V kontexte siedmich cirkví bola Laodicea usmrtená 18. júla 2020 a mala byť vzkriesená ako Filadelfia pred blížiacim sa nedeľným zákonom. Vzkriesené hnutie by patrilo k siedmim cirkvám, no bolo by ôsmym. Hnutie by bolo ôsme, teda zo siedmich.</w:t>
      </w:r>
    </w:p>
    <w:p>
      <w:pPr>
        <w:pStyle w:val="ArticleBody"/>
        <w:jc w:val="left"/>
      </w:pPr>
      <w:r>
        <w:rPr>
          <w:rFonts w:ascii="Times New Roman" w:hAnsi="Times New Roman" w:eastAsia="Times New Roman" w:cs="Times New Roman"/>
        </w:rPr>
        <w:t>Toto prorocké tajomstvo je v knihe Zjavenia podopreté viacerými svedkami, hoci dosiaľ nebolo rozpoznané. V tomto časovom období teraz vstupujeme do skúšky obrazu šelmy, o ktorej nás sestra Whiteová informuje, že je to skúška, ktorá prichádza pred nedeľným zákonom. Pri nedeľnom zákone je na filadelfských tejto dejinnej epochy vtlačená Božia pečať. No musia prejsť skúškou obrazu šelmy, ktorá prichádza pred uzavretím času milosti.</w:t>
      </w:r>
    </w:p>
    <w:p>
      <w:pPr>
        <w:pStyle w:val="ArticleScripture"/>
        <w:jc w:val="left"/>
      </w:pPr>
      <w:r>
        <w:rPr>
          <w:rFonts w:ascii="Times New Roman" w:hAnsi="Times New Roman" w:eastAsia="Times New Roman" w:cs="Times New Roman"/>
        </w:rPr>
        <w:t>„Pán mi jasne ukázal, že obraz šelmy bude vytvorený skôr, než sa skončí čas milosti; lebo má byť veľkou skúškou pre Boží ľud, na základe ktorej bude rozhodnuté o jeho večnom údele. Vaše stanovisko je takou zmesou rozporov, že len máloktorí budú oklamaní.“</w:t>
      </w:r>
    </w:p>
    <w:p>
      <w:pPr>
        <w:pStyle w:val="ArticleScripture"/>
        <w:jc w:val="left"/>
      </w:pPr>
      <w:r>
        <w:rPr>
          <w:rFonts w:ascii="Times New Roman" w:hAnsi="Times New Roman" w:eastAsia="Times New Roman" w:cs="Times New Roman"/>
        </w:rPr>
        <w:t>„V Zjavení 13 je táto téma jasne predstavená; [Zjavenie 13,11–17, citované].“</w:t>
      </w:r>
    </w:p>
    <w:p>
      <w:pPr>
        <w:pStyle w:val="ArticleScripture"/>
        <w:jc w:val="left"/>
      </w:pPr>
      <w:r>
        <w:rPr>
          <w:rFonts w:ascii="Times New Roman" w:hAnsi="Times New Roman" w:eastAsia="Times New Roman" w:cs="Times New Roman"/>
        </w:rPr>
        <w:t>„Toto je skúška, ktorou musí Boží ľud prejsť predtým, než bude zapečatený. Všetci, ktorí preukázali svoju vernosť Bohu zachovávaním Jeho zákona a odmietnutím prijať falošnú sobotu, sa zaradia pod zástavu Pána Boha Jehovu a prijmú pečať živého Boha. Tí, ktorí sa vzdajú pravdy nebeského pôvodu a prijmú nedeľnú sobotu, dostanú znamenie šelmy.“ Manuscript Releases, zväzok 15, 15.</w:t>
      </w:r>
    </w:p>
    <w:p>
      <w:pPr>
        <w:pStyle w:val="ArticleBody"/>
        <w:jc w:val="left"/>
      </w:pPr>
      <w:r>
        <w:rPr>
          <w:rFonts w:ascii="Times New Roman" w:hAnsi="Times New Roman" w:eastAsia="Times New Roman" w:cs="Times New Roman"/>
        </w:rPr>
        <w:t>V týchto súčasných dejinách sa dva rohy, kedysi označované ako republikanizmus a protestantizmus, už zmenili na demokraciu a odpadlícky protestantizmus. Keď sa tieto dva rohy úplne spoja, vytvoria potom jednu moc, jeden roh. V tom istom období Boh označí a pozdvihne pravý roh protestantizmu, aby varoval pred obrazom šelmy. Tieto dva rohy prebiehajú navzájom súbežne, až kým Spojené štáty neprestanú byť šiestym kráľovstvom biblického proroctva.</w:t>
      </w:r>
    </w:p>
    <w:p>
      <w:pPr>
        <w:pStyle w:val="ArticleBody"/>
        <w:jc w:val="left"/>
      </w:pPr>
      <w:r>
        <w:rPr>
          <w:rFonts w:ascii="Times New Roman" w:hAnsi="Times New Roman" w:eastAsia="Times New Roman" w:cs="Times New Roman"/>
        </w:rPr>
        <w:t>Zjavenie sedemnásť označuje, že trojnásobné spojenie draka (Organizácie Spojených národov), šelmy (pápežskej moci) a falošného proroka (Spojených štátov) je mocou, ktorá je ôsmou hlavou, a pritom je z tých siedmich hláv. Tých sedem hláv sú kráľovstvá biblického proroctva, počnúc Babylonom, potom Médsko-perzskou ríšou, Gréckom a potom pohanským Rímom. Potom piatym kráľovstvom je pápežský Rím, ktorý prorocky utrpel smrteľnú ranu v roku 1798. V tom bode dejín vystúpilo na trón šieste kráľovstvo biblického proroctva, Spojené štáty, až kým nebude zvrhnuté pri čoskoro prichádzajúcom nedeľnom zákone.</w:t>
      </w:r>
    </w:p>
    <w:p>
      <w:pPr>
        <w:pStyle w:val="ArticleBody"/>
        <w:jc w:val="left"/>
      </w:pPr>
      <w:r>
        <w:rPr>
          <w:rFonts w:ascii="Times New Roman" w:hAnsi="Times New Roman" w:eastAsia="Times New Roman" w:cs="Times New Roman"/>
        </w:rPr>
        <w:t>Organizácia Spojených národov bude potom mocou, ktorá núti celý svet vztýčiť obraz šelme, prinútená tak urobiť. V tom okamihu aj šieste kráľovstvo utrpelo smrteľnú ranu, avšak Spojené štáty potom prinútia celý svet prijať ich vedenie nad Organizáciou Spojených národov a budú požadovať, aby prijali aj morálnu autoritu pápežstva na riadenie trojitého zväzku.</w:t>
      </w:r>
    </w:p>
    <w:p>
      <w:pPr>
        <w:pStyle w:val="ArticleScripture"/>
        <w:jc w:val="left"/>
      </w:pPr>
      <w:r>
        <w:rPr>
          <w:rFonts w:ascii="Times New Roman" w:hAnsi="Times New Roman" w:eastAsia="Times New Roman" w:cs="Times New Roman"/>
        </w:rPr>
        <w:t>A zvádza obyvateľov zeme prostredníctvom tých zázrakov, ktoré mal moc činiť pred očami šelmy; a hovorí obyvateľom zeme, aby zhotovili obraz šelmy, ktorá mala ranu od meča, a ožila. A bolo mu dané dať dych obrazu šelmy, aby obraz šelmy aj hovoril a spôsobil, že všetci, ktorí by sa neklaňali obrazu šelmy, boli zabití. Zjavenie 13:13, 14.</w:t>
      </w:r>
    </w:p>
    <w:p>
      <w:pPr>
        <w:pStyle w:val="ArticleBody"/>
        <w:jc w:val="left"/>
      </w:pPr>
      <w:r>
        <w:rPr>
          <w:rFonts w:ascii="Times New Roman" w:hAnsi="Times New Roman" w:eastAsia="Times New Roman" w:cs="Times New Roman"/>
        </w:rPr>
        <w:t>Jediná definícia „obrazu šelmy“ v inšpirovanom svedectve je, že predstavuje spojenie cirkvi (pápežskej moci) a štátu (Organizácie Spojených národov, pričom Spojené štáty ovládajú ostatných deväť kráľov). Jezábel je pápežská moc; Achab sú Spojené štáty, ktoré sú kráľom desiatich severných kmeňov.</w:t>
      </w:r>
    </w:p>
    <w:p>
      <w:pPr>
        <w:pStyle w:val="ArticleBody"/>
        <w:jc w:val="left"/>
      </w:pPr>
      <w:r>
        <w:rPr>
          <w:rFonts w:ascii="Times New Roman" w:hAnsi="Times New Roman" w:eastAsia="Times New Roman" w:cs="Times New Roman"/>
        </w:rPr>
        <w:t>Keď Spojené štáty padnú pri nedeľnom zákone, Týr (pápežstvo), na ktorý sa od roku 1798 zabudlo, je „spomenutý“ a ona začína svoje zvodné piesne. V dôsledku finančného kolapsu, ktorý je v spisoch Ellen Whiteovej predstavený ako „národná skaza“, sú Spojené štáty prinútené zjednotiť celý svet, aby sa postavili biblickej moci, ktorá privádza ruku každého človeka proti nemu. Touto mocou je islam, ako ho predstavuje Izmael, praotec islamu.</w:t>
      </w:r>
    </w:p>
    <w:p>
      <w:pPr>
        <w:pStyle w:val="ArticleScripture"/>
        <w:jc w:val="left"/>
      </w:pPr>
      <w:r>
        <w:rPr>
          <w:rFonts w:ascii="Times New Roman" w:hAnsi="Times New Roman" w:eastAsia="Times New Roman" w:cs="Times New Roman"/>
        </w:rPr>
        <w:t>A anjel Pánov jej povedal: Hľa, si tehotná a porodíš syna a nazveš ho menom Izmael, lebo Pán počul tvoje utrpenie. A on bude divoký človek; jeho ruka bude proti každému človeku a ruka každého človeka proti nemu; a bude bývať pred tvárou všetkých svojich bratov. 1. Mojžišova 16:11, 12.</w:t>
      </w:r>
    </w:p>
    <w:p>
      <w:pPr>
        <w:pStyle w:val="ArticleBody"/>
        <w:jc w:val="left"/>
      </w:pPr>
      <w:r>
        <w:rPr>
          <w:rFonts w:ascii="Times New Roman" w:hAnsi="Times New Roman" w:eastAsia="Times New Roman" w:cs="Times New Roman"/>
        </w:rPr>
        <w:t>Spojené štáty vytvoria spojenectvo s ostatnými deviatimi kráľmi a zaujmú v ňom vedúce postavenie. Urobia tak však len na krátky čas a potom budú naliehať, aby sa pápežská moc stala hlavou toho všetkého, práve tak, ako Jezábel ovládala Achaba.</w:t>
      </w:r>
    </w:p>
    <w:p>
      <w:pPr>
        <w:pStyle w:val="ArticleBody"/>
        <w:jc w:val="left"/>
      </w:pPr>
      <w:r>
        <w:rPr>
          <w:rFonts w:ascii="Times New Roman" w:hAnsi="Times New Roman" w:eastAsia="Times New Roman" w:cs="Times New Roman"/>
        </w:rPr>
        <w:t>Tak teda trojnásobné spojenectvo draka, šelmy a falošného proroka spoločne tiahne do Armagedonu. Číslo osem predstavuje vzkriesenie a kráľovstvo, ktoré je podľa proroctva označené ako prijímajúce smrteľnú ranu, bolo piatym kráľovstvom, pápežskou mocou. Keď je pápežstvo vzkriesené, stáva sa ôsmym kráľovstvom a dostáva vládu nad trojnásobným zväzkom; a toto ôsme kráľovstvo je tou jednou hlavou zo siedmich kráľovstiev, o ktorej bolo označené, že prijala smrteľnú ranu, no vnuknutie zároveň označuje aj uzdravenie tejto smrteľnej rany.</w:t>
      </w:r>
    </w:p>
    <w:p>
      <w:pPr>
        <w:pStyle w:val="ArticleScripture"/>
        <w:jc w:val="left"/>
      </w:pPr>
      <w:r>
        <w:rPr>
          <w:rFonts w:ascii="Times New Roman" w:hAnsi="Times New Roman" w:eastAsia="Times New Roman" w:cs="Times New Roman"/>
        </w:rPr>
        <w:t>„Keď sa približujeme k poslednej kríze, je nanajvýš dôležité, aby medzi Pánovými nástrojmi panovala zhoda a jednota. Svet je naplnený búrkou, vojnou a rozbrojom. No pod jednou hlavou — pápežskou mocou — sa ľudia zjednotia, aby sa postavili proti Bohu v osobe Jeho svedkov. Toto zjednotenie spečaťuje veľký odpadlík. Kým sa usiluje zjednotiť svojich nástrojov v boji proti pravde, bude pôsobiť na rozdelenie a rozptýlenie jej obhajcov. Žiarlivosť, zlé podozrievanie, zlomyseľné hovorenie podnecuje on, aby vyvolal nezhodu a roztržku.“ Testimonies, zväzok 7, 182.</w:t>
      </w:r>
    </w:p>
    <w:p>
      <w:pPr>
        <w:pStyle w:val="ArticleBody"/>
        <w:jc w:val="left"/>
      </w:pPr>
      <w:r>
        <w:rPr>
          <w:rFonts w:ascii="Times New Roman" w:hAnsi="Times New Roman" w:eastAsia="Times New Roman" w:cs="Times New Roman"/>
        </w:rPr>
        <w:t>Piate kráľovstvo, šieste kráľovstvo a siedme kráľovstvo v tom čase už všetky prišli o svoje jednotlivé kráľovstvá, takže ich príslušné kráľovstvá sú všetky spolu vzkriesené ako jedno kráľovstvo pozostávajúce z troch častí, ktoré napodobňuje trojjediné zloženie Božstva.</w:t>
      </w:r>
    </w:p>
    <w:p>
      <w:pPr>
        <w:pStyle w:val="ArticleBody"/>
        <w:jc w:val="left"/>
      </w:pPr>
      <w:r>
        <w:rPr>
          <w:rFonts w:ascii="Times New Roman" w:hAnsi="Times New Roman" w:eastAsia="Times New Roman" w:cs="Times New Roman"/>
        </w:rPr>
        <w:t>Šieste kráľovstvo, ktoré sa začalo s dvoma rohmi podobnými baránkovým a končí ako jeden roh, ktorý hovorí ako drak, má prorockú charakteristiku pápežskej moci, lebo sa stáva obrazom šelmy. Je to šelma, pápežská moc, ktorá je prednostne predstavená ako vzkriesené ôsme kráľovstvo, ktoré bolo z tých siedmich. No hoci je to pápežská moc, ktorá najbezprostrednejšie napĺňa prorockú hádanku, že ôsme je zo siedmich, Spojené štáty vytvárajú obraz pápežstva, a preto prorocky produkujú tie isté charakteristiky ako pápežská moc.</w:t>
      </w:r>
    </w:p>
    <w:p>
      <w:pPr>
        <w:pStyle w:val="ArticleBody"/>
        <w:jc w:val="left"/>
      </w:pPr>
      <w:r>
        <w:rPr>
          <w:rFonts w:ascii="Times New Roman" w:hAnsi="Times New Roman" w:eastAsia="Times New Roman" w:cs="Times New Roman"/>
        </w:rPr>
        <w:t>Spojené štáty sa začali v roku 1798, keď podľa Izaiáša dvadsiatej tretej kapitoly mal byť Týrus, pápežská moc, zabudnutý až do konca šiesteho kráľovstva. Rok 1798 bol pre mileristov na začiatku adventizmu časom konca. Do jari roku 1844 mileristický adventizmus prijal plášť protestantizmu, ktorý prebieha súbežne s rohom republikánstva predstavujúcim vládu Spojených štátov. Oba rohy sú na tom istom zvierati, a preto dejinami postupujú spolu. Začiatok i ukončenie adventizmu prebiehajú súbežne s republikánskym rohom. Dejiny od roku 1798 až dovtedy, kým protestanti neodmietli posolstvo prvého anjela, boli obdobím, v ktorom Boh ustanovil tento protestantský roh. Učinil tak prostredníctvom procesu skúšania, ako to urobil aj s republikánskym rohom. O týchto rovnobežných rohoch by sa dalo povedať mnoho, ale teraz nie.</w:t>
      </w:r>
    </w:p>
    <w:p>
      <w:pPr>
        <w:pStyle w:val="ArticleBody"/>
        <w:jc w:val="left"/>
      </w:pPr>
      <w:r>
        <w:rPr>
          <w:rFonts w:ascii="Times New Roman" w:hAnsi="Times New Roman" w:eastAsia="Times New Roman" w:cs="Times New Roman"/>
        </w:rPr>
        <w:t>Republikánsky roh sa dopúšťa smilstva s odpadlíckym protestantizmom, nie s pravým protestantským rohom, lebo pravý roh je nevestou Baránka a ona je panna. Od času konca v roku 1989 bolo sedem prezidentov. Šiesty z týchto prezidentov dostal smrteľnú ranu práve v tom roku, keď aj hnutie na konci adventizmu dostalo smrteľnú ranu. Ôsmy prezident od času konca v roku 1989 bude ten, ktorý dostal smrteľnú ranu, ktorá je uzdravená. Musí to byť prezident, ktorý je zo siedmich. Zároveň v roku 2020, keď šiesty prezident dostal svoju smrteľnú ranu, bol zabitý aj roh, ktorý teraz nesie protestantský plášť. Tak ako pri šelme katolicizmu, a tak ako pri obraze šelmy odpadlíckeho protestantizmu, tak aj pri pravom rohu protestantizmu. Roh protestantizmu je predstavený ako šiesta cirkev, ktorá sa stáva ôsmou, no je zo siedmich.</w:t>
      </w:r>
    </w:p>
    <w:p>
      <w:pPr>
        <w:pStyle w:val="ArticleBody"/>
        <w:jc w:val="left"/>
      </w:pPr>
      <w:r>
        <w:rPr>
          <w:rFonts w:ascii="Times New Roman" w:hAnsi="Times New Roman" w:eastAsia="Times New Roman" w:cs="Times New Roman"/>
        </w:rPr>
        <w:t>Keď skúmate tieto tvrdenia, pamätajte, že posolstvo, ktoré je rozpečatené tesne pred uzavretím času milosti, bude celkom iste predstavené v rámci súvislosti, v ktorej začiatok znázorňuje koniec. Toto posolstvo bude predložené metódou „historicizmu“, ktorá používa biblické dejiny zosúladené so svetovými dejinami na určenie konca sveta. Toto posolstvo vyrastá zo zeme.</w:t>
      </w:r>
    </w:p>
    <w:p>
      <w:pPr>
        <w:pStyle w:val="ArticleScripture"/>
        <w:jc w:val="left"/>
      </w:pPr>
      <w:r>
        <w:rPr>
          <w:rFonts w:ascii="Times New Roman" w:hAnsi="Times New Roman" w:eastAsia="Times New Roman" w:cs="Times New Roman"/>
        </w:rPr>
        <w:t>Pravda vyraší zo zeme a spravodlivosť zhliadne z neba. Áno, Hospodin dá to, čo je dobré, a naša zem vydá svoju úrodu. Spravodlivosť pôjde pred ním a uvedie nás na cestu jeho krokov. Žalmy 85,11–13.</w:t>
      </w:r>
    </w:p>
    <w:p>
      <w:pPr>
        <w:pStyle w:val="ArticleBody"/>
        <w:jc w:val="left"/>
      </w:pPr>
      <w:r>
        <w:rPr>
          <w:rFonts w:ascii="Times New Roman" w:hAnsi="Times New Roman" w:eastAsia="Times New Roman" w:cs="Times New Roman"/>
        </w:rPr>
        <w:t>Nejde len o to, že zem je v danom úryvku označená ako „krajina“. Úryvok v Žalmoch nielenže stotožňuje „krajinu“ so šelmou „zeme“ z trinástej kapitoly Zjavenia, ale zároveň uvádza, že zo zeme „vyrastá“ „pravda“.</w:t>
      </w:r>
    </w:p>
    <w:p>
      <w:pPr>
        <w:pStyle w:val="ArticleScripture"/>
        <w:jc w:val="left"/>
      </w:pPr>
      <w:r>
        <w:rPr>
          <w:rFonts w:ascii="Times New Roman" w:hAnsi="Times New Roman" w:eastAsia="Times New Roman" w:cs="Times New Roman"/>
        </w:rPr>
        <w:t>„Ktorý národ Nového sveta v roku 1798 povstával k moci, dával prísľub sily a veľkosti a priťahoval pozornosť sveta? Uplatnenie tohto symbolu nepripúšťa nijakú pochybnosť. Jediný národ, a len jeden jediný, zodpovedá znakom tohto proroctva; nezameniteľne ukazuje na Spojené štáty americké. Znova a znova boli myšlienka, ba takmer presné slová posvätného pisateľa, nevedome použité rečníkom i historikom pri opisovaní vzostupu a rastu tohto národa. Šelma bola videná, ako ‚vystupuje zo zeme‘; a podľa prekladateľov slovo, ktoré je tu preložené ako ‚vystupuje‘, doslovne znamená ‚rásť alebo vyrastať ako rastlina‘.“ The Great Controversy, 440.</w:t>
      </w:r>
    </w:p>
    <w:p>
      <w:pPr>
        <w:pStyle w:val="ArticleBody"/>
        <w:jc w:val="left"/>
      </w:pPr>
      <w:r>
        <w:rPr>
          <w:rFonts w:ascii="Times New Roman" w:hAnsi="Times New Roman" w:eastAsia="Times New Roman" w:cs="Times New Roman"/>
        </w:rPr>
        <w:t>Spojené štáty sú zemskou šelmou, ktorá „vystupuje“. Keď teda skúmate tvrdenia predložené v týchto článkoch, inšpirácia určuje, že posolstvo bude založené na tom, že koniec je znázornený začiatkom, bude zasadené do kontextu dejinnej línie na dejinnú líniu a musí pochádzať z hlasu v Spojených štátoch. V Spojených štátoch sú, prirodzene, aj falošné hlasy, no podľa a na základe autority Božieho slova je každý posol alebo služba, ktorá sa nachádza mimo Spojených štátov alebo má svoj pôvod mimo nich, falošným svetlom. Adventizmus sa začal v Spojených štátoch hlasom jedného muža a hnutím ustanoveným v Spojených štátoch. Ježiš znázorňuje koniec nejakej veci jej začiatkom.</w:t>
      </w:r>
    </w:p>
    <w:p>
      <w:pPr>
        <w:pStyle w:val="ArticleBody"/>
        <w:jc w:val="left"/>
      </w:pPr>
      <w:r>
        <w:rPr>
          <w:rFonts w:ascii="Times New Roman" w:hAnsi="Times New Roman" w:eastAsia="Times New Roman" w:cs="Times New Roman"/>
        </w:rPr>
        <w:t>Kto má ucho, nech počuje, čo Duch hovorí cirkvám.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číslo päť</dc:title>
  <dc:subject>Posledné tri</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