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šestnásť</w:t>
      </w:r>
    </w:p>
    <w:p>
      <w:pPr>
        <w:pStyle w:val="ArticleSubtitle"/>
        <w:jc w:val="left"/>
      </w:pPr>
      <w:r>
        <w:rPr>
          <w:rFonts w:ascii="Arial" w:hAnsi="Arial" w:eastAsia="Arial" w:cs="Arial"/>
        </w:rPr>
        <w:t>Čas konca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 11 sa začína predstavením Donalda Trumpa ako posledného prezidenta šiesteho kráľovstva biblického proroctva. V treťom roku Kýra, kde sa v 10. kapitole začalo videnie, je to v prvom verši 11. kapitoly doplnené slovom „aj“.</w:t>
      </w:r>
    </w:p>
    <w:p>
      <w:pPr>
        <w:pStyle w:val="ArticleScripture"/>
        <w:jc w:val="left"/>
      </w:pPr>
      <w:r>
        <w:rPr>
          <w:rFonts w:ascii="Times New Roman" w:hAnsi="Times New Roman" w:eastAsia="Times New Roman" w:cs="Times New Roman"/>
        </w:rPr>
        <w:t>Aj ja, v prvom roku Médskeho Dária, som stál, aby som ho utvrdil a posilnil. Daniel 11:1.</w:t>
      </w:r>
    </w:p>
    <w:p>
      <w:pPr>
        <w:pStyle w:val="ArticleBody"/>
        <w:jc w:val="left"/>
      </w:pPr>
      <w:r>
        <w:rPr>
          <w:rFonts w:ascii="Times New Roman" w:hAnsi="Times New Roman" w:eastAsia="Times New Roman" w:cs="Times New Roman"/>
        </w:rPr>
        <w:t>Gabriel starostlivo siaha späť k Dáriovi a spája ho s Cýrom, keď začína svoje rozprávanie v jedenástej kapitole. Desiata kapitola pokračuje ako jedno videnie až po posledný verš dvanástej kapitoly a začína sa v treťom roku Cýra.</w:t>
      </w:r>
    </w:p>
    <w:p>
      <w:pPr>
        <w:pStyle w:val="ArticleScripture"/>
        <w:jc w:val="left"/>
      </w:pPr>
      <w:r>
        <w:rPr>
          <w:rFonts w:ascii="Times New Roman" w:hAnsi="Times New Roman" w:eastAsia="Times New Roman" w:cs="Times New Roman"/>
        </w:rPr>
        <w:t>V treťom roku perzského kráľa Kýra bolo Danielovi, ktorého meno bolo Beltešaccar, zjavené jedno slovo; a to slovo bolo pravdivé, ale určený čas bol dlhý; a porozumel tomu slovu a mal porozumenie videniu. Daniel 10,1.</w:t>
      </w:r>
    </w:p>
    <w:p>
      <w:pPr>
        <w:pStyle w:val="ArticleBody"/>
        <w:jc w:val="left"/>
      </w:pPr>
      <w:r>
        <w:rPr>
          <w:rFonts w:ascii="Times New Roman" w:hAnsi="Times New Roman" w:eastAsia="Times New Roman" w:cs="Times New Roman"/>
        </w:rPr>
        <w:t>Dárius spolu s Kýrom vytvárajú symbol dvojitého národa Médov a Peržanov, predstavujúci dvojakú moc republikánstva a protestantizmu v Spojených štátoch; a tak predstavujú dvojaký symbol času konca. Narodenie Árona a Mojžiša označilo čas konca Abrahámovho štvorstoročného proroctva na počiatku starovekého Izraela; podobne aj narodenie Jána Krstiteľa a Krista predstavovalo dva orientačné body času konca na sklonku starovekého Izraela. Ježiš vždy znázorňuje koniec prostredníctvom začiatku.</w:t>
      </w:r>
    </w:p>
    <w:p>
      <w:pPr>
        <w:pStyle w:val="ArticleBody"/>
        <w:jc w:val="left"/>
      </w:pPr>
      <w:r>
        <w:rPr>
          <w:rFonts w:ascii="Times New Roman" w:hAnsi="Times New Roman" w:eastAsia="Times New Roman" w:cs="Times New Roman"/>
        </w:rPr>
        <w:t>Dárius a Kýros spoločne predstavujú orientačný bod znázornený ako čas konca, keď sa skončilo sedemdesiatročné zajatie v Babylone.</w:t>
      </w:r>
    </w:p>
    <w:p>
      <w:pPr>
        <w:pStyle w:val="ArticleScripture"/>
        <w:jc w:val="left"/>
      </w:pPr>
      <w:r>
        <w:rPr>
          <w:rFonts w:ascii="Times New Roman" w:hAnsi="Times New Roman" w:eastAsia="Times New Roman" w:cs="Times New Roman"/>
        </w:rPr>
        <w:t>„Božia cirkev na zemi bola počas tohto dlhého obdobia neúprosného prenasledovania skutočne v zajatí, tak ako boli deti Izraela držané v babylonskom zajatí počas obdobia vyhnanstva.“ Prophets and Kings, 714.</w:t>
      </w:r>
    </w:p>
    <w:p>
      <w:pPr>
        <w:pStyle w:val="ArticleBody"/>
        <w:jc w:val="left"/>
      </w:pPr>
      <w:r>
        <w:rPr>
          <w:rFonts w:ascii="Times New Roman" w:hAnsi="Times New Roman" w:eastAsia="Times New Roman" w:cs="Times New Roman"/>
        </w:rPr>
        <w:t>Dárius a Kýros sú predobrazom rokov 1798 a 1799 a predstavujú čas konca, keď sa skončilo paralelné zajatie duchovného Izraela v duchovnom Babylone. Rok 1798 označil koniec politického systému pápežstva, znázorneného ako šelma, na ktorej jazdila smilnica Ríma.</w:t>
      </w:r>
    </w:p>
    <w:p>
      <w:pPr>
        <w:pStyle w:val="ArticleScripture"/>
        <w:jc w:val="left"/>
      </w:pPr>
      <w:r>
        <w:rPr>
          <w:rFonts w:ascii="Times New Roman" w:hAnsi="Times New Roman" w:eastAsia="Times New Roman" w:cs="Times New Roman"/>
        </w:rPr>
        <w:t>A odniesol ma v duchu na púšť; a videl som ženu sedieť na šarlátovej šelme, plnej rúhavých mien, ktorá mala sedem hláv a desať rohov. Zjavenie 17:3.</w:t>
      </w:r>
    </w:p>
    <w:p>
      <w:pPr>
        <w:pStyle w:val="ArticleBody"/>
        <w:jc w:val="left"/>
      </w:pPr>
      <w:r>
        <w:rPr>
          <w:rFonts w:ascii="Times New Roman" w:hAnsi="Times New Roman" w:eastAsia="Times New Roman" w:cs="Times New Roman"/>
        </w:rPr>
        <w:t>Napoleon ukončil život šelmy v roku 1798 a v roku 1799 žena, ktorá sedela na šelme, zomrela vo vyhnanstve. V roku 1989 boli prezidentmi Ronald Reagan aj George Bush starší, čím bol v roku 1989 označený čas konca. Dárius a Kýros predstavujú Reagana a Busha staršieho. Druhý verš uvádza:</w:t>
      </w:r>
    </w:p>
    <w:p>
      <w:pPr>
        <w:pStyle w:val="ArticleScripture"/>
        <w:jc w:val="left"/>
      </w:pPr>
      <w:r>
        <w:rPr>
          <w:rFonts w:ascii="Times New Roman" w:hAnsi="Times New Roman" w:eastAsia="Times New Roman" w:cs="Times New Roman"/>
        </w:rPr>
        <w:t>A teraz ti oznámim pravdu. Hľa, ešte povstanú traja králi v Perzii; a štvrtý bude omnoho bohatší ako oni všetci; a svojou mocou skrze svoje bohatstvo podnieti všetkých proti gréckemu kráľovstvu. Daniel 11:2.</w:t>
      </w:r>
    </w:p>
    <w:p>
      <w:pPr>
        <w:pStyle w:val="ArticleHeading"/>
        <w:jc w:val="left"/>
      </w:pPr>
      <w:r>
        <w:rPr>
          <w:rFonts w:ascii="Arial" w:hAnsi="Arial" w:eastAsia="Arial" w:cs="Arial"/>
        </w:rPr>
        <w:t>Prebudenie</w:t>
      </w:r>
    </w:p>
    <w:p>
      <w:pPr>
        <w:pStyle w:val="ArticleBody"/>
        <w:jc w:val="left"/>
      </w:pPr>
      <w:r>
        <w:rPr>
          <w:rFonts w:ascii="Times New Roman" w:hAnsi="Times New Roman" w:eastAsia="Times New Roman" w:cs="Times New Roman"/>
        </w:rPr>
        <w:t>Dárius bol Reagan, Kýros bol Bush starší a traja, ktorí nasledovali po Kýrovi, boli Clinton, Bush mladší, Obama Rozdeľovateľ, a štvrtým a „omnoho bohatším“ prezidentom, ktorý podnietil globalistov Grécka, bol Trump. Slovo „podnietiť“ znamená prebudiť. Keď Trump v roku 2015 oznámil svoju kandidatúru, globalisti, ktorých Joel označuje ako „pohanov“, boli prebudení.</w:t>
      </w:r>
    </w:p>
    <w:p>
      <w:pPr>
        <w:pStyle w:val="ArticleScripture"/>
        <w:jc w:val="left"/>
      </w:pPr>
      <w:r>
        <w:rPr>
          <w:rFonts w:ascii="Times New Roman" w:hAnsi="Times New Roman" w:eastAsia="Times New Roman" w:cs="Times New Roman"/>
        </w:rPr>
        <w:t>Nech sa prebudia pohania a vystúpia do údolia Jozafata, lebo tam si sadnem, aby som súdil všetky okolité národy. Spustite kosák, lebo žatva dozrela; poďte, zostúpte, lebo lis je plný, kade prekypujú; lebo ich zlosť je veľká. Zástupy, zástupy v údolí rozhodnutia, lebo deň Hospodinov je blízko v údolí rozhodnutia. Joel 3:12–14.</w:t>
      </w:r>
    </w:p>
    <w:p>
      <w:pPr>
        <w:pStyle w:val="ArticleBody"/>
        <w:jc w:val="left"/>
      </w:pPr>
      <w:r>
        <w:rPr>
          <w:rFonts w:ascii="Times New Roman" w:hAnsi="Times New Roman" w:eastAsia="Times New Roman" w:cs="Times New Roman"/>
        </w:rPr>
        <w:t>Keď sa „pohania“ prebúdzajú, „deň Hospodinov je blízko“ v údolí Jozafata. „Jozafat“ znamená súd Jehovu; a toto údolie sa nazýva aj údolím rozhodnutia. Od roku 2015 sa „zástupy“ planéty Zem začnú presúvať do rozličných snopov pripravených pre každú výhovorku, ktorú ľudia uvádzajú, aby sa nerozhodli slúžiť Bohu. Pri 11. septembri sa začal súd nad živými a v roku 2015 Trump oznámil, že sa bude uchádzať o prezidentský úrad. Pri 11. septembri začala padať prvá fáza neskorého dažďa a neskorý dážď je to, čo privádza úrodu k dozretiu; a v roku 2015, štrnásť rokov po začiatku dažďa, ktorý prináša dozretú žatvu, kniha Joel zaznieva varovaním, že keď Donald Trump „rozvíri ríšu Grécka“, alebo ako hovorí Joel, keď Trump „prebúdza pohanov v roku 2015“, žatva planéty Zem začína dozrievať.</w:t>
      </w:r>
    </w:p>
    <w:p>
      <w:pPr>
        <w:pStyle w:val="ArticleBody"/>
        <w:jc w:val="left"/>
      </w:pPr>
      <w:r>
        <w:rPr>
          <w:rFonts w:ascii="Times New Roman" w:hAnsi="Times New Roman" w:eastAsia="Times New Roman" w:cs="Times New Roman"/>
        </w:rPr>
        <w:t>Je dôležité rozpoznať, že prvou pravdou spomenutou v jedenástej kapitole Daniela je prorocká úloha Donalda Trumpa. Prvým kráľovstvom biblického proroctva, predstaveným v knihe Daniel, je Babylon. Predstavte si príbeh Babylona v knihe Daniel, keby Nabuchodonozor nebol použitý Inšpiráciou na ustanovenie prorockého vzoru. Šieste kráľovstvo biblického proroctva je neúplné bez svedectva posledného vládcu toho kráľovstva. Pravidlo prvého zmienenia ustanovuje význam Trumpa ako symbolu prvoradého významu vo videní, ktoré Daniel prijal na dvadsiaty druhý deň po tom, čo sa postil tri týždne.</w:t>
      </w:r>
    </w:p>
    <w:p>
      <w:pPr>
        <w:pStyle w:val="ArticleScripture"/>
        <w:jc w:val="left"/>
      </w:pPr>
      <w:r>
        <w:rPr>
          <w:rFonts w:ascii="Times New Roman" w:hAnsi="Times New Roman" w:eastAsia="Times New Roman" w:cs="Times New Roman"/>
        </w:rPr>
        <w:t>Knieža perzského kráľovstva sa však stavalo proti mne dvadsaťjeden dní; ale hľa, Michal, jeden z popredných kniežat, mi prišiel na pomoc; a zostal som tam pri perzských kráľoch. Teraz som prišiel, aby som ti dal porozumieť tomu, čo postihne tvoj ľud v posledných dňoch; lebo videnie sa vzťahuje ešte na mnohé dni. Daniel 10,13.14.</w:t>
      </w:r>
    </w:p>
    <w:p>
      <w:pPr>
        <w:pStyle w:val="ArticleBody"/>
        <w:jc w:val="left"/>
      </w:pPr>
      <w:r>
        <w:rPr>
          <w:rFonts w:ascii="Times New Roman" w:hAnsi="Times New Roman" w:eastAsia="Times New Roman" w:cs="Times New Roman"/>
        </w:rPr>
        <w:t>Videnie jedenástej kapitoly znázorňuje, čo postihne Boží ľud v posledných dňoch, a že Trump ako vodca Spojených štátov, a následne Organizácie Spojených národov, je pravdou, ktorá má večné dôsledky spojené s pochopením alebo nepochopením tejto pravdy. Táto pravda bola pre Gabriela natoľko dôležitá, aby ju Danielovi oznámil, že vo verši štrnásť Daniel zaznamenáva zo svetla poskytnutého anjelom Gabrielom, že sú to „lúpežníci tvojho ľudu“, ktorí ustanovujú videnie. Je nemožné správne sledovať pohyby Donalda Trumpa v proroctve bez toho, aby sa Rím použil ako predloha na rozpoznanie Trumpových stôp v prorockých dejinách Daniela jedenásť.</w:t>
      </w:r>
    </w:p>
    <w:p>
      <w:pPr>
        <w:pStyle w:val="ArticleBody"/>
        <w:jc w:val="left"/>
      </w:pPr>
      <w:r>
        <w:rPr>
          <w:rFonts w:ascii="Times New Roman" w:hAnsi="Times New Roman" w:eastAsia="Times New Roman" w:cs="Times New Roman"/>
        </w:rPr>
        <w:t>Trump ako symbol Spojených štátov počas obdobia nedeľného zákona vytvára obraz šelmy, a týmto konaním vzdáva šelme česť, takže je to obraz šelmy a zároveň obraz na počesť šelmy. V Zjavení 17 je pápežstvo ôsme, ktoré je zo siedmich, a Donald Trump je od Reagana ôsmym prezidentom v čase konca v roku 1989, no zároveň je aj šiestym, čo znamená, že je ôsmym, ktorý je zo siedmich.</w:t>
      </w:r>
    </w:p>
    <w:p>
      <w:pPr>
        <w:pStyle w:val="ArticleBody"/>
        <w:jc w:val="left"/>
      </w:pPr>
      <w:r>
        <w:rPr>
          <w:rFonts w:ascii="Times New Roman" w:hAnsi="Times New Roman" w:eastAsia="Times New Roman" w:cs="Times New Roman"/>
        </w:rPr>
        <w:t>V sedemnástej kapitole Zjavenia je Ján v treťom verši prenesený na púšť, kde vidí smilnicu sedieť na šelme. Každá významná protestantská denominácia stotožnila túto smilnicu s katolíckou cirkvou, hoci všetky v posledných dňoch zapierajú svoje základné vieroučné presvedčenia. Rímska cirkev bola opitá krvou mučeníkov, keď ju Ján videl, a niesla titul matky smilníc. To poukazuje na to, že Ján bol prenesený do roku 1798, keď pápežstvo malo na rukách krv mučeníctva a niektoré bývalé protestantské cirkvi sa už vracali do spoločenstva s rímskokatolíckou cirkvou. Z tohto stanoviska Ján videl „sedem kráľov“, z ktorých piati už v roku 1798 padli a jedno kráľovstvo v roku 1798 jestvovalo, a tým kráľovstvom boli Spojené štáty, avšak iné kráľovstvo, zložené z desiatich kráľov, malo prísť potom, lebo v roku 1798, kde Ján stál, siedme kráľovstvo ešte neprišlo. Títo desiati králi vládnu počas hodiny krízy nedeľného zákona a zhodujú sa, že odovzdajú svoje siedme kráľovstvo šelme piateho kráľovstva, ktorá v roku 1798 utrpela smrteľnú ranu.</w:t>
      </w:r>
    </w:p>
    <w:p>
      <w:pPr>
        <w:pStyle w:val="ArticleBody"/>
        <w:jc w:val="left"/>
      </w:pPr>
      <w:r>
        <w:rPr>
          <w:rFonts w:ascii="Times New Roman" w:hAnsi="Times New Roman" w:eastAsia="Times New Roman" w:cs="Times New Roman"/>
        </w:rPr>
        <w:t>Číslo „8“ predstavuje vzkriesenie a pápežstvo je tou ôsmou, ktorá je zo siedmich, keď sa jeho smrteľná rana zahojí pri trojnásobnom spojení draka, šelmy a falošného proroka, ku ktorému dôjde pri čoskoro prichádzajúcom nedeľnom zákone. V roku 2020 globalisti ukradli Trumpovi voľby a on bol zabitý na uliciach zo zjavenia jedenástej kapitoly. Dvaja svedkovia zo zjavenia jedenástej kapitoly predstavujú dva rohy zemskej šelmy, ktoré boli obe zabité v roku 2020. Trump je šiestym prezidentom od Reagana v čase konca v roku 1989; ale od roku 2024 je zároveň aj ôsmou, ktorá je zo siedmich predchádzajúcich kráľov. V roku 2024 sa jeho smrteľná rana zahojila a súčasne sa stal ôsmou, ktorá je zo siedmich, v dokonalej zhode s prorockým symbolom, ktorý ustanovuje videnie. Ak nemáte Rím, nemáte schopnosť sledovať pohyby obrazu Ríma.</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Aby bolo možné pochopiť, ako je Trump Konštantínom Veľkým, keď sa končí Neronových „250“ rokov, alebo ako je Antiochom Veľkým v roku 207 pred Kr., alebo ako je posledným prezidentom, ktorého celé hnutie zlatého veku je založené na tom, aby urobil Ameriku „veľkou“, je potrebné uznať, že táto kapitola najprv spomína Trumpa a jeho prorockú úlohu.</w:t>
      </w:r>
    </w:p>
    <w:p>
      <w:pPr>
        <w:pStyle w:val="ArticleBody"/>
        <w:jc w:val="left"/>
      </w:pPr>
      <w:r>
        <w:rPr>
          <w:rFonts w:ascii="Times New Roman" w:hAnsi="Times New Roman" w:eastAsia="Times New Roman" w:cs="Times New Roman"/>
        </w:rPr>
        <w:t>Podpis „pravdy“, predstavovaný hebrejským slovom „pravda“, ktoré je zložené z prvého, trinásteho a dvadsiateho druhého písmena hebrejskej abecedy, označuje Reagana ako prvé písmeno a Obamu ako trináste písmeno vzbury, ako je to znázornené rokom 2013, keď po bývalom vodcovi úradu inkvizície nasledoval prvý jezuitský pápež. Pretože vodca inkvizície odišiel do dôchodku, bod jeho ukončenia sa zhoduje s bodom začiatku jezuitského pápeža. Tým prepojením medzi Obamovými dvoma pápežmi bol 13. marec 2013. Obama sa zhoduje s trinástym písmenom vzbury a dvadsiate druhé písmeno je Trump.</w:t>
      </w:r>
    </w:p>
    <w:p>
      <w:pPr>
        <w:pStyle w:val="ArticleBody"/>
        <w:jc w:val="left"/>
      </w:pPr>
      <w:r>
        <w:rPr>
          <w:rFonts w:ascii="Times New Roman" w:hAnsi="Times New Roman" w:eastAsia="Times New Roman" w:cs="Times New Roman"/>
        </w:rPr>
        <w:t>Dvadsiaty druhý dodatok obmedzuje prezidenta na dve funkčné obdobia a pri zohľadnení prezidentov s dvoma funkčnými obdobiami, ktorých obdobia NEBOLI po sebe nasledujúce, sú iba dvaja. Grover Cleveland je alfa prezidentov s dvoma nepo sebe nasledujúcimi funkčnými obdobiami a Trump je omega. Grover Cleveland bol dvadsiatym druhým prezidentom a Trump ako omega vo vzťahu ku Clevelandovi nesie alfové rozlíšenie „22“. Cleveland a Trump predstavujú alfu a omegu, ktorá obsahuje symboliku dvadsiateho druhého písmena hebrejskej abecedy. Sú iba dvaja prezidenti, ktorí mali dve nepo sebe nasledujúce funkčné obdobia, a Trump je druhý z týchto dvoch. Dva z omegy krát dvadsaťdva z alfy sa rovná štyridsaťštyri, symbol roku 1844, ktorý je symbolom zatvorených dverí pri nedeľnom zákone, ako to predznačovali zatvorené dvere roku 1844. Trump je 44. odlišnou osobou, ktorá bola prezidentom, a je prezidentom, keď sa pri nedeľnom zákone zatvárajú dvere.</w:t>
      </w:r>
    </w:p>
    <w:p>
      <w:pPr>
        <w:pStyle w:val="ArticleBody"/>
        <w:jc w:val="left"/>
      </w:pPr>
      <w:r>
        <w:rPr>
          <w:rFonts w:ascii="Times New Roman" w:hAnsi="Times New Roman" w:eastAsia="Times New Roman" w:cs="Times New Roman"/>
        </w:rPr>
        <w:t>Trump bol predobrazený Kýrom Veľkým. Kýros Veľký vydal prvý výnos a Artaxerxes Veľký vydal tretí výnos. Prvý a tretí sa navzájom zhodujú, lebo Ježiš vždy znázorňuje koniec prostredníctvom začiatku. Trump je prítomný tam, kde sa končí Nerových „250“ rokov, znázornených Konštantínom Veľkým. Na konci „250“ rokov od roku 457 pred Kr. je Trump znázornený Antiochom Veľkým, ktorý sa v roku 2024 vrátil silnejší než predtým, na naplnenie trinásteho verša.</w:t>
      </w:r>
    </w:p>
    <w:p>
      <w:pPr>
        <w:pStyle w:val="ArticleScripture"/>
        <w:jc w:val="left"/>
      </w:pPr>
      <w:r>
        <w:rPr>
          <w:rFonts w:ascii="Times New Roman" w:hAnsi="Times New Roman" w:eastAsia="Times New Roman" w:cs="Times New Roman"/>
        </w:rPr>
        <w:t>Lebo kráľ severu sa vráti a postaví vojsko väčšie než prvé a po určitých rokoch iste príde s veľkým vojskom a s veľkým bohatstvom. Daniel 11,13.</w:t>
      </w:r>
    </w:p>
    <w:p>
      <w:pPr>
        <w:pStyle w:val="ArticleBody"/>
        <w:jc w:val="left"/>
      </w:pPr>
      <w:r>
        <w:rPr>
          <w:rFonts w:ascii="Times New Roman" w:hAnsi="Times New Roman" w:eastAsia="Times New Roman" w:cs="Times New Roman"/>
        </w:rPr>
        <w:t>Keď budú Spojené štáty pri nedeľnom zákone podmanené Rímom, každá krajina na svete bude potom prinútená skloniť sa pred Rímom.</w:t>
      </w:r>
    </w:p>
    <w:p>
      <w:pPr>
        <w:pStyle w:val="ArticleScripture"/>
        <w:jc w:val="left"/>
      </w:pPr>
      <w:r>
        <w:rPr>
          <w:rFonts w:ascii="Times New Roman" w:hAnsi="Times New Roman" w:eastAsia="Times New Roman" w:cs="Times New Roman"/>
        </w:rPr>
        <w:t>„Cudzie národy budú nasledovať príklad Spojených štátov. Hoci ona ide vpredu, predsa tá istá kríza príde na náš ľud vo všetkých častiach sveta.“ Testimonies, zväzok 6, 395.</w:t>
      </w:r>
    </w:p>
    <w:p>
      <w:pPr>
        <w:pStyle w:val="ArticleBody"/>
        <w:jc w:val="left"/>
      </w:pPr>
      <w:r>
        <w:rPr>
          <w:rFonts w:ascii="Times New Roman" w:hAnsi="Times New Roman" w:eastAsia="Times New Roman" w:cs="Times New Roman"/>
        </w:rPr>
        <w:t>„Cudzie národy“ sú k tomu prinútené Spojenými štátmi, ktoré pri čoskoro prichádzajúcom nedeľnom zákone preberajú vedenie Organizácie Spojených národov. Organizácia Spojených národov predstavuje desiatich kráľov zo Zjavenia 17, nad ktorými vládne Achab, kráľ desiatich severných kmeňov, ktorý je ženatý s Jezábel. Manželstvo Jezábel s Achabom je manželstvom, ktoré sa dovršuje pri čoskoro prichádzajúcom nedeľnom zákone. Pri nedeľnom zákone Spojené štáty, slávna zem z Daniela 11 a šelma zo zeme zo Zjavenia 13, končia svoje dejiny ako šieste kráľovstvo biblického proroctva. Na vrchu Karmel je Eliášom usmrtených 850 prorokov Bála a hájových kňazov, ktorí jedávali pri stole Jezábel. Spojené štáty sú usmrtené pri čoskoro prichádzajúcom nedeľnom zákone, tak ako boli falošní proroci na vrchu Karmel. Od tej chvíle je príbeh príbehom Eliáša proti Achabovi a Jezábel, pričom Achab predstavuje desaťnásobné kráľovstvo, ktoré je spravované tým, kto sa ako prvý dopustil smilstva s Jezábel. Jezábel zamýšľa dopustiť sa smilstva s každým kráľovstvom, no Achab predstavuje prvého, kto tak urobil, a sú to Spojené štáty, ktoré zomierajú na vrchu Karmel a okamžite sa stávajú prvým milencom Jezábel. V pojmoch Daniela 11 je to tam, pri nedeľnom zákone, kde Trump povstáva ako mocný grécky kráľ, predstavovaný Alexandrom Veľkým.</w:t>
      </w:r>
    </w:p>
    <w:p>
      <w:pPr>
        <w:pStyle w:val="ArticleScripture"/>
        <w:jc w:val="left"/>
      </w:pPr>
      <w:r>
        <w:rPr>
          <w:rFonts w:ascii="Times New Roman" w:hAnsi="Times New Roman" w:eastAsia="Times New Roman" w:cs="Times New Roman"/>
        </w:rPr>
        <w:t>A povstane mocný kráľ, ktorý bude panovať s veľkou mocou a bude konať podľa svojej vôle. A keď povstane, jeho kráľovstvo bude rozbité a rozdelené na štyri nebeské vetry; a nie jeho potomstvu ani podľa jeho panstva, ktorým panoval, lebo jeho kráľovstvo bude vyvrátené a pripadne iným okrem nich. Daniel 11:3, 4.</w:t>
      </w:r>
    </w:p>
    <w:p>
      <w:pPr>
        <w:pStyle w:val="ArticleBody"/>
        <w:jc w:val="left"/>
      </w:pPr>
      <w:r>
        <w:rPr>
          <w:rFonts w:ascii="Times New Roman" w:hAnsi="Times New Roman" w:eastAsia="Times New Roman" w:cs="Times New Roman"/>
        </w:rPr>
        <w:t>Donald Trump povstáva ako „mocný kráľ“ Organizácie Spojených národov, ktorý je predstavený v tomto verši a následne predobrazený dejinami Alexandra Veľkého. Keď povstane, Spojené štáty, šieste kráľovstvo biblického proroctva, sa končia a začína sa siedme kráľovstvo desiatich kráľov zo sedemnástej kapitoly Zjavenia. Títo desiati králi začínajú svoje siedme kráľovstvo tým, že sa tam a vtedy dohodnú odovzdať svoje siedme kráľovstvo pápežskej moci, ktorá je ôsmym kráľovstvom, pochádzajúcim zo siedmich predchádzajúcich kráľovstiev. Ich dohoda mala naplniť Božiu vôľu a Jeho vôľa je predstavená riadok na riadok v celých Písmach pravdy.</w:t>
      </w:r>
    </w:p>
    <w:p>
      <w:pPr>
        <w:pStyle w:val="ArticleHeading"/>
        <w:jc w:val="left"/>
      </w:pPr>
      <w:r>
        <w:rPr>
          <w:rFonts w:ascii="Arial" w:hAnsi="Arial" w:eastAsia="Arial" w:cs="Arial"/>
        </w:rPr>
        <w:t>Predobrazujúc Rím</w:t>
      </w:r>
    </w:p>
    <w:p>
      <w:pPr>
        <w:pStyle w:val="ArticleBody"/>
        <w:jc w:val="left"/>
      </w:pPr>
      <w:r>
        <w:rPr>
          <w:rFonts w:ascii="Times New Roman" w:hAnsi="Times New Roman" w:eastAsia="Times New Roman" w:cs="Times New Roman"/>
        </w:rPr>
        <w:t>Verše päť až deväť z jedenástej kapitoly Daniela sa naplnili v prorockých dejinách, ktoré dokonale predobrazovali dejiny pápežskej moci, ako sú predstavené vo veršoch tridsaťjeden až štyridsať tej istej kapitoly. Dejinná línia vo veršoch päť až deväť je paralelná s dejinnou líniou vo veršoch tridsaťjeden až štyridsať. Obe línie označujú obdobie, v ktorom moc predstavujúca pápežský Rím najprv prekonala tri prekážky, vládla istý čas, až kým nebola porušená zmluva, ktorá proti nej priviedla južného kráľa, ktorý jej zasadil smrteľnú ranu. Čím dôkladnejšie sa tieto dve línie skúmajú a porovnávajú s dejinami, tým hlbšie sa rozpoznáva ich presná správnosť. Ich správnosť sa týka toho, ako tesne zodpovedajú štruktúre vo veršoch, ako aj dejinám, ktoré tieto verše naplnili.</w:t>
      </w:r>
    </w:p>
    <w:p>
      <w:pPr>
        <w:pStyle w:val="ArticleBody"/>
        <w:jc w:val="left"/>
      </w:pPr>
      <w:r>
        <w:rPr>
          <w:rFonts w:ascii="Times New Roman" w:hAnsi="Times New Roman" w:eastAsia="Times New Roman" w:cs="Times New Roman"/>
        </w:rPr>
        <w:t>Dejiny, ktoré naplnili týchto päť veršov, prebiehajú súbežne s dejinami pápežského Ríma, ako sú vyložené vo veršoch tridsaťjeden až štyridsať, a tvoria rámec pre uvedenie Antiocha Veľkého vo veršoch desať až pätnásť.</w:t>
      </w:r>
    </w:p>
    <w:p>
      <w:pPr>
        <w:pStyle w:val="ArticleScripture"/>
        <w:jc w:val="left"/>
      </w:pPr>
      <w:r>
        <w:rPr>
          <w:rFonts w:ascii="Times New Roman" w:hAnsi="Times New Roman" w:eastAsia="Times New Roman" w:cs="Times New Roman"/>
        </w:rPr>
        <w:t>Jeho synovia sa však rozbúria a zhromaždia množstvo veľkých vojsk; a jeden z nich istotne príde, preleje sa ako povodeň a prejde ďalej; potom sa vráti a rozpáli sa až po svoju pevnosť. Daniel 11:10.</w:t>
      </w:r>
    </w:p>
    <w:p>
      <w:pPr>
        <w:pStyle w:val="ArticleBody"/>
        <w:jc w:val="left"/>
      </w:pPr>
      <w:r>
        <w:rPr>
          <w:rFonts w:ascii="Times New Roman" w:hAnsi="Times New Roman" w:eastAsia="Times New Roman" w:cs="Times New Roman"/>
        </w:rPr>
        <w:t>Na naplnenie desiateho verša Antiochos Veľký víťazil až po pevnosť Egypta, kde ukončil ťaženie, aby sa znovu zoskupil. Tieto dejiny sú predobrazom rozpadu Sovietskeho zväzu v roku 1989, ako je znázornené v štyridsiatom verši tej istej kapitoly.</w:t>
      </w:r>
    </w:p>
    <w:p>
      <w:pPr>
        <w:pStyle w:val="ArticleScripture"/>
        <w:jc w:val="left"/>
      </w:pPr>
      <w:r>
        <w:rPr>
          <w:rFonts w:ascii="Times New Roman" w:hAnsi="Times New Roman" w:eastAsia="Times New Roman" w:cs="Times New Roman"/>
        </w:rPr>
        <w:t>A v čase konca sa do neho opre kráľ juhu; a kráľ severu sa proti nemu prirúti ako víchor, s vozmi, s jazdcami a s mnohými loďami; a vtrhne do krajín, zaplaví ich a prejde cez ne. Daniel 11:40.</w:t>
      </w:r>
    </w:p>
    <w:p>
      <w:pPr>
        <w:pStyle w:val="ArticleBody"/>
        <w:jc w:val="left"/>
      </w:pPr>
      <w:r>
        <w:rPr>
          <w:rFonts w:ascii="Times New Roman" w:hAnsi="Times New Roman" w:eastAsia="Times New Roman" w:cs="Times New Roman"/>
        </w:rPr>
        <w:t>Výrazy v desiatom verši „iste príde, zaplaví a prejde“ sú v hebrejčine totožné s výrazmi v štyridsiatom verši „vstúpi do krajín, zaplaví ich a prejde cez ne“. Oba verše určujú čas, keď kráľ severu (Antiochos v desiatom verši a Reagan v štyridsiatom verši) porazí kráľa juhu (Ptolemaia v desiatom verši a Sovietsky zväz v štyridsiatom verši). Oba útoky boli odvetou za predchádzajúce víťazstvo kráľa juhu (Ptolemaia vo veršoch päť až deväť a Napoleona v štyridsiatom verši). Pohnútkou južného kráľa k útoku bola porušená zmluva (manželstvo Bereniky vo veršoch päť až deväť a porušená Tolentinská zmluva z roku 1797 v súvislosti s Napoleonom). Prorocká štruktúra zobrazená v týchto veršoch, ako aj ich následné naplnenie v dejinách, sa zhodujú aj s Izaiášom 8,8.</w:t>
      </w:r>
    </w:p>
    <w:p>
      <w:pPr>
        <w:pStyle w:val="ArticleScripture"/>
        <w:jc w:val="left"/>
      </w:pPr>
      <w:r>
        <w:rPr>
          <w:rFonts w:ascii="Times New Roman" w:hAnsi="Times New Roman" w:eastAsia="Times New Roman" w:cs="Times New Roman"/>
        </w:rPr>
        <w:t>A prejde cez Júdu; rozvodní sa a prevalí sa, siahne až po šiju; a rozpätie jeho krídel vyplní šírku tvojej krajiny, ó, Immanuel. Izaiáš 8,8.</w:t>
      </w:r>
    </w:p>
    <w:p>
      <w:pPr>
        <w:pStyle w:val="ArticleBody"/>
        <w:jc w:val="left"/>
      </w:pPr>
      <w:r>
        <w:rPr>
          <w:rFonts w:ascii="Times New Roman" w:hAnsi="Times New Roman" w:eastAsia="Times New Roman" w:cs="Times New Roman"/>
        </w:rPr>
        <w:t>Keď Izaiáš predpovedá, že vojsko Senacheriba „sa rozleje a prejde“, ide opäť o ten istý hebrejský výraz ako v desiatom a štyridsiatom verši. Izaiáš určuje okamih, keď Senacherib, severné kráľovstvo, dobyl južné kráľovstvo Júdu, no Jeruzalem ponechal stáť, lebo dosiahol iba „po šiju“, tak ako Antiochos dosiahol po hranicu v desiatom verši. Senacheribovou pohnútkou bolo to, že Chizkija porušil zmluvu s Asýriou, čo je znázornené tým, že Chizkija prestal odvádzať dohodnutý poplatok. Porušená zmluva je odchýlkou od troch paralelných veršov. Každý z nich zahŕňal porušenú zmluvu, no v prípade Ptolemaia a Napoleona bol z porušenia zmluvy obvinený severný kráľ. Senacherib, severný kráľ, obvinil Chizkiju z odmietania odvádzať určený poplatok.</w:t>
      </w:r>
    </w:p>
    <w:p>
      <w:pPr>
        <w:pStyle w:val="ArticleScripture"/>
        <w:jc w:val="left"/>
      </w:pPr>
      <w:r>
        <w:rPr>
          <w:rFonts w:ascii="Times New Roman" w:hAnsi="Times New Roman" w:eastAsia="Times New Roman" w:cs="Times New Roman"/>
        </w:rPr>
        <w:t>V štrnástom roku kráľa Ezechiáša vytiahol Sancheríb, kráľ Asýrie, proti všetkým opevneným mestám Judska a dobyl ich. A Ezechiáš, kráľ Judska, poslal k asýrskemu kráľovi do Lachiša s odkazom: Zhrešil som; odtiahni odo mňa; čo mi uložíš, to ponesiem. A asýrsky kráľ vyrubil Ezechiášovi, kráľovi Judska, tristo talentov striebra a tridsať talentov zlata. A Ezechiáš mu dal všetko striebro, ktoré sa našlo v dome Hospodinovom i v pokladoch kráľovského domu. 2 Kráľov 18:13–15.</w:t>
      </w:r>
    </w:p>
    <w:p>
      <w:pPr>
        <w:pStyle w:val="ArticleBody"/>
        <w:jc w:val="left"/>
      </w:pPr>
      <w:r>
        <w:rPr>
          <w:rFonts w:ascii="Times New Roman" w:hAnsi="Times New Roman" w:eastAsia="Times New Roman" w:cs="Times New Roman"/>
        </w:rPr>
        <w:t>Sancheríbovo severné vojsko na svojom ťažení do Jeruzalema dobylo štyridsaťšesť judských miest. Má veľký prorocký význam, že Izaiáš 8,8 je spojený s veršami desať a štyridsať, čím poskytuje tretie svedectvo o páde južného kráľovstva Sovietskeho zväzu v roku 1989. Tento pád označuje začiatok obdobia verša štyridsať, ktoré je prázdne. Od naplnenia verša štyridsať v roku 1989 až po verš štyridsaťjeden, ktorý predstavuje čoskoro prichádzajúci nedeľný zákon, sa vo verši štyridsať nachádza prázdne obdobie. Toto obdobie sa začína v roku 1989 a končí sa pri nedeľnom zákone. Verš štyridsať o tomto časovom období nič nehovorí, ale veršu štyridsať možno porozumieť pomocou metodológie riadok za riadkom.</w:t>
      </w:r>
    </w:p>
    <w:p>
      <w:pPr>
        <w:pStyle w:val="ArticleBody"/>
        <w:jc w:val="left"/>
      </w:pPr>
      <w:r>
        <w:rPr>
          <w:rFonts w:ascii="Times New Roman" w:hAnsi="Times New Roman" w:eastAsia="Times New Roman" w:cs="Times New Roman"/>
        </w:rPr>
        <w:t>Základným „kľúčom“ na ustanovenie skrytých dejín štyridsiateho verša je Izaiášovo svedectvo o víťaznej odvetnej vojne severného kráľovstva proti južnému kráľovstvu. Či už ide o Chizkijášovu vzburu, keď prestal rešpektovať predchádzajúci záväzok poskytovať Asýrii „poplatok“, alebo o odvrhnutie Berniky Antiochem, alebo o Napoleonovu Tolentinskú zmluvu, všetky tri verše sa naplnili v dejinách, ktoré zdôrazňujú porušenú zmluvu ako základnú pohnútku k útoku. Počas Obamovho prezidentstva, pod vedením ministerstva zahraničných vecí Johna Kerryho, námestníčka ministra Victoria Nulandová vyvolala farebnú revolúciu s cieľom zvrhnúť vládu Ukrajiny. Od toho okamihu existujú v otázke ukrajinskej vojny dve strany jedného sporu; Putin hovorí, že išlo o porušenú zmluvu, a jeho odporcovia tvrdia, že zmluva, na ktorú Putin poukazuje, nikdy neexistovala v kontexte, ktorý Putin uvádza. Či bola zmluva skutočne uzavretá a potom porušená, alebo naopak, na tom nezáleží, lebo prorocký záznam jednoducho uvádza porušenú zmluvu ako pohnútku k vojne.</w:t>
      </w:r>
    </w:p>
    <w:p>
      <w:pPr>
        <w:pStyle w:val="ArticleBody"/>
        <w:jc w:val="left"/>
      </w:pPr>
      <w:r>
        <w:rPr>
          <w:rFonts w:ascii="Times New Roman" w:hAnsi="Times New Roman" w:eastAsia="Times New Roman" w:cs="Times New Roman"/>
        </w:rPr>
        <w:t>Izaiáš 8:8 poskytuje „kľúč“ k rozpoznaniu, že severný kráľ dobýva iba po šiju, alebo po hlavu. Tento „kľúč“ označuje Rusko ako hlavu, ktorá zostala stáť po zrútení tela v roku 1989. Prorocký význam ôsmeho verša nespočíva iba v „kľúči“ na určenie hlavy, ale aj v tom, že jeho určenie „šije“ ako znázornenia hlavy, alebo hlavného mesta, možno ustanoviť len v spojení s predchádzajúcou pasážou toho istého videnia v Izaiášovi 8. Toto videnie sa začína v siedmej kapitole a vo veršoch sedem a osem je hlava vymedzená ako kráľ, alebo jeho kráľovstvo, alebo hlavné mesto kráľovstva. Jeruzalem bol hlavným mestom Judska, ktorého 46 miest dobylo voj­sko Sancheríba, ale Sancheríb ponechal hlavné mesto Jeruzalem stáť.</w:t>
      </w:r>
    </w:p>
    <w:p>
      <w:pPr>
        <w:pStyle w:val="ArticleScripture"/>
        <w:jc w:val="left"/>
      </w:pPr>
      <w:r>
        <w:rPr>
          <w:rFonts w:ascii="Times New Roman" w:hAnsi="Times New Roman" w:eastAsia="Times New Roman" w:cs="Times New Roman"/>
        </w:rPr>
        <w:t>Lebo hlavou Sýrie je Damask a hlavou Damasku je Recín; a do šesťdesiatich piatich rokov bude Efraim rozbitý, takže už nebude ľudom. A hlavou Efraima je Samária a hlavou Samárie je syn Remaliášov. Ak neuveríte, veru neobstojíte. Izaiáš 7, 8. 9.</w:t>
      </w:r>
    </w:p>
    <w:p>
      <w:pPr>
        <w:pStyle w:val="ArticleBody"/>
        <w:jc w:val="left"/>
      </w:pPr>
      <w:r>
        <w:rPr>
          <w:rFonts w:ascii="Times New Roman" w:hAnsi="Times New Roman" w:eastAsia="Times New Roman" w:cs="Times New Roman"/>
        </w:rPr>
        <w:t>Keď Sennacheribovo vojsko prišlo roku 701 pred Kr. k hradbám Jeruzalema, prišlo až po šiju, a tým zanechalo historické svedectvo o Rusku, ktoré zostalo po rozpade v roku 1989. Tak ako Antiochos Veľký začal svoje odvetné ťaženie proti južnému kráľovstvu, prišiel v desiatom verši až k hranici Egypta, ale nevstúpil doň. To, čo je významné na víťazstve Antiocha v desiatom verši, je, že označuje záver vojenského ťaženia Antiocha, ktorému chýbala osobitná bitka, no predstavuje jeho dielo pri znovunastolení predtým stratenej geografie. Jeho dobývanie v desiatom verši predstavuje zavŕšenie niekoľkých víťazstiev. Ukončil ťaženie štvrtej sýrskej vojny pri Ráfii, čo znamená „pohraničie“, a Ráfia bola hranicou, či „šijou“ Egypta. Antiochovo ťaženie v rokoch 219 pred Kr. až 217 pred Kr. predstavuje vyliatie a prechodenie ponad rozpad Sovietskeho zväzu od roku 1989 do roku 1991, keď kráľ prešiel cez krajiny.</w:t>
      </w:r>
    </w:p>
    <w:p>
      <w:pPr>
        <w:pStyle w:val="ArticleBody"/>
        <w:jc w:val="left"/>
      </w:pPr>
      <w:r>
        <w:rPr>
          <w:rFonts w:ascii="Times New Roman" w:hAnsi="Times New Roman" w:eastAsia="Times New Roman" w:cs="Times New Roman"/>
        </w:rPr>
        <w:t>Prorocky Izaiáš 8,8 umožňuje, aby bolo Rusko ako šija v bitke Senacheriba alebo ako pevnosť v bitke Antiocha stotožnené s kráľom juhu v bitke pri Rafii, ako to predstavuje naplnenie jedenásteho verša. Týmto spôsobom priamo spája vonkajšie dejiny, ktoré predstavujú drak (kráľ juhu), šelma (kráľ severu) a falošný prorok (zástupná moc kráľa severu), s vnútornou prorockou líniou, ako ju predstavuje šesťdesiatpäťročné proroctvo siedmeho verša siedmej kapitoly.</w:t>
      </w:r>
    </w:p>
    <w:p>
      <w:pPr>
        <w:pStyle w:val="ArticleBody"/>
        <w:jc w:val="left"/>
      </w:pPr>
      <w:r>
        <w:rPr>
          <w:rFonts w:ascii="Times New Roman" w:hAnsi="Times New Roman" w:eastAsia="Times New Roman" w:cs="Times New Roman"/>
        </w:rPr>
        <w:t>Prorocky význam Senacheribovho ťaženia proti Jeruzalemu poskytuje jedno z najmocnejších prorockých svedectiev o Božej moci v Písmach, keď tam Boh v jednej noci zničil Senacheribovo vojsko pozostávajúce zo 185 000 mužov. Deň predtým stáli na hradbe Jeruzalema Eliakim i Šebna, symboly laodicejského a filadelfského adventizmu, ktorí sú označení pri zavretých dverách roku 1844 a pri zavretých dverách nedeľného zákona.</w:t>
      </w:r>
    </w:p>
    <w:p>
      <w:pPr>
        <w:pStyle w:val="ArticleScripture"/>
        <w:jc w:val="left"/>
      </w:pPr>
      <w:r>
        <w:rPr>
          <w:rFonts w:ascii="Times New Roman" w:hAnsi="Times New Roman" w:eastAsia="Times New Roman" w:cs="Times New Roman"/>
        </w:rPr>
        <w:t>A stalo sa v štrnástom roku kráľa Ezechiáša, že Senacherib, kráľ Asýrie, vytiahol proti všetkým opevneným mestám Judska a dobyl ich. A asýrsky kráľ poslal z Lachiša do Jeruzalema k kráľovi Ezechiášovi Rabsáka s veľkým vojskom. A postavil sa pri vodovode horného rybníka na ceste k valchárovmu poľu. Potom k nemu vyšli Eljakím, syn Chilkijášov, ktorý bol správcom domu, a pisár Šebna a kronikár Jóach, syn Asáfov. Izaiáš 36:1–3.</w:t>
      </w:r>
    </w:p>
    <w:p>
      <w:pPr>
        <w:pStyle w:val="ArticleBody"/>
        <w:jc w:val="left"/>
      </w:pPr>
      <w:r>
        <w:rPr>
          <w:rFonts w:ascii="Times New Roman" w:hAnsi="Times New Roman" w:eastAsia="Times New Roman" w:cs="Times New Roman"/>
        </w:rPr>
        <w:t>V siedmej kapitole Izaiáša je Izaiáš poslaný s posolstvom k bezbožnému Acházovi, kráľovi Júdu, južného kráľovstva. Práve na toto kráľovstvo útočí v ôsmej kapitole, v ôsmom verši, Sancheríb. Keď sa Izaiáš stretáva s bezbožným kráľom Acházom, stretáva sa s ním „pri vodovode horného rybníka na ceste k valchárovmu poľu“, práve tam, kde Rabsáke rúha sa menu Hospodinovmu. Izaiáš učil, že on i jeho deti boli znameniami.</w:t>
      </w:r>
    </w:p>
    <w:p>
      <w:pPr>
        <w:pStyle w:val="ArticleScripture"/>
        <w:jc w:val="left"/>
      </w:pPr>
      <w:r>
        <w:rPr>
          <w:rFonts w:ascii="Times New Roman" w:hAnsi="Times New Roman" w:eastAsia="Times New Roman" w:cs="Times New Roman"/>
        </w:rPr>
        <w:t>Hľa, ja i deti, ktoré mi dal Hospodin, sme na znamenia a na divy v Izraeli od Hospodina zástupov, ktorý prebýva na vrchu Sion. Izaiáš 8,18.</w:t>
      </w:r>
    </w:p>
    <w:p>
      <w:pPr>
        <w:pStyle w:val="ArticleBody"/>
        <w:jc w:val="left"/>
      </w:pPr>
      <w:r>
        <w:rPr>
          <w:rFonts w:ascii="Times New Roman" w:hAnsi="Times New Roman" w:eastAsia="Times New Roman" w:cs="Times New Roman"/>
        </w:rPr>
        <w:t>Keď sa Izaiáš stretol so skazeným kráľom Achazom „pri vodovode horného rybníka na ceste k valchárovmu poľu“, priviedol so sebou svojho syna Šeár-Jášúba, čo znamená: „Ostatok sa navráti.“</w:t>
      </w:r>
    </w:p>
    <w:p>
      <w:pPr>
        <w:pStyle w:val="ArticleScripture"/>
        <w:jc w:val="left"/>
      </w:pPr>
      <w:r>
        <w:rPr>
          <w:rFonts w:ascii="Times New Roman" w:hAnsi="Times New Roman" w:eastAsia="Times New Roman" w:cs="Times New Roman"/>
        </w:rPr>
        <w:t>Hospodin povedal Izaiášovi: Vyjdi teraz v ústrety Acházovi, ty i Šeár-jášub, tvoj syn, na koniec vodovodu horného rybníka pri ceste na valchárovo pole. Izaiáš 7:3.</w:t>
      </w:r>
    </w:p>
    <w:p>
      <w:pPr>
        <w:pStyle w:val="ArticleBody"/>
        <w:jc w:val="left"/>
      </w:pPr>
      <w:r>
        <w:rPr>
          <w:rFonts w:ascii="Times New Roman" w:hAnsi="Times New Roman" w:eastAsia="Times New Roman" w:cs="Times New Roman"/>
        </w:rPr>
        <w:t>Šeár-jašúb naznačuje, že posolstvo, ktoré Izaiáš hlásal „na konci vodovodu horného rybníka pri ceste na valchárovo pole“, je posolstvom označujúcim ostatok, ktorý sa vracia. Tým ostatkom sú tí v knihe Malachiáš, ktorí sú povolaní skúšať Hospodina tým, že sa navrátia k nemu a že vrátia desiatky do zásobárne. Tí, ktorí sa vracajú, sú u Jeremiáša tiež predstavení ako tí, ktorí sa vracajú po prvom sklamaní. V siedmej kapitole „koniec vodovodu horného rybníka pri ceste na valchárovo pole“ zobrazuje Izaiáša, ako prináša posolstvo bezbožnému južnému kráľovi, a v Izaiášovi tridsaťšesť Eliakim, Šebna a kronikár Joach vystupovali za Ezechiáša, zatiaľ čo Rabšake predstavoval Sancheríba.</w:t>
      </w:r>
    </w:p>
    <w:p>
      <w:pPr>
        <w:pStyle w:val="ArticleBody"/>
        <w:jc w:val="left"/>
      </w:pPr>
      <w:r>
        <w:rPr>
          <w:rFonts w:ascii="Times New Roman" w:hAnsi="Times New Roman" w:eastAsia="Times New Roman" w:cs="Times New Roman"/>
        </w:rPr>
        <w:t>Prvé posolstvo „na konci prívodu horného rybníka na ceste k valchárovmu poľu“ ohlasuje Izaiáš a jeho syn, posledné posolstvo „na konci prívodu horného rybníka na ceste k valchárovmu poľu“ bolo ohlasované troma osobami. Prvé posolstvo bolo určené vnútornému kráľovi a druhé vonkajšiemu kráľovi. Deliacou čiarou je múr, ktorý je symbolom Božieho zákona, a nedeľný zákon, ktorý predstavuje odstránenie múru oddeľujúceho cirkev a štát. Pri nedeľnom zákone, alebo pri múre, sa nachádzajú tri symboly; Eliakim je Filadelfia, Šebna je Laodicea a zapisovateľ Joach je Sardis.</w:t>
      </w:r>
    </w:p>
    <w:p>
      <w:pPr>
        <w:pStyle w:val="ArticleBody"/>
        <w:jc w:val="left"/>
      </w:pPr>
      <w:r>
        <w:rPr>
          <w:rFonts w:ascii="Times New Roman" w:hAnsi="Times New Roman" w:eastAsia="Times New Roman" w:cs="Times New Roman"/>
        </w:rPr>
        <w:t>Pri nedeľnom zákone mnohí padnú podľa Daniel 11,41, a tými osobami sú tí, ktorí nesú zodpovednosť za svetlo o sobote siedmeho dňa. Tí, ktorí padnú vo verši 41, sú laodicejskí adventisti siedmeho dňa a Eliakim predstavuje Filadelfiu.</w:t>
      </w:r>
    </w:p>
    <w:p>
      <w:pPr>
        <w:pStyle w:val="ArticleScripture"/>
        <w:jc w:val="left"/>
      </w:pPr>
      <w:r>
        <w:rPr>
          <w:rFonts w:ascii="Times New Roman" w:hAnsi="Times New Roman" w:eastAsia="Times New Roman" w:cs="Times New Roman"/>
        </w:rPr>
        <w:t>A stane sa v ten deň, že povolám svojho služobníka Eljakíma, syna Chilkijovho. A odejem ho tvojím rúchom, upevním ho tvojím pásom a tvoju vládu zverím do jeho ruky; a bude otcom obyvateľom Jeruzalema i domu Júdovho. A kľúč domu Dávidovho položím na jeho plece; a keď otvorí, nikto nezavrie, a keď zavrie, nikto neotvorí. Izaiáš 22:20–22.</w:t>
      </w:r>
    </w:p>
    <w:p>
      <w:pPr>
        <w:pStyle w:val="ArticleScripture"/>
        <w:jc w:val="left"/>
      </w:pPr>
      <w:r>
        <w:rPr>
          <w:rFonts w:ascii="Times New Roman" w:hAnsi="Times New Roman" w:eastAsia="Times New Roman" w:cs="Times New Roman"/>
        </w:rPr>
        <w:t>A anjelovi cirkvi vo Filadelfii napíš: Toto hovorí ten Svätý, ten Pravdivý, ten, ktorý má kľúč Dávidov, ktorý otvára, a nikto nezatvára; a zatvára, a nikto neotvára: Poznám tvoje skutky. Hľa, postavil som pred tebou otvorené dvere, a nikto ich nemôže zatvoriť, pretože máš malú silu a zachoval si moje slovo a nezaprel si moje meno. Hľa, dám tých zo synagógy satanovej, ktorí hovoria, že sú Židia, a nie sú, ale klamú; hľa, spôsobím, že prídu a budú sa klaňať pred tvojimi nohami a poznajú, že som si ťa zamiloval. Zjavenie 3:7–9.</w:t>
      </w:r>
    </w:p>
    <w:p>
      <w:pPr>
        <w:pStyle w:val="ArticleBody"/>
        <w:jc w:val="left"/>
      </w:pPr>
      <w:r>
        <w:rPr>
          <w:rFonts w:ascii="Times New Roman" w:hAnsi="Times New Roman" w:eastAsia="Times New Roman" w:cs="Times New Roman"/>
        </w:rPr>
        <w:t>Šebna je nahradený Eliakímom a Šebna na múre predstavuje laodicejských adventistov siedmeho dňa, ktorí odmietajú mať úžitok z posolstva včasného alebo neskorého dažďa. Včasný dážď v spojení s cirkvou bol predstavovaný Izaiášom a ostatkom, ktorý sa vrátil, a posolstvo bolo adresované odpadnutej cirkvi, predstavovanej bezbožným kráľom Achazom. Posolstvo z múru bolo dané bezbožnému severnému kráľovi, ktorý sa usiloval poraziť Jeruzalem, a predstavuje neskorý dážď vo vzťahu k včasnému dažďu. Kým je Božia cirkev súdená, včasné alebo prvé dažde kropia, ale pri nedeľnom zákone je dážď vyliaty bez miery. Posolstvo pre Achaza bolo vnútorným posolstvom, posolstvo pre Sancheríba bolo vonkajším. Prvý hlas zo Zjavenia 18:1–3 je opakovaním posolstva druhého anjela a je vnútorný. Druhý hlas zo Zjavenia osemnástej kapitoly, verš štvrtý, je vonkajší a je tretím posolstvom. Izaiáš a jeho syn priniesli vnútorné posolstvo druhého anjela a na múre s vonkajším posolstvom sú tri duše.</w:t>
      </w:r>
    </w:p>
    <w:p>
      <w:pPr>
        <w:pStyle w:val="ArticleBody"/>
        <w:jc w:val="left"/>
      </w:pPr>
      <w:r>
        <w:rPr>
          <w:rFonts w:ascii="Times New Roman" w:hAnsi="Times New Roman" w:eastAsia="Times New Roman" w:cs="Times New Roman"/>
        </w:rPr>
        <w:t>Eliakim predstavuje stoštyridsaťštyritisíc; Šebna predstavuje laodicejský adventizmus siedmeho dňa, ktorý je v tom čase vypľutý z úst Pána. Joab, kronikár, predstavuje iné Božie stádo, ktoré zaznamenáva dejiny vedúce až k múru, aby rozpoznalo zástavu Eliakima, keď bude vztýčená.</w:t>
      </w:r>
    </w:p>
    <w:p>
      <w:pPr>
        <w:pStyle w:val="ArticleBody"/>
        <w:jc w:val="left"/>
      </w:pPr>
      <w:r>
        <w:rPr>
          <w:rFonts w:ascii="Times New Roman" w:hAnsi="Times New Roman" w:eastAsia="Times New Roman" w:cs="Times New Roman"/>
        </w:rPr>
        <w:t>Izaiáš 8:8 vnáša posolstvá Izaiáša šesť až dvanásť do Daniela 11, verša 10. Tým poskytuje druhé svedectvo, že hlava kráľovstva zostáva po útoku stáť. Označuje argument o porušenej zmluve, ktorý sa používa na vyvolanie bitky.</w:t>
      </w:r>
    </w:p>
    <w:p>
      <w:pPr>
        <w:pStyle w:val="ArticleBody"/>
        <w:jc w:val="left"/>
      </w:pPr>
      <w:r>
        <w:rPr>
          <w:rFonts w:ascii="Times New Roman" w:hAnsi="Times New Roman" w:eastAsia="Times New Roman" w:cs="Times New Roman"/>
        </w:rPr>
        <w:t>Od rozpadu Sovietskeho zväzu v roku 1989 vo verši štyridsať až po čoskoro prichádzajúci nedeľný zákon znázornený v nasledujúcom verši je tridsaťsedem rokov prorockých dejín, o ktorých verš štyridsať nehovorí nič. Verše desať až pätnásť z Daniela jedenásť predstavujú prorocké dejiny, ktoré nie sú vo verši štyridsať oslovené. Možno ich vidieť len pri použití metodológie „riadok za riadkom“. „Ak neuveríte, veru neobstojíte,“ je prorocké napomenutie, ktoré je pripojené k trom veršom opisujúcim rok 1989, a historické naplnenie ôsmeho verša z Izaiáša osem zobrazuje skúšku pre Eljakíma a Šebnu. Vidíte, alebo ste slepí?</w:t>
      </w:r>
    </w:p>
    <w:p>
      <w:pPr>
        <w:pStyle w:val="ArticleBody"/>
        <w:jc w:val="left"/>
      </w:pPr>
      <w:r>
        <w:rPr>
          <w:rFonts w:ascii="Times New Roman" w:hAnsi="Times New Roman" w:eastAsia="Times New Roman" w:cs="Times New Roman"/>
        </w:rPr>
        <w:t>Štyridsiaty prvý verš jedenástej kapitoly Daniela predstavuje čoskoro prichádzajúci nedeľný zákon v Spojených štátoch, ktorý je predobrazene znázornený dejinami, ktoré naplnili šestnásty verš.</w:t>
      </w:r>
    </w:p>
    <w:p>
      <w:pPr>
        <w:pStyle w:val="ArticleScripture"/>
        <w:jc w:val="left"/>
      </w:pPr>
      <w:r>
        <w:rPr>
          <w:rFonts w:ascii="Times New Roman" w:hAnsi="Times New Roman" w:eastAsia="Times New Roman" w:cs="Times New Roman"/>
        </w:rPr>
        <w:t>Ale ten, kto príde proti nemu, bude konať podľa svojej vlastnej vôle, a nikto neobstojí pred ním; a zastane v preslávnej krajine, ktorá bude v jeho ruke pohltená. Daniel 11:16.</w:t>
      </w:r>
    </w:p>
    <w:p>
      <w:pPr>
        <w:pStyle w:val="ArticleScripture"/>
        <w:jc w:val="left"/>
      </w:pPr>
      <w:r>
        <w:rPr>
          <w:rFonts w:ascii="Times New Roman" w:hAnsi="Times New Roman" w:eastAsia="Times New Roman" w:cs="Times New Roman"/>
        </w:rPr>
        <w:t>Vojde aj do krásnej krajiny a mnohé krajiny budú podvrátené; ale títo uniknú z jeho ruky: Edóm, Moáb a poprední zo synov Amónových. Daniel 11,41.</w:t>
      </w:r>
    </w:p>
    <w:p>
      <w:pPr>
        <w:pStyle w:val="ArticleBody"/>
        <w:jc w:val="left"/>
      </w:pPr>
      <w:r>
        <w:rPr>
          <w:rFonts w:ascii="Times New Roman" w:hAnsi="Times New Roman" w:eastAsia="Times New Roman" w:cs="Times New Roman"/>
        </w:rPr>
        <w:t>Historickým naplnením verša šestnásť až po verš tridsať v Danielovi jedenásť sú dejiny pohanského Ríma. Každý prorocký riadok v jedenástej kapitole Daniela buď predobrazuje dejiny pohanského, pápežského alebo moderného Ríma. Každý riadok buď priamo označuje nejaké rímske dejiny, alebo predobrazuje budúce rímske dejiny. Každý riadok. Verše, ktoré sa priamo vzťahujú na dejiny naplnené pohanským Rímom, predobrazujú pápežský Rím. Pohanský Rím a pápežský Rím spolu svedčia o modernom Ríme. Rím ustanovuje toto videnie, lebo od začiatku kapitoly až do konca je toto videnie o Ríme.</w:t>
      </w:r>
    </w:p>
    <w:p>
      <w:pPr>
        <w:pStyle w:val="ArticleBody"/>
        <w:jc w:val="left"/>
      </w:pPr>
      <w:r>
        <w:rPr>
          <w:rFonts w:ascii="Times New Roman" w:hAnsi="Times New Roman" w:eastAsia="Times New Roman" w:cs="Times New Roman"/>
        </w:rPr>
        <w:t>Ježiš označil, že je medzi nimi zradca, aby pomohol svojim učeníkom uveriť, keď sa Judášova zrada zjavne prejavila.</w:t>
      </w:r>
    </w:p>
    <w:p>
      <w:pPr>
        <w:pStyle w:val="ArticleScripture"/>
        <w:jc w:val="left"/>
      </w:pPr>
      <w:r>
        <w:rPr>
          <w:rFonts w:ascii="Times New Roman" w:hAnsi="Times New Roman" w:eastAsia="Times New Roman" w:cs="Times New Roman"/>
        </w:rPr>
        <w:t>„Keď Kristus vyriekol beda nad Judášom, sledoval tým aj zámer milosrdenstva voči svojim učeníkom. Tak im dal vrcholný dôkaz svojho mesiášstva. „Hovorím vám to prv, ako sa to stane,“ povedal, „aby ste, keď sa to stane, uverili, že JA SOM.“ Keby Ježiš zostal mlčať, akoby nevedel o tom, čo na Neho malo prísť, učeníci by si boli mohli myslieť, že ich Majster nemal božské predzvedenie a že bol zaskočený a vydaný do rúk vražedného davu. Už rok predtým Ježiš povedal učeníkom, že si vyvolil dvanástich a že jeden z nich je diabol. Teraz Jeho slová Judášovi, ktoré ukazovali, že jeho zrada bola jeho Majstrovi úplne známa, mali posilniť vieru Kristových pravých nasledovníkov počas Jeho poníženia. A keď Judáš dospeje k svojmu strašnému koncu, spomenú si na beda, ktoré Ježiš vyriekol nad zradcom.“ The Desire of Ages, 655.</w:t>
      </w:r>
    </w:p>
    <w:p>
      <w:pPr>
        <w:pStyle w:val="ArticleBody"/>
        <w:jc w:val="left"/>
      </w:pPr>
      <w:r>
        <w:rPr>
          <w:rFonts w:ascii="Times New Roman" w:hAnsi="Times New Roman" w:eastAsia="Times New Roman" w:cs="Times New Roman"/>
        </w:rPr>
        <w:t>31. decembra 2023 začal Lev z kmeňa Júdovho odpečaťovať zjavenie seba samého a začala sa základná skúška. Skúška sa týkala toho, či Rím je stále symbolom, ktorý ustanovil videnie vo verši štrnásť, alebo či sa veci zmenili. Keď 8. mája 2025 začal vládnuť prvý antikrist zo Spojených štátov, verš štrnásť sa naplnil. Potom bolo možné vidieť, že vzťah medzi Trumpom a pápežom Levom bol predobrazený Reaganom a Jánom Pavlom II. Ukrajinská vojna, ktorá sa začala v roku 2014, keď Ministerstvo zahraničných vecí Spojených štátov privodilo na Ukrajine farebnú revolúciu, sa odohrala počas prezidentstva Obamu, ktorý vládol za dvoch pápežov. Reagan a Ján Pavol II. vo verši desať, a potom v roku 2014 sa začala ukrajinská vojna, predstavená v boji pohraničia vo verši jedenásť, alebo v bitke pri Rafii. Rafia znamená „pohraničie“ a to isté znamená aj slovo „Ukrajina“. V týchto dejinách Obama a dvaja pápeži označujú druhú bitku z troch bitiek vo veršoch desať až pätnásť. Potom sa v roku 2024 Trump vrátil v naplnení verša trinásť. Potom je vo verši štrnásť videnie ustanovené príchodom Trumpovho pápežského náprotivku.</w:t>
      </w:r>
    </w:p>
    <w:p>
      <w:pPr>
        <w:pStyle w:val="ArticleBody"/>
        <w:jc w:val="left"/>
      </w:pPr>
      <w:r>
        <w:rPr>
          <w:rFonts w:ascii="Times New Roman" w:hAnsi="Times New Roman" w:eastAsia="Times New Roman" w:cs="Times New Roman"/>
        </w:rPr>
        <w:t>To, čo bolo ustanovené, je, že tri boje vo veršoch desať až pätnásť predstavujú tri medzníky, z ktorých každý označuje vzťah medzi Jezábeľou a Achabom vedúci k vrchu Karmel pri nedeľnom zákone. Za Reagana bola Jezábeľa v Samárii, skrytá tajným spojenectvom. Potom kňazi Bálovi a proroci hája pozdvihli spiritualizmus prebudeného liberálneho katolicizmu, spojený s Obamovou schizofrenickou symbolikou tak falošného proroka odpadlíckeho protestantizmu, ako aj falošného proroka islamu, s uctievaním matky zeme, s nemravnosťou a anarchiou Francúzskej revolúcie. Potom sa Trump vrátil v roku 2024 a otvorený vzťah medzi šelmou a jej obrazom bol zjavený v roku 2025. Je rok 2026 a vonkajšia skúška videnia základu prešla a teraz sa nachádzame vo videní skúšky chrámu.</w:t>
      </w:r>
    </w:p>
    <w:p>
      <w:pPr>
        <w:pStyle w:val="ArticleBody"/>
        <w:jc w:val="left"/>
      </w:pPr>
      <w:r>
        <w:rPr>
          <w:rFonts w:ascii="Times New Roman" w:hAnsi="Times New Roman" w:eastAsia="Times New Roman" w:cs="Times New Roman"/>
        </w:rPr>
        <w:t>Jedenásty verš sa naplnil v bitke pri Rafii roku 217 pred Kr. a je predobrazom ukrajinskej vojny, ktorá sa začala v roku 2014, vyhrotila sa v roku 2022 a teraz je na pokraji svojho záveru. Putin zvíťazí, no toto víťazstvo iba uvádza začiatok jeho zániku. Prorocká štruktúra jedenásteho verša a jej historické naplnenie v Ptolemaiovom víťazstve v bitke pri Rafii roku 217 pred Kr. ako naplnenie jedenásteho verša jedenástej kapitoly je v súlade s prorockými dejinami kráľa Uziju. Ptolemaios aj Uziáš boli južní králi, ktorých srdce sa povýšilo pre vojenské úspechy, no ich povýšené srdcia ich oboch priviedli k pádu a zánik oboch súvisí so vzájomnými pokusmi priniesť obeť vo svätyni v Jeruzaleme.</w:t>
      </w:r>
    </w:p>
    <w:p>
      <w:pPr>
        <w:pStyle w:val="ArticleBody"/>
        <w:jc w:val="left"/>
      </w:pPr>
      <w:r>
        <w:rPr>
          <w:rFonts w:ascii="Times New Roman" w:hAnsi="Times New Roman" w:eastAsia="Times New Roman" w:cs="Times New Roman"/>
        </w:rPr>
        <w:t>V nasledujúcom článku budeme pokračovať v úvahe o Putinovom zániku, ktorý v pätnástom verši vedie do bitky pri Paniu.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šestnásť</dc:title>
  <dc:subject>Čas konca</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