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dvadsaťdva</w:t>
      </w:r>
    </w:p>
    <w:p>
      <w:pPr>
        <w:pStyle w:val="ArticleSubtitle"/>
        <w:jc w:val="left"/>
      </w:pPr>
      <w:r>
        <w:rPr>
          <w:rFonts w:ascii="Arial" w:hAnsi="Arial" w:eastAsia="Arial" w:cs="Arial"/>
        </w:rPr>
        <w:t>31. december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Od 31. decembra 2023 Lev z kmeňa Júdu odpečaťuje prorocké pravdy v určitom poradí. Toto poradie možno ľahko zistiť preskúmaním článkov, ktoré boli zverejnené na webovej stránke Future for America. Počas uplynulých mesiacov bolo odpečatených mnoho právd, a to hlbokých! Toto poradie nie je náhodné; je zámerné. Táto postupnosť jasne označuje zámerný postupný proces, ktorý Kristus ako Lev z kmeňa Júdu uskutočňuje, keď odpečaťuje záverečné skúšobné posolstvá cirkvi a potom svetu. V knihe Zjavenie Lev z kmeňa Júdu berie knihu zapečatenú siedmimi pečaťami a odstraňuje pečate jednu po druhej — v poradí.</w:t>
      </w:r>
    </w:p>
    <w:p>
      <w:pPr>
        <w:pStyle w:val="ArticleHeading"/>
        <w:jc w:val="left"/>
      </w:pPr>
      <w:r>
        <w:rPr>
          <w:rFonts w:ascii="Arial" w:hAnsi="Arial" w:eastAsia="Arial" w:cs="Arial"/>
        </w:rPr>
        <w:t>Budú odhalené vo svojom poradí</w:t>
      </w:r>
    </w:p>
    <w:p>
      <w:pPr>
        <w:pStyle w:val="ArticleScripture"/>
        <w:jc w:val="left"/>
      </w:pPr>
      <w:r>
        <w:rPr>
          <w:rFonts w:ascii="Times New Roman" w:hAnsi="Times New Roman" w:eastAsia="Times New Roman" w:cs="Times New Roman"/>
        </w:rPr>
        <w:t>„Potom, keď tých sedem hromov prehovorilo svojimi hlasmi, prichádza k Jánovi príkaz, ako k Danielovi, pokiaľ ide o malú knižku: ‚Zapečať to, čo vyrieklo sedem hromov.‘ To sa vzťahuje na budúce udalosti, ktoré budú zjavené vo svojom poradí. Daniel povstane vo svojom údele na konci dní. Ján vidí malú knižku odpečatenú. Vtedy Danielove proroctvá zaujímajú svoje náležité miesto v posolstvách prvého, druhého a tretieho anjela, ktoré majú byť dané svetu. Odpečatenie malej knižky bolo posolstvom vo vzťahu k času.“</w:t>
      </w:r>
    </w:p>
    <w:p>
      <w:pPr>
        <w:pStyle w:val="ArticleScripture"/>
        <w:jc w:val="left"/>
      </w:pPr>
      <w:r>
        <w:rPr>
          <w:rFonts w:ascii="Times New Roman" w:hAnsi="Times New Roman" w:eastAsia="Times New Roman" w:cs="Times New Roman"/>
        </w:rPr>
        <w:t>„Knihy Daniel a Zjavenie sú jedno. Jedna je proroctvom, druhá zjavením; jedna je knihou zapečatenou, druhá knihou otvorenou. Ján počul tajomstvá, ktoré hromy vyriekli, ale bolo mu prikázané, aby ich nezapísal.</w:t>
      </w:r>
    </w:p>
    <w:p>
      <w:pPr>
        <w:pStyle w:val="ArticleScripture"/>
        <w:jc w:val="left"/>
      </w:pPr>
      <w:r>
        <w:rPr>
          <w:rFonts w:ascii="Times New Roman" w:hAnsi="Times New Roman" w:eastAsia="Times New Roman" w:cs="Times New Roman"/>
        </w:rPr>
        <w:t>„Osobitné svetlo dané Jánovi, ktoré bolo vyjadrené v siedmich hromoch, bolo vykreslením udalostí, ktoré sa mali odohrať počas posolstiev prvého a druhého anjela. Nebolo najlepšie, aby ľud tieto veci poznal, lebo jeho viera musela byť nevyhnutne skúšaná. V Božom poriadku mali byť zvestované najúžasnejšie a najpokročilejšie pravdy. Posolstvá prvého a druhého anjela mali byť vyhlásené, ale nijaké ďalšie svetlo nemalo byť zjavené skôr, ako tieto posolstvá vykonajú svoje osobitné dielo. To je znázornené anjelom, ktorý stojí jednou nohou na mori a vyhlasuje s najslávnostnejšou prísahou, že času už viac nebude.“ The Seventh-day Adventist Bible Commentary, zväzok 7, 971.</w:t>
      </w:r>
    </w:p>
    <w:p>
      <w:pPr>
        <w:pStyle w:val="ArticleBody"/>
        <w:jc w:val="left"/>
      </w:pPr>
      <w:r>
        <w:rPr>
          <w:rFonts w:ascii="Times New Roman" w:hAnsi="Times New Roman" w:eastAsia="Times New Roman" w:cs="Times New Roman"/>
        </w:rPr>
        <w:t>Záverečné zjavenie „siedmich hromov“ bolo otvorené po roku 2023 a odhalilo, že „sedem hromov“ predstavuje prvé alfa sklamanie až po posledné omega sklamanie. Jánovi nebolo dovolené definovať sedem hromov, lebo zjavenie „siedmich hromov“ nebolo jednorazovým naplnením dejín, ale znázornením „vymedzenia udalostí“, ktoré sa odohralo v milleritskej histórii a ktoré sa malo znovu odohrať v posledných dňoch. Dokonalé naplnenie bolo ukázané, aby znázornilo dejiny od 18. júla 2020 až po čoskoro prichádzajúci nedeľný zákon. Lev otvoril toto svetlo, aby svietilo na dejiny vybudovania chrámu sto štyridsaťštyritisíc.</w:t>
      </w:r>
    </w:p>
    <w:p>
      <w:pPr>
        <w:pStyle w:val="ArticleBody"/>
        <w:jc w:val="left"/>
      </w:pPr>
      <w:r>
        <w:rPr>
          <w:rFonts w:ascii="Times New Roman" w:hAnsi="Times New Roman" w:eastAsia="Times New Roman" w:cs="Times New Roman"/>
        </w:rPr>
        <w:t>V milleritských dejinách „sedem hromov“ predstavovalo obdobie od roku 1798 do roku 1844, keď milleriti predkladali „najpodivuhodnejšie a najpokročilejšie pravdy“. Pri vykonávaní diela, ktoré im bolo zverené, boli milleriti skúšaní. Úplne nerozumeli posolstvu, ktoré ohlasovali, ani dejinám, ktoré napĺňali. Pravdy, ktoré ohlasovali, boli tým, čo sestra Whiteová označuje ako „pokročilé pravdy“, ktorým sa nemalo rozumieť, kým posolstvá prvého a druhého anjela nevykonali svoje dielo.</w:t>
      </w:r>
    </w:p>
    <w:p>
      <w:pPr>
        <w:pStyle w:val="ArticleBody"/>
        <w:jc w:val="left"/>
      </w:pPr>
      <w:r>
        <w:rPr>
          <w:rFonts w:ascii="Times New Roman" w:hAnsi="Times New Roman" w:eastAsia="Times New Roman" w:cs="Times New Roman"/>
        </w:rPr>
        <w:t>Keď „sedem hromov“ dosiahne svoje dokonalé naplnenie, tieto „budúce udalosti“ sú znázornené posolstvami troch anjelov zo štrnástej kapitoly Zjavenia v spojení s knihou Daniel. Dielo sto štyridsaťštyritisíc, ktoré je znázornené „budúcimi udalosťami“ „siedmich hromov“, spočíva v spojení knihy Daniel s tromi anjelmi.</w:t>
      </w:r>
    </w:p>
    <w:p>
      <w:pPr>
        <w:pStyle w:val="ArticleScripture"/>
        <w:jc w:val="left"/>
      </w:pPr>
      <w:r>
        <w:rPr>
          <w:rFonts w:ascii="Times New Roman" w:hAnsi="Times New Roman" w:eastAsia="Times New Roman" w:cs="Times New Roman"/>
        </w:rPr>
        <w:t>„Pán sa chystá potrestať svet za jeho neprávosť. Chystá sa potrestať náboženské spoločenstvá za to, že odmietli svetlo a pravdu, ktoré im boli dané. Veľké posolstvo, spájajúce posolstvá prvého, druhého a tretieho anjela, má byť zvestované svetu. To má byť ťažiskom nášho diela.“ The Seventh-day Adventist Bible Commentary, zväzok 7, 950.</w:t>
      </w:r>
    </w:p>
    <w:p>
      <w:pPr>
        <w:pStyle w:val="ArticleBody"/>
        <w:jc w:val="left"/>
      </w:pPr>
      <w:r>
        <w:rPr>
          <w:rFonts w:ascii="Times New Roman" w:hAnsi="Times New Roman" w:eastAsia="Times New Roman" w:cs="Times New Roman"/>
        </w:rPr>
        <w:t>Od 31. decembra 2023 Lev z kmeňa Júdu odpečaťuje prorocké pravdy v osobitnom „poradí“.</w:t>
      </w:r>
    </w:p>
    <w:p>
      <w:pPr>
        <w:pStyle w:val="ArticleHeading"/>
        <w:jc w:val="left"/>
      </w:pPr>
      <w:r>
        <w:rPr>
          <w:rFonts w:ascii="Arial" w:hAnsi="Arial" w:eastAsia="Arial" w:cs="Arial"/>
        </w:rPr>
        <w:t>Milleritské dejiny</w:t>
      </w:r>
    </w:p>
    <w:p>
      <w:pPr>
        <w:pStyle w:val="ArticleScripture"/>
        <w:jc w:val="left"/>
      </w:pPr>
      <w:r>
        <w:rPr>
          <w:rFonts w:ascii="Times New Roman" w:hAnsi="Times New Roman" w:eastAsia="Times New Roman" w:cs="Times New Roman"/>
        </w:rPr>
        <w:t>„Sú teraz takí, ktorí pri skúmaní proroctiev Daniela a Jána prijali od Boha veľké svetlo, keď prechádzali po pôde, na ktorej sa v ich poradí napĺňali osobitné proroctvá. Niesli ľudu časové posolstvo. Pravda zažiarila jasne ako slnko na poludnie. Pred ľud boli postavené dejinné udalosti, ukazujúce priame naplnenie proroctva, a proroctvo bolo videné ako obrazné vykreslenie udalostí vedúcich až k záveru dejín tejto zeme.“ Selected Messages, kniha 2, 101, 102.</w:t>
      </w:r>
    </w:p>
    <w:p>
      <w:pPr>
        <w:pStyle w:val="ArticleBody"/>
        <w:jc w:val="left"/>
      </w:pPr>
      <w:r>
        <w:rPr>
          <w:rFonts w:ascii="Times New Roman" w:hAnsi="Times New Roman" w:eastAsia="Times New Roman" w:cs="Times New Roman"/>
        </w:rPr>
        <w:t>„Poradie“, v rámci ktorého Kristus odpečaťuje posolstvo Polnočného volania, predstavuje „historické udalosti“, ktoré ukazujú „priame naplnenie proroctva“ vedúce k uzavretiu času milosti. Priame naplnenie proroctva v posledných dňoch nie je zjavením proroctiev založených na čase, no Palmoni stále používa čísla na označenie priamych naplnení proroctva. Času už niet, a hoci mileriti „niesli posolstvo času“ svojmu pokoleniu, posolstvo tretieho anjela je silnejšie než „čas“.</w:t>
      </w:r>
    </w:p>
    <w:p>
      <w:pPr>
        <w:pStyle w:val="ArticleScripture"/>
        <w:jc w:val="left"/>
      </w:pPr>
      <w:r>
        <w:rPr>
          <w:rFonts w:ascii="Times New Roman" w:hAnsi="Times New Roman" w:eastAsia="Times New Roman" w:cs="Times New Roman"/>
        </w:rPr>
        <w:t>„Pán mi ukázal, že posolstvo tretieho anjela musí ísť a byť hlásané rozptýleným deťom Pánovým a že nesmie byť zavesené na čase; lebo čas už nikdy nebude znovu skúškou. Videla som, že niektorí nadobúdali falošné vzrušenie, ktoré vznikalo z kázania o čase; že posolstvo tretieho anjela bolo silnejšie, než akým môže byť čas. Videla som, že toto posolstvo môže stáť na svojom vlastnom základe a že nepotrebuje čas, aby ho posilnil, a že pôjde v mocnej sile, vykoná svoje dielo a bude skrátené v spravodlivosti.“ Experience and Views, 48.</w:t>
      </w:r>
    </w:p>
    <w:p>
      <w:pPr>
        <w:pStyle w:val="ArticleBody"/>
        <w:jc w:val="left"/>
      </w:pPr>
      <w:r>
        <w:rPr>
          <w:rFonts w:ascii="Times New Roman" w:hAnsi="Times New Roman" w:eastAsia="Times New Roman" w:cs="Times New Roman"/>
        </w:rPr>
        <w:t>Postupný „poriadok“ odpečaťovania prorockých právd označuje progresívne dejiny, no zároveň označuje aj rozvoj posolstva. „Poriadok“ zobrazených dejín, ako aj šľapaje toho, ako Lev z kmeňa Júdovho od 31. decembra odpečaťuje posolstvo, sú pre spásne porozumenie nevyhnutné. V júli 2023 začal hlas volajúceho na púšti pripravovať cestu pre odpečatenie 31. decembra 2023. Potom Lev z kmeňa Júdovho odpečatil prvú kapitolu Zjavenia.</w:t>
      </w:r>
    </w:p>
    <w:p>
      <w:pPr>
        <w:pStyle w:val="ArticleHeading"/>
        <w:jc w:val="left"/>
      </w:pPr>
      <w:r>
        <w:rPr>
          <w:rFonts w:ascii="Arial" w:hAnsi="Arial" w:eastAsia="Arial" w:cs="Arial"/>
        </w:rPr>
        <w:t>Nič iné</w:t>
      </w:r>
    </w:p>
    <w:p>
      <w:pPr>
        <w:pStyle w:val="ArticleScripture"/>
        <w:jc w:val="left"/>
      </w:pPr>
      <w:r>
        <w:rPr>
          <w:rFonts w:ascii="Times New Roman" w:hAnsi="Times New Roman" w:eastAsia="Times New Roman" w:cs="Times New Roman"/>
        </w:rPr>
        <w:t>„Slávnostné posolstvá, ktoré boli vo svojom poradí dané v Zjavení, majú zaujímať prvé miesto v mysliach Božieho ľudu. Ničomu inému nesmie byť dovolené, aby pohltilo našu pozornosť.“ Testimonies, zväzok 8, 301, 302.</w:t>
      </w:r>
    </w:p>
    <w:p>
      <w:pPr>
        <w:pStyle w:val="ArticleBody"/>
        <w:jc w:val="left"/>
      </w:pPr>
      <w:r>
        <w:rPr>
          <w:rFonts w:ascii="Times New Roman" w:hAnsi="Times New Roman" w:eastAsia="Times New Roman" w:cs="Times New Roman"/>
        </w:rPr>
        <w:t>Články, ktoré sa začali v roku 2023, majú „zaujímať prvé miesto v mysliach Božieho ľudu“.</w:t>
      </w:r>
    </w:p>
    <w:p>
      <w:pPr>
        <w:pStyle w:val="ArticleScripture"/>
        <w:jc w:val="left"/>
      </w:pPr>
      <w:r>
        <w:rPr>
          <w:rFonts w:ascii="Times New Roman" w:hAnsi="Times New Roman" w:eastAsia="Times New Roman" w:cs="Times New Roman"/>
        </w:rPr>
        <w:t>„Všetko, čo Boh v prorockých dejinách určil, aby sa naplnilo v minulosti, sa aj naplnilo; a všetko, čo ešte len príde vo svojom poriadku, sa naplní. Daniel, Boží prorok, stojí na svojom mieste. Ján stojí na svojom mieste. V Zjavení Lev z pokolenia Júdu otvoril študentom proroctiev knihu Daniel, a tak Daniel stojí na svojom mieste. Vydáva svoje svedectvo, to, čo mu Pán zjavil vo videní o veľkých a slávnostných udalostiach, ktoré musíme poznať, keď stojíme na samom prahu ich naplnenia.“</w:t>
      </w:r>
    </w:p>
    <w:p>
      <w:pPr>
        <w:pStyle w:val="ArticleScripture"/>
        <w:jc w:val="left"/>
      </w:pPr>
      <w:r>
        <w:rPr>
          <w:rFonts w:ascii="Times New Roman" w:hAnsi="Times New Roman" w:eastAsia="Times New Roman" w:cs="Times New Roman"/>
        </w:rPr>
        <w:t>„V dejinách a proroctve Božie slovo zobrazuje dlhotrvajúci spor medzi pravdou a bludom. Tento spor stále pokračuje. To, čo bolo, sa bude opakovať.“ Selected Messages, kniha 2, 109.</w:t>
      </w:r>
    </w:p>
    <w:p>
      <w:pPr>
        <w:pStyle w:val="ArticleHeading"/>
        <w:jc w:val="left"/>
      </w:pPr>
      <w:r>
        <w:rPr>
          <w:rFonts w:ascii="Arial" w:hAnsi="Arial" w:eastAsia="Arial" w:cs="Arial"/>
        </w:rPr>
        <w:t>Tridsať</w:t>
      </w:r>
    </w:p>
    <w:p>
      <w:pPr>
        <w:pStyle w:val="ArticleBody"/>
        <w:jc w:val="left"/>
      </w:pPr>
      <w:r>
        <w:rPr>
          <w:rFonts w:ascii="Times New Roman" w:hAnsi="Times New Roman" w:eastAsia="Times New Roman" w:cs="Times New Roman"/>
        </w:rPr>
        <w:t>Posolstvo Daniela jedenásť, verš štyridsať, bolo odpečatené a sformulované v roku 1996. O tridsať rokov neskôr sa teraz odpečaťujú skryté dejiny toho istého verša v spojení so sformulovaním posolstva Polnočného volania, posolstva, ktoré pozostáva z opravenej vonkajšej predpovede islamu v spojení s opraveným vnútorným posolstvom Polnočného volania. Posolstvo Polnočného volania sa zvestuje pred nedeľným zákonom verša šestnásť, lebo pri nedeľnom zákone sa v podobenstve zatvárajú dvere.</w:t>
      </w:r>
    </w:p>
    <w:p>
      <w:pPr>
        <w:pStyle w:val="ArticleHeading"/>
        <w:jc w:val="left"/>
      </w:pPr>
      <w:r>
        <w:rPr>
          <w:rFonts w:ascii="Arial" w:hAnsi="Arial" w:eastAsia="Arial" w:cs="Arial"/>
        </w:rPr>
        <w:t>Peter</w:t>
      </w:r>
    </w:p>
    <w:p>
      <w:pPr>
        <w:pStyle w:val="ArticleBody"/>
        <w:jc w:val="left"/>
      </w:pPr>
      <w:r>
        <w:rPr>
          <w:rFonts w:ascii="Times New Roman" w:hAnsi="Times New Roman" w:eastAsia="Times New Roman" w:cs="Times New Roman"/>
        </w:rPr>
        <w:t>Tým sa Peter umiestňuje do dejín zapečatenia stoštyridsiatich štyroch tisícov. Peter mal posolstvo, ktoré zvestoval vo vrchnej sieni, a posolstvo, ktoré zvestoval v chráme. Posolstvo vrchnej siene je polnočný výkrik podobenstva a posolstvo chrámu je hlasným volaním tretieho anjela. Aby Peter mohol zvestovať posolstvo vrchnej siene o Polnočnom výkriku, muselo byť jeho posolstvo najprv napravené a sformované. Toto napravenie a sformovanie sa uskutočňuje spojením prorockých línií, ktoré Lev z pokolenia Júdovho označuje od 31. decembra 2023.</w:t>
      </w:r>
    </w:p>
    <w:p>
      <w:pPr>
        <w:pStyle w:val="ArticleBody"/>
        <w:jc w:val="left"/>
      </w:pPr>
      <w:r>
        <w:rPr>
          <w:rFonts w:ascii="Times New Roman" w:hAnsi="Times New Roman" w:eastAsia="Times New Roman" w:cs="Times New Roman"/>
        </w:rPr>
        <w:t>Dielo má teraz sformalizovať posolstvo Polnočného volania. Sformalizovanie posolstva bolo predobrazené Williamom Millerom v roku 1831 a časopisom The Time of the End v roku 1996. Oprava posolstva, ktorá vyústila do prvého sklamania 18. júla 2020, bola predobrazená tak Josiášom Litchom, ako aj Samuelom Snowom. Dielo, ktoré každý z nich vykonal, „spôsobilo“ „účinok“, ktorý nasledoval po 11. auguste 1840 a po hnutí siedmeho mesiaca. V roku 1840 bolo posolstvo nesené na každú misijnú stanicu vo svete a v roku 1844 sa posolstvo Polnočného volania prehnalo po východnom pobreží Spojených štátov ako prívalová vlna. Dielo mužov „spôsobilo“ „účinok“ vyliatia Svätého Ducha. Rok 1840 išiel do sveta, predstavovaného morom, a rok 1844 išiel do Spojených štátov, predstavovaných zemou. Symbolom roku 1840 bol Kristus stojaci na zemi a na mori v desiatej kapitole Zjavenia a práve táto kapitola označuje dejiny od roku 1840 až do roku 1844 a zobrazuje Krista stojaceho na zemi a na mori.</w:t>
      </w:r>
    </w:p>
    <w:p>
      <w:pPr>
        <w:pStyle w:val="ArticleBody"/>
        <w:jc w:val="left"/>
      </w:pPr>
      <w:r>
        <w:rPr>
          <w:rFonts w:ascii="Times New Roman" w:hAnsi="Times New Roman" w:eastAsia="Times New Roman" w:cs="Times New Roman"/>
        </w:rPr>
        <w:t>Tak v roku 1840, ako aj v roku 1844, bola úprava predpovede úpravou smerom dopredu v čase, k presnému dátumu. Jedna bola predpoveďou týkajúcou sa islamu a druhá predpoveďou podobenstva o desiatich pannách. Jedna bola vonkajšia a druhá vnútorná. Rok 1844 zahŕňal aj omyl v nepochopení svätyne. Bola svätyňou zem, alebo to bola nebeská svätyňa? Toto nepochopenie bolo ešte hlbšie než len samotná definícia svätyne, lebo predstavovalo aj skúšku, či bude duša nasledovať Krista zo svätého miesta do Svätyne svätých.</w:t>
      </w:r>
    </w:p>
    <w:p>
      <w:pPr>
        <w:pStyle w:val="ArticleScripture"/>
        <w:jc w:val="left"/>
      </w:pPr>
      <w:r>
        <w:rPr>
          <w:rFonts w:ascii="Times New Roman" w:hAnsi="Times New Roman" w:eastAsia="Times New Roman" w:cs="Times New Roman"/>
        </w:rPr>
        <w:t>„Videla som Otca vstať z trónu a vo voze plápolajúcom ohňom vojsť do svätyne svätých za oponu a tam sa posadiť. Potom Ježiš vstal z trónu a väčšina z tých, ktorí boli sklonení, povstala s Ním. Nevidela som ani jediný lúč svetla prejsť od Ježiša k nedbalému zástupu po tom, čo vstal, a boli ponechaní v úplnej tme. Tí, ktorí povstali, keď Ježiš vstal, upierali svoje oči na Neho, keď opúšťal trón a viedol ich kúsok ďalej. Potom pozdvihol svoju pravú ruku a počuli sme Jeho ľúbezný hlas hovoriť: ‚Čakajte tu; idem k svojmu Otcovi prijať kráľovstvo; zachovajte svoje rúcha nepoškvrnené a o malú chvíľu sa vrátim zo svadby a prijmem vás k sebe.‘ Nato prišiel oblačný voz, s kolesami ako z plápolajúceho ohňa, obklopený anjelmi, na miesto, kde bol Ježiš. Vstúpil do voza a bol odnesený do svätyne svätých, kde sedel Otec. Tam som uzrela Ježiša, veľkého Veľkňaza, stáť pred Otcom. Na leme Jeho rúcha bol zvonček a granátové jablko, zvonček a granátové jablko. Tí, ktorí povstali s Ježišom, vysielali k Nemu do svätyne svätých svoju vieru a modlili sa: ‚Môj Otče, daj nám svojho Ducha.‘ Potom na nich Ježiš vdýchol Ducha Svätého. V tomto dychu bolo svetlo, moc a mnoho lásky, radosti a pokoja.“</w:t>
      </w:r>
    </w:p>
    <w:p>
      <w:pPr>
        <w:pStyle w:val="ArticleScripture"/>
        <w:jc w:val="left"/>
      </w:pPr>
      <w:r>
        <w:rPr>
          <w:rFonts w:ascii="Times New Roman" w:hAnsi="Times New Roman" w:eastAsia="Times New Roman" w:cs="Times New Roman"/>
        </w:rPr>
        <w:t>„Obrátila som sa, aby som sa pozrela na zástup, ktorý sa ešte stále kláňal pred trónom; nevedeli, že Ježiš ho opustil. Zdalo sa, že pri tróne stojí Satan a snaží sa pokračovať v Božom diele. Videla som, ako pozdvihli zrak k trónu a modlili sa: ‚Otče, daj nám svojho Ducha.‘ Satan potom na nich dýchol nesvätý vplyv; bolo v ňom svetlo a veľká moc, no nebola v ňom sladká láska, radosť a pokoj. Satanovým zámerom bolo udržať ich v klame a pritiahnuť späť a oklamať Božie deti.“ Early Writings, 55, 56.</w:t>
      </w:r>
    </w:p>
    <w:p>
      <w:pPr>
        <w:pStyle w:val="ArticleBody"/>
        <w:jc w:val="left"/>
      </w:pPr>
      <w:r>
        <w:rPr>
          <w:rFonts w:ascii="Times New Roman" w:hAnsi="Times New Roman" w:eastAsia="Times New Roman" w:cs="Times New Roman"/>
        </w:rPr>
        <w:t>Svätyňa bola označená za „kľúč“, ktorý vysvetľoval všetky nedorozumenia, vyvolané nepochopením svätyne. Bola „kľúčom“, ktorý vysvetľoval sklamanie. V posledných dňoch je „kľúčom“ sklamanie, ktoré vysvetľuje nepochopenie chrámu.</w:t>
      </w:r>
    </w:p>
    <w:p>
      <w:pPr>
        <w:pStyle w:val="ArticleBody"/>
        <w:jc w:val="left"/>
      </w:pPr>
      <w:r>
        <w:rPr>
          <w:rFonts w:ascii="Times New Roman" w:hAnsi="Times New Roman" w:eastAsia="Times New Roman" w:cs="Times New Roman"/>
        </w:rPr>
        <w:t>Od 22. októbra 1844 „času viac niet“ a omyl sklamania z 18. júla 2020 musí byť teraz napravený, no nie z hľadiska času, lebo času viac niet.</w:t>
      </w:r>
    </w:p>
    <w:p>
      <w:pPr>
        <w:pStyle w:val="ArticleScripture"/>
        <w:jc w:val="left"/>
      </w:pPr>
      <w:r>
        <w:rPr>
          <w:rFonts w:ascii="Times New Roman" w:hAnsi="Times New Roman" w:eastAsia="Times New Roman" w:cs="Times New Roman"/>
        </w:rPr>
        <w:t>A anjel, ktorého som videl stáť na mori a na zemi, pozdvihol svoju ruku k nebu a prisahal na Toho, ktorý žije na veky vekov, ktorý stvoril nebo i všetko, čo je v ňom, i zem a všetko, čo je na nej, i more a všetko, čo je v ňom, že času už viac nebude; ale vo dňoch hlasu siedmeho anjela, keď začne trúbiť, dokoná sa tajomstvo Božie, ako to oznámil svojim služobníkom, prorokom. Zjavenie 10:5–7.</w:t>
      </w:r>
    </w:p>
    <w:p>
      <w:pPr>
        <w:pStyle w:val="ArticleBody"/>
        <w:jc w:val="left"/>
      </w:pPr>
      <w:r>
        <w:rPr>
          <w:rFonts w:ascii="Times New Roman" w:hAnsi="Times New Roman" w:eastAsia="Times New Roman" w:cs="Times New Roman"/>
        </w:rPr>
        <w:t>Miestom predpovede, ktoré musí byť napravené, je Nashville v Tennessee a toto miesto nemožno zmeniť, lebo ho neurčuje Future for America, ale Ellen Whiteová, a Duch proroctva nikdy nezlyháva.</w:t>
      </w:r>
    </w:p>
    <w:p>
      <w:pPr>
        <w:pStyle w:val="ArticleScripture"/>
        <w:jc w:val="left"/>
      </w:pPr>
      <w:r>
        <w:rPr>
          <w:rFonts w:ascii="Times New Roman" w:hAnsi="Times New Roman" w:eastAsia="Times New Roman" w:cs="Times New Roman"/>
        </w:rPr>
        <w:t>„Keď som bola v Nashville, hovorila som k ľuďom, a v nočnom čase sa objavila nesmierna ohnivá guľa, ktorá prišla priamo z neba a spočinula nad Nashville. Z tej gule šľahali plamene ako šípy; domy pohlcoval oheň; domy sa kývali a padali. Niektorí z našich ľudí tam stáli. ‚Je to práve tak, ako sme očakávali,‘ povedali, ‚očakávali sme to.‘ Iní v mukách zalamovali rukami a volali k Bohu o milosť. ‚Vedeli ste o tom,‘ hovorili, ‚vedeli ste, že to prichádza, a nepovedali ste ani slovo, aby ste nás varovali!‘ Vyzeralo to, akoby ich boli takmer roztrhali na kusy pri pomyslení, že im to nikdy nepovedali ani im vôbec nedali nijaké varovanie.“ Manuscript 188, 1905.</w:t>
      </w:r>
    </w:p>
    <w:p>
      <w:pPr>
        <w:pStyle w:val="ArticleBody"/>
        <w:jc w:val="left"/>
      </w:pPr>
      <w:r>
        <w:rPr>
          <w:rFonts w:ascii="Times New Roman" w:hAnsi="Times New Roman" w:eastAsia="Times New Roman" w:cs="Times New Roman"/>
        </w:rPr>
        <w:t>Vnútorná otázka ohnivých gulí nad Nashvillem spočíva v tom, že poukazuje na to, že laodicejský adventizmus siedmeho dňa vedel o varovnom posolstve pre Nashville, no mlčal. Toto je bod v prorockých dejinách, v ktorom sa zjavuje „hanba“ alebo „radosť“ posolstva polnočného volania. Toto je bod, v ktorom tí, ktorí sa majú stať zástavou, začínajú byť pozdvihovaní do odlišnosti v protiklade k tým, ktorí sú potom zahanbovaní ľuďmi zo sveta, rozhorčenými a nahnevanými, že laodicejský adventizmus siedmeho dňa nevydal nijaké varovanie pre Nashville. To isté prorocké rozlíšenie bolo znázornené na vrchu Karmel medzi Eliášom a prorokmi Bálovými a v dejinách druhého anjela v milleritskej histórii, keď sa protestanti zmenili na odpadlíckych protestantov a začali svoju úlohu falošného proroka, stávajúc sa dcérami Ríma. V roku 1989 vykonal politický roh prostredníctvom Reagana presne to isté, len Reagan sa nestal dcérami Ríma; stal sa Achabom a prvým Chlodovikom, milencami Ríma.</w:t>
      </w:r>
    </w:p>
    <w:p>
      <w:pPr>
        <w:pStyle w:val="ArticleScripture"/>
        <w:jc w:val="left"/>
      </w:pPr>
      <w:r>
        <w:rPr>
          <w:rFonts w:ascii="Times New Roman" w:hAnsi="Times New Roman" w:eastAsia="Times New Roman" w:cs="Times New Roman"/>
        </w:rPr>
        <w:t>„Bol mi predstavený jeden výjav. Bola noc pred sobotou. Vtedy mi bol ten výjav predstavený. Pozrela som von oknom a tam bola nesmierna ohnivá guľa, ktorá prišla z neba, a dopadla na miesto, kde stavali budovy so stĺpmi; zvlášť stĺpy mi boli ukázané. A zdalo sa, akoby guľa dopadla priamo na budovu a rozdrvila ju, a oni videli, že sa rozvetvuje, rozvetvuje, zväčšuje, a začali kričať a nariekať a bedať a zalamovať rukami; a myslela som, že tam pri nich stáli niektorí z našich ľudí a hovorili: ‚Nuž, je to práve to, čo sme očakávali; je to práve to, o čom sme hovorili; je to práve to, o čom sme hovorili.‘ ‚Vy ste to vedeli?‘ povedali ľudia. ‚Vy ste to vedeli, a nikdy ste nám o tom nepovedali?‘ Myslela som, že v ich tvárach bola taká úzkosť, taká úzkosť v ich výraze.“ Manuscript 152; 1904.</w:t>
      </w:r>
    </w:p>
    <w:p>
      <w:pPr>
        <w:pStyle w:val="ArticleBody"/>
        <w:jc w:val="left"/>
      </w:pPr>
      <w:r>
        <w:rPr>
          <w:rFonts w:ascii="Times New Roman" w:hAnsi="Times New Roman" w:eastAsia="Times New Roman" w:cs="Times New Roman"/>
        </w:rPr>
        <w:t>Sklamanie z 18. júla 2020 je „kľúčom“ na určenie chrámu, ktorý má byť vyzdvihnutý ako zástava. Rozlíšenie dvoch tried adventistov je hlavnou témou biblického proroctva. Jeremiáš odmietol pripojiť sa k „zhromaždeniu posmievačov“ a zbory v Smyrne a vo Filadelfii boli obidva postavené do protikladu so synagógou satanovou, ktorí tvrdili, že sú Židia, ale neboli. Rozlíšenie medzi dvoma triedami vyznávajúcich adventistov je znázornené metodológiou, ktorú používajú pri štúdiu Biblie. Je to rozdiel medzi pravým vzdelaním a „takzvaným vyšším vzdelaním“, ako to nazýva sestra Whiteová.</w:t>
      </w:r>
    </w:p>
    <w:p>
      <w:pPr>
        <w:pStyle w:val="ArticleBody"/>
        <w:jc w:val="left"/>
      </w:pPr>
      <w:r>
        <w:rPr>
          <w:rFonts w:ascii="Times New Roman" w:hAnsi="Times New Roman" w:eastAsia="Times New Roman" w:cs="Times New Roman"/>
        </w:rPr>
        <w:t>Nashville je známy ako „Atény Juhu“ a najznámejšou budovou, ktorá v Nashville predstavuje Grécko, je Parthenón v Centennial Parku, postavený v roku 1897 ako replika starovekého gréckeho Parthenónu v plnej veľkosti. Bol postavený na oslavu stého výročia vstupu Tennessee do štátnosti v roku 1796 a po skončení osláv mal byť zbúraný. Namiesto toho bol pozemok v roku 1903 premenený na park a Parthenón bol od roku 1920 do roku 1931 nanovo vybudovaný ako trvalá stavba.</w:t>
      </w:r>
    </w:p>
    <w:p>
      <w:pPr>
        <w:pStyle w:val="ArticleBody"/>
        <w:jc w:val="left"/>
      </w:pPr>
      <w:r>
        <w:rPr>
          <w:rFonts w:ascii="Times New Roman" w:hAnsi="Times New Roman" w:eastAsia="Times New Roman" w:cs="Times New Roman"/>
        </w:rPr>
        <w:t>Názov „Parthenón“ pochádza z gréckeho slova parthénos, ktoré znamená „panna“ alebo „dievica“ a vzťahuje sa na Aténiu v jej podobe nedotknutej, múdrej a bojovnej bohyne múdrosti, stratégie, umení, remesiel a civilizácie. Bol postavený v rokoch 447–432 pred Kr. na Akropole v Aténach a ukrýval monumentálnu chryzelefantínovú (zo zlata a slonoviny) sochu Atény od sochára Feidia — v podstate slúžil ako jej „dom“ alebo božský príbytok, kde sa verilo, že je prítomná.</w:t>
      </w:r>
    </w:p>
    <w:p>
      <w:pPr>
        <w:pStyle w:val="ArticleBody"/>
        <w:jc w:val="left"/>
      </w:pPr>
      <w:r>
        <w:rPr>
          <w:rFonts w:ascii="Times New Roman" w:hAnsi="Times New Roman" w:eastAsia="Times New Roman" w:cs="Times New Roman"/>
        </w:rPr>
        <w:t>Dôraz západného vzdelávacieho systému na široké poznanie, kritické skúmanie, občiansku prípravu a rámec slobodných umení je vo svojich základoch zakorenený v starovekej gréckej filozofii a praxi. Bez Platónovej Akadémie, Aristotelovho Lýcea či aténskej paideie by moderné školstvo, ako ho poznáme, vyzeralo veľmi odlišne.</w:t>
      </w:r>
    </w:p>
    <w:p>
      <w:pPr>
        <w:pStyle w:val="ArticleBody"/>
        <w:jc w:val="left"/>
      </w:pPr>
      <w:r>
        <w:rPr>
          <w:rFonts w:ascii="Times New Roman" w:hAnsi="Times New Roman" w:eastAsia="Times New Roman" w:cs="Times New Roman"/>
        </w:rPr>
        <w:t>V roku 1904 bola škola Madison založená deväť míľ od Nashvillu. Ellen White bola zakladajúcou členkou správnej rady pôvodnej školy Madison (oficiálne Nashville Agricultural and Normal Institute, neskôr známej ako Madison College). Od jej vzniku v roku 1904 pôsobila ako zakladajúca členka rady riaditeľov. V správnej rade zostala približne do roku 1914 (rok pred svojou smrťou v roku 1915).</w:t>
      </w:r>
    </w:p>
    <w:p>
      <w:pPr>
        <w:pStyle w:val="ArticleBody"/>
        <w:jc w:val="left"/>
      </w:pPr>
      <w:r>
        <w:rPr>
          <w:rFonts w:ascii="Times New Roman" w:hAnsi="Times New Roman" w:eastAsia="Times New Roman" w:cs="Times New Roman"/>
        </w:rPr>
        <w:t>Toto bolo jediné kolégium alebo správna rada nejakej inštitúcie, ku ktorej sa kedy zaviazala pristúpiť alebo v nej slúžiť. Takéto formálne postavenia v iných adventistických organizáciách zámerne obmedzovala, no v prípade Madisonu urobila výnimku pre jeho súlad s jej radami o výchove a vzdelávaní (samofinancujúca sa, na hospodárstve založená, na misionárske poslanie zameraná príprava, zdôrazňujúca Bibliu, manuálnu prácu a praktickú prípravu pre službu na Juhu i mimo neho). Posolstvá zo Sister White v Nashville prišli v rokoch 1904 a 1905, v tom istom časovom období, keď sa Madison School začínala a keď sa expozícia Parthenonu menila na trvalú súčasť stáleho parku. Symbol gréckeho vzdelania a nebeského vzdelania tak obidva označovali svoje začiatky v tom istom krátkom časovom úseku, ktorý bol zároveň tým istým časovým obdobím, keď boli dané videnia ohnivých gulí nad Nashvillom.</w:t>
      </w:r>
    </w:p>
    <w:p>
      <w:pPr>
        <w:pStyle w:val="ArticleScripture"/>
        <w:jc w:val="left"/>
      </w:pPr>
      <w:r>
        <w:rPr>
          <w:rFonts w:ascii="Times New Roman" w:hAnsi="Times New Roman" w:eastAsia="Times New Roman" w:cs="Times New Roman"/>
        </w:rPr>
        <w:t>„Minulú noc mi bola predstavená jedna výjav. Možno sa nikdy nebudem cítiť slobodná odhaliť všetko z neho, ale odhalím aspoň niečo málo.״</w:t>
      </w:r>
    </w:p>
    <w:p>
      <w:pPr>
        <w:pStyle w:val="ArticleScripture"/>
        <w:jc w:val="left"/>
      </w:pPr>
      <w:r>
        <w:rPr>
          <w:rFonts w:ascii="Times New Roman" w:hAnsi="Times New Roman" w:eastAsia="Times New Roman" w:cs="Times New Roman"/>
        </w:rPr>
        <w:t>„Zdalo sa, že na svet zostúpila ohromná ohnivá guľa a rozdrvila veľké domy. Z miesta na miesto sa ozýval výkrik: ‚Pán prišiel! Pán prišiel!‘ Mnohí neboli pripravení stretnúť sa s Ním, ale niekoľkí hovorili: ‚Chvála Pánovi!‘“</w:t>
      </w:r>
    </w:p>
    <w:p>
      <w:pPr>
        <w:pStyle w:val="ArticleScripture"/>
        <w:jc w:val="left"/>
      </w:pPr>
      <w:r>
        <w:rPr>
          <w:rFonts w:ascii="Times New Roman" w:hAnsi="Times New Roman" w:eastAsia="Times New Roman" w:cs="Times New Roman"/>
        </w:rPr>
        <w:t>„Prečo chválite Pána?“ pýtali sa tí, na ktorých prichádzala náhla skaza.</w:t>
      </w:r>
    </w:p>
    <w:p>
      <w:pPr>
        <w:pStyle w:val="ArticleScripture"/>
        <w:jc w:val="left"/>
      </w:pPr>
      <w:r>
        <w:rPr>
          <w:rFonts w:ascii="Times New Roman" w:hAnsi="Times New Roman" w:eastAsia="Times New Roman" w:cs="Times New Roman"/>
        </w:rPr>
        <w:t>„Pretože teraz vidíme to, čo sme hľadali.“</w:t>
      </w:r>
    </w:p>
    <w:p>
      <w:pPr>
        <w:pStyle w:val="ArticleScripture"/>
        <w:jc w:val="left"/>
      </w:pPr>
      <w:r>
        <w:rPr>
          <w:rFonts w:ascii="Times New Roman" w:hAnsi="Times New Roman" w:eastAsia="Times New Roman" w:cs="Times New Roman"/>
        </w:rPr>
        <w:t>„‚Keby ste verili, že tieto veci prichádzajú, prečo ste nám to nepovedali?‘ znela hrozná odpoveď. ‚O týchto veciach sme nevedeli. Prečo ste nás nechali v nevedomosti? Znova a znova ste nás vídali; prečo ste sa s nami nezoznámili a nepovedali nám o súde, ktorý má prísť, a že musíme slúžiť Bohu, aby sme nezahynuli? Teraz sme stratení!‘“ Manuscript 102, 1904.</w:t>
      </w:r>
    </w:p>
    <w:p>
      <w:pPr>
        <w:pStyle w:val="ArticleBody"/>
        <w:jc w:val="left"/>
      </w:pPr>
      <w:r>
        <w:rPr>
          <w:rFonts w:ascii="Times New Roman" w:hAnsi="Times New Roman" w:eastAsia="Times New Roman" w:cs="Times New Roman"/>
        </w:rPr>
        <w:t>Kontext nashvillských posolstiev bol geograficky zasadený do duchovného rámca pravej alebo falošnej výchovy. Výchovy, ktorá pripravuje dušu, aby bola občanom buď neba, alebo zeme. V nashvillských videniach sestry Whiteovej niet nijakej zmienky o islame; aké by teda bolo oprávnenie pripojiť islam k videniu ohnivých gúľ nad Nashvillom? Ako by sa oprava nashvillského posolstva z roku 2020 zhodovala s dielom Josiaha Litcha a Samuela Snowa? Ich opravy boli vykonané vtedy, keď rozpoznali, že tie isté dôkazy, ktoré viedli k prvotnej predpovedi, boli dôkazmi, ktoré potvrdili opravenú predpoveď.</w:t>
      </w:r>
    </w:p>
    <w:p>
      <w:pPr>
        <w:pStyle w:val="ArticleBody"/>
        <w:jc w:val="left"/>
      </w:pPr>
      <w:r>
        <w:rPr>
          <w:rFonts w:ascii="Times New Roman" w:hAnsi="Times New Roman" w:eastAsia="Times New Roman" w:cs="Times New Roman"/>
        </w:rPr>
        <w:t>Dôkaz islamu bol ustanovený dávno predtým, ako bol spojený s varovným posolstvom z Nashvillu. Posolstvo islamu je priamo spojené s posolstvom tretieho anjela. Táto skutočnosť je znázornená na základe viacerých biblických svedectiev. Varovanie tretieho anjela predstavuje varovanie pred znamením autority kráľa severu a varovanie islamu je predstavené varovaním synov východu.</w:t>
      </w:r>
    </w:p>
    <w:p>
      <w:pPr>
        <w:pStyle w:val="ArticleScripture"/>
        <w:jc w:val="left"/>
      </w:pPr>
      <w:r>
        <w:rPr>
          <w:rFonts w:ascii="Times New Roman" w:hAnsi="Times New Roman" w:eastAsia="Times New Roman" w:cs="Times New Roman"/>
        </w:rPr>
        <w:t>Ale správy z východu a zo severu ho znepokojia; preto vyjde s veľkou zúrivosťou, aby zničil a celkom vyhubil mnohých. Daniel 11:44.</w:t>
      </w:r>
    </w:p>
    <w:p>
      <w:pPr>
        <w:pStyle w:val="ArticleBody"/>
        <w:jc w:val="left"/>
      </w:pPr>
      <w:r>
        <w:rPr>
          <w:rFonts w:ascii="Times New Roman" w:hAnsi="Times New Roman" w:eastAsia="Times New Roman" w:cs="Times New Roman"/>
        </w:rPr>
        <w:t>Tretí anjel vstúpil do dejín 22. októbra 1844, keď zaznela siedma trúba. Siedma trúba je zároveň aj tretím beda islamu. Odpadnutie roku 1863 umlčalo zvuk siedmej trúby až do 11. septembra, keď tretí anjel zostúpil v osemnástej kapitole Zjavenia, zatiaľ čo veľké budovy New Yorku boli zrazené mocenským dotykom Boha.</w:t>
      </w:r>
    </w:p>
    <w:p>
      <w:pPr>
        <w:pStyle w:val="ArticleBody"/>
        <w:jc w:val="left"/>
      </w:pPr>
      <w:r>
        <w:rPr>
          <w:rFonts w:ascii="Times New Roman" w:hAnsi="Times New Roman" w:eastAsia="Times New Roman" w:cs="Times New Roman"/>
        </w:rPr>
        <w:t>11. september bol alfou, čiže začiatkom času zapečaťovania, ktorý sa končí omegou, čiže ukončením zapečaťovania sto štyridsaťštyritisíc pri čoskoro prichádzajúcom nedeľnom zákone.</w:t>
      </w:r>
    </w:p>
    <w:p>
      <w:pPr>
        <w:pStyle w:val="ArticleBody"/>
        <w:jc w:val="left"/>
      </w:pPr>
      <w:r>
        <w:rPr>
          <w:rFonts w:ascii="Times New Roman" w:hAnsi="Times New Roman" w:eastAsia="Times New Roman" w:cs="Times New Roman"/>
        </w:rPr>
        <w:t>11. september je alfa času skúšky obrazu šelmy v Spojených štátoch, ktorý sa končí pri omege času skúšky obrazu šelmy v Spojených štátoch, ku ktorej dochádza, keď je v Spojených štátoch presadzované znamenie šelmy.</w:t>
      </w:r>
    </w:p>
    <w:p>
      <w:pPr>
        <w:pStyle w:val="ArticleBody"/>
        <w:jc w:val="left"/>
      </w:pPr>
      <w:r>
        <w:rPr>
          <w:rFonts w:ascii="Times New Roman" w:hAnsi="Times New Roman" w:eastAsia="Times New Roman" w:cs="Times New Roman"/>
        </w:rPr>
        <w:t>11. september je alfa, čiže začiatok súdu živých nad šelmou zeme vrátane jej republikánskych a protestantských rohov, ktorý sa končí pri čoskoro prichádzajúcom nedeľnom zákone.</w:t>
      </w:r>
    </w:p>
    <w:p>
      <w:pPr>
        <w:pStyle w:val="ArticleBody"/>
        <w:jc w:val="left"/>
      </w:pPr>
      <w:r>
        <w:rPr>
          <w:rFonts w:ascii="Times New Roman" w:hAnsi="Times New Roman" w:eastAsia="Times New Roman" w:cs="Times New Roman"/>
        </w:rPr>
        <w:t>11. september je alfa „dňa Hospodinovej prípravy“, ktorý sa končí skúškou ohľadom dňa Hospodinovej soboty.</w:t>
      </w:r>
    </w:p>
    <w:p>
      <w:pPr>
        <w:pStyle w:val="ArticleBody"/>
        <w:jc w:val="left"/>
      </w:pPr>
      <w:r>
        <w:rPr>
          <w:rFonts w:ascii="Times New Roman" w:hAnsi="Times New Roman" w:eastAsia="Times New Roman" w:cs="Times New Roman"/>
        </w:rPr>
        <w:t>11. september je alfou vztyčovania chrámu, predstavovanou základným kameňom, ktoré sa končí, keď je na chrám položený omega vrcholný kameň.</w:t>
      </w:r>
    </w:p>
    <w:p>
      <w:pPr>
        <w:pStyle w:val="ArticleBody"/>
        <w:jc w:val="left"/>
      </w:pPr>
      <w:r>
        <w:rPr>
          <w:rFonts w:ascii="Times New Roman" w:hAnsi="Times New Roman" w:eastAsia="Times New Roman" w:cs="Times New Roman"/>
        </w:rPr>
        <w:t>11. september je alfa tretieho beda v Spojených štátoch, ktoré sa končí pri zemetrasení zo Zjavenia 11, čo je čoskoro prichádzajúci nedeľný zákon. Pri tomto zemetrasení tretie beda prichádza rýchlo. Dejiny nashvillských ohnivých gulí sa odohrávajú pred uzavretím skúšobného času pri nedeľnom zákone, napriek vyhlasovaniu tých, ktorí odsudzujú laodicejských adventistov a tvrdia: „Teraz sme stratení.“</w:t>
      </w:r>
    </w:p>
    <w:p>
      <w:pPr>
        <w:pStyle w:val="ArticleBody"/>
        <w:jc w:val="left"/>
      </w:pPr>
      <w:r>
        <w:rPr>
          <w:rFonts w:ascii="Times New Roman" w:hAnsi="Times New Roman" w:eastAsia="Times New Roman" w:cs="Times New Roman"/>
        </w:rPr>
        <w:t>Kniha Joela a jej naplnenie na Turíce predkladajú spor o posolstve Polnočného volania, keď jedna skupina, ktorá nedokáže porozumieť rozmnoženiu poznania, obviňuje tých, ktorí rozumejú, že sú opití. Konfrontácia opilcov Efraima a múdrych je témou, ktorá sa často objavuje v Božom prorockom Slove. Jedným prvkom pravdy je, že posolstvo je dvojstupňovým posolstvom, ako to ilustroval Peter vo vrchnej sieni a potom následne v chráme. Je to znázornené súdom, ktorý sa začína nad Božím domom a potom nasleduje nad tými, ktorí sú mimo Božieho domu. Proces súdu je tiež znázornený dvoma hlasmi zo zjavenia osemnástej kapitoly, kde prvý hlas je od 11. septembra až po nedeľný zákon, a potom druhý hlas vo verši štyri označuje nedeľný zákon. Rozlíšenie pravého a falošného prorockého posolstva neskorého dažďa je tiež znázornené Eliášom, o ktorom Malachiáš hovorí, že sa vracia tesne pred ukončením doby milosti.</w:t>
      </w:r>
    </w:p>
    <w:p>
      <w:pPr>
        <w:pStyle w:val="ArticleBody"/>
        <w:jc w:val="left"/>
      </w:pPr>
      <w:r>
        <w:rPr>
          <w:rFonts w:ascii="Times New Roman" w:hAnsi="Times New Roman" w:eastAsia="Times New Roman" w:cs="Times New Roman"/>
        </w:rPr>
        <w:t>Symbolmi múdrych a bláznivých na vrchu Karmel boli „Eliáš, múdry“ a blázniví Baalovi proroci. Eliášom je Peter a Baalovi proroci sú opilci Efraima. Keď sa blázniví opilci prejavia ako falošní Baalovi proroci prostredníctvom vyliatia ohňa, ľud napokon odpovie: „Hospodin, On je Boh.“ Laodicejskí adventisti siedmeho dňa sa ako takí prejavia pri naplnení nashvillskej predpovede. Tí mimo adventizmu, ktorí sú potom prebudení k poznaniu nevernosti bláznivých, sú privedení k presvedčeniu, no ich doba milosti sa ešte neskončila. Znázornenie zjavenia múdrych a bláznivých panien, predstavené varovným posolstvom z Nashvillu, je medzníkom v záverečnom dokonalom naplnení podobenstva o desiatich pannách.</w:t>
      </w:r>
    </w:p>
    <w:p>
      <w:pPr>
        <w:pStyle w:val="ArticleBody"/>
        <w:jc w:val="left"/>
      </w:pPr>
      <w:r>
        <w:rPr>
          <w:rFonts w:ascii="Times New Roman" w:hAnsi="Times New Roman" w:eastAsia="Times New Roman" w:cs="Times New Roman"/>
        </w:rPr>
        <w:t>Sklamanie z 18. júla 2020 vymedzuje posolstvo, ktoré musí byť napravené, ako aj zjavenie tých v adventizme, ktorí majú olej, a tých, ktorí ho nemajú. Tí, ktorým chýbalo posolstvo oleja varujúce Nashville, sú potom postavení do protikladu s tými, ktorí olej skutočne majú. Z dvoch tried, ktoré buď majú, alebo nemajú olej posolstva, jedna trieda prežila sklamanie, ktoré bolo znázornené prvým sklamaním v dejinách milleritov, zatiaľ čo druhá túto skúsenosť nemá. Bez sklamania predobrazeného milleritmi niet nijakej opravy, ktorá by sa mala vykonať vo vzťahu k akémukoľvek nenaplnenému predpovedaniu. Skutočnosť, že predpoveď o Nashville z roku 2020 označovala islam, je v súlade s prvkom zlyhaného posolstva, ktorý potrebuje byť napravený.</w:t>
      </w:r>
    </w:p>
    <w:p>
      <w:pPr>
        <w:pStyle w:val="ArticleBody"/>
        <w:jc w:val="left"/>
      </w:pPr>
      <w:r>
        <w:rPr>
          <w:rFonts w:ascii="Times New Roman" w:hAnsi="Times New Roman" w:eastAsia="Times New Roman" w:cs="Times New Roman"/>
        </w:rPr>
        <w:t>Dôkaz o tom sa nachádza v skutočnosti, že dejiny, v ktorých prichádzajú ohnivé gule Nashvillu, sa nielen zhodujú s dejinami prvého sklamania mileritov a s následnou opravou posolstva, ale aj preto, že sa odohrávajú v rámci dejín, ktoré sa začínajú príchodom tretieho anjela 11. septembra, označujúc príchod islamu tretieho beda; a tento islam prorocky opäť prichádza pri zemetrasení nedeľného zákona v jedenástej kapitole Zjavenia. Zachovanie islamu v posolstve bez akejkoľvek priamej zmienky zo strany sestry Whiteovej o islame a o nashvillskom varovaní je založené na téme týchto dejín, ktorou je islam.</w:t>
      </w:r>
    </w:p>
    <w:p>
      <w:pPr>
        <w:pStyle w:val="ArticleBody"/>
        <w:jc w:val="left"/>
      </w:pPr>
      <w:r>
        <w:rPr>
          <w:rFonts w:ascii="Times New Roman" w:hAnsi="Times New Roman" w:eastAsia="Times New Roman" w:cs="Times New Roman"/>
        </w:rPr>
        <w:t>V stopäťdesiatom treťom článku série s názvom Kniha Daniel sme v súlade so svedectvom Baláma a oslice určili, že islam, predstavený oslicou, bude mať v dejinách od 11. septembra až po nedeľný zákon tri hlavné strety so Spojenými štátmi. Za prvý sme určili 11. september, potom 7. október 2022 ako druhý. Poukázali sme na to, že prvý útok bol na duchovnú slávnu krajinu a druhý útok bol na doslovnú slávnu krajinu Izraela a že tretím útokom bude útok pri zemetrasení nedeľného zákona. Zdôraznili sme, že dejiny Baláma na tejto prorockej úrovni niesli pečať pravdy, lebo prvý i posledný útok bol na duchovnú slávnu krajinu a prostredný útok bol na doslovnú slávnu krajinu, ktorá je symbolom vzbury. Teraz vidíme, že štvrtý úder, ktorý označuje začiatok posolstva Polnočného volania, sa odohrá v duchovnej slávnej krajine, keď sa naplnia nashvillské ohnivé gule. To znamená, že druhý úder Baláma a jeho oslice je zdvojený, pričom prvý z dvoch úderov je na doslovnú a druhý na duchovnú slávnu krajinu.</w:t>
      </w:r>
    </w:p>
    <w:p>
      <w:pPr>
        <w:pStyle w:val="ArticleBody"/>
        <w:jc w:val="left"/>
      </w:pPr>
      <w:r>
        <w:rPr>
          <w:rFonts w:ascii="Times New Roman" w:hAnsi="Times New Roman" w:eastAsia="Times New Roman" w:cs="Times New Roman"/>
        </w:rPr>
        <w:t>Článok predložil neúplnú pravdu, ktorú Lev z kmeňa Júdovho teraz odhalil ako ďalšie svedectvo prorockého spojenia islamu s ohnivými guľami v Nashville. Ďalší argument na podporu spojenia islamu s ohnivými guľami sa nachádza v reformných líniách posvätnej histórie. Každé reformné hnutie má svoju vlastnú osobitú tému, ktorá preniká celým reformným hnutím. V reformnom hnutí Mojžiša išlo o vstúpenie do zmluvy s vyvoleným ľudom. V Kristovej reformnej línii išlo o Mesiáša. V reformnej línii Dávida išlo o Desatoro a svätyňu. U milleritov bola témou prorocká doba, lebo milleriti niesli „posolstvo času“. S príchodom tretieho anjela pri 11. septembri bola téma reformnej línie stoštyridsaťštyri tisíc identifikovaná ako islam tretieho beda, synovia východu, osol biblického proroctva, vojnové kone zo Zjavenia deväť, východný vietor, kobylky a rozhnevanie národov.</w:t>
      </w:r>
    </w:p>
    <w:p>
      <w:pPr>
        <w:pStyle w:val="ArticleBody"/>
        <w:jc w:val="left"/>
      </w:pPr>
      <w:r>
        <w:rPr>
          <w:rFonts w:ascii="Times New Roman" w:hAnsi="Times New Roman" w:eastAsia="Times New Roman" w:cs="Times New Roman"/>
        </w:rPr>
        <w:t>Zemetrasenie zo Zjavenia jedenásť označuje islam tretieho beda, pričom zároveň predstavuje vyvrcholenie posolstva Polnočného volania. Polnočné volanie bolo predobrazené slávnostným vjazdom Krista do Jeruzalema, ktorý sa začal odviazaním oslice. Začiatkom Polnočného volania v milleritskej histórii bol príchod Samuela Snowa na koni na táborové zhromaždenie v Exetri. Začiatok obdobia Polnočného volania je vyznačený symbolmi islamu. Existuje množstvo svedectiev, ktoré potvrdzujú, že opravené posolstvo z 18. júla 2020 zahŕňa islam ako súčasť varovného posolstva. Nie je určený nijaký dátum, ale ohnivé gule v Nashville označujú spor o „nové víno“ v posledných dňoch, a tak ohnivé gule v Nashville zahŕňajú islam, ale čo identifikácia ohnivých gúľ ako jadrových zbraní?</w:t>
      </w:r>
    </w:p>
    <w:p>
      <w:pPr>
        <w:pStyle w:val="ArticleBody"/>
        <w:jc w:val="left"/>
      </w:pPr>
      <w:r>
        <w:rPr>
          <w:rFonts w:ascii="Times New Roman" w:hAnsi="Times New Roman" w:eastAsia="Times New Roman" w:cs="Times New Roman"/>
        </w:rPr>
        <w:t>Posolstvo musí na základe mnohých svedkov zachovať označenie islamu ako protivníka v útoku. Omyl stanovovania času, ktorý je potrebné napraviť, je predobrazne znázornený rokmi 1840 aj 1844. Čas už nemá byť súčasťou prorockého posolstva, hoci čísla ním stále sú. Treba vyriešiť aj omyl predstavovaný nedorozumením o svätyni, no skôr než môže byť vyriešený a začlenený do opraveného posolstva, musí byť určený omyl, ktorý bol týmto nedorozumením o svätyni predobrazne znázornený. Čo predstavovalo toto nedorozumenie o svätyni vo varovaní z Nashville z 18. júla?</w:t>
      </w:r>
    </w:p>
    <w:p>
      <w:pPr>
        <w:pStyle w:val="ArticleBody"/>
        <w:jc w:val="left"/>
      </w:pPr>
      <w:r>
        <w:rPr>
          <w:rFonts w:ascii="Times New Roman" w:hAnsi="Times New Roman" w:eastAsia="Times New Roman" w:cs="Times New Roman"/>
        </w:rPr>
        <w:t>Tvrdím, že odpovede možno nájsť vo svetle, ktoré sa od konca roka 2023 postupne odhaľuje. Tri paralelné línie po jedenástich kapitolách, začínajúce jedenástou kapitolou a končiace dvadsiatou druhou kapitolou v Genezis, Matúšovi a Zjavení, predstavujú obnovenie Božej zmluvy so sto štyridsaťštyritisíc. Odmietame Jeho ponuku milosrdenstva tým, že konáme, akoby sme nepočuli Jeho volanie, alebo sa skláňame a vo svojej ľudskej sile vyhlasujeme: „všetko, čo prikazuje, budem robiť“? Alebo dovolíme Duchu Svätému, aby vpísal svoj zákon do našich sŕdc a myslí?</w:t>
      </w:r>
    </w:p>
    <w:p>
      <w:pPr>
        <w:pStyle w:val="ArticleBody"/>
        <w:jc w:val="left"/>
      </w:pPr>
      <w:r>
        <w:rPr>
          <w:rFonts w:ascii="Times New Roman" w:hAnsi="Times New Roman" w:eastAsia="Times New Roman" w:cs="Times New Roman"/>
        </w:rPr>
        <w:t>Odpovede sa nachádzajú aj v odpečatení dvanástej kapitoly Daniela, v troch veršoch, ktoré predstavujú čas ako posolstvá prvého, druhého a tretieho anjela. Tieto tri verše zároveň vyznačujú 31. december 2023 vo verši sedem, 18. júl 2020 vo verši dvanásť, a potom rok 1989 až po nedeľný zákon a ďalej až po ukončenie doby milosti je predstavený vo verši jedenásť. Tieto tri pravdy, v rámci týchto troch veršov, sa nachádzajú práve v tom úseku Písma, kde je predložený trojitý proces skúšky, ktorý vždy nastáva, keď je proroctvo odpečatené!</w:t>
      </w:r>
    </w:p>
    <w:p>
      <w:pPr>
        <w:pStyle w:val="ArticleBody"/>
        <w:jc w:val="left"/>
      </w:pPr>
      <w:r>
        <w:rPr>
          <w:rFonts w:ascii="Times New Roman" w:hAnsi="Times New Roman" w:eastAsia="Times New Roman" w:cs="Times New Roman"/>
        </w:rPr>
        <w:t>Kristus nielenže odpečatil trojitú skúšku z dvanástej kapitoly Daniela, ale tieto skúšky zároveň označil ako základnú skúšku, po ktorej nasleduje chrámová skúška a napokon lakmusová skúška. Ďalej určil, že základná skúška sa začala 31. decembra 2023 a bola založená na základnej skúške milleritského hnutia, ako ju predstavuje antikrist ako symbol, ktorý ustanovuje vonkajšie videnie.</w:t>
      </w:r>
    </w:p>
    <w:p>
      <w:pPr>
        <w:pStyle w:val="ArticleBody"/>
        <w:jc w:val="left"/>
      </w:pPr>
      <w:r>
        <w:rPr>
          <w:rFonts w:ascii="Times New Roman" w:hAnsi="Times New Roman" w:eastAsia="Times New Roman" w:cs="Times New Roman"/>
        </w:rPr>
        <w:t>Potom určil druhú skúšku, skúšku chrámu, ako tú, ktorú predstavuje Danielovo videnie Krista v chráme v desiatej kapitole. Táto skúška práve prebieha. Rozpečatenie dátumov z Daniela 12 — 1989, 18. júl 2020, 31. december 2023 a nedeľný zákon — zahŕňa videnie Ríma i videnie Krista. Obe videnia sú predložené v tom istom videní, v ktorom sa nachádza rozpečatenie dvanástej kapitoly. Tieto tri kapitoly tvoria jedno videnie a videnie Krista je skúškou chrámu v desiatej kapitole, videnie antikrista je skúškou základu v jedenástej kapitole a medzníky sto štyridsaťštyritisíc v dvanástej kapitole predstavujú tretiu a lakmusovú skúšku, v ktorej sú bláznivé oddelené od múdrych, keď sú mnohí očisťovaní, vybielení a skúšaní.</w:t>
      </w:r>
    </w:p>
    <w:p>
      <w:pPr>
        <w:pStyle w:val="ArticleBody"/>
        <w:jc w:val="left"/>
      </w:pPr>
      <w:r>
        <w:rPr>
          <w:rFonts w:ascii="Times New Roman" w:hAnsi="Times New Roman" w:eastAsia="Times New Roman" w:cs="Times New Roman"/>
        </w:rPr>
        <w:t>Skúška chrámu otvorila svetlo Levitika dvadsiatej tretej kapitoly, čo bolo svetlo archy zmluvy, ktoré je alfa svetlom soboty siedmeho dňa a omega svetlom soboty siedmeho roku. Svetlo alfa a omega sobôt označuje svetlo vtelenia. Toto svetlo označuje Boha, ktorý prijíma ľudské telo s cieľom obnoviť spojenie božstva s ľudstvom, čo je dielo, ktoré Kristus začal 22. októbra 1844; dielo, ktoré teraz završuje pri súde nad živými.</w:t>
      </w:r>
    </w:p>
    <w:p>
      <w:pPr>
        <w:pStyle w:val="ArticleBody"/>
        <w:jc w:val="left"/>
      </w:pPr>
      <w:r>
        <w:rPr>
          <w:rFonts w:ascii="Times New Roman" w:hAnsi="Times New Roman" w:eastAsia="Times New Roman" w:cs="Times New Roman"/>
        </w:rPr>
        <w:t>Svetlo Levitika dvadsiatej tretej kapitoly spojilo jarné sviatky alfa s jesennými sviatkami omega, aby vytvorilo samotné dejiny od 31. decembra 2023 až po uzavretie času milosti pre ľudstvo. V rámci tejto línie je základná skúška označená ako prichádzajúca 31. decembra 2023 a chrámová skúška je určená ako začínajúca v roku 2025, pričom pokračuje až po lakmusovú skúšku sviatku trúbenia. Hlas na púšti, ktorý sa začal v júli 2023, je označený sviatkom nekvasených chlebov, ktorý sa skončil päť dní po medzníku troch častí. Potom nasledovalo tridsaťdňové obdobie, po ktorom nasledoval medzník troch častí, po ktorom nasledovalo päť dní, čím sa znázorňujú tri kroky večného evanjelia. Alfa medzník troch častí, po ktorom nasledovalo päť dní, predstavuje prvého anjela, tridsať dní predstavuje druhého anjela a omega medzník troch častí, po ktorom nasledovalo päť dní až po nedeľný zákon Letníc, predstavuje tretieho anjela.</w:t>
      </w:r>
    </w:p>
    <w:p>
      <w:pPr>
        <w:pStyle w:val="ArticleBody"/>
        <w:jc w:val="left"/>
      </w:pPr>
      <w:r>
        <w:rPr>
          <w:rFonts w:ascii="Times New Roman" w:hAnsi="Times New Roman" w:eastAsia="Times New Roman" w:cs="Times New Roman"/>
        </w:rPr>
        <w:t>Kristus otvoril aj svetlo dvadsiatej tretej kapitoly Levitika pri budovaní archy zmluvy v čase skúšky v chráme. Posolstvo alebo anjel soboty siedmeho dňa na jednej strane archy a anjel soboty siedmeho roka na druhej strane archy predstavujú zakrývajúcich cherubov, ktorí hľadia do archy. V dejinách zapečaťovania sto štyridsaťštyri tisíc dvojaké svetlo týchto dvoch anjelov predstavuje sobotu siedmeho dňa a učenie o vtelení predstavuje predmet, ktorý sa bude skúmať po celú večnosť.</w:t>
      </w:r>
    </w:p>
    <w:p>
      <w:pPr>
        <w:pStyle w:val="ArticleBody"/>
        <w:jc w:val="left"/>
      </w:pPr>
      <w:r>
        <w:rPr>
          <w:rFonts w:ascii="Times New Roman" w:hAnsi="Times New Roman" w:eastAsia="Times New Roman" w:cs="Times New Roman"/>
        </w:rPr>
        <w:t>Samozrejme, ak nie ste schopní vidieť sedem časov ako symbol jubilea, duchovné Vyhlásenie emancipácie z roku 1863, potom neuvidíte, že alfa a omega proroctvá Williama Millera boli sedem časov a dvetisíctristo dní. Neschopnosť vidieť význam týchto dvoch súvisiacich časových proroctiev znemožňuje akékoľvek rozpoznanie toho, že rok 1798 predstavuje sedem časov a rok 1844 predstavuje dvetisíctristo dní. Pri takomto nedostatku poznania by bolo prakticky nemožné vidieť, že keď je Levitikus dvadsaťtri skladaný riadok na riadok, pričom jeho prvých dvadsaťdva veršov, ktoré predkladajú jarné sviatky, je spojených s poslednými dvadsiatimi dvoma veršami jesenných sviatkov, línia sa začína sobotou siedmeho dňa predstavovanou rokom 1844 a sobota, ktorá uzatvára líniu štyridsiatich štyroch veršov, je sobotou krajiny predstavovanou rokom 1798.</w:t>
      </w:r>
    </w:p>
    <w:p>
      <w:pPr>
        <w:pStyle w:val="ArticleBody"/>
        <w:jc w:val="left"/>
      </w:pPr>
      <w:r>
        <w:rPr>
          <w:rFonts w:ascii="Times New Roman" w:hAnsi="Times New Roman" w:eastAsia="Times New Roman" w:cs="Times New Roman"/>
        </w:rPr>
        <w:t>Neschopnosť vidieť vzťah týchto dvoch sobôt predstavuje neschopnosť vidieť, že sedem časov roku 1798 je ľudstvom a dvetisíctristo dní roku 1844 je Božstvom. Pri takej hlbokej slepote by sa zdalo prakticky nemožné rozpoznať, že alfa svetlo soboty siedmeho dňa a omega svetlo učenia o vtelení označujú Kristovo dielo pri spojení Jeho Božstva s ľudstvom padlého človeka. Kristovo dielo pri spojení Jeho Božstva s naším ľudstvom je dielom spojenia roku 1798 s rokom 1844, lebo rok 1798 predstavuje ľudské telo a rok 1844 predstavuje Božstvo.</w:t>
      </w:r>
    </w:p>
    <w:p>
      <w:pPr>
        <w:pStyle w:val="ArticleBody"/>
        <w:jc w:val="left"/>
      </w:pPr>
      <w:r>
        <w:rPr>
          <w:rFonts w:ascii="Times New Roman" w:hAnsi="Times New Roman" w:eastAsia="Times New Roman" w:cs="Times New Roman"/>
        </w:rPr>
        <w:t>Ľudstvo bolo stvorené na Boží obraz a má vyššiu i nižšiu prirodzenosť. Vyššia prirodzenosť človeka je telesná a predaná hriechu. Kristus dáva obrátenej duši pri obrátení svoju myseľ, lebo pri obrátení dochádza k ospravedlneniu, a byť ospravedlnený znamená byť učinený spravodlivým. Nižšia prirodzenosť nemôže byť vykúpená okamžite a zasľúbením evanjelia pre nižšiu prirodzenosť je, že pri Kristovom návrate prijmeme oslávené telo. Vyššou prirodzenosťou je myseľ a nižšou prirodzenosťou je telo. Vyššia prirodzenosť je proroctvom siedmich časov, ktoré sa uzavrelo 22. októbra 1844 v Deň zmierenia, keď zaznela siedma trúba i jubilejná trúba. Sedem časov nižšej prirodzenosti sa skončilo v roku 1798, lebo nemôže byť obnovená až do druhého príchodu Krista.</w:t>
      </w:r>
    </w:p>
    <w:p>
      <w:pPr>
        <w:pStyle w:val="ArticleBody"/>
        <w:jc w:val="left"/>
      </w:pPr>
      <w:r>
        <w:rPr>
          <w:rFonts w:ascii="Times New Roman" w:hAnsi="Times New Roman" w:eastAsia="Times New Roman" w:cs="Times New Roman"/>
        </w:rPr>
        <w:t>Sedem časov roku 1798, sedem časov roku 1844 a dvetisíctristo rokov roku 1844 predstavujú dielo Krista, ktoré sa začalo 22. októbra 1844. Tým dielom bolo spojiť Jeho božstvo s ľudstvom, ale keď mal byť v roku 1844 zjednotený chrám, ktorý pozostáva z ľudstva a božstva, rok 1798 nemal byť zahrnutý, lebo predstavuje nádvorie pohanov.</w:t>
      </w:r>
    </w:p>
    <w:p>
      <w:pPr>
        <w:pStyle w:val="ArticleBody"/>
        <w:jc w:val="left"/>
      </w:pPr>
      <w:r>
        <w:rPr>
          <w:rFonts w:ascii="Times New Roman" w:hAnsi="Times New Roman" w:eastAsia="Times New Roman" w:cs="Times New Roman"/>
        </w:rPr>
        <w:t>Skúška chrámu zahŕňa meranie chrámu a na začiatku dejín odpečatenia, ktoré sa začali v roku 2023, odpečatenie siedmich hromov označilo dejiny od prvého sklamania až po veľké sklamanie za konečný a dokonalý prejav dejín znázornených siedmimi hromami, ktoré podľa Ducha proroctva predstavujú udalosti, ktoré sa odohrali počas dejín prvého a druhého anjela, a tiež budúce udalosti, ktoré mali byť zjavené vo svojom poradí. Toto dokonalé naplnenie bolo zasadené do rámca pravdy, ktorý patril k prvým zjaveniam, ktoré prišli v roku 2023. Sklamanie na začiatku predstavovalo omega sklamanie a uprostred bolo táborové zhromaždenie v Exeteri, kde boli múdri a blázniví oddelení na základe „oleja“ posolstva.</w:t>
      </w:r>
    </w:p>
    <w:p>
      <w:pPr>
        <w:pStyle w:val="ArticleBody"/>
        <w:jc w:val="left"/>
      </w:pPr>
      <w:r>
        <w:rPr>
          <w:rFonts w:ascii="Times New Roman" w:hAnsi="Times New Roman" w:eastAsia="Times New Roman" w:cs="Times New Roman"/>
        </w:rPr>
        <w:t>Chrám milleritov bol budovaný od sklamania k sklamaniu; takto sa ukazuje, že chrám stoštyridsaťštyritisíc je budovaný od 18. júla 2020 až po čoskoro prichádzajúci nedeľný zákon, keď sa v podobenstve zatvárajú dvere, presne tak, ako sa to stalo 22. októbra 1844. Dejiny predstavené siedmimi hromami sú tými istými dejinami, ktoré sú predstavené vo svetle dvanástej kapitoly Daniela. Svetlo dvanástej kapitoly Daniela o tisícdvestodeväťdesiatich dňoch sa priamo spája s tridsaťročným obdobím, ktoré je predstavené v jedenástom verši. Je takisto spojené s tridsiatimi rokmi, ktoré sú vyznačené prvým predstaviteľom zmluvy s vyvoleným ľudom a prorokom, ktorý bol vzbudený, aby označil zmenu zmluvného vzťahu doslovného Izraela na duchovný Izrael. Tridsať dní uprostred rámca dvadsiatej tretej kapitoly Levitika je tými istými tridsiatimi rokmi prvého kroku trojitej Abrahámovej zmluvy s Bohom. Tridsať rokov od roku 508 do roku 538 v jedenástom verši je symbolom kňazstva stoštyridsaťštyritisíc.</w:t>
      </w:r>
    </w:p>
    <w:p>
      <w:pPr>
        <w:pStyle w:val="ArticleBody"/>
        <w:jc w:val="left"/>
      </w:pPr>
      <w:r>
        <w:rPr>
          <w:rFonts w:ascii="Times New Roman" w:hAnsi="Times New Roman" w:eastAsia="Times New Roman" w:cs="Times New Roman"/>
        </w:rPr>
        <w:t>Tridsať dní v štruktúre dvadsiatej tretej kapitoly Levitika je súčasťou štyridsiatich dní, počas ktorých Kristus vyučoval svojich učeníkov tvárou v tvár, až kým nevystúpil na nebo. Tridsať je symbolom kňazov, ktorí začínali svoju službu vo veku tridsiatich rokov. Tridsať rokov od roku 508 do roku 538 označuje prechod pohanského Ríma na pápežský Rím, a tým zároveň označuje prechod laodicejského kňazstva sto štyridsiatich štyroch tisíc na filadelfské kňazstvo sto štyridsiatich štyroch tisíc. Tento prechod sa uskutočňuje v troch krokoch, ktoré predstavuje rok 508, keď bola „každodenná“ odňatá, Justinianov dekrét z roku 533 a napokon nedeľný zákon roku 538, ktorým bol tento prechod zavŕšený.</w:t>
      </w:r>
    </w:p>
    <w:p>
      <w:pPr>
        <w:pStyle w:val="ArticleBody"/>
        <w:jc w:val="left"/>
      </w:pPr>
      <w:r>
        <w:rPr>
          <w:rFonts w:ascii="Times New Roman" w:hAnsi="Times New Roman" w:eastAsia="Times New Roman" w:cs="Times New Roman"/>
        </w:rPr>
        <w:t>Tých tridsať rokov predstavuje obdobie od roku 1989 až po nedeľný zákon, keď Boží zapečatený fili­delfský ľud bude ako Jeho chrám vyvýšený, aby ho videl celý svet. Svet potom bude súdiť medzi Kristom, ktorého predstavuje Jeho ľud, sediaci s Kristom v nebeských oblastiach, a preto súci v Božom chráme; alebo medzi človekom hriechu, ktorý sedí v Božom chráme a ukazuje sa, že je Boh. Pri čoskoro prichádzajúcom nedeľnom zákone budú robotníci jedenástej hodiny, ktorí sú zároveň veľkým zástupom, postavení pred základnú skúšku. Je siedmy deň soboty Božou sobotou, alebo je dňom slnka Božia sobota?</w:t>
      </w:r>
    </w:p>
    <w:p>
      <w:pPr>
        <w:pStyle w:val="ArticleScripture"/>
        <w:jc w:val="left"/>
      </w:pPr>
      <w:r>
        <w:rPr>
          <w:rFonts w:ascii="Times New Roman" w:hAnsi="Times New Roman" w:eastAsia="Times New Roman" w:cs="Times New Roman"/>
        </w:rPr>
        <w:t>„A teraz pred ním prešla ďalšia scéna. Bolo mu ukázané satanovo dielo, keď viedol Židov k tomu, aby zavrhli Krista, zatiaľ čo sa hlásili k úcte k zákonu Jeho Otca. Teraz videl kresťanský svet pod podobným zvodom, keď sa hlásil k prijatiu Krista, zatiaľ čo zavrhoval Boží zákon. Počul od kňazov a starších zúrivý výkrik: ‚Preč s Ním!‘ ‚Ukrižuj Ho, ukrižuj Ho!‘ a teraz počul od učiteľov, ktorí sa označovali za kresťanov, výkrik: ‚Preč so zákonom!‘ Videl, ako je sobota pošliapavaná, a na jej miesto ustanovené falošné zriadenie. Mojžiša opäť naplnil úžas a hrôza. Ako mohli tí, čo verili v Krista, zavrhovať zákon vyslovený Jeho vlastným hlasom na svätom vrchu? Ako mohol ktokoľvek, kto sa bál Boha, odložiť zákon, ktorý je základom Jeho vlády na nebi i na zemi? Mojžiš s radosťou videl, že Boží zákon je stále ctený a vyvyšovaný verným málopočtom. Videl posledný veľký zápas pozemských mocností o zničenie tých, ktorí zachovávajú Boží zákon. Hľadel dopredu na čas, keď Boh povstane, aby potrestal obyvateľov zeme za ich neprávosť, a tí, ktorí sa báli Jeho mena, budú prikrytí a ukrytí v deň Jeho hnevu. Počul Božiu zmluvu pokoja s tými, ktorí zachovávali Jeho zákon, keď zaznieva Jeho hlas z Jeho svätého príbytku a nebesia i zem sa trasú. Videl druhý Kristov príchod v sláve, spravodlivých mŕtvych vzkriesených k nesmrteľnému životu a živých svätých premenených bez toho, aby okusili smrť, a spolu vystupujúcich s piesňami radosti do Mesta Božieho.“ Patriarchs and Prophets, 476.</w:t>
      </w:r>
    </w:p>
    <w:p>
      <w:pPr>
        <w:pStyle w:val="ArticleBody"/>
        <w:jc w:val="left"/>
      </w:pPr>
      <w:r>
        <w:rPr>
          <w:rFonts w:ascii="Times New Roman" w:hAnsi="Times New Roman" w:eastAsia="Times New Roman" w:cs="Times New Roman"/>
        </w:rPr>
        <w:t>Veľký zástup, ktorý tvoria pohania a robotníci jednej hodiny, je skúšaný základnou skúškou, po ktorej bezprostredne nasleduje skúška chrámu. Bude ľudský chrám Ríma s človekom hriechu skalou alebo pieskom, na ktorom si budujete svoju vieru? Alebo je to chrám vtelenia, v ktorom sú božstvo a ľudstvo zjednotené, ktorý je chrámom sto štyridsiatich štyroch tisíc, čo Peter nazýva „duchovným domom“? V tom období skúšky základu a chrámu prenasledovanie vykoná lakmusovú skúšku tretieho kroku a potom sa ľudská doba milosti uzavrie.</w:t>
      </w:r>
    </w:p>
    <w:p>
      <w:pPr>
        <w:pStyle w:val="ArticleBody"/>
        <w:jc w:val="left"/>
      </w:pPr>
      <w:r>
        <w:rPr>
          <w:rFonts w:ascii="Times New Roman" w:hAnsi="Times New Roman" w:eastAsia="Times New Roman" w:cs="Times New Roman"/>
        </w:rPr>
        <w:t>Lev z pokolenia Júdovho teraz dopĺňa skryté dejiny štyridsiateho verša a vniesol ešte viac svetla prostredníctvom troch dvestopäťdesiatročných proroctiev Kýra, Nera a Trumpa; a učinil tak práve v čase, keď zdôraznil dielo ohlasovania opraveného posolstva z Nashvillu. Neronova línia poskytuje rámec konečného vztyčovania obrazu šelmy v Spojených štátoch a potom vo svete. Kýrova línia z roku 457 pred Kr. určuje dejiny medzi Ráfiou a Pániom, dejiny medzi ukrajinskou vojnou a treťou svetovou vojnou, ktorá sa začína tým, že sa Pánium spája s Aktiom pri čoskoro prichádzajúcom nedeľnom zákone. Trumpova línia sa končí tento rok 4. júla.</w:t>
      </w:r>
    </w:p>
    <w:p>
      <w:pPr>
        <w:pStyle w:val="ArticleBody"/>
        <w:jc w:val="left"/>
      </w:pPr>
      <w:r>
        <w:rPr>
          <w:rFonts w:ascii="Times New Roman" w:hAnsi="Times New Roman" w:eastAsia="Times New Roman" w:cs="Times New Roman"/>
        </w:rPr>
        <w:t>Nero je symbolom prenasledovania; cirkev v Smyrne označuje dejiny, ktoré pokračujú, až kým sa prenasledovanie o 250 rokov neskôr neskončí pri cirkvi Pergamos a kompromise. Táto línia označuje vztýčenie obrazu, a preto sa zhoduje s dejinami, keď sa v Jeho chráme vztyčuje obraz Krista. „Edikt“ je východiskovým bodom, ktorý vedie k prvému nedeľnému zákonu, po ktorom nasledujú zatvorené dvere rozdelenia medzi východom a západom, múdrymi a pochabými, pšenicou a kúkoľom a spasenými alebo stratenými. „Edikt“, ktorý začína toto obdobie, je tiež tým „ediktom“, ktorý začína to isté obdobie skúšky pre svet. „Edikt“ je teda prvý i posledný. Každý orientačný bod Nerovej sedemnásťročnej línie označuje stupňujúce sa prenasledovanie krízy nedeľného zákona, ktorá sa začína „ediktom“, niečím na spôsob prezidentského „výkonného nariadenia“.</w:t>
      </w:r>
    </w:p>
    <w:p>
      <w:pPr>
        <w:pStyle w:val="ArticleBody"/>
        <w:jc w:val="left"/>
      </w:pPr>
      <w:r>
        <w:rPr>
          <w:rFonts w:ascii="Times New Roman" w:hAnsi="Times New Roman" w:eastAsia="Times New Roman" w:cs="Times New Roman"/>
        </w:rPr>
        <w:t>Kýrove tri dekréty z roku 457 pred Kr. označujú sedemnásťročné obdobie s tromi medzníkmi na jeho konci, tak ako Neronova línia a tak ako aj Kýrova druhá línia, ktorá sa skončila príchodom prvého, druhého a tretieho anjela od roku 1798 do roku 1844. Kýrove tri kroky sú bitka pri Ráfii, potom desať rokov k druhému kroku a potom sedem rokov k bitke pri Paniu. Začiatok i koniec sú obidva bitkami, a teda nesú pečať Alfy a Omegy. Prvé obdobie desiatich rokov predstavuje obdobie skúšky, ktoré sa začalo v roku 2014 ukrajinskou vojnou, a druhé obdobie sa končí o sedem rokov neskôr pri bitke pri Paniu.</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odpečatil posolstvo času milleritom v dejinách prvého a druhého anjela a odpečaťuje posolstvo čísel v dejinách sto štyridsaťštyritisíc, ktoré sú dejinami tretieho anjela.</w:t>
      </w:r>
    </w:p>
    <w:p>
      <w:pPr>
        <w:pStyle w:val="ArticleBody"/>
        <w:jc w:val="left"/>
      </w:pPr>
      <w:r>
        <w:rPr>
          <w:rFonts w:ascii="Times New Roman" w:hAnsi="Times New Roman" w:eastAsia="Times New Roman" w:cs="Times New Roman"/>
        </w:rPr>
        <w:t>Symbolické prorocké dejiny, ako napríklad dvadsaťdva rokov od roku 1776 do roku 1798, znázornené makkabejským povstaním, určujú príčinu začiatku šiesteho kráľovstva a príčinu konca piateho kráľovstva. Dvadsiaty druhý prezident, Grover Cleveland, bol alfou prezidentov, ktorí sú predobrazom omega prezidenta Donalda Trumpa, ako jediní dvaja prezidenti, ktorí slúžili dve nekonzekutívne funkčné obdobia. Trump je dvadsiatym druhým prezidentom, ktorý získal druhé funkčné obdobie, keď sa započítajú aj ostatní prezidenti, ktorí prevzali úrad počas funkčného obdobia predchádzajúceho prezidenta, spolu s prezidentmi, ktorí si sami vybojovali druhé funkčné obdobie. Šieste kráľovstvo biblického proroctva sa začalo v roku 1798, po uplynutí dvadsiatich dvoch rokov od Vyhlásenia nezávislosti. Obdobie od roku 1798 do roku 2026 je znázornené číslom 22 pri alfa dátume a číslom 22 pri omega dátume.</w:t>
      </w:r>
    </w:p>
    <w:p>
      <w:pPr>
        <w:pStyle w:val="ArticleBody"/>
        <w:jc w:val="left"/>
      </w:pPr>
      <w:r>
        <w:rPr>
          <w:rFonts w:ascii="Times New Roman" w:hAnsi="Times New Roman" w:eastAsia="Times New Roman" w:cs="Times New Roman"/>
        </w:rPr>
        <w:t>Tri rady po jedenásť kapitol, ktoré sa začínajú jedenástou kapitolou a končia dvadsiatou druhou kapitolou. Každá z týchto troch radov jedenástich kapitol obsahuje presný stredový bod, predstavovaný tromi veršami. Genesis určuje, kedy bola „obriezka“ daná ako symbol zmluvného vzťahu s vyvoleným ľudom. Bolo to po prvý raz, čo vyvolený ľud dostal znamenie predstavujúce zmluvný ľud, a v Matúšovi stredné tri verše označujú Skalu, na ktorej Kristus vybuduje svoju cirkev. Tieto verše určujú chvíľu, keď bolo meno Šimon Barjona zmenené na Peter, čo sa rovná sto štyridsaťštyri tisíc. Stred tejto rady v Zjavení označuje zmluvu so smrťou, keďže určuje pápežstvo ako ôsmu hlavu, ktorá je zo siedmich. Čo podľa vás znamená to, že jedenásta kapitola v Diele vekov označuje posolstvo Jána Krstiteľa a že dvadsiata druhá kapitola označuje Jánovu smrť?</w:t>
      </w:r>
    </w:p>
    <w:p>
      <w:pPr>
        <w:pStyle w:val="ArticleBody"/>
        <w:jc w:val="left"/>
      </w:pPr>
      <w:r>
        <w:rPr>
          <w:rFonts w:ascii="Times New Roman" w:hAnsi="Times New Roman" w:eastAsia="Times New Roman" w:cs="Times New Roman"/>
        </w:rPr>
        <w:t>Stred týchto kapitol vás privádza na stranu 168, kde sa začína kapitola s názvom Nikodém. Jedenásta kapitola nesie názov Krst a dvadsiata druhá kapitola nesie názov Uväznenie a smrť Jána. Jedenásta kapitola je symbolom smrti, pochovania a vzkriesenia, tak ako sedemnásta kapitola a Nikodém, a tak ako aj Jánova smrť.</w:t>
      </w:r>
    </w:p>
    <w:p>
      <w:pPr>
        <w:pStyle w:val="ArticleBody"/>
        <w:jc w:val="left"/>
      </w:pPr>
      <w:r>
        <w:rPr>
          <w:rFonts w:ascii="Times New Roman" w:hAnsi="Times New Roman" w:eastAsia="Times New Roman" w:cs="Times New Roman"/>
        </w:rPr>
        <w:t>V nasledujúcom článku budeme v týchto veciach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dvadsaťdva</dc:title>
  <dc:subject>31. december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