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jedenásť</w:t>
      </w:r>
    </w:p>
    <w:p>
      <w:pPr>
        <w:pStyle w:val="ArticleSubtitle"/>
        <w:jc w:val="left"/>
      </w:pPr>
      <w:r>
        <w:rPr>
          <w:rFonts w:ascii="Arial" w:hAnsi="Arial" w:eastAsia="Arial" w:cs="Arial"/>
        </w:rPr>
        <w:t>Obraz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A ukázalo sa iné znamenie na nebi; a hľa, veľký červený drak, ktorý mal sedem hláv a desať rohov, a na svojich hlavách sedem korún. A jeho chvost strhol tretinu nebeských hviezd a zvrhol ich na zem. A drak stál pred ženou, ktorá mala porodiť, aby zožral jej dieťa, len čo sa narodí. A porodila syna, chlapca, ktorý má pásť všetky národy železným prútom; a jej dieťa bolo vychvátené k Bohu a k jeho trónu. A žena utiekla na púšť, kde má miesto pripravené od Boha, aby ju tam živili tisíc dvestošesťdesiat dní. A povstal boj na nebi: Michal a jeho anjeli bojovali proti drakovi; aj drak bojoval a jeho anjeli, ale nezvíťazili, ani sa pre nich viacej nenašlo miesto na nebi. A ten veľký drak bol zvrhnutý, ten starý had, ktorý sa volá diabol a satan, ktorý zvádza celý svet; bol zvrhnutý na zem a jeho anjeli boli zvrhnutí s ním. A počul som na nebi mohutný hlas hovoriť: Teraz prišla spása a moc, aj kráľovstvo nášho Boha a vláda jeho Krista, lebo bol zvrhnutý žalobca našich bratov, ktorý ich obviňoval pred naším Bohom dňom i nocou. A oni nad ním zvíťazili pre krv Baránka a pre slovo svojho svedectva; a nemilovali svoje životy až na smrť. Preto sa radujte, nebesia, i vy, ktorí v nich prebývate. Beda obyvateľom zeme i mora! Lebo zostúpil k vám diabol s veľkým hnevom, lebo vie, že má málo času. A keď drak videl, že bol zvrhnutý na zem, prenasledoval ženu, ktorá porodila syna, chlapca. A žene boli dané dve krídla veľkého orla, aby odletela na púšť, na svoje miesto, kde je živená čas, časy a pol času, ďaleko od tváre hada. A had vypustil zo svojich úst za ženou vodu ako rieku, aby ju rieka strhla. Ale zem pomohla žene, a zem otvorila svoje ústa a pohltila rieku, ktorú drak vypustil zo svojich úst. A drak sa rozhneval na ženu a odišiel viesť vojnu s ostatkom jej semena, ktorí zachovávajú Božie prikázania a majú svedectvo Ježiša Krista. Zjavenie 12:1–17.</w:t>
      </w:r>
    </w:p>
    <w:p>
      <w:pPr>
        <w:pStyle w:val="ArticleBody"/>
        <w:jc w:val="left"/>
      </w:pPr>
      <w:r>
        <w:rPr>
          <w:rFonts w:ascii="Times New Roman" w:hAnsi="Times New Roman" w:eastAsia="Times New Roman" w:cs="Times New Roman"/>
        </w:rPr>
        <w:t>Prvý boj vo veľkom spore medzi Kristom a Satanom sa začal v treťom nebi Luciferovou vzburou a tento prvý boj predobrazuje posledný boj v prvom nebi. Bojov je viac, lebo na konci tisícročného milénia je Satan na krátky čas prepustený a podniká útok proti Jeruzalemu, avšak tento boj nemá nijakú možnosť víťazstva. Boj v treťom nebi na začiatku, ktorý predstavuje boj v prvom nebi na konci, sa odohral v čase, keď doba milosti ešte trvala.</w:t>
      </w:r>
    </w:p>
    <w:p>
      <w:pPr>
        <w:pStyle w:val="ArticleBody"/>
        <w:jc w:val="left"/>
      </w:pPr>
      <w:r>
        <w:rPr>
          <w:rFonts w:ascii="Times New Roman" w:hAnsi="Times New Roman" w:eastAsia="Times New Roman" w:cs="Times New Roman"/>
        </w:rPr>
        <w:t>„Žena“, ktorá je tehotná, predstavuje Božiu cirkev v priebehu dejín, a v dejinách Krista sa chystala porodiť mužského potomka, Ježiša. V posledných dňoch rodí dvojičky. Tesne pred nedeľným zákonom porodí sto štyridsaťštyri tisíc zo siedmej kapitoly Zjavenia a pri nedeľnom zákone začína pôrodné bolesti, aby porodila veľký zástup zo siedmej kapitoly Zjavenia. Jej dvojičky nie sú jednovaječné, ale sú to dvojičky, a prvorodeným je Eliáš a mladším synom je Mojžiš.</w:t>
      </w:r>
    </w:p>
    <w:p>
      <w:pPr>
        <w:pStyle w:val="ArticleBody"/>
        <w:jc w:val="left"/>
      </w:pPr>
      <w:r>
        <w:rPr>
          <w:rFonts w:ascii="Times New Roman" w:hAnsi="Times New Roman" w:eastAsia="Times New Roman" w:cs="Times New Roman"/>
        </w:rPr>
        <w:t>Na počiatku duchovného Izraela čakal drak pohanského Ríma, aby pohltil dieťa mužského rodu, Ježiša, a drak moderného Ríma teraz čaká, aby pohltil dieťa mužského rodu zo stoštyridsiatich štyritisíc. Ako pohanský Rím prenasledoval ranú kresťanskú cirkev, tak moderný Rím zopakuje prenasledovanie počas krízy nedeľného zákona. V ranej kresťanskej cirkvi žena utiekla na púšť na tisícdvestošesťdesiat doslovných rokov a prenasledovanie počas krízy nedeľného zákona je symbolizované štyridsiatimi dvoma mesiacmi zo zjavenia trinásť, verš päť. Na púšti má Boží ľud pripravené miesto, kde je živený a opatrovaný.</w:t>
      </w:r>
    </w:p>
    <w:p>
      <w:pPr>
        <w:pStyle w:val="ArticleBody"/>
        <w:jc w:val="left"/>
      </w:pPr>
      <w:r>
        <w:rPr>
          <w:rFonts w:ascii="Times New Roman" w:hAnsi="Times New Roman" w:eastAsia="Times New Roman" w:cs="Times New Roman"/>
        </w:rPr>
        <w:t>V ôsmej kapitole Zjavenia, v trinástom verši, sú posledné tri trúby označené ako tri beda. Beda v Zjavení predstavujú súdy trúb islamu proti mocnostiam, ktoré prijímajú nedeľné zákony. V boji, ktorý je znázornený v dvanástej kapitole, je úloha islamu označená slovami: „Beda obyvateľom zeme i mora! Lebo zostúpil k vám diabol, majúc veľký hnev, pretože vie, že má len krátky čas.“ Prenasledovanie, ktoré Jezábel uskutočňuje prostredníctvom svojho odpadlíckeho manžela Achaba, je namierené proti šelme zo „zeme“ a šelme z „mora“.</w:t>
      </w:r>
    </w:p>
    <w:p>
      <w:pPr>
        <w:pStyle w:val="ArticleBody"/>
        <w:jc w:val="left"/>
      </w:pPr>
      <w:r>
        <w:rPr>
          <w:rFonts w:ascii="Times New Roman" w:hAnsi="Times New Roman" w:eastAsia="Times New Roman" w:cs="Times New Roman"/>
        </w:rPr>
        <w:t>Pohyb mocného anjela zo zjavenia osemnástej kapitoly má, tak ako každé reformné hnutie, štyri hlavné medzníky, ktoré vedú k súdu a zahŕňajú ho. V prípade hnutia prvého anjela boli týmito štyrmi medzníkmi 11. august 1840, prvé sklamanie na jar roku 1843, príchod posolstva Polnočného volania od 12. do 17. augusta 1844 a otvorenie súdu 22. októbra 1844. Každý z týchto štyroch medzníkov niesol tú istú zastrešujúcu tému „času“. Dňa 11. augusta 1840 došlo k naplneniu časového proroctva zo zjavenia, 9. kapitoly, 15. verša. Prvé sklamanie roku 1843 predstavovalo neúspešnú predpoveď času. Posolstvo Polnočného volania bolo opravou predtým neúspešnej predpovede času a 22. október 1844 bol naplnením predpovedaného času posolstva Polnočného volania.</w:t>
      </w:r>
    </w:p>
    <w:p>
      <w:pPr>
        <w:pStyle w:val="ArticleBody"/>
        <w:jc w:val="left"/>
      </w:pPr>
      <w:r>
        <w:rPr>
          <w:rFonts w:ascii="Times New Roman" w:hAnsi="Times New Roman" w:eastAsia="Times New Roman" w:cs="Times New Roman"/>
        </w:rPr>
        <w:t>Hnutie tretieho anjela má tie isté štyri medzníky, lebo tie existujú v každej reformačnej línii, a ako pri všetkých týchto štyroch medzníkoch každej reformačnej línie, každý medzník nesie tú istú prorockú tému. Islam tretieho beda je témou štyroch medzníkov v hnutí sto štyridsaťštyri tisíc. Dňa 11. septembra 2001 bol islam tretieho beda uvoľnený a potom zadržaný. Neúspešná predpoveď z 18. júla 2020 označila islamský útok na Nashville v Tennessee a predstavovala islam tretieho beda. Posolstvo, ktoré prebúdza mŕtve suché kosti ležiace na ulici v Zjavení jedenásť, je dokonalým a záverečným naplnením posolstva Polnočného volania a predstavuje opravu predpovede o Nashville (bez časového prvku). Naplní sa pri štvrtom medzníku, ktorým je nedeľný zákon, keď islam tretieho beda zasiahne Spojené štáty pre presadzovanie čoskoro prichádzajúceho nedeľného zákona.</w:t>
      </w:r>
    </w:p>
    <w:p>
      <w:pPr>
        <w:pStyle w:val="ArticleBody"/>
        <w:jc w:val="left"/>
      </w:pPr>
      <w:r>
        <w:rPr>
          <w:rFonts w:ascii="Times New Roman" w:hAnsi="Times New Roman" w:eastAsia="Times New Roman" w:cs="Times New Roman"/>
        </w:rPr>
        <w:t>Keď sa táto pravda rozpozná v spojitosti so skutočnosťou, že mocné hnutie tretieho anjela je varovaním pred blížiacim sa súdom, islamský súd, znázornený tretím beda, možno ľahko pochopiť ako „beda“, ktoré je privedené na „zem“ a „more“.</w:t>
      </w:r>
    </w:p>
    <w:p>
      <w:pPr>
        <w:pStyle w:val="ArticleBody"/>
        <w:jc w:val="left"/>
      </w:pPr>
      <w:r>
        <w:rPr>
          <w:rFonts w:ascii="Times New Roman" w:hAnsi="Times New Roman" w:eastAsia="Times New Roman" w:cs="Times New Roman"/>
        </w:rPr>
        <w:t>Súd živých sa začal 11. septembra 2001 a od toho bodu až do čoskoro prichádzajúceho nedeľného zákona prebieha v Spojených štátoch skúška vytvorenia obrazu šelmy. Od nedeľného zákona až dovtedy, kým Michael povstane a ľudská doba milosti sa uzavrie, bude potom zvyšok sveta skúšaný vytvorením obrazu šelmy. Či už sú adventisti siedmeho dňa v Spojených štátoch skúšaní, alebo je po nedeľnom zákone skúšaný celý svet, táto skúška je definovaná ako skúška, pri ktorej bude rozhodnuté o našom večnom údele. Je to tiež skúška, ktorou musíme prejsť predtým, než sa pri nedeľnom zákone uzavrie doba milosti. Prorocký jav skúšky obrazu šelmy, najprv v Spojených štátoch a potom znovu vo svete, je nevyhnutné správne pochopiť.</w:t>
      </w:r>
    </w:p>
    <w:p>
      <w:pPr>
        <w:pStyle w:val="ArticleScripture"/>
        <w:jc w:val="left"/>
      </w:pPr>
      <w:r>
        <w:rPr>
          <w:rFonts w:ascii="Times New Roman" w:hAnsi="Times New Roman" w:eastAsia="Times New Roman" w:cs="Times New Roman"/>
        </w:rPr>
        <w:t>„Keď sa Amerika, krajina náboženskej slobody, spojí s pápežstvom v znásilňovaní svedomia a v nútení ľudí, aby ctili falošný sabat, ľud každej krajiny na celej zemeguli bude privedený k tomu, aby nasledoval jej príklad.“ Testimonies, zväzok 6, 18.</w:t>
      </w:r>
    </w:p>
    <w:p>
      <w:pPr>
        <w:pStyle w:val="ArticleBody"/>
        <w:jc w:val="left"/>
      </w:pPr>
      <w:r>
        <w:rPr>
          <w:rFonts w:ascii="Times New Roman" w:hAnsi="Times New Roman" w:eastAsia="Times New Roman" w:cs="Times New Roman"/>
        </w:rPr>
        <w:t>Keď sú symboly pochopené, potom úsek v trinástej kapitole Zjavenia, ktorý sa zaoberá týmito dvoma po sebe nasledujúcimi, no totožnými skúškami obrazu šelmy, možno ľahko rozpoznať. Je to dôležité z rozličných dôvodov. Jedným z dôvodov je, že skazená komunikácia, ktorú Lucifer použil v prvej vojne v treťom nebi, znázorňuje, ako sa Satanova skazená komunikácia opäť prejaví v poslednej vojne v prvom nebi.</w:t>
      </w:r>
    </w:p>
    <w:p>
      <w:pPr>
        <w:pStyle w:val="ArticleBody"/>
        <w:jc w:val="left"/>
      </w:pPr>
      <w:r>
        <w:rPr>
          <w:rFonts w:ascii="Times New Roman" w:hAnsi="Times New Roman" w:eastAsia="Times New Roman" w:cs="Times New Roman"/>
        </w:rPr>
        <w:t>Vojna prvého neba, ktorá sa začína pri nedeľnom zákone, sa uskutočňuje počas obdobia skúšky obrazu šelmy pre celý svet. Od 11. septembra 2001 prebieha v Spojených štátoch obdobie skúšky obrazu šelmy. Keď tieto dve obdobia skúšky rozpoznáme ako po sebe nasledujúce, začínajúce Spojenými štátmi a potom svetom, môžeme potom pravdy, ktoré sú znázornené vo vojne v dvanástej kapitole Zjavenia, premietnuť späť do dejín roku 2001 až po nedeľný zákon. Ako príklad: skazená komunikácia Lucifera, ktorá je definovaná ako hypnóza, bude v modernom uplatnení použitá dračou mocou počas boja prvého neba v dvanástej kapitole Zjavenia. Hypnóza, ktorú drak v týchto dejinách používa, slúži na zavraždenie tých, ktorých Jezábeľ označila za heretikov.</w:t>
      </w:r>
    </w:p>
    <w:p>
      <w:pPr>
        <w:pStyle w:val="ArticleBody"/>
        <w:jc w:val="left"/>
      </w:pPr>
      <w:r>
        <w:rPr>
          <w:rFonts w:ascii="Times New Roman" w:hAnsi="Times New Roman" w:eastAsia="Times New Roman" w:cs="Times New Roman"/>
        </w:rPr>
        <w:t>V dejinách roku 2001, až po nedeľný zákon, boli dvaja svedkovia zavraždení na ulici Sodomy a Egypta. Pri prvom naplnení jedenástej kapitoly Zjavenia bola národom predstavovaným Sodomou a Egyptom Francúzsko. Francúzsko je prorocký národ, ktorý pozostáva z dvoch mocností, tak ako Médsko-perzská ríša, tak ako staroveký Izrael vo svojich rozdelených kráľovstvách a tak ako dva kmene Júdu, predstavované Júdou a Benjamínom. Všetky národy s dvoma rohmi symbolicky predstavujú národ s dvoma rohmi, Spojené štáty americké.</w:t>
      </w:r>
    </w:p>
    <w:p>
      <w:pPr>
        <w:pStyle w:val="ArticleBody"/>
        <w:jc w:val="left"/>
      </w:pPr>
      <w:r>
        <w:rPr>
          <w:rFonts w:ascii="Times New Roman" w:hAnsi="Times New Roman" w:eastAsia="Times New Roman" w:cs="Times New Roman"/>
        </w:rPr>
        <w:t>Mesto Sodoma a národ Egypt predstavujú dva rohy republikanizmu (Egypt) a protestantizmu (Sodoma). V roku 2020 boli zabité dva rohy, roh republikanizmu a roh protestantizmu. Hypnotizmus používaný globalistickými dračími mocnosťami prostredníctvom média celosvetovej siete bol potom použitý tým istým spôsobom, akým bude použitý v nadchádzajúcej vojne prvého neba. Tým, že bolo kontrolované posolstvo, ktoré vytvárala celosvetová sieť, boli voľby roku 2020 vedecky zmanipulované tak, aby priniesli výsledok, ktorý bol v súlade s filozofiou globalizmu. Toto je jednoducho príklad nevyhnutnosti porozumieť tomu, že skúška obrazu šelmy sa najprv uskutočňuje v Spojených štátoch a potom vo svete.</w:t>
      </w:r>
    </w:p>
    <w:p>
      <w:pPr>
        <w:pStyle w:val="ArticleScripture"/>
        <w:jc w:val="left"/>
      </w:pPr>
      <w:r>
        <w:rPr>
          <w:rFonts w:ascii="Times New Roman" w:hAnsi="Times New Roman" w:eastAsia="Times New Roman" w:cs="Times New Roman"/>
        </w:rPr>
        <w:t>„Pán mi jasne ukázal, že obraz šelmy bude vytvorený pred skončením času milosti; lebo má byť veľkou skúškou pre Boží ľud, podľa ktorej bude rozhodnutý jeho večný údel. Vaše stanovisko je takou spleťou nezrovnalostí, že len málokto bude oklamaný.</w:t>
      </w:r>
    </w:p>
    <w:p>
      <w:pPr>
        <w:pStyle w:val="ArticleScripture"/>
        <w:jc w:val="left"/>
      </w:pPr>
      <w:r>
        <w:rPr>
          <w:rFonts w:ascii="Times New Roman" w:hAnsi="Times New Roman" w:eastAsia="Times New Roman" w:cs="Times New Roman"/>
        </w:rPr>
        <w:t>„V Zjavení 13 je táto téma jasne predstavená; [Zjavenie 13:11–17, citované].“</w:t>
      </w:r>
    </w:p>
    <w:p>
      <w:pPr>
        <w:pStyle w:val="ArticleScripture"/>
        <w:jc w:val="left"/>
      </w:pPr>
      <w:r>
        <w:rPr>
          <w:rFonts w:ascii="Times New Roman" w:hAnsi="Times New Roman" w:eastAsia="Times New Roman" w:cs="Times New Roman"/>
        </w:rPr>
        <w:t>„Toto je skúška, ktorou musí ľud Boží prejsť skôr, než bude zapečatený. Všetci, ktorí dokázali svoju vernosť Bohu zachovávaním Jeho zákona a odmietnutím prijať falošný sabat, postavia sa pod zástavu Pána Boha Jehovu a prijmú pečať živého Boha. Tí však, ktorí sa zrieknu pravdy nebeského pôvodu a prijmú nedeľný sabat, dostanú znamenie šelmy.“ Manuscript Releases, zväzok 15, 15.</w:t>
      </w:r>
    </w:p>
    <w:p>
      <w:pPr>
        <w:pStyle w:val="ArticleBody"/>
        <w:jc w:val="left"/>
      </w:pPr>
      <w:r>
        <w:rPr>
          <w:rFonts w:ascii="Times New Roman" w:hAnsi="Times New Roman" w:eastAsia="Times New Roman" w:cs="Times New Roman"/>
        </w:rPr>
        <w:t>Skúšobná doba pre adventistov siedmeho dňa sa uzatvára pri vynucovaní nedeľného zákona. Tie krajiny, ktoré nasledujú príklad Spojených štátov, uzavrú svoju skúšobnú dobu tak, ako to urobili Spojené štáty.</w:t>
      </w:r>
    </w:p>
    <w:p>
      <w:pPr>
        <w:pStyle w:val="ArticleScripture"/>
        <w:jc w:val="left"/>
      </w:pPr>
      <w:r>
        <w:rPr>
          <w:rFonts w:ascii="Times New Roman" w:hAnsi="Times New Roman" w:eastAsia="Times New Roman" w:cs="Times New Roman"/>
        </w:rPr>
        <w:t>„Cudzie národy budú nasledovať príklad Spojených štátov. Hoci ona udáva smer, predsa tá istá kríza príde na náš ľud vo všetkých častiach sveta.“ Testimonies, zväzok 6, 395.</w:t>
      </w:r>
    </w:p>
    <w:p>
      <w:pPr>
        <w:pStyle w:val="ArticleBody"/>
        <w:jc w:val="left"/>
      </w:pPr>
      <w:r>
        <w:rPr>
          <w:rFonts w:ascii="Times New Roman" w:hAnsi="Times New Roman" w:eastAsia="Times New Roman" w:cs="Times New Roman"/>
        </w:rPr>
        <w:t>Záverečné pohyby sú rýchle.</w:t>
      </w:r>
    </w:p>
    <w:p>
      <w:pPr>
        <w:pStyle w:val="ArticleScripture"/>
        <w:jc w:val="left"/>
      </w:pPr>
      <w:r>
        <w:rPr>
          <w:rFonts w:ascii="Times New Roman" w:hAnsi="Times New Roman" w:eastAsia="Times New Roman" w:cs="Times New Roman"/>
        </w:rPr>
        <w:t>„Sily zla spájajú svoje sily a upevňujú sa. Zosilňujú sa na poslednú veľkú krízu. V našom svete majú čoskoro nastať veľké zmeny a záverečné udalosti budú rýchle.“ Testimonies, zväzok 9, 11.</w:t>
      </w:r>
    </w:p>
    <w:p>
      <w:pPr>
        <w:pStyle w:val="ArticleBody"/>
        <w:jc w:val="left"/>
      </w:pPr>
      <w:r>
        <w:rPr>
          <w:rFonts w:ascii="Times New Roman" w:hAnsi="Times New Roman" w:eastAsia="Times New Roman" w:cs="Times New Roman"/>
        </w:rPr>
        <w:t>Na pochopenie skúšky obrazu šelmy je potrebná istá miera technickej prorockej aplikácie. Na úvod treba povedať, že znamenie šelmy a obraz šelmy sú dva odlišné symboly.</w:t>
      </w:r>
    </w:p>
    <w:p>
      <w:pPr>
        <w:pStyle w:val="ArticleScripture"/>
        <w:jc w:val="left"/>
      </w:pPr>
      <w:r>
        <w:rPr>
          <w:rFonts w:ascii="Times New Roman" w:hAnsi="Times New Roman" w:eastAsia="Times New Roman" w:cs="Times New Roman"/>
        </w:rPr>
        <w:t>„Obraz šelmy“ predstavuje tú formu odpadlíckeho protestantizmu, ktorá sa vytvorí vtedy, keď protestantské cirkvi budú hľadať pomoc občianskej moci na presadzovanie svojich dogiem. „Znak šelmy“ ešte len treba vymedziť.“ Veľký spor, 445.</w:t>
      </w:r>
    </w:p>
    <w:p>
      <w:pPr>
        <w:pStyle w:val="ArticleBody"/>
        <w:jc w:val="left"/>
      </w:pPr>
      <w:r>
        <w:rPr>
          <w:rFonts w:ascii="Times New Roman" w:hAnsi="Times New Roman" w:eastAsia="Times New Roman" w:cs="Times New Roman"/>
        </w:rPr>
        <w:t>Znamením šelmy je zachovávanie nedele a obrazom šelmy je cirkev, ktorá používa svetskú moc na presadzovanie svojich náboženských učení.</w:t>
      </w:r>
    </w:p>
    <w:p>
      <w:pPr>
        <w:pStyle w:val="ArticleScripture"/>
        <w:jc w:val="left"/>
      </w:pPr>
      <w:r>
        <w:rPr>
          <w:rFonts w:ascii="Times New Roman" w:hAnsi="Times New Roman" w:eastAsia="Times New Roman" w:cs="Times New Roman"/>
        </w:rPr>
        <w:t>„Presadzovanie zachovávania nedele zo strany protestantských cirkví je presadzovaním uctievania pápežstva — šelmy. Tí, ktorí, rozumejúc nárokom štvrtého prikázania, sa rozhodnú zachovávať falošný namiesto pravého sobotného dňa, tým vzdávajú poctu tej moci, na základe ktorej jedine je to prikazované. No práve tým činom, že by cirkvi presadzovali náboženskú povinnosť svetskou mocou, samy by vytvorili obraz šelme; preto by presadzovanie zachovávania nedele v Spojených štátoch bolo presadzovaním uctievania šelmy a jej obrazu.“ The Great Controversy, 448, 449.</w:t>
      </w:r>
    </w:p>
    <w:p>
      <w:pPr>
        <w:pStyle w:val="ArticleBody"/>
        <w:jc w:val="left"/>
      </w:pPr>
      <w:r>
        <w:rPr>
          <w:rFonts w:ascii="Times New Roman" w:hAnsi="Times New Roman" w:eastAsia="Times New Roman" w:cs="Times New Roman"/>
        </w:rPr>
        <w:t>Obraz šelmy predstavuje spojenie cirkvi a štátu, pričom cirkev má nad týmto vzťahom kontrolu. Jezábeľ vládla nad Achabom, tak ako Herodiada vládla nad Herodesom. Znamením šelmy je zachovávanie nedele. Obraz šelmy sa vyvíja počas určitého časového obdobia. Znamenie šelmy predstavuje určitý časový bod. Obraz šelmy sa rozvíja postupne, no svoju plnú zrelosť dosahuje až vtedy, keď má moc prinútiť štát, aby presadil jej náboženské dogmy. Skúška súvisí s „utváraním“ obrazu.</w:t>
      </w:r>
    </w:p>
    <w:p>
      <w:pPr>
        <w:pStyle w:val="ArticleScripture"/>
        <w:jc w:val="left"/>
      </w:pPr>
      <w:r>
        <w:rPr>
          <w:rFonts w:ascii="Times New Roman" w:hAnsi="Times New Roman" w:eastAsia="Times New Roman" w:cs="Times New Roman"/>
        </w:rPr>
        <w:t>„Čo je však ‚obraz šelmy‘? a ako má byť vytvorený? Obraz vytvára šelma s dvoma rohmi a je obrazom šelmy. Nazýva sa aj obrazom šelmy. Aby sme teda poznali, aký je tento obraz a ako má byť vytvorený, musíme skúmať charakteristické črty samotnej šelmy — pápežstva.</w:t>
      </w:r>
    </w:p>
    <w:p>
      <w:pPr>
        <w:pStyle w:val="ArticleScripture"/>
        <w:jc w:val="left"/>
      </w:pPr>
      <w:r>
        <w:rPr>
          <w:rFonts w:ascii="Times New Roman" w:hAnsi="Times New Roman" w:eastAsia="Times New Roman" w:cs="Times New Roman"/>
        </w:rPr>
        <w:t>„Keď sa raná cirkev skazila tým, že sa odvrátila od jednoduchosti evanjelia a prijala pohanské obrady a zvyky, stratila Ducha a moc Božiu; a aby ovládala svedomie ľudu, hľadala oporu svetskej moci. Výsledkom bolo pápežstvo, cirkev, ktorá ovládala moc štátu a používala ju na presadzovanie svojich vlastných cieľov, zvlášť na trestanie ‚kacírstva‘. Aby Spojené štáty vytvorili obraz šelmy, musí náboženská moc natoľko ovládnuť občiansku vládu, že autorita štátu bude cirkvou takisto použitá na uskutočnenie jej vlastných cieľov.“ Veľký spor vekov, 443.</w:t>
      </w:r>
    </w:p>
    <w:p>
      <w:pPr>
        <w:pStyle w:val="ArticleBody"/>
        <w:jc w:val="left"/>
      </w:pPr>
      <w:r>
        <w:rPr>
          <w:rFonts w:ascii="Times New Roman" w:hAnsi="Times New Roman" w:eastAsia="Times New Roman" w:cs="Times New Roman"/>
        </w:rPr>
        <w:t>Rozlíšenie medzi obrazom šelmy a znamením šelmy je pomerne tradičným adventistickým chápaním. Kde sa adventizmus pri tejto téme spravidla odchyľuje od správneho smeru, je v trinástej kapitole Zjavenia. Akýmsi spôsobom miešajú činnosť Spojených štátov po zavedení nedeľného zákona, keď nútia svet, aby postavil obraz šelme, so vztyčovaním obrazu šelmy v Spojených štátoch. Ide o dve odlišné prorocké obdobia.</w:t>
      </w:r>
    </w:p>
    <w:p>
      <w:pPr>
        <w:pStyle w:val="ArticleBody"/>
        <w:jc w:val="left"/>
      </w:pPr>
      <w:r>
        <w:rPr>
          <w:rFonts w:ascii="Times New Roman" w:hAnsi="Times New Roman" w:eastAsia="Times New Roman" w:cs="Times New Roman"/>
        </w:rPr>
        <w:t>Kristus prišiel potvrdiť zmluvu s mnohými na jeden týždeň a uprostred toho týždňa bol ukrižovaný. Tento týždeň teda predobrazuje dve časové obdobia, keď sa vytvára obraz šelmy. Kristov týždeň bol rozdelený na dve totožné obdobia, ktoré predstavujú obraz Krista. Dve skúšobné časové obdobia v posledných dňoch predstavujú obraz antikrista.</w:t>
      </w:r>
    </w:p>
    <w:p>
      <w:pPr>
        <w:pStyle w:val="ArticleBody"/>
        <w:jc w:val="left"/>
      </w:pPr>
      <w:r>
        <w:rPr>
          <w:rFonts w:ascii="Times New Roman" w:hAnsi="Times New Roman" w:eastAsia="Times New Roman" w:cs="Times New Roman"/>
        </w:rPr>
        <w:t>V prvom období tisícdvestošesťdesiatich dní Kristus niesol svoje vlastné svedectvo a potom zomrel na kríži. Potom nasledovalo totožných tisícdvestošesťdesiat dní, počas ktorých vydávali svedectvo učeníci, až kým sa pri ukameňovaní Štefana nepostavil Michael. Kríž je predobrazom nedeľného zákona. Dve obdobia skúšky v súvislosti s vytvorením obrazu šelmy určujú prvé obdobie v spojení so stoštyridsiatimi štyrmi tisícmi, ktorí sú predobrazení Kristom, a toto obdobie sa končí pri nedeľnom zákone, ktorý je predobrazený krížom. Posledné totožné obdobie skúšky, ktoré bolo znázornené dielom učeníkov v čase Krista, sa sústreďuje na veľký zástup a končí sa vtedy, keď sa Michael postaví, nie pri ukameňovaní Štefana, ale pri uzavretí ľudskej doby milosti v Danielovi 12:1.</w:t>
      </w:r>
    </w:p>
    <w:p>
      <w:pPr>
        <w:pStyle w:val="ArticleBody"/>
        <w:jc w:val="left"/>
      </w:pPr>
      <w:r>
        <w:rPr>
          <w:rFonts w:ascii="Times New Roman" w:hAnsi="Times New Roman" w:eastAsia="Times New Roman" w:cs="Times New Roman"/>
        </w:rPr>
        <w:t>Niektorí nedokážu rozpoznať skutočnú postupnosť udalostí v Zjavení trinástej kapitole, od jedenásteho verša ďalej, pre to, čo sa často javí ako zámerná neochota uznať, že keď Spojené štáty hovoria ako drak, predstavuje to úplné sformovanie obrazu šelmy v Spojených štátoch. Aby Spojené štáty mohli prijať nedeľný zákon, obraz šelmy v Spojených štátoch musí byť sformovaný ešte pred nedeľným zákonom. Ak tomuto bodu nerozumiete, znovu si prečítajte niekoľko predchádzajúcich pasáží práve citovaných z Veľkého sporu.</w:t>
      </w:r>
    </w:p>
    <w:p>
      <w:pPr>
        <w:pStyle w:val="ArticleBody"/>
        <w:jc w:val="left"/>
      </w:pPr>
      <w:r>
        <w:rPr>
          <w:rFonts w:ascii="Times New Roman" w:hAnsi="Times New Roman" w:eastAsia="Times New Roman" w:cs="Times New Roman"/>
        </w:rPr>
        <w:t>Keď Spojené štáty v jedenástom verši trinástej kapitoly hovoria ako drak, predstavuje to konanie zákonodarných a súdnych orgánov, ktoré na pokyn odpadlíckych cirkví v Spojených štátoch prijímajú nedeľný zákon. Výnos o nedeľnom zákone vychádza z úst Spojených štátov.</w:t>
      </w:r>
    </w:p>
    <w:p>
      <w:pPr>
        <w:pStyle w:val="ArticleScripture"/>
        <w:jc w:val="left"/>
      </w:pPr>
      <w:r>
        <w:rPr>
          <w:rFonts w:ascii="Times New Roman" w:hAnsi="Times New Roman" w:eastAsia="Times New Roman" w:cs="Times New Roman"/>
        </w:rPr>
        <w:t>„Videla som, že šelma s dvoma rohmi mala dračie ústa, a že jej moc bola v jej hlave, a že nariadenie vyjde z jej úst.“ Spalding and Magan, 1.</w:t>
      </w:r>
    </w:p>
    <w:p>
      <w:pPr>
        <w:pStyle w:val="ArticleBody"/>
        <w:jc w:val="left"/>
      </w:pPr>
      <w:r>
        <w:rPr>
          <w:rFonts w:ascii="Times New Roman" w:hAnsi="Times New Roman" w:eastAsia="Times New Roman" w:cs="Times New Roman"/>
        </w:rPr>
        <w:t>Vždy ma udivovalo, že adventizmus má problém rozpoznať, že keď dvojrohá zemská šelma hovorí ako drak, neoznačuje to iba nedeľný zákon v Spojených štátoch, ale zároveň aj to, že obraz pápežskej morskej šelmy bol úplne vytvorený. Aby Spojené štáty mohli prijať nedeľný zákon, spojenie cirkvi a štátu sa musí najprv úplne rozvinúť. Odpadlé cirkvi Spojených štátov sa jednoducho nestretnú v pondelok, potom v utorok nejdú do Kongresu a nepovedia Kongresu, že do stredy chcú prijať nedeľnú legislatívu. Proces spájania, ktorý prebieha medzi cirkvou a štátom, je predstavený ako „utváranie“ obrazu šelmy, podobne ako „utváranie“ zlatého obrazu v 3. kapitole Daniela; jeho vybudovanie si vyžiada istý čas. Obraz šelmy je systém, ktorý pápežstvo použilo na zavraždenie miliónov mučeníkov v temnom stredoveku, a na vytvorenie spoločenského prostredia a právneho precedensu nevyhnutného na presadzovanie nedeľného zákona sú potrebné spoločenské, politické, náboženské a hospodárske vývojové procesy. Tieto vývojové procesy predstavujú skúšku obrazu šelmy, „ktorou bude rozhodnutý náš večný údel,“ a predstavujú skúšku, ktorou musíme prejsť, „predtým než budeme spečatení.“</w:t>
      </w:r>
    </w:p>
    <w:p>
      <w:pPr>
        <w:pStyle w:val="ArticleScripture"/>
        <w:jc w:val="left"/>
      </w:pPr>
      <w:r>
        <w:rPr>
          <w:rFonts w:ascii="Times New Roman" w:hAnsi="Times New Roman" w:eastAsia="Times New Roman" w:cs="Times New Roman"/>
        </w:rPr>
        <w:t>„Pán mi jasne ukázal, že obraz šelmy bude vytvorený skôr, než sa uzavrie čas milosti; lebo to má byť veľká skúška pre Boží ľud, podľa ktorej sa rozhodne o jeho večnom osude.... Toto je skúška, ktorou musí Boží ľud prejsť skôr, než bude zapečatený.“ Manuscript Releases, zväzok 15, 15.</w:t>
      </w:r>
    </w:p>
    <w:p>
      <w:pPr>
        <w:pStyle w:val="ArticleBody"/>
        <w:jc w:val="left"/>
      </w:pPr>
      <w:r>
        <w:rPr>
          <w:rFonts w:ascii="Times New Roman" w:hAnsi="Times New Roman" w:eastAsia="Times New Roman" w:cs="Times New Roman"/>
        </w:rPr>
        <w:t>Nedeľný zákon je krízou o polnoci, ktorá nachádza svoje konečné dokonalé naplnenie v podobenstve o desiatich pannách. V tejto polnočnej kríze sa zjaví, či sme múdre filadelfské panny alebo pochabé laodicejské panny. Pochabé prijmú znamenie šelmy a múdre prijmú pečať Božiu. Každý, kto sa kedy pripojil k Cirkvi adventistov siedmeho dňa, súhlasil so zoznamom vieroučných právd ešte predtým, ako sa stal členom, a preto bol každému adventistovi siedmeho dňa predložený svetlo pravdy o sobote.</w:t>
      </w:r>
    </w:p>
    <w:p>
      <w:pPr>
        <w:pStyle w:val="ArticleScripture"/>
        <w:jc w:val="left"/>
      </w:pPr>
      <w:r>
        <w:rPr>
          <w:rFonts w:ascii="Times New Roman" w:hAnsi="Times New Roman" w:eastAsia="Times New Roman" w:cs="Times New Roman"/>
        </w:rPr>
        <w:t>„Ak vám bolo predložené svetlo pravdy, ktoré odhaľuje sobotu štvrtého prikázania a ukazuje, že v Božom slove niet nijakého základu pre zachovávanie nedele, a predsa sa stále pridŕžate falošnej soboty a odmietate svätiť sobotu, ktorú Boh nazýva ‚môj svätý deň‘, prijímate znamenie šelmy. Kedy sa to deje? — Keď poslúchnete nariadenie, ktoré vám prikazuje zdržať sa práce v nedeľu a uctievať Boha, hoci viete, že v Biblii niet ani slova, ktoré by ukazovalo, že nedeľa je niečím iným než obyčajným pracovným dňom, súhlasíte s prijatím znamenia šelmy a odmietate pečať Božiu. Ak prijmeme toto znamenie na svoje čelá alebo na svoje ruky, musia na nás dopadnúť súdy vyslovené nad neposlušnými. Ale pečať živého Boha je položená na tých, ktorí svedomito zachovávajú sobotu Pánovu.“ Review and Herald, 27. apríla 1911.</w:t>
      </w:r>
    </w:p>
    <w:p>
      <w:pPr>
        <w:pStyle w:val="ArticleBody"/>
        <w:jc w:val="left"/>
      </w:pPr>
      <w:r>
        <w:rPr>
          <w:rFonts w:ascii="Times New Roman" w:hAnsi="Times New Roman" w:eastAsia="Times New Roman" w:cs="Times New Roman"/>
        </w:rPr>
        <w:t>Utváranie obrazu šelmy v Spojených štátoch sa prorocky začalo 11. septembra 2001. Existuje niekoľko prorockých svedectiev, ktoré potvrdzujú túto skutočnosť. Od toho okamihu až do čoskoro prichádzajúceho nedeľného zákona adventisti siedmeho dňa určujú svoj večný osud na základe toho, či skúškou obrazu šelmy prejdú, alebo v skúške obrazu šelmy zlyhajú. Tvrdil by som, že len veľmi málo adventistov siedmeho dňa vôbec vie, že obraz šelmy je skúškou. Málokto, ak vôbec niekto, vie, ako môže byť skúškou, a čo je ešte dôležitejšie, nevedia, čo sa vyžaduje na to, aby touto skúškou prešli. Sme súdení nielen podľa svetla, ktoré máme, ale aj podľa svetla, ktoré sme mohli mať, keby sme sa boli usilovne venovali pochopeniu nárastu poznania. Laodicejská slepota je preto najväčšou slepotou za šesťtisíc rokov hriechu.</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Pretože si zabudol na zákon svojho Boha, aj ja zabudnem na tvoje deti. Ozeáš 4,6.</w:t>
      </w:r>
    </w:p>
    <w:p>
      <w:pPr>
        <w:pStyle w:val="ArticleBody"/>
        <w:jc w:val="left"/>
      </w:pPr>
      <w:r>
        <w:rPr>
          <w:rFonts w:ascii="Times New Roman" w:hAnsi="Times New Roman" w:eastAsia="Times New Roman" w:cs="Times New Roman"/>
        </w:rPr>
        <w:t>Skúška vytvorenia obrazu šelmy sa končí pri čoskoro prichádzajúcom nedeľnom zákone, a ak sme touto skúškou neprešli, prijmeme znak šelmy spolu so všetkými ostatnými pochabými laodicejskými pannami, ktoré odmietli zadovážiť si olej. Nie som tu preto, aby som obhajoval, prečo rozumiem, že skúška obrazu šelmy sa začala 11. septembra 2001 a končí pri nedeľnom zákone. Jednoducho len určujem prorockú logiku nevyhnutnú na pochopenie úlohy Spojených štátov, ako sú označené v trinástej kapitole Zjavenia, po tom, čo prijmú nedeľný zákon. V jedenástom verši hovorí ako drak a od toho bodu je dôležité sledovať slovo „on“. Obraz šelmy, ktorý potom Spojené štáty nútia svet zriadiť, nie je obrazom šelmy v Spojených štátoch, lebo ten už patrí minulosti.</w:t>
      </w:r>
    </w:p>
    <w:p>
      <w:pPr>
        <w:pStyle w:val="ArticleScripture"/>
        <w:jc w:val="left"/>
      </w:pPr>
      <w:r>
        <w:rPr>
          <w:rFonts w:ascii="Times New Roman" w:hAnsi="Times New Roman" w:eastAsia="Times New Roman" w:cs="Times New Roman"/>
        </w:rPr>
        <w:t>A videl som inú šelmu vystupovať zo zeme; a mala dva rohy podobné baránkovým, ale hovorila ako drak. A vykonáva všetku moc prvej šelmy pred ňou a pôsobí, aby sa zem i tí, čo na nej bývajú, klaňali prvej šelme, ktorej smrteľná rana sa zahojila. A robí veľké znamenia, takže aj oheň necháva zostupovať z neba na zem pred očami ľudí. A zvádza tých, čo bývajú na zemi, pomocou znamení, ktoré jej bolo dané robiť pred očami šelmy, hovoriac tým, čo bývajú na zemi, aby zhotovili obraz šelme, ktorá mala ranu od meča, a predsa ožila. A bolo jej dané vdýchnuť život obrazu šelmy, aby obraz šelmy aj hovoril, aj spôsobil, aby boli pobití všetci, ktorí by sa neklaňali obrazu šelmy. A pôsobí, aby všetci, malí i veľkí, bohatí i chudobní, slobodní i otroci, dostali znak na pravú ruku alebo na svoje čelá, a aby nik nemohol kupovať ani predávať, iba ten, kto má znak alebo meno šelmy, alebo číslo jej mena. Zjavenie 13:11–17.</w:t>
      </w:r>
    </w:p>
    <w:p>
      <w:pPr>
        <w:pStyle w:val="ArticleBody"/>
        <w:jc w:val="left"/>
      </w:pPr>
      <w:r>
        <w:rPr>
          <w:rFonts w:ascii="Times New Roman" w:hAnsi="Times New Roman" w:eastAsia="Times New Roman" w:cs="Times New Roman"/>
        </w:rPr>
        <w:t>V týchto siedmich veršoch sa slovo „on“ vyskytuje osemkrát. Zakaždým, keď je použité slovo „on“, odkazuje späť na pôvodné „on“, „ktorý hovoril ako drak“, pri nedeľnom zákone v Spojených štátoch. Skúška obrazu šelmy, ktorou adventisti v Spojených štátoch buď prešli, alebo v nej zlyhali, keď Spojené štáty hovorili ako drak, sa potom opakuje pre adventistov v ostatných národoch sveta, a tiež pre ostatné Božie deti, ktoré sú ešte stále v Babylone. V nasledujúcom článku budeme pokračovať v našom uvažovaní o Spojených štátoch v trinástej kapitole Zjavenia, no dovoľte mi pripomenúť vám, prečo sa touto pravdou zaoberáme práve v tomto čase.</w:t>
      </w:r>
    </w:p>
    <w:p>
      <w:pPr>
        <w:pStyle w:val="ArticleBody"/>
        <w:jc w:val="left"/>
      </w:pPr>
      <w:r>
        <w:rPr>
          <w:rFonts w:ascii="Times New Roman" w:hAnsi="Times New Roman" w:eastAsia="Times New Roman" w:cs="Times New Roman"/>
        </w:rPr>
        <w:t>Vojna, ktorá sa začala s Luciferom v treťom nebi, je predobrazom vojny, ktorá sa začína v prvom nebi pri nedeľnom zákone. Skazené komunikácie draka sú znázornené v oboch bojoch. Moderný prejav Satanových skazených komunikácií predstavuje hypnotický tranz, ktorému podlieha planéta Zem v dejinách po čoskoro prichádzajúcom nedeľnom zákone. Tento blud sa uskutočňuje prostredníctvom kontroly toho, čo sa nazýva „informačná superdiaľnica“, zo strany celosvetovej siete. Tými rozličnými cestami „informačnej superdiaľnice“ sú sociálna, hospodárska, náboženská, takzvaná vedecká a zábavná sféra, a čo je ešte dôležitejšie, sféra spravodajských médií.</w:t>
      </w:r>
    </w:p>
    <w:p>
      <w:pPr>
        <w:pStyle w:val="ArticleBody"/>
        <w:jc w:val="left"/>
      </w:pPr>
      <w:r>
        <w:rPr>
          <w:rFonts w:ascii="Times New Roman" w:hAnsi="Times New Roman" w:eastAsia="Times New Roman" w:cs="Times New Roman"/>
        </w:rPr>
        <w:t>Len čo sa rozpozná pravda, že „informačná superdiaľnica“ je moderným prejavom satanskej hypnotickej komunikácie a tiež jemnej hypnózy, ktorú Satan použil v boji anjelov v treťom nebi, môžeme potvrdiť, že „informačná superdiaľnica“ je prvkom „poslednej“ skúšky obrazu šelmy pre svet, ktorá nastáva po nedeľnom zákone. Potom bude ľahké rozpoznať, že „prvá“ skúška obrazu šelmy pre Spojené štáty musí niesť tú istú skazenú satanskú komunikáciu ako posledná. Svedectvo o Satanovom diele skazenia „informačnej superdiaľnice“ od nedeľného zákona až po uzavretie doby milosti poskytuje dôkaz o tom, ako bola v roku 2020 vykonaná vražda dvoch rohov republikánstva a ostatku pravého protestantizmu na šelme vychádzajúcej zo zeme. Bola vykonaná prostredníctvom „informačnej superdiaľnice“, ktorú Ján v Zjavení jedenásť nazýva „ulicou“.</w:t>
      </w:r>
    </w:p>
    <w:p>
      <w:pPr>
        <w:pStyle w:val="ArticleBody"/>
        <w:jc w:val="left"/>
      </w:pPr>
      <w:r>
        <w:rPr>
          <w:rFonts w:ascii="Times New Roman" w:hAnsi="Times New Roman" w:eastAsia="Times New Roman" w:cs="Times New Roman"/>
        </w:rPr>
        <w:t>Odzapečatenie týchto prorockých skutočností je súčasťou toho, čo musia pochopiť tí, ktorí majú v úmysle prejsť skúškou obrazu šelmy, o ktorom prorokyňa jasne videla, že bude vytvorený pred uzavretím doby milosti a predtým, než bude zapečatených stoštyridsaťštyritisíc.</w:t>
      </w:r>
    </w:p>
    <w:p>
      <w:pPr>
        <w:pStyle w:val="ArticleScripture"/>
        <w:jc w:val="left"/>
      </w:pPr>
      <w:r>
        <w:rPr>
          <w:rFonts w:ascii="Times New Roman" w:hAnsi="Times New Roman" w:eastAsia="Times New Roman" w:cs="Times New Roman"/>
        </w:rPr>
        <w:t>„Keď bude nariadenie vydané a pečať vtlačená, ich charakter zostane čistý a bez poškvrny po celú вечnosť.“ Testimonies, zväzok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jedenásť</dc:title>
  <dc:subject>Obraz šelmy</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