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dvanásť</w:t>
      </w:r>
    </w:p>
    <w:p>
      <w:pPr>
        <w:pStyle w:val="ArticleSubtitle"/>
        <w:jc w:val="left"/>
      </w:pPr>
      <w:r>
        <w:rPr>
          <w:rFonts w:ascii="Arial" w:hAnsi="Arial" w:eastAsia="Arial" w:cs="Arial"/>
        </w:rPr>
        <w:t>Dve skúšky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Nachádzame sa v procese skúmania kapitol jedenásť až trinásť knihy Zjavenie, kde nachádzame všetkých protivníkov v záverečnom skúšobnom boji veľkého sporu, ktorý sa odohráva na bojisku prvého neba. Protivníkmi sú stoštyridsaťštyritisíc a veľký zástup, ktorý vychádza z Babylona ako druhotná sila, proti Organizácii Spojených národov, Katolíckej cirkvi, Spojeným štátom a samotnému satanovi. Stoštyridsaťštyritisíc a veľký zástup sú Božou armádou, predstavujúcou posolstvo tretieho anjela, a obe strany vo vojne zároveň čelia armáde Božieho súdu, predstavovanej nie tretím anjelom, ale tretím beda.</w:t>
      </w:r>
    </w:p>
    <w:p>
      <w:pPr>
        <w:pStyle w:val="ArticleBody"/>
        <w:jc w:val="left"/>
      </w:pPr>
      <w:r>
        <w:rPr>
          <w:rFonts w:ascii="Times New Roman" w:hAnsi="Times New Roman" w:eastAsia="Times New Roman" w:cs="Times New Roman"/>
        </w:rPr>
        <w:t>Aby sme určili určité charakteristiky, ktoré prispeli k usmrteniu republikánskeho a protestantského rohu v roku 2020, snažíme sa rozpoznať prorocké charakteristiky, ktoré sa vyskytujú v boji ľudstva v prvom nebi, od nedeľného zákona až po chvíľu, keď povstane Michael. V tejto dejinnej línii je celý svet prinútený vztýčiť obraz šelme. Táto dejinná línia je opakovaním dejín Spojených štátov od 11. septembra 2001 až po čoskoro prichádzajúci nedeľný zákon, ktorý oddeľuje tieto dve paralelné dejinné línie. Ako paralelné dejiny obe predstavujú svedectvo tej druhej dejinnej línie. Čo sa odohráva v jednej z týchto dejinných línií, odohrá sa aj v tej druhej. Druhá dejinná línia je ohniskom kapitol dvanásť a trinásť knihy Zjavenie a naším zámerom je porozumieť druhému svedkovi, aby sme vrhli prorocké svetlo na prvú dejinnú líniu, ktorá je teraz už takmer ukončená.</w:t>
      </w:r>
    </w:p>
    <w:p>
      <w:pPr>
        <w:pStyle w:val="ArticleBody"/>
        <w:jc w:val="left"/>
      </w:pPr>
      <w:r>
        <w:rPr>
          <w:rFonts w:ascii="Times New Roman" w:hAnsi="Times New Roman" w:eastAsia="Times New Roman" w:cs="Times New Roman"/>
        </w:rPr>
        <w:t>Tri mocnosti, ktoré vedú svet k Armagedonu, sú predstavené v dvanástej a trinástej kapitole. Najprv je spomenutá mocnosť draka.</w:t>
      </w:r>
    </w:p>
    <w:p>
      <w:pPr>
        <w:pStyle w:val="ArticleScripture"/>
        <w:jc w:val="left"/>
      </w:pPr>
      <w:r>
        <w:rPr>
          <w:rFonts w:ascii="Times New Roman" w:hAnsi="Times New Roman" w:eastAsia="Times New Roman" w:cs="Times New Roman"/>
        </w:rPr>
        <w:t>A ukázalo sa iné znamenie na nebi; a hľa, veľký červený drak, ktorý mal sedem hláv a desať rohov a na svojich hlavách sedem korún. A jeho chvost strhol tretinu nebeských hviezd a zvrhol ich na zem. A drak stál pred ženou, ktorá mala porodiť, aby zožral jej dieťa, len čo sa narodí. Zjavenie 12:3, 4.</w:t>
      </w:r>
    </w:p>
    <w:p>
      <w:pPr>
        <w:pStyle w:val="ArticleBody"/>
        <w:jc w:val="left"/>
      </w:pPr>
      <w:r>
        <w:rPr>
          <w:rFonts w:ascii="Times New Roman" w:hAnsi="Times New Roman" w:eastAsia="Times New Roman" w:cs="Times New Roman"/>
        </w:rPr>
        <w:t>Sestra Whiteová nás informuje, že drakom v tejto kapitole je satan, ale v druhotnom zmysle je ním pohanský Rím. Satan aj pohanský Rím sú predobrazom Organizácie Spojených národov. Desať rohov šelmy predstavuje zlú konfederáciu desiatich kráľov v Zjavení sedemnásť. Týchto desať kráľov je predstavených v Zjavení sedemnásť a sú tam označení ako siedme kráľovstvo biblického proroctva. Šelma je predstavená tak, že má sedem hláv so siedmimi korunami, čo ju označuje ako siedme kráľovstvo biblického proroctva. V Danielovi dva sú predstavení ako duchovné Grécko a v svedectve o vrchu Karmel sú tiež Achabom a sú desiatimi nepriateľmi v Žalme osemdesiat tri.</w:t>
      </w:r>
    </w:p>
    <w:p>
      <w:pPr>
        <w:pStyle w:val="ArticleBody"/>
        <w:jc w:val="left"/>
      </w:pPr>
      <w:r>
        <w:rPr>
          <w:rFonts w:ascii="Times New Roman" w:hAnsi="Times New Roman" w:eastAsia="Times New Roman" w:cs="Times New Roman"/>
        </w:rPr>
        <w:t>Druhou pozemskou mocou nepriateľa, spomenutou v dvanástej a trinástej kapitole Zjavenia, je šelma, ktorá vystupuje z mora a ktorú sestra Whiteová priamo označuje za katolicizmus.</w:t>
      </w:r>
    </w:p>
    <w:p>
      <w:pPr>
        <w:pStyle w:val="ArticleScripture"/>
        <w:jc w:val="left"/>
      </w:pPr>
      <w:r>
        <w:rPr>
          <w:rFonts w:ascii="Times New Roman" w:hAnsi="Times New Roman" w:eastAsia="Times New Roman" w:cs="Times New Roman"/>
        </w:rPr>
        <w:t>A postavil som sa na piesok mora a videl som šelmu vystupovať z mora; mala sedem hláv a desať rohov, na svojich rohoch desať korún a na svojich hlavách meno rúhania. A šelma, ktorú som videl, bola podobná leopardovi, jej nohy boli ako nohy medveďa a jej tlama ako tlama leva; a drak jej dal svoju moc, svoj trón a veľkú právomoc. A videl som jednu z jej hláv akoby smrteľne zranenú; a jej smrteľná rana bola uzdravená. A celý svet sa v úžase obrátil za šelmou. Zjavenie 13:1–3.</w:t>
      </w:r>
    </w:p>
    <w:p>
      <w:pPr>
        <w:pStyle w:val="ArticleBody"/>
        <w:jc w:val="left"/>
      </w:pPr>
      <w:r>
        <w:rPr>
          <w:rFonts w:ascii="Times New Roman" w:hAnsi="Times New Roman" w:eastAsia="Times New Roman" w:cs="Times New Roman"/>
        </w:rPr>
        <w:t>Ján stál v prvom verši na morskom brehu a vidí šelmu vystupovať z mora; potom vidí šelmu vychádzať zo zeme. Sestra Whiteová uvádza, že čas, v ktorom Ján videl obe šelmy, bol rok 1798, lebo to bol rok, keď bolo pápežstvo „zbavené svojej sily“, a tak utrpelo smrteľnú ranu, ktorá mala byť napokon uzdravená.</w:t>
      </w:r>
    </w:p>
    <w:p>
      <w:pPr>
        <w:pStyle w:val="ArticleScripture"/>
        <w:jc w:val="left"/>
      </w:pPr>
      <w:r>
        <w:rPr>
          <w:rFonts w:ascii="Times New Roman" w:hAnsi="Times New Roman" w:eastAsia="Times New Roman" w:cs="Times New Roman"/>
        </w:rPr>
        <w:t>„V čase, keď pápežstvo, zbavené svojej sily, bolo donútené upustiť od prenasledovania, Ján uzrel novú moc, ktorá povstávala, aby opakovala hlas draka a pokračovala v tom istom krutom a rúhavom diele. Táto moc, posledná, ktorá má viesť vojnu proti cirkvi a Božiemu zákonu, je znázornená šelmou s rohmi podobnými baránkovým. Šelmy, ktoré jej predchádzali, vystúpili z mora; táto však vystúpila zo zeme, čo predstavuje pokojný vzostup národa, ktorý symbolizovala — Spojené štáty.“ Signs of the Times, 8. februára 1910.</w:t>
      </w:r>
    </w:p>
    <w:p>
      <w:pPr>
        <w:pStyle w:val="ArticleBody"/>
        <w:jc w:val="left"/>
      </w:pPr>
      <w:r>
        <w:rPr>
          <w:rFonts w:ascii="Times New Roman" w:hAnsi="Times New Roman" w:eastAsia="Times New Roman" w:cs="Times New Roman"/>
        </w:rPr>
        <w:t>Ján sa pozerá späť do dejín, keď vidí šelmu z mora, ktorou je pápežstvo. Keď sa pozerá dopredu v dejinách, vidí šelmu zo zeme, ktorou sú Spojené štáty. Preto je šelma z mora prorocky utvorená tak, ako je. Keď sa Ján pozerá späť od roku 1798, najprv vidí „sedem hláv a desať rohov“, čím označuje ten bod v dejinách, keď boli tri z rohov vytrhnuté, aby uvoľnili miesto mocnému rohu pápežstva, ktorý hovoril veľké veci.</w:t>
      </w:r>
    </w:p>
    <w:p>
      <w:pPr>
        <w:pStyle w:val="ArticleScripture"/>
        <w:jc w:val="left"/>
      </w:pPr>
      <w:r>
        <w:rPr>
          <w:rFonts w:ascii="Times New Roman" w:hAnsi="Times New Roman" w:eastAsia="Times New Roman" w:cs="Times New Roman"/>
        </w:rPr>
        <w:t>Potom som chcel poznať pravdu o štvrtej šelme, ktorá sa líšila od všetkých ostatných, bola nadmieru hrozná, jej zuby boli zo železa a jej pazúry z medi; ktorá pohlcovala, drvila na kusy a zvyšok pošliapavala svojimi nohami; aj o desiatich rohoch, ktoré boli na jej hlave, a o tom inom, ktorý vyrástol a pred ktorým tri padli; totiž o tom rohu, ktorý mal oči a ústa hovoriace veľmi veľké veci, a ktorého vzhľad bol smelší než vzhľad jeho druhov. Daniel 7:19, 20.</w:t>
      </w:r>
    </w:p>
    <w:p>
      <w:pPr>
        <w:pStyle w:val="ArticleBody"/>
        <w:jc w:val="left"/>
      </w:pPr>
      <w:r>
        <w:rPr>
          <w:rFonts w:ascii="Times New Roman" w:hAnsi="Times New Roman" w:eastAsia="Times New Roman" w:cs="Times New Roman"/>
        </w:rPr>
        <w:t>Predtým, než boli odstránené tie tri rohy Herulov, Ostrogótov a Vandalov, bolo pohanské Rím zastúpené „desiatimi korunami“. Tých desať korún predstavuje pohanský Rím. Potom Ján označuje leoparda Grécka, potom medveďa Médsko-Perzie a napokon leva Babylonu.</w:t>
      </w:r>
    </w:p>
    <w:p>
      <w:pPr>
        <w:pStyle w:val="ArticleScripture"/>
        <w:jc w:val="left"/>
      </w:pPr>
      <w:r>
        <w:rPr>
          <w:rFonts w:ascii="Times New Roman" w:hAnsi="Times New Roman" w:eastAsia="Times New Roman" w:cs="Times New Roman"/>
        </w:rPr>
        <w:t>Prvá bola podobná levovi a mala orlie krídla. Hľadel som, dokiaľ jej neboli vytrhnuté krídla; a bola pozdvihnutá zo zeme a postavená na nohy ako človek, a bolo jej dané srdce človeka. A hľa, iná šelma, druhá, podobná medveďovi, sa zdvihla na jednu stranu, a v papuli medzi zubami mala tri rebrá; a bolo jej povedané takto: Vstaň, zožer mnoho mäsa. Potom som hľadel, a hľa, iná, podobná leopardovi, ktorá mala na chrbte štyri vtáčie krídla; šelma mala aj štyri hlavy; a bola jej daná vláda. Daniel 7:4–6.</w:t>
      </w:r>
    </w:p>
    <w:p>
      <w:pPr>
        <w:pStyle w:val="ArticleBody"/>
        <w:jc w:val="left"/>
      </w:pPr>
      <w:r>
        <w:rPr>
          <w:rFonts w:ascii="Times New Roman" w:hAnsi="Times New Roman" w:eastAsia="Times New Roman" w:cs="Times New Roman"/>
        </w:rPr>
        <w:t>V katolicizme niet ani jeden prvok, ktorý by bol kresťanský, a morská šelma predstavuje spojenie všetkých predchádzajúcich pohanských kráľovstiev biblického proroctva. Morská šelma je znázornená v obrátenom historickom poradí, pretože Ján sa pozerá späť do dejín. Najprv videl moc, ktorá bola ustanovená, keď boli odstránené tri rohy — pápežstvo. Potom videl desať rohov s desiatimi korunami — pohanský Rím. Potom videl leoparda — Grécko. Potom videl medveďa — Médsko-Perziu. Potom videl leva — Babylon. Opis morskej šelmy pozostáva z prvkov každého z predchádzajúcich pohanských kráľovstiev a tento opis potvrdzuje, že pápežstvo je zmesou každej formy pohanstva, ktorá existovala v biblických dejinách. V katolicizme niet ani jediný prvok, ktorý by bol kresťanský. Čokoľvek, čo by sa v katolicizme mohlo javiť ako kresťanské, je falzifikát.</w:t>
      </w:r>
    </w:p>
    <w:p>
      <w:pPr>
        <w:pStyle w:val="ArticleBody"/>
        <w:jc w:val="left"/>
      </w:pPr>
      <w:r>
        <w:rPr>
          <w:rFonts w:ascii="Times New Roman" w:hAnsi="Times New Roman" w:eastAsia="Times New Roman" w:cs="Times New Roman"/>
        </w:rPr>
        <w:t>Na vrchu Karmel, keď Eliáš zápasil s Jezábelinými prorokmi a s jej odpadlíckym manželom, Jezábel bola späť doma v Samárii. Na smilnicu z Týru sa počas dejín zemskej šelmy s dvoma rohmi zabúda. Jezábel je vždy ukrytá a v dvanástej a trinástej kapitole Zjavenia sa svet za ňou obdivne ženie, no v nebesiach nie je vykreslená ako div, nad ktorým sa žasne, ako sú Organizácia Spojených národov, Spojené štáty a satan. Je späť vo svojom veliteľskom centre v Samárii — v meste Rím.</w:t>
      </w:r>
    </w:p>
    <w:p>
      <w:pPr>
        <w:pStyle w:val="ArticleBody"/>
        <w:jc w:val="left"/>
      </w:pPr>
      <w:r>
        <w:rPr>
          <w:rFonts w:ascii="Times New Roman" w:hAnsi="Times New Roman" w:eastAsia="Times New Roman" w:cs="Times New Roman"/>
        </w:rPr>
        <w:t>Dejiny šelmy zo zeme sú miestom, kde je určená skúška obrazu šelmy pre celý svet. Táto skúška sa odohráva počas vojny prvého neba. To je to, čo si v tejto chvíli želáme preskúmať. V textoch, ktoré sa teraz chystáme posudzovať, nahradím slovo „on“ výrazom „Spojené štáty“.</w:t>
      </w:r>
    </w:p>
    <w:p>
      <w:pPr>
        <w:pStyle w:val="ArticleScripture"/>
        <w:jc w:val="left"/>
      </w:pPr>
      <w:r>
        <w:rPr>
          <w:rFonts w:ascii="Times New Roman" w:hAnsi="Times New Roman" w:eastAsia="Times New Roman" w:cs="Times New Roman"/>
        </w:rPr>
        <w:t>A videl som inú šelmu vystupovať zo zeme; a Spojené štáty mali dva rohy podobné Baránkovým a Spojené štáty hovorili ako drak. A Spojené štáty vykonávajú všetku moc prvej šelmy pred ňou a spôsobujú, aby sa zem i tí, ktorí na nej bývajú, klaňali prvej šelme, ktorej smrteľná rana bola uzdravená. A Spojené štáty činia veľké divy, takže v očiach ľudí spôsobujú, aby oheň zostupoval z neba na zem, a zvádzajú tých, ktorí bývajú na zemi, prostredníctvom tých zázrakov, ktoré mali Spojené štáty moc činiť pred očami šelmy; hovoriac tým, ktorí bývajú na zemi, aby zhotovili obraz šelme, ktorá mala ranu od meča a ožila. A [Spojené štáty] mali moc vdýchnuť život obrazu šelmy, aby obraz šelmy aj hovoril, aj spôsobil, že všetci, ktorí by sa neklaňali obrazu šelmy, boli zabití. A Spojené štáty pôsobia, aby všetci, malí i veľkí, bohatí i chudobní, slobodní i otroci, prijali znamenie na svoju pravú ruku alebo na svoje čelá, a aby nik nemohol kupovať ani predávať, iba ten, kto má znamenie, alebo meno šelmy, alebo číslo jej mena. Zjavenie 13:11–17.</w:t>
      </w:r>
    </w:p>
    <w:p>
      <w:pPr>
        <w:pStyle w:val="ArticleBody"/>
        <w:jc w:val="left"/>
      </w:pPr>
      <w:r>
        <w:rPr>
          <w:rFonts w:ascii="Times New Roman" w:hAnsi="Times New Roman" w:eastAsia="Times New Roman" w:cs="Times New Roman"/>
        </w:rPr>
        <w:t>V trinástej kapitole Zjavenia dal drak pohanského Ríma pápežstvu tri veci, keď dosadzoval pápežstvo na trón zeme.</w:t>
      </w:r>
    </w:p>
    <w:p>
      <w:pPr>
        <w:pStyle w:val="ArticleScripture"/>
        <w:jc w:val="left"/>
      </w:pPr>
      <w:r>
        <w:rPr>
          <w:rFonts w:ascii="Times New Roman" w:hAnsi="Times New Roman" w:eastAsia="Times New Roman" w:cs="Times New Roman"/>
        </w:rPr>
        <w:t>A šelma, ktorú som videl, bola podobná leopardovi, a jej nohy boli ako nohy medveďa a jej tlama ako tlama leva; a drak jej dal svoju moc, svoj trón i veľkú právomoc. Zjavenie 13:2.</w:t>
      </w:r>
    </w:p>
    <w:p>
      <w:pPr>
        <w:pStyle w:val="ArticleBody"/>
        <w:jc w:val="left"/>
      </w:pPr>
      <w:r>
        <w:rPr>
          <w:rFonts w:ascii="Times New Roman" w:hAnsi="Times New Roman" w:eastAsia="Times New Roman" w:cs="Times New Roman"/>
        </w:rPr>
        <w:t>Desiati králi, ktorí predstavujú pohanský Rím (pričom Francúzsko je prvým kráľom z týchto desiatich, reprezentovaným Achabom), dali pápežstvu tri veci: moc, sídlo a právomoc. Keď cisár Konštantín v roku 330 presunul hlavné mesto zo západného mesta Rím na východ a urobil z Konštantínopolu nové hlavné mesto Rímskej ríše, pohanský Rím vtedy dal rímskej cirkvi svoje „sídlo“.</w:t>
      </w:r>
    </w:p>
    <w:p>
      <w:pPr>
        <w:pStyle w:val="ArticleBody"/>
        <w:jc w:val="left"/>
      </w:pPr>
      <w:r>
        <w:rPr>
          <w:rFonts w:ascii="Times New Roman" w:hAnsi="Times New Roman" w:eastAsia="Times New Roman" w:cs="Times New Roman"/>
        </w:rPr>
        <w:t>Keď Chlodovik, kráľ Frankov (Francúzska), prestúpil na katolicizmus a roku 496 začal viesť vojnu proti mocnostiam, ktoré odporovali vzostupu pápežstva na trón zeme, pohanský Rím vtedy odovzdal pápežstvu svoju „moc“.</w:t>
      </w:r>
    </w:p>
    <w:p>
      <w:pPr>
        <w:pStyle w:val="ArticleBody"/>
        <w:jc w:val="left"/>
      </w:pPr>
      <w:r>
        <w:rPr>
          <w:rFonts w:ascii="Times New Roman" w:hAnsi="Times New Roman" w:eastAsia="Times New Roman" w:cs="Times New Roman"/>
        </w:rPr>
        <w:t>V roku 533 vydal Justinián dekrét, ktorým určil rímsku cirkev za hlavu všetkých cirkví a zároveň za napomínateľa heretikov. V tom okamihu bola moc pohanského Ríma odovzdaná pážstvu.</w:t>
      </w:r>
    </w:p>
    <w:p>
      <w:pPr>
        <w:pStyle w:val="ArticleBody"/>
        <w:jc w:val="left"/>
      </w:pPr>
      <w:r>
        <w:rPr>
          <w:rFonts w:ascii="Times New Roman" w:hAnsi="Times New Roman" w:eastAsia="Times New Roman" w:cs="Times New Roman"/>
        </w:rPr>
        <w:t>V dvanástom verši „[Spojené štáty] vykonáva všetku moc prvej šelmy pred ňou“. Moc, ktorú vykonávalo pápežstvo, je znázornená Chlodovikom, ktorý zasvätil svoju vojenskú a hospodársku moc pápežstvu. Preto katolicizmus nazýva Chlodovika „prvorodeným synom katolíckej cirkvi“ a Francúzsko „najstaršou dcérou katolíckej cirkvi“. Spojené štáty vykonajú pre pápežstvo tú istú špinavú prácu, ktorú Chlodovik začal v roku 496.</w:t>
      </w:r>
    </w:p>
    <w:p>
      <w:pPr>
        <w:pStyle w:val="ArticleBody"/>
        <w:jc w:val="left"/>
      </w:pPr>
      <w:r>
        <w:rPr>
          <w:rFonts w:ascii="Times New Roman" w:hAnsi="Times New Roman" w:eastAsia="Times New Roman" w:cs="Times New Roman"/>
        </w:rPr>
        <w:t>Moc Spojených štátov bude použitá na to, aby „zem i tí, ktorí na nej bývajú, sa klaňali prvej šelme, ktorej smrteľná rana sa zahojila“. Spojené štáty použijú svoju vojenskú a hospodársku silu na to, aby prinútili celý svet prijať nedeľu ako deň odpočinku. Smilnica z Týru sa najprv dopustí smilstva so šelmou zo zeme pri čoskoro prichádzajúcom nedeľnom zákone a potom vyjde a bude sa dopúšťať smilstva so všetkými ostatnými kráľmi zeme.</w:t>
      </w:r>
    </w:p>
    <w:p>
      <w:pPr>
        <w:pStyle w:val="ArticleBody"/>
        <w:jc w:val="left"/>
      </w:pPr>
      <w:r>
        <w:rPr>
          <w:rFonts w:ascii="Times New Roman" w:hAnsi="Times New Roman" w:eastAsia="Times New Roman" w:cs="Times New Roman"/>
        </w:rPr>
        <w:t>V trinástom verši „[Spojené štáty] robia veľké divy, takže spôsobujú, aby oheň zostúpil z neba na zem pred očami ľudí.“ Oheň predstavuje nesväté posolstvo. Ohnivé jazyky v deň Letníc predstavovali sväté posolstvo, ktoré bolo sprevádzané schopnosťou odovzdať toto posolstvo celému svetu. Oheň, ktorý Spojené štáty privedú dolu z neba, zasiahne takisto každý národ i každý jazyk.</w:t>
      </w:r>
    </w:p>
    <w:p>
      <w:pPr>
        <w:pStyle w:val="ArticleBody"/>
        <w:jc w:val="left"/>
      </w:pPr>
      <w:r>
        <w:rPr>
          <w:rFonts w:ascii="Times New Roman" w:hAnsi="Times New Roman" w:eastAsia="Times New Roman" w:cs="Times New Roman"/>
        </w:rPr>
        <w:t>Vo verši štrnásť Spojené štáty klamú „tých, čo bývajú na zemi, pomocou tých zázrakov, ktoré mala [Spojené štáty] moc konať pred zrakom šelmy; a hovoria tým, čo bývajú na zemi, aby zhotovili obraz šelme, ktorá mala ranu od meča, a ožila.“ Klam, ktorý Spojené štáty používajú na zvádzanie sveta, je znázornený ohňom, ktorý zostúpil z neba v predchádzajúcom verši. Oheň z neba spôsobuje zázraky, ktoré Spojené štáty používajú na to, aby svetu prikázali zriadiť jednu svetovú vládu pozostávajúcu zo spojenia cirkvi a štátu, pričom cirkev má v tomto vzťahu riadiace postavenie.</w:t>
      </w:r>
    </w:p>
    <w:p>
      <w:pPr>
        <w:pStyle w:val="ArticleBody"/>
        <w:jc w:val="left"/>
      </w:pPr>
      <w:r>
        <w:rPr>
          <w:rFonts w:ascii="Times New Roman" w:hAnsi="Times New Roman" w:eastAsia="Times New Roman" w:cs="Times New Roman"/>
        </w:rPr>
        <w:t>Toto predstavoval vzťah Achaba a Jezábel, keď bol povolaný Eliáš. Eliášov zápas na vrchu Karmel sa naplnil na počiatku Spojených štátov počas hnutia prvého anjela v rokoch 1840 až 1844, s cieľom rozlíšiť pravého proroka protestantizmu od všetkých falošných prorokov protestantizmu.</w:t>
      </w:r>
    </w:p>
    <w:p>
      <w:pPr>
        <w:pStyle w:val="ArticleBody"/>
        <w:jc w:val="left"/>
      </w:pPr>
      <w:r>
        <w:rPr>
          <w:rFonts w:ascii="Times New Roman" w:hAnsi="Times New Roman" w:eastAsia="Times New Roman" w:cs="Times New Roman"/>
        </w:rPr>
        <w:t>Znovu sa to napĺňa pri ukončení Spojených štátov počas skúšky utvárania obrazu šelmy, ktorá sa začala 11. septembra 2001 a končí pri čoskoro prichádzajúcom nedeľnom zákone.</w:t>
      </w:r>
    </w:p>
    <w:p>
      <w:pPr>
        <w:pStyle w:val="ArticleBody"/>
        <w:jc w:val="left"/>
      </w:pPr>
      <w:r>
        <w:rPr>
          <w:rFonts w:ascii="Times New Roman" w:hAnsi="Times New Roman" w:eastAsia="Times New Roman" w:cs="Times New Roman"/>
        </w:rPr>
        <w:t>Dokonalé naplnenie Eliáša sa uskutočňuje pred veľkým a hrozným dňom Pánovým, ktorým je sedem posledných rán. Preto sa vrch Karmel, Eliáš, Achab a Jezábeľ zobrazujú v diele Spojených štátov, ktoré nútia planétu Zem prijať jednotnú svetovú vládu Organizácie Spojených národov, nad ktorou vládne Katolícka cirkev. Spojené štáty uskutočňujú tento čin prostredníctvom svojej vojenskej moci, svojej hospodárskej sily a skazených hypnotických komunikačných prostriedkov, ktoré usmerňujú a ovládajú, predstavovaných tým, čo sa nazýva „informačná superdiaľnica“ celosvetovej siete.</w:t>
      </w:r>
    </w:p>
    <w:p>
      <w:pPr>
        <w:pStyle w:val="ArticleBody"/>
        <w:jc w:val="left"/>
      </w:pPr>
      <w:r>
        <w:rPr>
          <w:rFonts w:ascii="Times New Roman" w:hAnsi="Times New Roman" w:eastAsia="Times New Roman" w:cs="Times New Roman"/>
        </w:rPr>
        <w:t>V pätnástom verši sme oboznámení s tým, že „[Spojené štáty] mali moc vdýchnuť život obrazu šelmy, aby obraz šelmy aj hovoril a spôsobil, že všetci, ktorí by sa nechceli klaňať obrazu šelmy, budú usmrtení.“ Hrozba smrti prostredníctvom vojenskej moci Spojených štátov, ktoré vtedy predstavujú popredného kráľa Organizácie Spojených národov, teda zmocňuje jednotnú svetovú vládu Organizácie Spojených národov, aby hovorila. Čin hovorenia sa uskutočňuje prostredníctvom zákonodarnej a súdnej autority. Zákonodarná zložka Organizácie Spojených národov sa nachádza v New Yorku a súdna zložka Organizácie Spojených národov v Haagu v Holandsku. Haag predstavuje Starý svet a New York Nový svet. Tak Spojené štáty, ako aj Holandsko majú vo svojej minulosti dejiny, v ktorých vynikali ako poprední obrancovia slobody a voľnosti, no obe svoje príslušné dejiny zakončujú tým, že hovoria ako drak.</w:t>
      </w:r>
    </w:p>
    <w:p>
      <w:pPr>
        <w:pStyle w:val="ArticleScripture"/>
        <w:jc w:val="left"/>
      </w:pPr>
      <w:r>
        <w:rPr>
          <w:rFonts w:ascii="Times New Roman" w:hAnsi="Times New Roman" w:eastAsia="Times New Roman" w:cs="Times New Roman"/>
        </w:rPr>
        <w:t>„Keďže sa sobota stala osobitným predmetom sporu v celom kresťanstve a náboženské i svetské autority sa spojili, aby presadili zachovávanie nedele, vytrvalé odmietanie malej menšiny podvoliť sa ľudovej požiadavke spôsobí, že sa stanú predmetom všeobecného opovrhnutia.... a napokon bude vydaný dekrét proti tým, ktorí svätia sobotu štvrtého prikázania, označujúci ich za hodných najprísnejšieho trestu a dávajúci ľudu po určitom čase slobodu usmrtiť ich. Rímsky katolicizmus v Starom svete a odpadlícky protestantizmus v Novom budú postupovať podobným spôsobom voči tým, ktorí ctia všetky Božie prikázania.</w:t>
      </w:r>
    </w:p>
    <w:p>
      <w:pPr>
        <w:pStyle w:val="ArticleScripture"/>
        <w:jc w:val="left"/>
      </w:pPr>
      <w:r>
        <w:rPr>
          <w:rFonts w:ascii="Times New Roman" w:hAnsi="Times New Roman" w:eastAsia="Times New Roman" w:cs="Times New Roman"/>
        </w:rPr>
        <w:t>„Boží ľud bude potom uvrhnutý do tých výjavov súženia a tiesne, ktoré prorok opisuje ako čas Jákobovho súženia.“ Veľký spor, 615, 616.</w:t>
      </w:r>
    </w:p>
    <w:p>
      <w:pPr>
        <w:pStyle w:val="ArticleBody"/>
        <w:jc w:val="left"/>
      </w:pPr>
      <w:r>
        <w:rPr>
          <w:rFonts w:ascii="Times New Roman" w:hAnsi="Times New Roman" w:eastAsia="Times New Roman" w:cs="Times New Roman"/>
        </w:rPr>
        <w:t>V šestnástom a sedemnástom verši, po tom, čo bola postavená modla šelmy a daná jej moc hovoriť, „[Spojené štáty] pôsobia na všetkých, malých i veľkých, bohatých i chudobných, slobodných i otrokov, aby prijali znamenie na svoju pravú ruku alebo na svoje čelo; a aby nik nemohol kupovať ani predávať, iba ten, kto má znamenie, alebo meno šelmy, alebo číslo jej mena.“</w:t>
      </w:r>
    </w:p>
    <w:p>
      <w:pPr>
        <w:pStyle w:val="ArticleBody"/>
        <w:jc w:val="left"/>
      </w:pPr>
      <w:r>
        <w:rPr>
          <w:rFonts w:ascii="Times New Roman" w:hAnsi="Times New Roman" w:eastAsia="Times New Roman" w:cs="Times New Roman"/>
        </w:rPr>
        <w:t>Vytvorenie obrazu šelmy je skúškou, ktorá predchádza skúške znamenia šelmy. Ak neobstojíme v skúške, ktorú predstavuje vytvorenie obrazu šelmy, zlyháme v skúške znamenia šelmy. Sú to dve odlišné skúšky a sú to dva odlišné druhy skúšok.</w:t>
      </w:r>
    </w:p>
    <w:p>
      <w:pPr>
        <w:pStyle w:val="ArticleBody"/>
        <w:jc w:val="left"/>
      </w:pPr>
      <w:r>
        <w:rPr>
          <w:rFonts w:ascii="Times New Roman" w:hAnsi="Times New Roman" w:eastAsia="Times New Roman" w:cs="Times New Roman"/>
        </w:rPr>
        <w:t>Formovanie obrazu šelmy, ktoré sa začalo 11. septembra 2001, je prorockým varovaním, že ukončenie času milosti sa má čoskoro uskutočniť. Je to Eliášovo posolstvo, ktoré označuje, že vrch Karmel je už na blízkom obzore a že Boží ľud si potrebuje zabezpečiť olej charakteru, olej Ducha Svätého a olej posolstva Polnočného volania predtým, než zaznie posledná výzva. Potrebujú sa prebudiť, aby, keď sa ich Eliáš spýta: „Dokedy budete kulhať na obe strany?“ — nezostali bez slova, lebo zostať vtedy bez slova znamená prijať znamenie šelmy. Skúška obrazu šelmy predstavuje dielo pochopenia posolstva, ktoré ohlasuje ukončenie súdu, tak ako posolstvo milleritov ohlasovalo začiatok súdu.</w:t>
      </w:r>
    </w:p>
    <w:p>
      <w:pPr>
        <w:pStyle w:val="ArticleBody"/>
        <w:jc w:val="left"/>
      </w:pPr>
      <w:r>
        <w:rPr>
          <w:rFonts w:ascii="Times New Roman" w:hAnsi="Times New Roman" w:eastAsia="Times New Roman" w:cs="Times New Roman"/>
        </w:rPr>
        <w:t>Skúška znamenia šelmy nezahŕňa nijakú voľbu, lebo neobsahuje nijaký prvok skúšobného času. Je to časový bod, nie časové obdobie. Je to kríza, a preto je to lakmusová skúška, ktorá odhalí charakter tých Izraelitov, ktorí boli Achabom povolaní na vrch Karmel pri nedeľnom zákone. Vtedy preukážu charakter, ktorý si vytvorili počas predchádzajúceho obdobia času, prorocky nazývaného skúška obrazu šelmy.</w:t>
      </w:r>
    </w:p>
    <w:p>
      <w:pPr>
        <w:pStyle w:val="ArticleScripture"/>
        <w:jc w:val="left"/>
      </w:pPr>
      <w:r>
        <w:rPr>
          <w:rFonts w:ascii="Times New Roman" w:hAnsi="Times New Roman" w:eastAsia="Times New Roman" w:cs="Times New Roman"/>
        </w:rPr>
        <w:t>Preto, ako hovorí Duch Svätý: „Dnes, ak počujete jeho hlas, nezatvrdzujte svoje srdcia ako pri vzbure v deň pokušenia na púšti, kde ma vaši otcovia pokúšali, skúšali a videli moje skutky štyridsať rokov. Preto som sa rozhorčil nad tým pokolením a povedal som: Vždy blúdia srdcom a nepoznali moje cesty. A tak som prisahal vo svojom hneve: Nevojdú do môjho odpočinku.“ Dajte si pozor, bratia, aby nebolo v niekom z vás zlé, neveriace srdce, ktoré odpadáva od živého Boha. Ale napomínajte sa navzájom každý deň, dokiaľ sa hovorí „Dnes“, aby nikto z vás nezatvrdol zvodom hriechu. Lebo sme sa stali účastnými Krista, ak len počiatok svojej dôvery zachováme pevný až do konca, kým sa hovorí: „Dnes, ak počujete jeho hlas, nezatvrdzujte svoje srdcia ako pri vzbure.“ Židom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dvanásť</dc:title>
  <dc:subject>Dve skúšky</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