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trinásť</w:t>
      </w:r>
    </w:p>
    <w:p>
      <w:pPr>
        <w:pStyle w:val="ArticleSubtitle"/>
        <w:jc w:val="left"/>
      </w:pPr>
      <w:r>
        <w:rPr>
          <w:rFonts w:ascii="Arial" w:hAnsi="Arial" w:eastAsia="Arial" w:cs="Arial"/>
        </w:rPr>
        <w:t>Vojna v nebi a posledné dni: odhalenie prorockej časovej osi zo Zjavenia 12 a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Určovali sme vojnu v nebi opísanú v dvanástej kapitole knihy Zjavenie. Uplatňujúc zásadu Kristovho charakteru, ktorý je Alfa a Omega, pristupovali sme k vojne v nebi v dvanástej kapitole ako k predobrazu vojny v nebi, ktorá nastáva v „posledných dňoch“. Výraz „posledné dni“ v Biblii a v Duchu proroctva znamená posledné dni vyšetrujúceho súdu.</w:t>
      </w:r>
    </w:p>
    <w:p>
      <w:pPr>
        <w:pStyle w:val="ArticleBody"/>
        <w:jc w:val="left"/>
      </w:pPr>
      <w:r>
        <w:rPr>
          <w:rFonts w:ascii="Times New Roman" w:hAnsi="Times New Roman" w:eastAsia="Times New Roman" w:cs="Times New Roman"/>
        </w:rPr>
        <w:t>Identifikovali sme tri satanské mocnosti z dvanástej a trinástej kapitoly nie ako mocnosti, ktoré nachádzajú svoje naplnenie v minulých dejinách, ale ako súčasné naplnenie týchto mocností, ktoré vedú svet k Armagedonu. Drak z dvanástej kapitoly je Organizácia Spojených národov, Katolícka cirkev, ktorá má byť vzkriesená pri nedeľnom zákone v Spojených štátoch, je morská šelma z trinástej kapitoly a zemská šelma s dvoma rohmi sú Spojené štáty.</w:t>
      </w:r>
    </w:p>
    <w:p>
      <w:pPr>
        <w:pStyle w:val="ArticleBody"/>
        <w:jc w:val="left"/>
      </w:pPr>
      <w:r>
        <w:rPr>
          <w:rFonts w:ascii="Times New Roman" w:hAnsi="Times New Roman" w:eastAsia="Times New Roman" w:cs="Times New Roman"/>
        </w:rPr>
        <w:t>Uvedomovali sme si, že boj, ktorý sa v dvanástej kapitole zvyčajne chápe výlučne ako znázornenie Luciferovej vzbury v nebi, v skutočnosti ilustruje vojnu, ktorá sa má odohrať v nebesiach nad zemou, počnúc čoskoro prichádzajúcim nedeľným zákonom v Spojených štátoch. Venovali sme čas tomu, aby sme zjavili, že zo Zjavenia trinástej kapitoly, veršov jedenásť až sedemnásť, je znázornený proces skúšky, ktorý zahŕňa rozpoznanie vytvárania obrazu šelmy. Obraz šelmy predstavuje spojenie cirkvi a štátu, pričom cirkev riadi tento vzťah. Keď má cirkev kontrolu, potom používa štát na presadzovanie svojich náuk a na prenasledovanie tých, ktorých označuje za heretikov. Celosvetový proces skúšky spojený s vytváraním obrazu šelmy sa najprv uskutočňuje v rámci Spojených štátov. Prorocké charakteristiky každého z týchto dvoch procesov skúšky sú v podstate rovnaké, či už v Spojených štátoch, alebo vo svete.</w:t>
      </w:r>
    </w:p>
    <w:p>
      <w:pPr>
        <w:pStyle w:val="ArticleBody"/>
        <w:jc w:val="left"/>
      </w:pPr>
      <w:r>
        <w:rPr>
          <w:rFonts w:ascii="Times New Roman" w:hAnsi="Times New Roman" w:eastAsia="Times New Roman" w:cs="Times New Roman"/>
        </w:rPr>
        <w:t>Pou­kázali sme na dve totožné obdobia tisíc dvestošesťdesiatich dní, ktoré predchádzali krížu a nasledovali po ňom, ako na druhého svedka pre určenie dvoch po sebe nasledujúcich procesov skúšky obrazu šelmy na konci sveta. Vytvorenie obrazu šelmy v Spojených štátoch medzi 11. septembrom 2001 a čoskoro prichádzajúcim nedeľným zákonom predchádza vytvoreniu obrazu šelmy v Organizácii Spojených národov po čoskoro prichádzajúcom nedeľnom zákone. Tisíc dvestošesťdesiat dní Kristovej služby od Jeho krstu po kríž predchádzalo tisíc dvestošesťdesiatim dňom služby Jeho učeníkov, ktoré nasledovali po kríži. Tieto dve línie, z ktorých obe obsahujú dve obdobia predstavujúce v každom období totožné skúšky, predstavujú tému buď obrazu Krista, alebo obrazu antikrista.</w:t>
      </w:r>
    </w:p>
    <w:p>
      <w:pPr>
        <w:pStyle w:val="ArticleBody"/>
        <w:jc w:val="left"/>
      </w:pPr>
      <w:r>
        <w:rPr>
          <w:rFonts w:ascii="Times New Roman" w:hAnsi="Times New Roman" w:eastAsia="Times New Roman" w:cs="Times New Roman"/>
        </w:rPr>
        <w:t>Tisícdvestošesťdesiat dní Kristovej služby, ktoré sa skončili na kríži, sa začali, keď pri Jeho krste zostúpil Duch Svätý, v zhode so zostúpením mocného anjela zo Zjavenia osemnástej kapitoly 11. septembra 2001.</w:t>
      </w:r>
    </w:p>
    <w:p>
      <w:pPr>
        <w:pStyle w:val="ArticleScripture"/>
        <w:jc w:val="left"/>
      </w:pPr>
      <w:r>
        <w:rPr>
          <w:rFonts w:ascii="Times New Roman" w:hAnsi="Times New Roman" w:eastAsia="Times New Roman" w:cs="Times New Roman"/>
        </w:rPr>
        <w:t>„Odkiaľ sa vzalo tvrdenie, ktoré som vraj vyslovila, že New York má byť zmietnutý prívalovou vlnou? To som nikdy nepovedala. Povedala som, keď som sa pozerala na veľké budovy, ktoré tam vyrastali, poschodie za poschodím: ‚Aké strašné výjavy nastanú, keď Pán povstane, aby mocne zatriasol zemou! Potom sa naplnia slová zo Zjavenia 18,1–3.‘ Celá osemnásta kapitola Zjavenia je varovaním pred tým, čo príde na zem. Nemám však nijaké osobitné svetlo, pokiaľ ide o to, čo príde na New York; viem iba to, že jedného dňa budú tamojšie veľké budovy zvrhnuté obracaním a prevracaním Božej moci. Zo svetla, ktoré mi bolo dané, viem, že vo svete je skaza. Jediné slovo od Pána, jediný dotyk jeho mocnej sily — a tieto mohutné stavby padnú. Nastanú výjavy, ktorých hrôzostrašnosť si ani nevieme predstaviť.“ Review and Herald, 5. júla 1906.</w:t>
      </w:r>
    </w:p>
    <w:p>
      <w:pPr>
        <w:pStyle w:val="ArticleBody"/>
        <w:jc w:val="left"/>
      </w:pPr>
      <w:r>
        <w:rPr>
          <w:rFonts w:ascii="Times New Roman" w:hAnsi="Times New Roman" w:eastAsia="Times New Roman" w:cs="Times New Roman"/>
        </w:rPr>
        <w:t>Obdobie tisícdvestošesťdesiatich dní v dejinách Krista, ktoré sa skončilo na kríži, predstavuje časové obdobie, ktoré sa uzatvára pri čoskoro prichádzajúcom nedeľnom zákone. Kríž je predobrazom nedeľného zákona. Obe sú symbolmi súdu. Obe predstavujú príchod národnej skazy pre národ, v ktorom sa udalosť súdu odohráva. Obe sa odohrali v nádhernej krajine Júdu. V dejinách Krista to bola doslovná nádherná krajina Júdu a pri nedeľnom zákone je to duchovná nádherná krajina Júdu, Spojené štáty americké. Na kríži bol Kristus vyzdvihnutý, aby pritiahol všetkých ľudí k sebe.</w:t>
      </w:r>
    </w:p>
    <w:p>
      <w:pPr>
        <w:pStyle w:val="ArticleScripture"/>
        <w:jc w:val="left"/>
      </w:pPr>
      <w:r>
        <w:rPr>
          <w:rFonts w:ascii="Times New Roman" w:hAnsi="Times New Roman" w:eastAsia="Times New Roman" w:cs="Times New Roman"/>
        </w:rPr>
        <w:t>A ja, keď budem vyzdvihnutý od zeme, pritiahnem všetkých k sebe. To povedal, naznačujúc, akou smrťou mal umrieť. Ján 12,32.33.</w:t>
      </w:r>
    </w:p>
    <w:p>
      <w:pPr>
        <w:pStyle w:val="ArticleBody"/>
        <w:jc w:val="left"/>
      </w:pPr>
      <w:r>
        <w:rPr>
          <w:rFonts w:ascii="Times New Roman" w:hAnsi="Times New Roman" w:eastAsia="Times New Roman" w:cs="Times New Roman"/>
        </w:rPr>
        <w:t>Pri nedeľnom zákone bude pozdvihnutá zástava stoštyridsaťštyritisíc, aby pritiahla všetkých ľudí ku Kristovi.</w:t>
      </w:r>
    </w:p>
    <w:p>
      <w:pPr>
        <w:pStyle w:val="ArticleScripture"/>
        <w:jc w:val="left"/>
      </w:pPr>
      <w:r>
        <w:rPr>
          <w:rFonts w:ascii="Times New Roman" w:hAnsi="Times New Roman" w:eastAsia="Times New Roman" w:cs="Times New Roman"/>
        </w:rPr>
        <w:t>A pozdvihne zástavu národom zďaleka a zapíska na ne od končín zeme; a hľa, prídu rýchlo a náhle. Izaiáš 5:26.</w:t>
      </w:r>
    </w:p>
    <w:p>
      <w:pPr>
        <w:pStyle w:val="ArticleBody"/>
        <w:jc w:val="left"/>
      </w:pPr>
      <w:r>
        <w:rPr>
          <w:rFonts w:ascii="Times New Roman" w:hAnsi="Times New Roman" w:eastAsia="Times New Roman" w:cs="Times New Roman"/>
        </w:rPr>
        <w:t>Obdobie tisíc dvestošesťdesiatich dní v dejinách Krista, ktoré nasleduje po kríži, sa končí tým, že Michael povstáva pri ukameňovaní Štefana.</w:t>
      </w:r>
    </w:p>
    <w:p>
      <w:pPr>
        <w:pStyle w:val="ArticleScripture"/>
        <w:jc w:val="left"/>
      </w:pPr>
      <w:r>
        <w:rPr>
          <w:rFonts w:ascii="Times New Roman" w:hAnsi="Times New Roman" w:eastAsia="Times New Roman" w:cs="Times New Roman"/>
        </w:rPr>
        <w:t>Ale on, plný Ducha Svätého, uprel zrak do neba a uzrel Božiu slávu a Ježiša stáť po pravici Boha a povedal: Hľa, vidím otvorené nebesia a Syna človeka stáť po pravici Boha. Skutky 7:55, 56.</w:t>
      </w:r>
    </w:p>
    <w:p>
      <w:pPr>
        <w:pStyle w:val="ArticleBody"/>
        <w:jc w:val="left"/>
      </w:pPr>
      <w:r>
        <w:rPr>
          <w:rFonts w:ascii="Times New Roman" w:hAnsi="Times New Roman" w:eastAsia="Times New Roman" w:cs="Times New Roman"/>
        </w:rPr>
        <w:t>Symbolických štyridsaťdva mesiacov posledného obrazu šelmy v čase skúšky sa končí tým, že Michael povstane, a označuje uzavretie času ľudskej skúšky.</w:t>
      </w:r>
    </w:p>
    <w:p>
      <w:pPr>
        <w:pStyle w:val="ArticleScripture"/>
        <w:jc w:val="left"/>
      </w:pPr>
      <w:r>
        <w:rPr>
          <w:rFonts w:ascii="Times New Roman" w:hAnsi="Times New Roman" w:eastAsia="Times New Roman" w:cs="Times New Roman"/>
        </w:rPr>
        <w:t>A v tom čase povstane Michael, veľké knieža, ktoré stojí za synov tvojho ľudu; a nastane čas súženia, akého nebolo odvtedy, čo povstal národ, až do toho istého času; a v tom čase bude tvoj ľud vyslobodený, každý, kto bude nájdený zapísaný v knihe. Daniel 12:1.</w:t>
      </w:r>
    </w:p>
    <w:p>
      <w:pPr>
        <w:pStyle w:val="ArticleBody"/>
        <w:jc w:val="left"/>
      </w:pPr>
      <w:r>
        <w:rPr>
          <w:rFonts w:ascii="Times New Roman" w:hAnsi="Times New Roman" w:eastAsia="Times New Roman" w:cs="Times New Roman"/>
        </w:rPr>
        <w:t>Úplné dejiny oboch skúšobných procesov obrazu šelmy obsahujú aj iné vnútorné prorocké svedectvá. Ak sú správne pochopené — a uznávam, že tejto pravde rozumie len málo ľudí — potom sa prvý skúšobný proces obrazu šelmy, ktorý sa napĺňa v Spojených štátoch, začal 11. septembra 2001, keď do dejín prišlo tretie beda. Nedeľný zákon, pri ktorom sa tento prvý skúšobný proces obrazu šelmy končí, označuje príchod tretieho beda v súde proti Spojeným štátom za prijatie nedeľného zákona. V tom čase príchod tretieho beda napĺňa rozhorčenie národov, v naplnení Zjavenia jedenástej kapitoly, osemnásteho verša, a prvej zmienky o úlohe islamu pri rozhorčovaní národov v biblickom proroctve.</w:t>
      </w:r>
    </w:p>
    <w:p>
      <w:pPr>
        <w:pStyle w:val="ArticleScripture"/>
        <w:jc w:val="left"/>
      </w:pPr>
      <w:r>
        <w:rPr>
          <w:rFonts w:ascii="Times New Roman" w:hAnsi="Times New Roman" w:eastAsia="Times New Roman" w:cs="Times New Roman"/>
        </w:rPr>
        <w:t>A on bude divokým človekom; jeho ruka bude proti každému človeku a ruka každého človeka proti nemu; a bude bývať pred tvárou všetkých svojich bratov. 1. Mojžišova 16:12.</w:t>
      </w:r>
    </w:p>
    <w:p>
      <w:pPr>
        <w:pStyle w:val="ArticleBody"/>
        <w:jc w:val="left"/>
      </w:pPr>
      <w:r>
        <w:rPr>
          <w:rFonts w:ascii="Times New Roman" w:hAnsi="Times New Roman" w:eastAsia="Times New Roman" w:cs="Times New Roman"/>
        </w:rPr>
        <w:t>Čoskoro prichádzajúci nedeľný zákon je ukončením prvej doby skúšky a zároveň začiatkom poslednej doby skúšky. Posledná doba skúšky sa končí uzavretím času milosti pre ľudstvo a v tom okamihu sú štyri vetry, ktoré sú symbolom tretieho beda, úplne uvoľnené.</w:t>
      </w:r>
    </w:p>
    <w:p>
      <w:pPr>
        <w:pStyle w:val="ArticleScripture"/>
        <w:jc w:val="left"/>
      </w:pPr>
      <w:r>
        <w:rPr>
          <w:rFonts w:ascii="Times New Roman" w:hAnsi="Times New Roman" w:eastAsia="Times New Roman" w:cs="Times New Roman"/>
        </w:rPr>
        <w:t>„Keď Spasiteľ videl v židovskom ľude národ odlúčený od Boha, videl tiež vyznávajúcu kresťanskú cirkev zjednotenú so svetom a s pápežstvom. A ako stál na Olivovom vrchu a plakal nad Jeruzalemom, až kým slnko nezapadlo za západné vrchy, tak aj teraz plače nad hriešnikmi a prihovára sa za nich v týchto posledných okamihoch času. Čoskoro povie anjelom, ktorí zadržiavajú štyri vetry: ‚Uvoľnite rany; nech temnota, skaza a smrť prídu na priestupníkov môjho zákona.‘ Bude musieť povedať tým, ktorí mali veľké svetlo a poznanie, ako povedal Židom: ‚Keby si aj ty aspoň v tento svoj deň poznalo, čo ti slúži na pokoj! Ale teraz je to skryté pred tvojimi očami‘?“ Review and Herald, 8. októbra 1901.</w:t>
      </w:r>
    </w:p>
    <w:p>
      <w:pPr>
        <w:pStyle w:val="ArticleBody"/>
        <w:jc w:val="left"/>
      </w:pPr>
      <w:r>
        <w:rPr>
          <w:rFonts w:ascii="Times New Roman" w:hAnsi="Times New Roman" w:eastAsia="Times New Roman" w:cs="Times New Roman"/>
        </w:rPr>
        <w:t>V dejinách Krista sa prvý medzník prvého obdobia tisíc dvestošesťdesiatich dní začal pri Jeho krste, ktorý bol symbolom Jeho smrti a vzkriesenia. Toto obdobie sa skončilo pri Jeho smrti a vzkriesení, ktoré súčasne začali posledné obdobie tisíc dvestošesťdesiatich dní. Toto obdobie sa skončilo smrťou a zasľúbeným vzkriesením Štefana.</w:t>
      </w:r>
    </w:p>
    <w:p>
      <w:pPr>
        <w:pStyle w:val="ArticleBody"/>
        <w:jc w:val="left"/>
      </w:pPr>
      <w:r>
        <w:rPr>
          <w:rFonts w:ascii="Times New Roman" w:hAnsi="Times New Roman" w:eastAsia="Times New Roman" w:cs="Times New Roman"/>
        </w:rPr>
        <w:t>Línia dejín, ktorá predstavuje obraz Krista, má totožnú prorockú štruktúru ako línia dejín, ktorá predstavuje obraz antikrista.</w:t>
      </w:r>
    </w:p>
    <w:p>
      <w:pPr>
        <w:pStyle w:val="ArticleBody"/>
        <w:jc w:val="left"/>
      </w:pPr>
      <w:r>
        <w:rPr>
          <w:rFonts w:ascii="Times New Roman" w:hAnsi="Times New Roman" w:eastAsia="Times New Roman" w:cs="Times New Roman"/>
        </w:rPr>
        <w:t>V Písmach je Kristus pravým kráľom severu a vždy bolo Satanovým zámerom zvrhnúť a sfalšovať Kristovu kráľovskú autoritu.</w:t>
      </w:r>
    </w:p>
    <w:p>
      <w:pPr>
        <w:pStyle w:val="ArticleScripture"/>
        <w:jc w:val="left"/>
      </w:pPr>
      <w:r>
        <w:rPr>
          <w:rFonts w:ascii="Times New Roman" w:hAnsi="Times New Roman" w:eastAsia="Times New Roman" w:cs="Times New Roman"/>
        </w:rPr>
        <w:t>Ako si padol z neba, ó Lucifer, syn rannej zory! Ako si zrazený k zemi, ty, ktorý si oslaboval národy! Veď si si povedal vo svojom srdci: Vystúpim do nebies, nad hviezdy Božie vyvýšim svoj trón; posadím sa aj na vrchu zhromaždenia, na ďalekom severe; vystúpim nad výšiny oblakov, budem podobný Najvyššiemu. Izaiáš 14:12–14.</w:t>
      </w:r>
    </w:p>
    <w:p>
      <w:pPr>
        <w:pStyle w:val="ArticleBody"/>
        <w:jc w:val="left"/>
      </w:pPr>
      <w:r>
        <w:rPr>
          <w:rFonts w:ascii="Times New Roman" w:hAnsi="Times New Roman" w:eastAsia="Times New Roman" w:cs="Times New Roman"/>
        </w:rPr>
        <w:t>„Severné svahy“ sú Jeruzalem, mesto veľkého Kráľa, kde je Jeho svätyňa.</w:t>
      </w:r>
    </w:p>
    <w:p>
      <w:pPr>
        <w:pStyle w:val="ArticleScripture"/>
        <w:jc w:val="left"/>
      </w:pPr>
      <w:r>
        <w:rPr>
          <w:rFonts w:ascii="Times New Roman" w:hAnsi="Times New Roman" w:eastAsia="Times New Roman" w:cs="Times New Roman"/>
        </w:rPr>
        <w:t>Pieseň a žalm pre synov Kórachových. Veľký je Hospodin a veľmi chvályhodný v meste nášho Boha, na vrchu svojej svätosti. Krásny svojou polohou, radosť celej zeme, je vrch Sion, na severných stranách, mesto veľkého Kráľa. Žalmy 48:1, 2.</w:t>
      </w:r>
    </w:p>
    <w:p>
      <w:pPr>
        <w:pStyle w:val="ArticleBody"/>
        <w:jc w:val="left"/>
      </w:pPr>
      <w:r>
        <w:rPr>
          <w:rFonts w:ascii="Times New Roman" w:hAnsi="Times New Roman" w:eastAsia="Times New Roman" w:cs="Times New Roman"/>
        </w:rPr>
        <w:t>V Písmach sú pozemskí „králi severu“ vždy predstavovaní ako nepriatelia Božieho ľudu. Predstavujú Satanovo úsilie napodobniť pravého kráľa severu, ktorý sedí na svojom tróne v Jeruzaleme, na stranách severu. Línia, ktorá predstavuje dva procesy skúšky obrazu šelmy a prebieha súbežne s líniou dvoch procesov skúšky obrazu Krista, má tretieho svedka v téme Satanovho úsilia byť kráľom severu, ktorý vládne nad Božím ľudom.</w:t>
      </w:r>
    </w:p>
    <w:p>
      <w:pPr>
        <w:pStyle w:val="ArticleBody"/>
        <w:jc w:val="left"/>
      </w:pPr>
      <w:r>
        <w:rPr>
          <w:rFonts w:ascii="Times New Roman" w:hAnsi="Times New Roman" w:eastAsia="Times New Roman" w:cs="Times New Roman"/>
        </w:rPr>
        <w:t>V roku 723 pred Kr. kráľ severu, predstavovaný Asýriou, odviedol severných desať kmeňov Izraela do zajatia na naplnenie „sedemnásobku“ z dvadsiatej šiestej kapitoly Levitika. Tisíc dvestošesťdesiat rokov nato, v roku 538, kráľ severu, predstavovaný v tom období dejín doslovným pohanským Rímom, odovzdal trón pápežskému Rímu, ktorý sa potom stal duchovným kráľom severu na ďalších tisíc dvestošesťdesiat rokov. Toto druhé obdobie tisíc dvestošesťdesiatich rokov sa skončilo v roku 1798, keď duchovný rímsky kráľ severu utrpel smrteľnú ranu. Keď pápežstvo utrpelo svoju smrteľnú ranu v roku 1798, bolo to predobrazom uzavretia času milosti pre ľudstvo, keď vzkriesené pápežstvo napokon a navždy príde k svojmu koncu a nik mu nepomôže.</w:t>
      </w:r>
    </w:p>
    <w:p>
      <w:pPr>
        <w:pStyle w:val="ArticleScripture"/>
        <w:jc w:val="left"/>
      </w:pPr>
      <w:r>
        <w:rPr>
          <w:rFonts w:ascii="Times New Roman" w:hAnsi="Times New Roman" w:eastAsia="Times New Roman" w:cs="Times New Roman"/>
        </w:rPr>
        <w:t>A postaví stany svojho paláca medzi morami na slávnom svätom vrchu; no príde k svojmu koncu, a nikto mu nepomôže. A v tom čase povstane Michael, veľké knieža, ktoré stojí za synmi tvojho ľudu; a nastane čas súženia, akého nebolo odvtedy, čo povstal národ, až do toho istého času; a v tom čase bude tvoj ľud vyslobodený, každý, kto bude nájdený zapísaný v knihe. Daniel 11:45, 12:1.</w:t>
      </w:r>
    </w:p>
    <w:p>
      <w:pPr>
        <w:pStyle w:val="ArticleBody"/>
        <w:jc w:val="left"/>
      </w:pPr>
      <w:r>
        <w:rPr>
          <w:rFonts w:ascii="Times New Roman" w:hAnsi="Times New Roman" w:eastAsia="Times New Roman" w:cs="Times New Roman"/>
        </w:rPr>
        <w:t>„Sedem časov“ z 3. Mojžišovej dvadsiatej šiestej kapitoly, ktoré sa rovnajú dvetisícpäťstodvadsiatim rokom, označuje Asýriu za kráľa severu v roku 723 pred Kr., a ako kráľ severu dobyla „severné“ kráľovstvo starovekého Izraela. Od toho bodu pohanstvo, počnúc Asýriou až po pohanský Rím, pošliapavalo Boží ľud, „zástup“ z Daniela 8:13, počas tisícdvestošesťdesiatich rokov. V roku 538 bol doslovný rímsky kráľ severu prorocky dobytý duchovným rímskym kráľom severu, ktorý pošliapaval Boží duchovný Izrael ďalších tisícdvestošesťdesiat rokov. Druhé obdobie pošliapavania sa skončilo tým, že duchovný rímsky kráľ severu dostal svoju smrteľnú ranu v roku 1798.</w:t>
      </w:r>
    </w:p>
    <w:p>
      <w:pPr>
        <w:pStyle w:val="ArticleBody"/>
        <w:jc w:val="left"/>
      </w:pPr>
      <w:r>
        <w:rPr>
          <w:rFonts w:ascii="Times New Roman" w:hAnsi="Times New Roman" w:eastAsia="Times New Roman" w:cs="Times New Roman"/>
        </w:rPr>
        <w:t>V línii obrazu Krista je ústredným bodom kríž, kde je stotožnená smrť. V dvoch obdobiach skúšky pri vytváraní obrazu šelmy je ústredným bodom smrť zemnej šelmy. V línii falošného kráľa severu je ústredným bodom smrť doslovného rímskeho kráľa severu.</w:t>
      </w:r>
    </w:p>
    <w:p>
      <w:pPr>
        <w:pStyle w:val="ArticleBody"/>
        <w:jc w:val="left"/>
      </w:pPr>
      <w:r>
        <w:rPr>
          <w:rFonts w:ascii="Times New Roman" w:hAnsi="Times New Roman" w:eastAsia="Times New Roman" w:cs="Times New Roman"/>
        </w:rPr>
        <w:t>Tieto línie predstavujú troch biblických svedkov, z ktorých každý obsahuje dve po sebe idúce časové obdobia v rámci jedného časového obdobia. Každý stredový bod je označený fyzickou smrťou alebo smrťou kráľovstva biblického proroctva. V prípade Krista bol stredovým bodom Jeho smrť a vzkriesenie. V prípade obrazu šelmy je stredovým bodom smrť pozemskej šelmy, šiesteho kráľovstva biblického proroctva, pri nedeľnom zákone. Pri línii falošného kráľa severu stredový bod predstavuje smrť doslovného rímskeho kráľa severu, štvrtého kráľovstva biblického proroctva.</w:t>
      </w:r>
    </w:p>
    <w:p>
      <w:pPr>
        <w:pStyle w:val="ArticleBody"/>
        <w:jc w:val="left"/>
      </w:pPr>
      <w:r>
        <w:rPr>
          <w:rFonts w:ascii="Times New Roman" w:hAnsi="Times New Roman" w:eastAsia="Times New Roman" w:cs="Times New Roman"/>
        </w:rPr>
        <w:t>Dve svedectvá zo Zjavenia jedenástej kapitoly podľa sestry Whiteovej v diele Veľký spor predstavujú Božie slovo. Kristus je Božie slovo. Týmto dvom svedectvám bola daná moc prorokovať tisícdvestošesťdesiat dní, odeté do vrecoviny. Potom boli zabité na ulici a nepovstali tri a pol dňa. „Tisícdvestošesťdesiat dní“ aj „tri a pol dňa“ sú symbolmi obdobia púšte v trvaní tisícdvestošesťdesiatich rokov. Začali splnomocnením, v ktorom prorokovali odeté do vrecoviny, čo sa skončilo smrťou. Potom počas toho istého prorockého obdobia mlčali a boli odeté smrťou, až kým neboli vzkriesené, aby predniesli varovanie tretieho anjela, ktoré ohlasuje uzavretie doby milosti.</w:t>
      </w:r>
    </w:p>
    <w:p>
      <w:pPr>
        <w:pStyle w:val="ArticleBody"/>
        <w:jc w:val="left"/>
      </w:pPr>
      <w:r>
        <w:rPr>
          <w:rFonts w:ascii="Times New Roman" w:hAnsi="Times New Roman" w:eastAsia="Times New Roman" w:cs="Times New Roman"/>
        </w:rPr>
        <w:t>Tieto štyri prorocké línie sa rovnajú štyrom svedkom. Prorocká štruktúra každého zo štyroch svedkov je totožná. Časové obdobia každého z ôsmich období, s výnimkou obdobia od 11. septembra 2001 po čoskoro prichádzajúci nedeľný zákon, ktoré sa nachádzajú v týchto štyroch líniách, sú prorocky totožné. Každý stredový bod predstavuje určitý druh smrti. Dve z týchto línií sa vzťahujú na Krista, buď ako na Jeho obraz, alebo ako na Slovo Božie. Ďalšie dve línie predstavujú antikrista, buď v jeho túžbe napodobniť Krista ako kráľa severu, alebo napodobniť Kristov systém vlády.</w:t>
      </w:r>
    </w:p>
    <w:p>
      <w:pPr>
        <w:pStyle w:val="ArticleBody"/>
        <w:jc w:val="left"/>
      </w:pPr>
      <w:r>
        <w:rPr>
          <w:rFonts w:ascii="Times New Roman" w:hAnsi="Times New Roman" w:eastAsia="Times New Roman" w:cs="Times New Roman"/>
        </w:rPr>
        <w:t>V našom nasledujúcom článku sa pokúsime prepojiť stoštyridsaťštyritisíc s bojom v prvom nebi. Drahý čitateľ alebo poslucháč: Či už odmietate vidieť tieto pravdy, alebo ich vidíte, treba poukázať na to, že informácie predkladané vo všetkých týchto článkoch sú rozpoznávané a následne podopierané a potvrdzované použitím začiatku nejakej veci na určenie konca tej istej veci. Toto je prorocký podpis Alfy a Omegy a je významnou súčasťou Zjavenia Ježiša Krista, ktoré sa teraz odpečaťuje.</w:t>
      </w:r>
    </w:p>
    <w:p>
      <w:pPr>
        <w:pStyle w:val="ArticleScripture"/>
        <w:jc w:val="left"/>
      </w:pPr>
      <w:r>
        <w:rPr>
          <w:rFonts w:ascii="Times New Roman" w:hAnsi="Times New Roman" w:eastAsia="Times New Roman" w:cs="Times New Roman"/>
        </w:rPr>
        <w:t>Skryté veci patria Hospodinovi, nášmu Bohu; ale zjavené veci patria nám a našim synom naveky, aby sme činili všetky slová tohto zákona. Deuteronómium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trinásť</dc:title>
  <dc:subject>Vojna v nebi a posledné dni: odhalenie prorockej časovej osi zo Zjavenia 12 a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