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Nhoroondo Yakavanzika yeNdima yeMakumi Mana — Nhamba Makumi Maviri</w:t>
      </w:r>
    </w:p>
    <w:p>
      <w:pPr>
        <w:pStyle w:val="ArticleSubtitle"/>
        <w:jc w:val="left"/>
      </w:pPr>
      <w:r>
        <w:rPr>
          <w:rFonts w:ascii="Arial" w:hAnsi="Arial" w:eastAsia="Arial" w:cs="Arial"/>
        </w:rPr>
        <w:t>Nhamo yeChipiri — Chikamu Chechinomwe — Ezekieri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Zvinogamuchirika maererano nekunzwisisa kweBhaibheri kuziva muporofita Ezekieri semunhu ane makore makumi matatu okuberekwa mumavhesi ake okutangira.</w:t>
      </w:r>
    </w:p>
    <w:p>
      <w:pPr>
        <w:pStyle w:val="ArticleScripture"/>
        <w:jc w:val="left"/>
      </w:pPr>
      <w:r>
        <w:rPr>
          <w:rFonts w:ascii="Times New Roman" w:hAnsi="Times New Roman" w:eastAsia="Times New Roman" w:cs="Times New Roman"/>
        </w:rPr>
        <w:t>Zvino zvakaitika mugore rechimakumi matatu, mumwedzi wechina, pazuva rechishanu romwedzi, pandakanga ndiri pakati pevatapwa parwizi rweKebhari, kuti matenga akazarurwa, ndikaona zviratidzo zvaMwari. Pazuva rechishanu romwedzi, iro rakanga riri gore rechishanu rokutapwa kwamambo Jehoyakini, shoko raJehovha rakasvika zvakasimba kuna Ezekieri muprista, mwanakomana waBuzi, munyika yavaKaradhea parwizi rweKebhari; uye ruoko rwaJehovha rwakanga ruri pamusoro pake ipapo. Ezekieri 1:1–3.</w:t>
      </w:r>
    </w:p>
    <w:p>
      <w:pPr>
        <w:pStyle w:val="ArticleBody"/>
        <w:jc w:val="left"/>
      </w:pPr>
      <w:r>
        <w:rPr>
          <w:rFonts w:ascii="Times New Roman" w:hAnsi="Times New Roman" w:eastAsia="Times New Roman" w:cs="Times New Roman"/>
        </w:rPr>
        <w:t>Vamwe vanotenda kuti “gore rechimakumi matatu” rinobva pachikamu chakati chejubheri, chakatanga naMambo Josia uye chakaguma nendima yekutanga yechitsauko makumi mana.</w:t>
      </w:r>
    </w:p>
    <w:p>
      <w:pPr>
        <w:pStyle w:val="ArticleScripture"/>
        <w:jc w:val="left"/>
      </w:pPr>
      <w:r>
        <w:rPr>
          <w:rFonts w:ascii="Times New Roman" w:hAnsi="Times New Roman" w:eastAsia="Times New Roman" w:cs="Times New Roman"/>
        </w:rPr>
        <w:t>Mugore rechimakumi maviri namashanu rokutapwa kwedu, pakutanga kwegore, pazuva regumi romwedzi, mugore regumi namana shure kwokunge guta rakuvidzwa, pazuva iroro chairo ruoko rwaJehovha rwakanga ruri pamusoro pangu, rukandisvitsa ikoko. Ezekieri 40:1.</w:t>
      </w:r>
    </w:p>
    <w:p>
      <w:pPr>
        <w:pStyle w:val="ArticleBody"/>
        <w:jc w:val="left"/>
      </w:pPr>
      <w:r>
        <w:rPr>
          <w:rFonts w:ascii="Times New Roman" w:hAnsi="Times New Roman" w:eastAsia="Times New Roman" w:cs="Times New Roman"/>
        </w:rPr>
        <w:t>Vaverengi veBhaibheri vanoti ndima yokutanga yechitsauko chemakumi mana inowira pana 28 Kubvumbi kana kuti 22 Gumiguru, 573 BC. Vaporofita vose vanonongedzera kumazuva okupedzisira; naizvozvo, zuva rokuwa remusi wa22 Gumiguru, 573 BC ndiro zuva reomega remutsara wakatanga makore makumi mashanu zvisati zvaitika mune chinonzi “Paseka Huru yaJosia” musi wa5 Chivabvu, 622 BC.</w:t>
      </w:r>
    </w:p>
    <w:p>
      <w:pPr>
        <w:pStyle w:val="ArticleBody"/>
        <w:jc w:val="left"/>
      </w:pPr>
      <w:r>
        <w:rPr>
          <w:rFonts w:ascii="Times New Roman" w:hAnsi="Times New Roman" w:eastAsia="Times New Roman" w:cs="Times New Roman"/>
        </w:rPr>
        <w:t>Inombolo yamashumi amathathu imela abapristi okwakufanele babe neminyaka engamashumi amathathu lapho beqala ukukhonza. Noma ngabe amavesi okuqala kuya kwelesithathu kaHezekeli 1 achaza ukuthi uHezekeli wayeneminyaka engamashumi amathathu, noma kumane kuyisibonakaliso sompristi, naye wayezomelwa njengoneminyaka engamashumi amathathu. Uma iminyaka engamashumi amathathu yevesi lokuqala, njengoba abanye bekholwa, imele unyaka wamashumi amathathu selokhu kwaba nePhasika Elikhulu likaJosiya ngo-622 BC, imiphumela yesiprofetho isafana.</w:t>
      </w:r>
    </w:p>
    <w:p>
      <w:pPr>
        <w:pStyle w:val="ArticleBody"/>
        <w:jc w:val="left"/>
      </w:pPr>
      <w:r>
        <w:rPr>
          <w:rFonts w:ascii="Times New Roman" w:hAnsi="Times New Roman" w:eastAsia="Times New Roman" w:cs="Times New Roman"/>
        </w:rPr>
        <w:t>Josia lin tlhawkna a tihna chu “lungphum” a ni a, a Kalhmang Pui ber chuan jubilee hun a tan a, chu hun chu Bawltê Ni, ni 22 October, B.C. 573-ah a tâwp ta. Josia atanga ni 22 October thleng “jubilee line” chuan kum 1840 atanga 1844 thleng chanchin nên a inrem. Kum 1840-a lungphumte chu lal Josia-in a entîr a, Josiah Litch-in pawh a entîr bawk. Ni 22 October chu jubilee tawtawrawt ki thâwm vuak chhuahna ki nên, Bawltê Ni ki thâwm vuak chhuahna ki nen a entîr.</w:t>
      </w:r>
    </w:p>
    <w:p>
      <w:pPr>
        <w:pStyle w:val="ArticleScripture"/>
        <w:jc w:val="left"/>
      </w:pPr>
      <w:r>
        <w:rPr>
          <w:rFonts w:ascii="Times New Roman" w:hAnsi="Times New Roman" w:eastAsia="Times New Roman" w:cs="Times New Roman"/>
        </w:rPr>
        <w:t>Uye uchazviverengere masabata manomwe amakore, kanomwe kanomwe amakore; uye nguva yamasabata manomwe amakore ichava kwauri makore makumi mana namapfumbamwe. Ipapo ucharayira kuti hwamanda yeJubheri iridzwe pazuva regumi romwedzi wechinomwe; pazuva rokuyananisira mucharidza hwamanda munyika yenyu yose. Revhitiko 25:8, 9.</w:t>
      </w:r>
    </w:p>
    <w:p>
      <w:pPr>
        <w:pStyle w:val="ArticleBody"/>
        <w:jc w:val="left"/>
      </w:pPr>
      <w:r>
        <w:rPr>
          <w:rFonts w:ascii="Times New Roman" w:hAnsi="Times New Roman" w:eastAsia="Times New Roman" w:cs="Times New Roman"/>
        </w:rPr>
        <w:t>Ezekieri anogadzwa mukati memutsara weJubheri kubva kuna mambo Josia kusvikira kuna 22 Gumiguru, mutsara unomirira vatumwa vokutanga nevechipiri vaZvakazarurwa gumi kubva muna 1840 kusvikira muna 1844. Ezekieri anomirira vaMillerite vavatumwa vokutanga nevechipiri, pamwe chete nevane zviuru zana namakumi mana nezvina zvomutumwa wechitatu. Ezekieri anomirira uprista hwevane zviuru zana namakumi mana nezvina, asi chimiro chake chikuru chechiporofita ndechokuti muporofita.</w:t>
      </w:r>
    </w:p>
    <w:p>
      <w:pPr>
        <w:pStyle w:val="ArticleHeading"/>
        <w:jc w:val="left"/>
      </w:pPr>
      <w:r>
        <w:rPr>
          <w:rFonts w:ascii="Arial" w:hAnsi="Arial" w:eastAsia="Arial" w:cs="Arial"/>
        </w:rPr>
        <w:t>Muporofita, Muprista, uye Mambo</w:t>
      </w:r>
    </w:p>
    <w:p>
      <w:pPr>
        <w:pStyle w:val="ArticleBody"/>
        <w:jc w:val="left"/>
      </w:pPr>
      <w:r>
        <w:rPr>
          <w:rFonts w:ascii="Times New Roman" w:hAnsi="Times New Roman" w:eastAsia="Times New Roman" w:cs="Times New Roman"/>
        </w:rPr>
        <w:t>Pane vatambi vatatu veBhaibheri vakatanga kushumira vava nemakore makumi matatu. Pamwe chete naEzekieri vaivapo Dhavhidhi naJosefa. Nokuti vose vakatanga kushumira pazera remakore makumi matatu, vose vaprista. Dhavhidhi chiratidzo chamambo, Josefa muprista, uye Ezekieri muporofita muumambo hwembiri hwekubwinya hunoumbwa nomuporofita, nomuprista, namambo.</w:t>
      </w:r>
    </w:p>
    <w:p>
      <w:pPr>
        <w:pStyle w:val="ArticleBody"/>
        <w:jc w:val="left"/>
      </w:pPr>
      <w:r>
        <w:rPr>
          <w:rFonts w:ascii="Times New Roman" w:hAnsi="Times New Roman" w:eastAsia="Times New Roman" w:cs="Times New Roman"/>
        </w:rPr>
        <w:t>Zvisinei hazvo tingashandisa muporofita Ezekieri sechiratidzo, iye mupristi; uye kana achishandiswa mumutsara wejubheri kubva kuna Josia kusvikira kuna Gumiguru 22, Ezekieri mupristi angamiririra mupristi panguva yokuiswa chisimbiso kwezana ramakumi mana nezvina nezviuru, sezvinofananidzirwa nenhoroondo ya1840 kusvika 1844 uye yaMambo Josia kusvika kuna Gumiguru 22, 573 BC.</w:t>
      </w:r>
    </w:p>
    <w:p>
      <w:pPr>
        <w:pStyle w:val="ArticleHeading"/>
        <w:jc w:val="left"/>
      </w:pPr>
      <w:r>
        <w:rPr>
          <w:rFonts w:ascii="Arial" w:hAnsi="Arial" w:eastAsia="Arial" w:cs="Arial"/>
        </w:rPr>
        <w:t>Ishirini na mbili</w:t>
      </w:r>
    </w:p>
    <w:p>
      <w:pPr>
        <w:pStyle w:val="ArticleBody"/>
        <w:jc w:val="left"/>
      </w:pPr>
      <w:r>
        <w:rPr>
          <w:rFonts w:ascii="Times New Roman" w:hAnsi="Times New Roman" w:eastAsia="Times New Roman" w:cs="Times New Roman"/>
        </w:rPr>
        <w:t>Bhaibheri rinonyatsobudisa pachena kuti Ezekieri akashumira kwemakore makumi maviri nemaviri. “Makumi maviri nemaviri” chiratidzo chevane zviuru zana nemakumi mana nezvina avo vari mureza wouMwari wakabatanidzwa nouvanhu. Munhoroondo inomiririrwa nePaseka yaJosia kusvikira kuchitsauko makumi mana chemhemberero yeJubheri yaOctober 22, Paseka yaJosia yaifananidzira basa raJosiah Litch muna 1838 na1840. Basa iroro raiva rokuisa pachena zviporofita zvenguva zvenhamo yokutanga neyechipiri. Zvino zvaonekwa kuti chiporofita chenhamo yokutanga neyechipiri chakakura zvikuru kupfuura zvakazivikanwa nemapiyona.</w:t>
      </w:r>
    </w:p>
    <w:p>
      <w:pPr>
        <w:pStyle w:val="ArticleBody"/>
        <w:jc w:val="left"/>
      </w:pPr>
      <w:r>
        <w:rPr>
          <w:rFonts w:ascii="Times New Roman" w:hAnsi="Times New Roman" w:eastAsia="Times New Roman" w:cs="Times New Roman"/>
        </w:rPr>
        <w:t>Ezekieri semuporofita weBhaibheri anotaura mazuva akanyatsotsanangurwa muzvinyorwa zvake kupfuura mumwe munyori upi zvake weBhaibheri.</w:t>
      </w:r>
    </w:p>
    <w:p>
      <w:pPr>
        <w:pStyle w:val="ArticleBody"/>
        <w:jc w:val="left"/>
      </w:pPr>
      <w:r>
        <w:rPr>
          <w:rFonts w:ascii="Times New Roman" w:hAnsi="Times New Roman" w:eastAsia="Times New Roman" w:cs="Times New Roman"/>
        </w:rPr>
        <w:t>Ezekieri ndiye omega remusimboti wezuva rakaenzana negore muuporofita hweBhaibheri. Mubhuku raNumeri, kutaurwa kwekutanga, kana kuti alpha, kwemusimboti wezuva negore kunomiririrwa pakupanduka kwekutanga paKadheshi kwakakonzera makore makumi mana ekudzungaira murenje. Kupanduka kwekupedzisira, kana kuti omega, kunomiririrwa naEzekieri muchitsauko chechina apo Jerusarema rinoparadzwa.</w:t>
      </w:r>
    </w:p>
    <w:p>
      <w:pPr>
        <w:pStyle w:val="ArticleHeading"/>
        <w:jc w:val="left"/>
      </w:pPr>
      <w:r>
        <w:rPr>
          <w:rFonts w:ascii="Arial" w:hAnsi="Arial" w:eastAsia="Arial" w:cs="Arial"/>
        </w:rPr>
        <w:t>Arfa</w:t>
      </w:r>
    </w:p>
    <w:p>
      <w:pPr>
        <w:pStyle w:val="ArticleScripture"/>
        <w:jc w:val="left"/>
      </w:pPr>
      <w:r>
        <w:rPr>
          <w:rFonts w:ascii="Times New Roman" w:hAnsi="Times New Roman" w:eastAsia="Times New Roman" w:cs="Times New Roman"/>
        </w:rPr>
        <w:t>Zvichitevera kuwanda kwamazuva amakashora nyika, ari mazuva makumi mana, zuva rimwe nerimwe richimirira gore rimwe, muchatakura zvakaipa zvenyu kwemakore makumi mana, uye muchaziva kuputswa kwechipikirwa changu. Ini Jehovha ndazvitaura; zvirokwazvo ndichazviita kuungano iyi yose yakaipa, vakaungana pamwe chete kundimukira; murenje iri vachaparadzwa, uye ipapo vachafira.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Uvatewowo parutivi rwako rworuboshwewo, uise pamusoro paro zvivi zveimba yaIsraeri; maererano nokuwanda kwamazuva auchavata parwo, uchava mutakuri wezvivi zvavo. Nokuti ndakaisa pamusoro pako makore ezvivi zvavo, maererano nokuwanda kwamazuva, mazuva anezana matatu namakumi mapfumbamwe; saizvozvo uchava mutakuri wezvivi zveimba yaIsraeri. Zvino kana wapedza iwayo, uvatezve parutivi rwako rworudyi, ugotakura zvivi zveimba yaJudha mazuva makumi mana; ndakakugadzirira zuva rimwe nerimwe kuti rimirire gore rimwe. Naizvozvo unofanira kunangisa chiso chako kukukombwa kweJerusarema, ruoko rwako rwakafukurwa, ugoporofita pamusoro paro. Ezekieri 4:4–7.</w:t>
      </w:r>
    </w:p>
    <w:p>
      <w:pPr>
        <w:pStyle w:val="ArticleBody"/>
        <w:jc w:val="left"/>
      </w:pPr>
      <w:r>
        <w:rPr>
          <w:rFonts w:ascii="Times New Roman" w:hAnsi="Times New Roman" w:eastAsia="Times New Roman" w:cs="Times New Roman"/>
        </w:rPr>
        <w:t>Kadheshi nokuparadzwa kweJerusarema zvinomirira kupanduka kwealpha neomega, zvichimirira nheyo yezuva rinoenzana negore. “Nheyo yezuva rinoenzana negore” ndiwo waive mutemo mukuru wevaMillerite, uye munhoroondo ya1840 kusvika 1844, sezvakaratidzirwa mumutsara weJubheri waMambo Josia kusvikira kuna Gumiguru 22. Ezekieri anopa misi yakawanda kupfuura mumwe muporofita upi zvake. Mukurongwa kwemisi yaEzekieri, mutsara weJubheri unozivikanwa, uchibatanidza uchapupu hwaEzekieri zvakananga munhoroondo yengirozi yokutanga neyechipiri, uye pashure paizvozvo munhoroondo yengirozi yechitatu.</w:t>
      </w:r>
    </w:p>
    <w:p>
      <w:pPr>
        <w:pStyle w:val="ArticleBody"/>
        <w:jc w:val="left"/>
      </w:pPr>
      <w:r>
        <w:rPr>
          <w:rFonts w:ascii="Times New Roman" w:hAnsi="Times New Roman" w:eastAsia="Times New Roman" w:cs="Times New Roman"/>
        </w:rPr>
        <w:t>Pamwe chete ne“mutsara weJubheri” Ezekieri anovata norutivi rwake kwamazuva mazana matatu namakumi mapfumbamwe, obva avata norumwe rutivi rwake kwamazuva makumi mana. “Mazana mana namakumi matatu” chiratidzo chesungano dzekare nenyowani, nokuti chipikirwa chesungano chaAbramu chemakore mazana mana outapwa muIjipiti chakawana chapupu chechipiri chemakore makumi matatu nomuapostora Pauro. Pamwe chete Abramu, (akazova Abrahama) wokwa‘kare’ naSauro, (akazova Pauro) wokwa‘nyowani’ vakabatanidza zvapupu zvavo kuti vasimbise makore mazana mana namakumi matatu sechiratidzo chesungano isingaperi. “Mazuva mazana matatu namakumi mapfumbamwe” “uchatakura zvakaipa zveimba yaIsraeri.” “Uye” “uchatakura zvakaipa zveimba yaJudha mazuva makumi mana.” Pamwe chete rutivi rworudyi norutivi rworuboshwe zvakaenzana naAbramu naPauro.</w:t>
      </w:r>
    </w:p>
    <w:p>
      <w:pPr>
        <w:pStyle w:val="ArticleBody"/>
        <w:jc w:val="left"/>
      </w:pPr>
      <w:r>
        <w:rPr>
          <w:rFonts w:ascii="Times New Roman" w:hAnsi="Times New Roman" w:eastAsia="Times New Roman" w:cs="Times New Roman"/>
        </w:rPr>
        <w:t>Sungano waigara wakavakirwa pamusoro pokuteerera kana kusateerera—upenyu kana rufu. Nheyo yegore nezuva munhoroondo yevaMillerite yaiva nyaya youpenyu kana rufu, uye nhoroondo iyoyo yakaziviswa nengirozi yokutanga seevhangeri isingaperi. “Evhangeri” inyaya youpenyu kana rufu, uye nyaya yokuedzwa youpenyu kana rufu munhoroondo yevaMillerite yakaiswa mukati memamiriro enheyo yokuti zuva rimwe rinofananidza gore rimwe. Kuprofita kwakapa simba kushoko rengirozi yokutanga kwaiva kuprofita kwemakore mazana matatu namakumi mapfumbamwe nerimwe namazuva gumi namashanu kwevutongo rwechipiri. Mukati memazuva mazana matatu namakumi mapfumbamwe akavata Ezikieri norutivi rwake rworuboshwe mune mufananidzo wokuprofita kwenguva kwemakore mazana matatu namakumi mapfumbamwe nerimwe namazuva gumi namashanu kwevutongo rwechipiri. Zvinoda kunzwisisa kwouprofita kuti ugovane zvakarurama kuprofita uku, asi hazvisi zvimwe kunze kwokuenderera mberi kwebasa reShumba yorudzi rwaJudha richizarura chisimbiso cheshoko rokuchema kwousiku hwomukati.</w:t>
      </w:r>
    </w:p>
    <w:p>
      <w:pPr>
        <w:pStyle w:val="ArticleBody"/>
        <w:jc w:val="left"/>
      </w:pPr>
      <w:r>
        <w:rPr>
          <w:rFonts w:ascii="Times New Roman" w:hAnsi="Times New Roman" w:eastAsia="Times New Roman" w:cs="Times New Roman"/>
        </w:rPr>
        <w:t>Ndinopikisa kuti Ezekieri anofanira kutorwa sechiratidzo chevane zana nemakumi mana nezvina zvezviuru, asi zvikuru sechiratidzo chechipo choMweya weChiporofita, kungava chichimiririrwa sokuratidzwa kwomuporofita wamazuva okupedzisira, kana sokuratidzwa kwavanhu vesungano vanonzwisisa musimboti wenzira yedzidziso inoumbwa nomutsara pamusoro pomutsara.</w:t>
      </w:r>
    </w:p>
    <w:p>
      <w:pPr>
        <w:pStyle w:val="ArticleBody"/>
        <w:jc w:val="left"/>
      </w:pPr>
      <w:r>
        <w:rPr>
          <w:rFonts w:ascii="Times New Roman" w:hAnsi="Times New Roman" w:eastAsia="Times New Roman" w:cs="Times New Roman"/>
        </w:rPr>
        <w:t>Ndinopikisa kuti chiedza chaEzekieri pamusoro pechiporofita chemakore mazana matatu namakumi mapfumbamwe nerimwe nemazuva gumi namashanu chinowirirana nomunhu webhurasho revhu achikandira zvishongo mubhokisi guru.</w:t>
      </w:r>
    </w:p>
    <w:p>
      <w:pPr>
        <w:pStyle w:val="ArticleBody"/>
        <w:jc w:val="left"/>
      </w:pPr>
      <w:r>
        <w:rPr>
          <w:rFonts w:ascii="Times New Roman" w:hAnsi="Times New Roman" w:eastAsia="Times New Roman" w:cs="Times New Roman"/>
        </w:rPr>
        <w:t>Ndinoti chiedza chinobva kuna Ezekieri chinhu chinokosha chemharidzo yedombo repamusoro, kana temberi yapera.</w:t>
      </w:r>
    </w:p>
    <w:p>
      <w:pPr>
        <w:pStyle w:val="ArticleBody"/>
        <w:jc w:val="left"/>
      </w:pPr>
      <w:r>
        <w:rPr>
          <w:rFonts w:ascii="Times New Roman" w:hAnsi="Times New Roman" w:eastAsia="Times New Roman" w:cs="Times New Roman"/>
        </w:rPr>
        <w:t>Ezekieri ari pana Gumiguru 22 mundima yekutanga yechitsauko chemakumi mana, uye ipapo ndipo panopiwa Ezekieri chiratidzo chetemberi yeramangwana. Temberi iyoyo ndiyo temberi yevane zviuru zana nemakumi mana nezvina, avo Ezekieri ari chiratidzo chenhamba iyoyo. Boka iroro richange rapfuura miedzo miviri vasati vasvika pamuedzo wechitatu, unova muyedzo unoratidza pachena chokwadi chavo. Ezekieri anoratidzwa achigamuchira chiedza chake mutemberi, naizvozvo chiedza chaanoburitsa sechiratidzo chinomirira chiedza chinouya apo vanhu vaMwari vanopinda muNzvimbo Tsvene-tsvene vachiwirirana naDanieri chitsauko chegumi.</w:t>
      </w:r>
    </w:p>
    <w:p>
      <w:pPr>
        <w:pStyle w:val="ArticleBody"/>
        <w:jc w:val="left"/>
      </w:pPr>
      <w:r>
        <w:rPr>
          <w:rFonts w:ascii="Times New Roman" w:hAnsi="Times New Roman" w:eastAsia="Times New Roman" w:cs="Times New Roman"/>
        </w:rPr>
        <w:t>Chiedza cheZvakazarurwa zvaJesu Kristu chakazarurwa chisina chisimbiso chinovhurwa nguva pfupi nyasha dzisati dzapera.</w:t>
      </w:r>
    </w:p>
    <w:p>
      <w:pPr>
        <w:pStyle w:val="ArticleScripture"/>
        <w:jc w:val="left"/>
      </w:pPr>
      <w:r>
        <w:rPr>
          <w:rFonts w:ascii="Times New Roman" w:hAnsi="Times New Roman" w:eastAsia="Times New Roman" w:cs="Times New Roman"/>
        </w:rPr>
        <w:t>Zvino akati kwandiri, Usasimbise mashoko ouprofita hwebhuku iri; nokuti nguva yava pedyo. Uyo asina kururama, ngaarambe asina kururama hake; naiye akasviba, ngaarambe akasviba hake; naiye akarurama, ngaarambe akarurama hake; naiye mutsvene, ngaarambe ari mutsvene hake. Zvakazarurwa 22:10, 11.</w:t>
      </w:r>
    </w:p>
    <w:p>
      <w:pPr>
        <w:pStyle w:val="ArticleBody"/>
        <w:jc w:val="left"/>
      </w:pPr>
      <w:r>
        <w:rPr>
          <w:rFonts w:ascii="Times New Roman" w:hAnsi="Times New Roman" w:eastAsia="Times New Roman" w:cs="Times New Roman"/>
        </w:rPr>
        <w:t>“nguva yava pedyo” pakarepo nguva yemukana wokutendeuka isati yapera mundima yegumi neimwe, uye naizvozvo Zvakazarurwa zvaJesu Kristu zvinobvisirwa chisimbiso panguva iyoyo, nokuti “nguva yava pedyo.”</w:t>
      </w:r>
    </w:p>
    <w:p>
      <w:pPr>
        <w:pStyle w:val="ArticleScripture"/>
        <w:jc w:val="left"/>
      </w:pPr>
      <w:r>
        <w:rPr>
          <w:rFonts w:ascii="Times New Roman" w:hAnsi="Times New Roman" w:eastAsia="Times New Roman" w:cs="Times New Roman"/>
        </w:rPr>
        <w:t>Zvakazarurwa zvaJesu Kristu, zvaakapiwa naMwari, kuti aratidze kuvaranda vake zvinhu zvinofanira kukurumidza kuitika; akazvitumira akazvizivisa nomutumwa wake kumuranda wake Johane; uyo akapupura shoko raMwari, nouchapupu hwaJesu Kristu, nezvinhu zvose zvaakaona. Akaropafadzwa uyo anoverenga, navanonzwa mashoko ouprofita uhwu, vachichengeta zvinhu zvakanyorwa mariri; nokuti nguva yava pedyo. Zvakazarurwa 1:1–3.</w:t>
      </w:r>
    </w:p>
    <w:p>
      <w:pPr>
        <w:pStyle w:val="ArticleBody"/>
        <w:jc w:val="left"/>
      </w:pPr>
      <w:r>
        <w:rPr>
          <w:rFonts w:ascii="Times New Roman" w:hAnsi="Times New Roman" w:eastAsia="Times New Roman" w:cs="Times New Roman"/>
        </w:rPr>
        <w:t>Nguva yokuedzwa inovharwa pamusoro peLaodhikia reSeventh-day Adventism panguva yomurayiro weSvondo, uye Adventism inomiririrwa seJerusarema muchitsauko chepfumbamwe chaEzekieri. Ipapo avo vanogomera nokuridza mhere pamusoro pezvinonyangadza zvinoitwa munyika nomuchechi vanogamuchira chisimbiso. Kuisa chisimbiso kunoitika apo mhepo dzokumabvazuva dzeIslam dziri kutsamwisa marudzi, nguva pfupi zvikuru isati yavharwa nguva yokuedzwa. Muchitsauko chechisere chaEzekieri, zvizvarwa zvina zveAdventism zvinoguma nechizvarwa chechina chichimiririrwa navatungamiri makumi maviri navashanu vakakotamira zuva.</w:t>
      </w:r>
    </w:p>
    <w:p>
      <w:pPr>
        <w:pStyle w:val="ArticleBody"/>
        <w:jc w:val="left"/>
      </w:pPr>
      <w:r>
        <w:rPr>
          <w:rFonts w:ascii="Times New Roman" w:hAnsi="Times New Roman" w:eastAsia="Times New Roman" w:cs="Times New Roman"/>
        </w:rPr>
        <w:t>Chiratidzo ichocho chakapiwa nenzira yokufananidzira zuva rimwe chete pamberi pomurayiro weSvondo, kana kuti nguva yokuyedzwa isati yavharwa sezvinomiririrwa nenhamba nhanhatu dzokuti nhanhatu, nhanhatu, nhanhatu.</w:t>
      </w:r>
    </w:p>
    <w:p>
      <w:pPr>
        <w:pStyle w:val="ArticleScripture"/>
        <w:jc w:val="left"/>
      </w:pPr>
      <w:r>
        <w:rPr>
          <w:rFonts w:ascii="Times New Roman" w:hAnsi="Times New Roman" w:eastAsia="Times New Roman" w:cs="Times New Roman"/>
        </w:rPr>
        <w:t>Zvino zvakaitika negore rechitanhatu, nomwedzi wechitanhatu, pazuva rechishanu romwedzi, ndakanga ndigere mumba mangu, navakuru vaJudha vakanga vagere pamberi pangu, ruoko rwaIshe Jehovha rukawira pamusoro pangu ipapo. Ipapo ndakatarira, zvino tarisai, pakanga pane chakafanana nomufananidzo waiita sechinhu chomoto: kubva pakuonekwa kwechiuno chake zvichidzika pasi, moto; uye kubva pachiuno chake zvichikwira kumusoro, sekuonekwa kwokupenya, soruvara rweamberi. Akabva atambanudza chimiro cheruoko, akandibata nebvudzi romumusoro mangu; mweya ukandisimudza pakati penyika nedenga, ukandiunza muzviratidzo zvaMwari kuJerusarema, pamusuo wesuo romukati rinotarira kurutivi rwokumusoro; paiva nechigaro chemufananidzo wegodo, unotsamwisa kugodo. Uye tarisai, kubwinya kwaMwari waIsraeri kwakanga kuripo, maererano nechiratidzo chandakanga ndaona pabani. Ezekieri 8:1–4.</w:t>
      </w:r>
    </w:p>
    <w:p>
      <w:pPr>
        <w:pStyle w:val="ArticleBody"/>
        <w:jc w:val="left"/>
      </w:pPr>
      <w:r>
        <w:rPr>
          <w:rFonts w:ascii="Times New Roman" w:hAnsi="Times New Roman" w:eastAsia="Times New Roman" w:cs="Times New Roman"/>
        </w:rPr>
        <w:t>Chiratidzo chegore rechitanhatu, mwedzi wechitanhatu nezuva rechishanu chakauya nguva pfupi pamberi pe“666,” chiratidzo chomutemo weSvondo, apo nguva yenyasha inovharirwa Adventism yeRaodhikia. Chiratidzo ichocho chakanga chiri “maererano nechiratidzo” chakamboonekwa naEzekieri “pamapani.” Chiratidzo chaakaona pamapani chinowanikwa pakutanga, muchitsauko chechitatu.</w:t>
      </w:r>
    </w:p>
    <w:p>
      <w:pPr>
        <w:pStyle w:val="ArticleScripture"/>
        <w:jc w:val="left"/>
      </w:pPr>
      <w:r>
        <w:rPr>
          <w:rFonts w:ascii="Times New Roman" w:hAnsi="Times New Roman" w:eastAsia="Times New Roman" w:cs="Times New Roman"/>
        </w:rPr>
        <w:t>Ipapo ndakasimuka, ndikabuda ndikaenda kubani; zvino tarirai, kubwinya kwaJehovha kwakanga kumire ipapo, kwakaita sekubwinya kwandakanga ndaona parwizi rweKebhari; ini ndokuwira pasi nechiso changu. Ezekieri 3:23.</w:t>
      </w:r>
    </w:p>
    <w:p>
      <w:pPr>
        <w:pStyle w:val="ArticleBody"/>
        <w:jc w:val="left"/>
      </w:pPr>
      <w:r>
        <w:rPr>
          <w:rFonts w:ascii="Times New Roman" w:hAnsi="Times New Roman" w:eastAsia="Times New Roman" w:cs="Times New Roman"/>
        </w:rPr>
        <w:t>Chiratidzo che“bani”, icho chaiva chiratidzo chegore rechitanhatu, romwedzi wechitanhatu, nezuva rechishanu, ndicho chiratidzo chakanga chamboonekwa naEzekieri parwizi rweKebhari.</w:t>
      </w:r>
    </w:p>
    <w:p>
      <w:pPr>
        <w:pStyle w:val="ArticleScripture"/>
        <w:jc w:val="left"/>
      </w:pPr>
      <w:r>
        <w:rPr>
          <w:rFonts w:ascii="Times New Roman" w:hAnsi="Times New Roman" w:eastAsia="Times New Roman" w:cs="Times New Roman"/>
        </w:rPr>
        <w:t>Zvino zvakaitika mugore ramakumi matatu, mumwedzi wechina, pazuva rechishanu romwedzi, ndiri pakati pavatapwa parwizi rweKebhari, kuti matenga akazaruka, ndikava nezvandakatariswa zvaMwari. Ezekieri 1:1.</w:t>
      </w:r>
    </w:p>
    <w:p>
      <w:pPr>
        <w:pStyle w:val="ArticleBody"/>
        <w:jc w:val="left"/>
      </w:pPr>
      <w:r>
        <w:rPr>
          <w:rFonts w:ascii="Times New Roman" w:hAnsi="Times New Roman" w:eastAsia="Times New Roman" w:cs="Times New Roman"/>
        </w:rPr>
        <w:t>“Zviono zvaMwari” zvaka“onekwa” naEzekieri parwizi rweKebhari, ndizvo zvaiva chiratidzo chebani, icho zvakare chaiva chiratidzo chiri muna Ezekieri chitsauko 8 kusvika 11. Zviono izvozvo zvakapiwa mukati memamiriro ekuti Ezekieri akatarisa mukati menzvimbo tsvene, ndipo panokwanisidzwa chiratidzo chegirazi rekutarisa che “marah” chemuchitsauko 10. Ezekieri anomirira avo vanogoverana muchiedza chechiporofita chinopenya chichibva paNzvimbo Tsvenetsvene apo Zvakazarurwa zvaJesu Kristu zvinoburitswa nguva pfupi kusati kwavharwa nguva yomuedzo.</w:t>
      </w:r>
    </w:p>
    <w:p>
      <w:pPr>
        <w:pStyle w:val="ArticleBody"/>
        <w:jc w:val="left"/>
      </w:pPr>
      <w:r>
        <w:rPr>
          <w:rFonts w:ascii="Times New Roman" w:hAnsi="Times New Roman" w:eastAsia="Times New Roman" w:cs="Times New Roman"/>
        </w:rPr>
        <w:t>Patinozivisa mutsetse weJubheri waMambo Josia unotanga nePaseka uchiguma pana Gumiguru 22, tinenge tichizivisa chiratidzo chemitambo yoMuchirimo nemitambo yoMatsutso sezvakarongwa muna Revhitiko makumi maviri nenhatu. Imomo mitambo yoMuchirimo neyoMatsutso yakarongwa nendima makumi maviri nembiri imwe neimwe, sezvakangoitawo ushumiri hwaEzekieri hwemakore makumi maviri nembiri. Kuenzanisa Ezekieri mugore rechimakumi matatu romutsetse weJubheri kunobvumira kuberekwa kwaEzekieri kuenderana nokumutsiridzwa kwaJosia. Kana akanga ava namakore makumi matatu mugore rechimakumi matatu romutenderedzwa weJubheri, ipapo Ezekieri angadai akaberekwa panguva yokuvandudzwa kwaJosia.</w:t>
      </w:r>
    </w:p>
    <w:p>
      <w:pPr>
        <w:pStyle w:val="ArticleBody"/>
        <w:jc w:val="left"/>
      </w:pPr>
      <w:r>
        <w:rPr>
          <w:rFonts w:ascii="Times New Roman" w:hAnsi="Times New Roman" w:eastAsia="Times New Roman" w:cs="Times New Roman"/>
        </w:rPr>
        <w:t>Ezekieri mucherechedzo cheavo vanopinda noRutendo muNzvimbo Tsvene-tsvene. Vangopinda imomo vanoona mavhiri ari mukati memamwe mavhiri achimiririra kufambidzana kwakaomarara kwehukama hwevanhu. Sezvazvakaita kuna Johane muna Zvakazarurwa chitsauko chegumi, Ezekieri anomiririra vaMillerite, asi zvikuru zvakananga zviuru zvine zana namakumi mana nezvina. Uprofita hwake hwenguva hwakaenzana hwemakore mazana matatu namakumi mapfumbamwe nerimwe nemazuva gumi namashanu hunoratidza kutongwa kwokupedzisira kweAdventism yeRaodhikia pamwe nokuparadzwa kweJerusarema, uye hunosanganisira chakavanzika chamakumi matatu namasere namakumi mana.</w:t>
      </w:r>
    </w:p>
    <w:p>
      <w:pPr>
        <w:pStyle w:val="ArticleBody"/>
        <w:jc w:val="left"/>
      </w:pPr>
      <w:r>
        <w:rPr>
          <w:rFonts w:ascii="Times New Roman" w:hAnsi="Times New Roman" w:eastAsia="Times New Roman" w:cs="Times New Roman"/>
        </w:rPr>
        <w:t>Zvinosanganisira chiratidzo chemakore ana namazana matatu namakumi matatu.</w:t>
      </w:r>
    </w:p>
    <w:p>
      <w:pPr>
        <w:pStyle w:val="ArticleBody"/>
        <w:jc w:val="left"/>
      </w:pPr>
      <w:r>
        <w:rPr>
          <w:rFonts w:ascii="Times New Roman" w:hAnsi="Times New Roman" w:eastAsia="Times New Roman" w:cs="Times New Roman"/>
        </w:rPr>
        <w:t>Ihlanganisa inkathi yeminyaka emine emelwe ngu-1333 kuya ku-1337, 1449 kuya ku-1453, kanye no-1840 kuya ku-1844.</w:t>
      </w:r>
    </w:p>
    <w:p>
      <w:pPr>
        <w:pStyle w:val="ArticleBody"/>
        <w:jc w:val="left"/>
      </w:pPr>
      <w:r>
        <w:rPr>
          <w:rFonts w:ascii="Times New Roman" w:hAnsi="Times New Roman" w:eastAsia="Times New Roman" w:cs="Times New Roman"/>
        </w:rPr>
        <w:t>Tichatanga kufungisisa kwedu pamusoro pechidzidzo ichi chinokosha zvikuru munyaya inotevera.</w:t>
      </w:r>
    </w:p>
    <w:p>
      <w:pPr>
        <w:pStyle w:val="ArticleScripture"/>
        <w:jc w:val="left"/>
      </w:pPr>
      <w:r>
        <w:rPr>
          <w:rFonts w:ascii="Times New Roman" w:hAnsi="Times New Roman" w:eastAsia="Times New Roman" w:cs="Times New Roman"/>
        </w:rPr>
        <w:t>“Pazviratidzo zvakapiwa Isaya, kuna Ezekieri, uye kuna Johane tinoona kuti denga rakabatanidzwa zvakadii nezviitiko zviri kuitika panyika uye kuti kutarisira kwaMwari kukuru zvakadini kune avo vakatendeka kwaari.” Testimonies, bhuku 5, 753.</w:t>
      </w:r>
    </w:p>
    <w:p>
      <w:pPr>
        <w:pStyle w:val="ArticleScripture"/>
        <w:jc w:val="left"/>
      </w:pPr>
      <w:r>
        <w:rPr>
          <w:rFonts w:ascii="Times New Roman" w:hAnsi="Times New Roman" w:eastAsia="Times New Roman" w:cs="Times New Roman"/>
        </w:rPr>
        <w:t>“Kristu pachake ndiye akanga ari Ishe wetemberi. Paakazobva mairi, kubwinya kwayo kwaizobva kwapera—kubwinya uko kwakamboonekwa muNzvimbo Tsvene-tsvene pamusoro pechigaro chenyasha, apo mupristi mukuru aipinda kamwe chete pagore, pazuva guru rokuyananisa, ane ropa rechibayiro chakaurayiwa (raimirira ropa roMwanakomana waMwari rakateurirwa zvivi zvenyika), akarimwaya paartari. Iri ndiro rakanga riri Shekinah, dumba rinooneka raJehovha.</w:t>
      </w:r>
    </w:p>
    <w:p>
      <w:pPr>
        <w:pStyle w:val="ArticleScripture"/>
        <w:jc w:val="left"/>
      </w:pPr>
      <w:r>
        <w:rPr>
          <w:rFonts w:ascii="Times New Roman" w:hAnsi="Times New Roman" w:eastAsia="Times New Roman" w:cs="Times New Roman"/>
        </w:rPr>
        <w:t>“Kwaiva uku ndiko kwakaratidzwa kuna Isaya, paanoti, ‘Negore rakafa mambo Uziya ndakaonawo Ishe agere pachigaro choushe, chakakwirira uye chakasimudzwa, uye mupendero wenguvo yake wakazadza temberi’ [Isaya 6:1–8 yakatorwa mashoko].” The Seventh-day Adventist Bible Commentary, vhoriyamu 4, 1139.</w:t>
      </w:r>
    </w:p>
    <w:p>
      <w:pPr>
        <w:pStyle w:val="ArticleScripture"/>
        <w:jc w:val="left"/>
      </w:pPr>
      <w:r>
        <w:rPr>
          <w:rFonts w:ascii="Times New Roman" w:hAnsi="Times New Roman" w:eastAsia="Times New Roman" w:cs="Times New Roman"/>
        </w:rPr>
        <w:t>“Chiratidzo chakapiwa kuna Isaya chinomirira mamiriro avanhu vaMwari mumazuva okupedzisira. Vakapiwa ropafadzo yokuti vaone nokutenda basa riri kuenderera mberi musanctuary rokudenga. ‘Zvino temberi yaMwari yakazarurwa kudenga, uye mukati metemberi yake makaonekwa areka yesungano yake.’ Pavanotarira nokutenda munzvimbo tsvene-tsvene, uye vachiona basa raKristu musanctuary rokudenga, vanonzwisisa kuti ivo vanhu vane miromo isina kuchena,—vanhu vane miromo yakagara ichitaura zvisina maturo, uye vane matarenda asina kutsveneswa nokushandiswa kukudza Mwari. Zvakakodzera kuti vaore mwoyo pavanofananidza kusava nesimba kwavo nokusakodzera kwavo nokuchena nokunaka kwounhu hwaKristu hunobwinya. Asi kana ivo, saIsaya, vakagamuchira simba rokubatwa rinoda Ishe kuti riiswe pamwoyo, kana vakazvininipisa pamberi paMwari, tariro iripo kwavari. Uta hwechipikirwa huri pamusoro pechigaro choushe, uye basa rakaitirwa Isaya richaitwawo mavari. Mwari achapindura minyengetero inobva pamwoyo wakapfava nokuzvidemba.”</w:t>
      </w:r>
    </w:p>
    <w:p>
      <w:pPr>
        <w:pStyle w:val="ArticleScripture"/>
        <w:jc w:val="left"/>
      </w:pPr>
      <w:r>
        <w:rPr>
          <w:rFonts w:ascii="Times New Roman" w:hAnsi="Times New Roman" w:eastAsia="Times New Roman" w:cs="Times New Roman"/>
        </w:rPr>
        <w:t>“Chinangwa chebasa iri guru uye rinoyera raMwari ndechekuunganidza pamwe chete miguri yezviyo mudura rokudenga; nokuti nyika ichazadzwa nokubwinya kwaShe. Naizvozvo ngaparege kuva nomunhu anovhundutswa paanoona uipi hwawandisa huchikunda uye achinzwa mashoko anobuda pamiromo isina kuchena. Kana masimba erima akazvironga kurwisa vanhu vaMwari; kana Satani achiunganidza hondo dzake nokuda kwekurwisana kukuru kwokupedzisira, uye simba rake richiratidzika kuva guru uye rinenge richikurira chose, kuona kwakajeka kwokubwinya kwaMwari, kwechigaro choushe chakakwirira uye chakasimudzirwa kumusoro, chakafukidzwa nounyoro hworungano rwechivimbiso, kuchapa nyaradzo, chokwadi, norugare.” Review and Herald, December 22, 1896.</w:t>
      </w:r>
    </w:p>
    <w:p>
      <w:pPr>
        <w:pStyle w:val="ArticleScripture"/>
        <w:jc w:val="left"/>
      </w:pPr>
      <w:r>
        <w:rPr>
          <w:rFonts w:ascii="Times New Roman" w:hAnsi="Times New Roman" w:eastAsia="Times New Roman" w:cs="Times New Roman"/>
        </w:rPr>
        <w:t>“Pamahombekombe erwizi Khebari, Ezekieri akaona chamupupuri chaiita sechinobva kuchamhembe, ‘gore guru, nomoto waizvipetapeta mukati mawo, nechiedza chakanga chakakomberedza; uye kubva pakati pacho maibuda chakaita seruvara rwemhangura inopenya.’ Mavhiri mazhinji, aipindirana mamwe mukati mamamwe, aifambiswa nezvisikwa zvina zvipenyu. Kumusoro-soro pamusoro pazvo zvose ‘pakanga pane chakafanana nechigaro choushe, chakanga chakafanana pakuonekwa nebwe resafiri; uye pamusoro pechakafanana nechigaro choushe pakanga pane chakafanana pakuonekwa nomunhu akanga ari pamusoro pacho.’ ‘Uye mumakerubhi makaonekwa chimiro cheruoko rwomunhu pasi pamapapiro awo.’ Ezekieri 1:4, 26; 10:8. Mavhiri acho akanga akaoma zvikuru pakurongeka kwawo zvokuti pakuatarisa kwokutanga aiita seanenge ari munyongano; asi aifamba mukuwirirana kwakakwana. Zvisikwa zvokudenga, zvaitsigirwa nokutungamirirwa noruoko rwakanga rwuri pasi pamapapiro emakerubhi, ndizvo zvaisundira mavhiri iwayo; pamusoro pazvo, pachigaro choushe chesafiri, pakanga pane Iye Wokusingaperi; uye chakakomberedza chigaro choushe pakanga pane murarabungu, mucherechedzo wetsitsi dzoumwari.”</w:t>
      </w:r>
    </w:p>
    <w:p>
      <w:pPr>
        <w:pStyle w:val="ArticleScripture"/>
        <w:jc w:val="left"/>
      </w:pPr>
      <w:r>
        <w:rPr>
          <w:rFonts w:ascii="Times New Roman" w:hAnsi="Times New Roman" w:eastAsia="Times New Roman" w:cs="Times New Roman"/>
        </w:rPr>
        <w:t>“Sokunge mavhiri akanga akafanana nezvinhu zvakaoma kunzwisisa achitungamirirwa noruoko rwakanga ruri pasi pamapapiro amakherubhi, saizvozvowo kufambidzana kwakaoma kwezviitiko zvavanhu kuri pasi peutongi hwoumwari. Pakati pokukakavara nenyonganyonga zvamarudzi, Iye agere pamusoro pamakherubhi achiri kutungamirira zvinoitwa panyika.</w:t>
      </w:r>
    </w:p>
    <w:p>
      <w:pPr>
        <w:pStyle w:val="ArticleScripture"/>
        <w:jc w:val="left"/>
      </w:pPr>
      <w:r>
        <w:rPr>
          <w:rFonts w:ascii="Times New Roman" w:hAnsi="Times New Roman" w:eastAsia="Times New Roman" w:cs="Times New Roman"/>
        </w:rPr>
        <w:t>“Nhoroondo yendudzi dzakatevedzana, imwe ichitsiva imwe, dzichigara munguva yadzakagoverwa nenzvimbo yadzakapiwa, dzichipupurira zvisingazivi chokwadi chadzo dzadzo dzisina kunzwisisa zvarinoreva, inotaura kwatiri. Kunyika imwe neimwe nokumunhu mumwe nomumwe wanhasi, Mwari vakagadza nzvimbo muchirongwa Chavo chikuru. Nhasi vanhu nendudzi zviri kuyerwa netambo yokuyeresa iri muruoko rwaIye asingambokanganisi. Vose vari, nokusarudza kwavo pachavo, kutema magumo avo, uye Mwari vari kutonga pamusoro pezvose kuti zvirongwa Zvavo zvizadziswe.</w:t>
      </w:r>
    </w:p>
    <w:p>
      <w:pPr>
        <w:pStyle w:val="ArticleScripture"/>
        <w:jc w:val="left"/>
      </w:pPr>
      <w:r>
        <w:rPr>
          <w:rFonts w:ascii="Times New Roman" w:hAnsi="Times New Roman" w:eastAsia="Times New Roman" w:cs="Times New Roman"/>
        </w:rPr>
        <w:t>“Nhoroondo iyo IYE MUKURU, NDIRIYO, yaakaratidza mushoko Rake, achibatanidza chibatanidzo nechibatanidzo mucheni yechiporofita, kubva pakusingaperi kwakapfuura kusvika pakusingaperi kuchauya, inotiudza patiri nhasi mukufambira mberi kwemazera, uye kuti chii chingatarisirwa munguva ichauya. Zvose zvakafanotaurwa nechiporofita kuti zvichaitika, kusvikira panguva ino, zvakatevedzerwa pamapeji enhoroondo, uye tinogona kuva nechokwadi chokuti zvose zvichiri kuuya zvichazadziswa maererano nehurongwa hwazvo.”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Nhoroondo Yakavanzika yeNdima yeMakumi Mana — Nhamba Makumi Maviri</dc:title>
  <dc:subject>Nhamo yeChipiri — Chikamu Chechinomwe — Ezekieri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