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Nhoroondo Yakavanzika yeNdima yeMakumi Mana—Nhamba Makumi Maviri neMbiri</w:t>
      </w:r>
    </w:p>
    <w:p>
      <w:pPr>
        <w:pStyle w:val="ArticleSubtitle"/>
        <w:jc w:val="left"/>
      </w:pPr>
      <w:r>
        <w:rPr>
          <w:rFonts w:ascii="Arial" w:hAnsi="Arial" w:eastAsia="Arial" w:cs="Arial"/>
        </w:rPr>
        <w:t>Ezekieri Nhamba Yetatu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Ezekieri mupristi panguva yekuiswa chisimbiso kwezana nezviuru makumi mana nezvina. Muchitsauko chekutanga Ezekieri anotorwa achipinzwa musanctuary.</w:t>
      </w:r>
    </w:p>
    <w:p>
      <w:pPr>
        <w:pStyle w:val="ArticleScripture"/>
        <w:jc w:val="left"/>
      </w:pPr>
      <w:r>
        <w:rPr>
          <w:rFonts w:ascii="Times New Roman" w:hAnsi="Times New Roman" w:eastAsia="Times New Roman" w:cs="Times New Roman"/>
        </w:rPr>
        <w:t>Zvino zvakaitika kuti mugore ramakumi matatu, mumwedzi wechina, pazuva rechishanu romwedzi, ndichiri pakati pavatapwa parwizi rweKebhari, matenga akazarurwa, ndikaona zviratidzo zvaMwari. Pazuva rechishanu romwedzi, iro rakanga riri gore rechishanu rokutapwa kwamambo Jehoiakini, shoko raJehovha rakasvika pachena kuna Ezekieri muprista, mwanakomana waBuzi, munyika yavaKaradhea parwizi rweKebhari; ruoko rwaJehovha rwakanga rwuri pamusoro pake ipapo.</w:t>
      </w:r>
    </w:p>
    <w:p>
      <w:pPr>
        <w:pStyle w:val="ArticleScripture"/>
        <w:jc w:val="left"/>
      </w:pPr>
      <w:r>
        <w:rPr>
          <w:rFonts w:ascii="Times New Roman" w:hAnsi="Times New Roman" w:eastAsia="Times New Roman" w:cs="Times New Roman"/>
        </w:rPr>
        <w:t>Zvino ndakatarira, ndikaona chamupupuri chichibva kuchamhembe, negore guru, nomoto waizvipetapeta, nokupenya kwakanga kwakapoteredza; uye pakati paro maibuda chinhu chakanga chakaita soruvara rweamberi, kubva pakati pomoto. Uyewo kubva pakati paro makabuda mufananidzo wezvisikwa zvina zvipenyu. Uye uku ndiko kwaiva kuonekwa kwazvo; zvakanga zvine mufananidzo womunhu. Uye chimwe nechimwe chaiva nezviso zvina, uye chimwe nechimwe chaiva namapapiro mana. Tsoka dzazvo dzaiva dzakatwasuka; uye pasi petsoka dzazvo pakanga pakaita sepasi petsoka yemhuru; uye zvaipenya soruvara rwendarira yakakwenenzverwa. Uye zvakanga zvine maoko omunhu pasi pamapapiro azvo kumativi azvo mana; uye izvo zvina zvakanga zvine zviso zvazvo namapapiro azvo. Mapapiro azvo akanga akabatanidzwa rimwe nerimwe kune rimwe; hazvina kutendeuka pakufamba kwazvo; chimwe nechimwe chaifamba chakananga mberi. Kana kuri kuumbwa kwezviso zvazvo, izvo zvina zvakanga zvine chiso chomunhu, nechiso cheshumba kurutivi rworudyi; uye izvo zvina zvakanga zvine chiso chenzombe kurutivi rworuboshwe; izvo zvina zvakanga zvinewo chiso chegondo. Ndiwo akanga akaita zviso zvazvo; uye mapapiro azvo akanga akatambanudzirwa kumusoro; mapapiro maviri echimwe nechimwe akanga akabatanidzwa kune rimwe nerimwe, uye maviri aifukidza miviri yazvo.</w:t>
      </w:r>
    </w:p>
    <w:p>
      <w:pPr>
        <w:pStyle w:val="ArticleScripture"/>
        <w:jc w:val="left"/>
      </w:pPr>
      <w:r>
        <w:rPr>
          <w:rFonts w:ascii="Times New Roman" w:hAnsi="Times New Roman" w:eastAsia="Times New Roman" w:cs="Times New Roman"/>
        </w:rPr>
        <w:t>Vakaenda kila mmoja moja kwa moja mbele; roho ilikokusudia kwenda, ndiko walikokwenda; wala hawakugeuka walipokwenda. Na kwa habari ya mfano wa vile viumbe hai, sura yao ilikuwa kama makaa ya moto yawakayo, na kama mwonekano wa taa; huo moto ulikuwa ukipita huku na huko katikati ya vile viumbe hai; na ule moto ulikuwa na mwangaza mwingi, na katika ule moto zikatoka radi. Nao wale viumbe hai walikimbia na kurudi kama mwonekano wa umeme wa radi. Basi nilipokuwa nikivitazama vile viumbe hai, tazama, gurudumu moja juu ya nchi karibu na vile viumbe hai, kwa ajili ya nyuso zake nne. Mwonekano wa yale magurudumu na kazi yake ulikuwa kama rangi ya almasi ya yakuti ya manjano; nayo yale manne yalikuwa na mfano mmoja; na mwonekano wake na kazi yake ulikuwa kana kwamba gurudumu limo ndani ya gurudumu. Yalipokwenda, yalikwenda upande wa nyuso zake nne; wala hayakugeuka yalipokwenda. Na kwa habari ya duara zake, zilikuwa juu sana, hata zilitisha; nazo duara zake yale manne zilijaa macho pande zote kuzunguka. Na vile viumbe hai walipokwenda, yale magurudumu yalikwenda pamoja navyo; na vile viumbe hai vilipoinuliwa kutoka juu ya nchi, yale magurudumu nayo yakainuliwa. Roho ilikokusudia kwenda, ndiko walikokwenda; huko ndiko roho yao ilikokusudia kwenda; nayo yale magurudumu yakainuliwa pamoja navyo; kwa maana roho ya kile kiumbe hai ilikuwa ndani ya yale magurudumu.</w:t>
      </w:r>
    </w:p>
    <w:p>
      <w:pPr>
        <w:pStyle w:val="ArticleScripture"/>
        <w:jc w:val="left"/>
      </w:pPr>
      <w:r>
        <w:rPr>
          <w:rFonts w:ascii="Times New Roman" w:hAnsi="Times New Roman" w:eastAsia="Times New Roman" w:cs="Times New Roman"/>
        </w:rPr>
        <w:t>Loko mga tienda, letiwa na tone; loko tienda timina, letiwa na tima; loko tienda tekwaga pamusoro pe nyika, mavhiriwo akakwagwa pamwe nawo; ngokuti mweya wechisikwa chipenyu waiwa mumavhiri. Nepamusoro pemisoro yezvisikwa zvipenyu painga pane chimiro chedenga rakafanana neruvara rwekristaro rinotyisa, rakatambanudzwa pamusoro pemisoro yavo kumusoro. Nepasi pedenga iroro mapapiro avo akanga akarurama, rimwe rakatarisana nerimwe; chimwe nechimwe chaiva namapapiro maviri aifukidza rutivi urwu, uye chimwe nechimwe chaiva namapapiro maviri aifukidza rumwe rutivi, miviri yavo. Zvino pavaifamba, ndakanzwa kutinhira kwamapapiro avo, sokutinhira kwemvura zhinji, senzwi raWamasimba Ose, inzwi rokutaura, sokutinhira kwehondo; pavaimira, vaidzikisa mapapiro avo. Uye kwakanga kune inzwi raibva kudenga rakanga riri pamusoro pemisoro yavo, pavaimira, vadzikisa mapapiro avo. Uye pamusoro pedenga rakanga riri pamusoro pemisoro yavo paiva nechimiro chechigaro choushe, chakafanana pakuonekwa nedombo resafaya; uye pamusoro pechimiro chechigaro choushe paiva nechimiro chakafanana pakuonekwa nomunhu pamusoro pacho. Uye ndakaona sechinhu chakaita seruvara rwesimbi inopenya, chakafanana nokuonekwa kwemoto wakakomberedza mukati maro, kubva pakuonekwa kwechiuno chake zvichikwira; uye kubva pakuonekwa kwechiuno chake zvichidzika, ndakaona chakafanana nokuonekwa kwemoto, uye kwaiva nokupenya kwakakomberedza. Sokuratidzika kwomuraraungu uri mugore pazuva remvura, ndizvo zvakanga zvakaita kuonekwa kwokupenya kwakakomberedza. Uku ndiko kwakanga kuri kuonekwa kwechimiro chokubwinya kwaJehovha. Zvino pandakazviona, ndakawira pasi nechiso changu, ndikanzwa inzwi rowakataura. Ezekieri 1:1–28.</w:t>
      </w:r>
    </w:p>
    <w:p>
      <w:pPr>
        <w:pStyle w:val="ArticleScripture"/>
        <w:jc w:val="left"/>
      </w:pPr>
      <w:r>
        <w:rPr>
          <w:rFonts w:ascii="Times New Roman" w:hAnsi="Times New Roman" w:eastAsia="Times New Roman" w:cs="Times New Roman"/>
        </w:rPr>
        <w:t>“Ezekieri, muporofita akatapwa anochema, ari munyika yavaKaradhea, akapiwa chiratidzo chaidzidzisa chidzidzo chimwe chetecho chokutenda muna Mwari ane simba waIsraeri. Paakanga ari pamahombekombe erwizi Khebari, chamupupuri chakaita sechaiuya chichibva kuchamhembe, ‘gore guru, nomoto waizviputira mukati mawo, nokupenya kwakanga kwakauchipoteredza, uye pakati pako maibuda chinhu chakanga chakaita seruvara rweamberi.’ Mavhiri anoverengeka aiva nechimiro chinoshamisa, achipindirana, akanga achifambiswa nezvisikwa zvina zvipenyu. Kumusoro zvikuru pamusoro pezvose izvi kwaiva ‘nechifananidzo chechigaro choushe, chakanga chakafanana nokutaridzika kwedombo resafaya; uye pamusoro pechifananidzo chechigaro choushe paiva nechifananidzo chakanga chakafanana nokutaridzika kwomunhu pamusoro pacho.’ ‘Kana kuri kufanana kwezvisikwa zvipenyu, kutaridzika kwazvo kwakanga kwakaita samazimbe omoto anopfuta, uye kwakaita sokutaridzika kwemwenje; kwaikwira nokudzika pakati pezvisikwa zvipenyu; uye moto wacho wakanga wakajeka, uye mumoto maibuda mheni.’ ‘Uye mumakerubhi makaonekwa chimiro cheruoko rwomunhu pasi pamapapiro awo.’”</w:t>
      </w:r>
    </w:p>
    <w:p>
      <w:pPr>
        <w:pStyle w:val="ArticleScripture"/>
        <w:jc w:val="left"/>
      </w:pPr>
      <w:r>
        <w:rPr>
          <w:rFonts w:ascii="Times New Roman" w:hAnsi="Times New Roman" w:eastAsia="Times New Roman" w:cs="Times New Roman"/>
        </w:rPr>
        <w:t>“Makanga aiva ari mukati memamwe makanga mukurongeka kwakanga kwakaoma zvikuru zvokuti pakutanga kuatarisa kwawo kwakaita kuti Ezekieri aonekwe sokunge zvinhu zvose zvakanga zviri munyonganyonga. Asi paakafamba, kwaiva nokunyatsorongeka kunoyevedza uye nokuwirirana kwakakwana. Zvisikwa zvokudenga ndizvo zvakanga zvichifambisa makanga aya, uye, pamusoro pazvo zvose, pachigaro choushe chinobwinya chesafire, paiva noWokusingaperi; uye chakakomberedza chigaro choushe paiva nomuraraungu wakakomberedza, chiratidzo chenyasha norudo. Akurirwa nokubwinya kunotyisa kwechiitiko ichocho, Ezekieri akawira pasi nechiso chake, apo inzwi rakamuraira kuti asimuke anzwe shoko raShe. Ipapo akapiwa shoko reyambiro kuna Israeri.” Testimonies, 751.</w:t>
      </w:r>
    </w:p>
    <w:p>
      <w:pPr>
        <w:pStyle w:val="ArticleScripture"/>
        <w:jc w:val="left"/>
      </w:pPr>
      <w:r>
        <w:rPr>
          <w:rFonts w:ascii="Times New Roman" w:hAnsi="Times New Roman" w:eastAsia="Times New Roman" w:cs="Times New Roman"/>
        </w:rPr>
        <w:t>Mugore rakafa mambo Uziya ndakaonawo Ishe vagere pachigaro choushe, chakakwirira uye chakakudzwa kwazvo; mupendero wenguvo yavo ukazadza temberi. Pamusoro pacho pakanga pamire maserafimu; rimwe nerimwe raiva namapapiro matanhatu; namaviri raifukidza chiso charo, namaviri raifukidza tsoka dzaro, uye namaviri raibhururuka. Rimwe rakadanidzira kune rimwe richiti, Mutsvene, mutsvene, mutsvene, ndiye Jehovha wehondo; nyika yose izere nokubwinya kwake. Nembiru dzomusuwo dzakazununguswa nenzwi rowaidanidzira, uye imba ikazadzwa noutsi. Ipapo ndakati, Ndine nhamo ini! nokuti ndaparadzwa; nokuti ndiri munhu wemiromo isina kuchena, uye ndinogara pakati pavanhu vemiromo isina kuchena; nokuti meso angu aona Mambo, Jehovha wehondo. Ipapo rimwe remaserafimu rakabhururuka richiuya kwandiri, rine zembera rinopfuta muruoko rwaro, rainge ratora nembato dzesimbi paaritari; rikaisa pamuromo wangu, rikati, Tarira, ichi chabata miromo yako; uye zvakaipa zvako zvabviswa, nechivi chako chayananisirwa. Ndakanzwawo inzwi raIshe richiti, Ndichatuma ani, uye ndiani achatiendera? Ipapo ndakati, Ndiri pano ini; nditumei. Isaya 6:1–8.</w:t>
      </w:r>
    </w:p>
    <w:p>
      <w:pPr>
        <w:pStyle w:val="ArticleScripture"/>
        <w:jc w:val="left"/>
      </w:pPr>
      <w:r>
        <w:rPr>
          <w:rFonts w:ascii="Times New Roman" w:hAnsi="Times New Roman" w:eastAsia="Times New Roman" w:cs="Times New Roman"/>
        </w:rPr>
        <w:t>“Chiratidzo ichi chakapiwa kuna Ezekieri panguva iyo pfungwa dzake dzakanga dzizere nekufungira kwakasviba. Akaona nyika yamadzibaba ake yarara dongo. Guta raimbova rizere navanhu rakanga risisagarwi. Inzwi romufaro norwiyo rwokurumbidza zvakanga zvisisanzwiki mukati memasvingo aro. Muporofita pachake akanga ari mutorwa munyika yokumwe, umo kuda kukudzwa kusingaperi noutsinye hwakaipa zvakanga zvichitonga zvikuru. Izvo zvaakaona nezvaakanzwa pamusoro poudzvinyiriri hwavanhu nezvakaipa zvakashungurudza mweya wake, uye akachema neshungu masikati nousiku. Asi zviratidzo zvinoshamisa zvakaiswa pamberi pake pedyo norwizi Khebhari zvakaratidza simba rinotonga pamusoro pezvose, rine simba guru kupfuura remachinda enyika. Pamusoro pamadzimambo anozvikudza uye ane utsinye eAsiria neBhabhironi, Mwari wetsitsi nechokwadi akanga agere pachigaro choushe.”</w:t>
      </w:r>
    </w:p>
    <w:p>
      <w:pPr>
        <w:pStyle w:val="ArticleScripture"/>
        <w:jc w:val="left"/>
      </w:pPr>
      <w:r>
        <w:rPr>
          <w:rFonts w:ascii="Times New Roman" w:hAnsi="Times New Roman" w:eastAsia="Times New Roman" w:cs="Times New Roman"/>
        </w:rPr>
        <w:t>“Zvinonetsa zvakanga zvakaita samavhiri, izvo zvakaonekwa kumuporofita sezvakabatanidzwa mukuvhiringidzika kwakadai, zvakanga zvichitungamirirwa noruoko rusingaperi. Mweya waMwari, wakaratidzwa kwaari uchifambisa nokutungamirira mavhiri aya, wakaunza kuwirirana kubva mukuvhiringidzika; saizvozvo nyika yose yakanga iri pasi pokutonga kwake. Zviuru nezviuru zvezvisikwa zvakakudzwa zvakanga zvakagadzirira pashoko rake kudzora simba nourongwa hwavanhu vakaipa, uye kuunza zvakanaka kune vakatendeka vake.”</w:t>
      </w:r>
    </w:p>
    <w:p>
      <w:pPr>
        <w:pStyle w:val="ArticleScripture"/>
        <w:jc w:val="left"/>
      </w:pPr>
      <w:r>
        <w:rPr>
          <w:rFonts w:ascii="Times New Roman" w:hAnsi="Times New Roman" w:eastAsia="Times New Roman" w:cs="Times New Roman"/>
        </w:rPr>
        <w:t>“Saizvozvo, Mwari paakanga ava kuda kuzarurira Johani mudikanwi nhoroondo yekereke yemazera aizouya, akamupa chisimbiso chokufarira no kutarisira kweMuponesi vanhu Vake, nokumuratidza ‘Mumwe wakanga akafanana noMwanakomana womunhu,’ achifamba pakati pezvigadziko zvemwenje, izvo zvaimiririra machechi manomwe. Johani paairatidzwa hondo huru dzokupedzisira dzekereke namasimba enyika, akabvumidzwawo kuona kukunda kwokupedzisira nokununurwa kwavakatendeka. Akaona kereke ichipinzwa mukurwisana kunouraya nechikara nomufananidzo wacho, uye kunamata kwechikara ichocho kuchimanikidzirwa nokutyisidzirwa norufu. Asi achitarisa mhiri kwoutsi noruzha rwehondo, akaona boka paGomo reZiyoni pamwe chete neGwayana, riine, panzvimbo pechiratidzo chechikara, ‘zita raBaba rakanyorwa pahuma dzavo.’ Uyezve akaona ‘vakanga vakunda chikara, nomufananidzo wacho, nechiratidzo chacho, nenhamba yezita racho, vamire pamusoro pegungwa regirazi, vaine rudimbwa rwaMwari’ vachiiimba rwiyo rwaMozisi norweGwayana.”</w:t>
      </w:r>
    </w:p>
    <w:p>
      <w:pPr>
        <w:pStyle w:val="ArticleScripture"/>
        <w:jc w:val="left"/>
      </w:pPr>
      <w:r>
        <w:rPr>
          <w:rFonts w:ascii="Times New Roman" w:hAnsi="Times New Roman" w:eastAsia="Times New Roman" w:cs="Times New Roman"/>
        </w:rPr>
        <w:t>“Lezi zifundo zenzelwę ukusisiza. Sidinga ukuqinisa ukholo lwethu kuNkulunkulu, ngoba phambi kwethu kukhona isikhathi esizovivinya imiphefumulo yabantu. UKristu, esentabeni yase-Oliva, walandisa ngezahlulelo ezesabekayo ezazizokwandulela ukuza Kwakhe kwesibili: ‘Niyakuzwa ngezimpi nangamahlebezi ezimpi.’ ‘Isizwe siyakuvukela isizwe, nombuso uvukele umbuso; kuyakuba khona indlala, nezifo ezibulalayo, nokuzamazama komhlaba ezindaweni eziningi. Konke lokhu kungukuqala kwemihelo.’ Nakuba lezi ziprofetho zafezeka ngokwengxenye ekubhujisweni kweJerusalema, zisebenza ngokuqondile kakhulu ezinsukwini zokugcina.”</w:t>
      </w:r>
    </w:p>
    <w:p>
      <w:pPr>
        <w:pStyle w:val="ArticleScripture"/>
        <w:jc w:val="left"/>
      </w:pPr>
      <w:r>
        <w:rPr>
          <w:rFonts w:ascii="Times New Roman" w:hAnsi="Times New Roman" w:eastAsia="Times New Roman" w:cs="Times New Roman"/>
        </w:rPr>
        <w:t>“Takamira pachikumbaridzo chezviitiko zvikuru uye zvinoyera. Chiporofita chiri kukurumidza kuzadziswa. Ishe ava pamukova. Nenguva isipi kuchazaruka pamberi pedu nguva inotyisa nokufadza zvikuru kuna vose vapenyu. Makakatanwa ekare achamutswazve; makakatanwa matsva achamuka. Zvinoitika zvichaitwa munyika yedu hazvisati zvambotorotwa nazvo. Satani ari kushanda kubudikidza nevanhu vaanoshandisa. Avo vari kuedza kushandura Bumbiro reMitemo nokuwana mutemo unosimbisa kucherechedzwa kweSvondo havanyatsonzwisisi zvachose kuti mugumisiro uchava wei. Dambudziko guru rava pedyo nesu.”</w:t>
      </w:r>
    </w:p>
    <w:p>
      <w:pPr>
        <w:pStyle w:val="ArticleScripture"/>
        <w:jc w:val="left"/>
      </w:pPr>
      <w:r>
        <w:rPr>
          <w:rFonts w:ascii="Times New Roman" w:hAnsi="Times New Roman" w:eastAsia="Times New Roman" w:cs="Times New Roman"/>
        </w:rPr>
        <w:t>“Asi varanda vaMwari havafaniri kuzvivimba panguva ino yenjodzi huru. Muzviratidzo zvakapiwa kuna Isaya, kuna Ezekieri, uye kuna Johane tinoona kuti denga rakabatana zvakanyanyisa sei nezviri kuitika panyika uye kuti kutarisira kwaMwari kukuru sei kune avo vakatendeka kwaAri. Nyika haina kusiiwa isina mutongi. Hurongwa hwezvichaitika munguva iri kuuya huri mumaoko aShe. Hukuru hwekudenga hune mugumo wamarudzi, pamwe chete nezvinhu zvinobata kereke Yake, mukuchengetwa kwaHwo Pachahwo.</w:t>
      </w:r>
    </w:p>
    <w:p>
      <w:pPr>
        <w:pStyle w:val="ArticleScripture"/>
        <w:jc w:val="left"/>
      </w:pPr>
      <w:r>
        <w:rPr>
          <w:rFonts w:ascii="Times New Roman" w:hAnsi="Times New Roman" w:eastAsia="Times New Roman" w:cs="Times New Roman"/>
        </w:rPr>
        <w:t>“Tinotendera kuti tinzwe kunyanya zvikuru hanya, matambudziko, nokushushikana mubasa raShe. Vanhu vane magumo havana kusiyiwa kuti vatakure mutoro webasa iri voga. Tinofanira kuvimba naMwari, kutenda maari, uye kuenderera mberi. Kurinda kusinganeti kwevatumwa vokudenga, nokushanda kwavo kusingaperi muushumiri hwavo maererano nezvisikwa zvepanyika, zvinotiratidza kuti ruoko rwaMwari ndirwo rwuri kutungamirira vhiri riri mukati mevhirI. Mudzidzisi woumwari ari kutaura kumuiti mumwe nomumwe mubasa Rake, sezvaakataura kuna Koreshi kare: ‘Ndakakusunga chiuno, kunyange iwe usina kundiziva.’”</w:t>
      </w:r>
    </w:p>
    <w:p>
      <w:pPr>
        <w:pStyle w:val="ArticleScripture"/>
        <w:jc w:val="left"/>
      </w:pPr>
      <w:r>
        <w:rPr>
          <w:rFonts w:ascii="Times New Roman" w:hAnsi="Times New Roman" w:eastAsia="Times New Roman" w:cs="Times New Roman"/>
        </w:rPr>
        <w:t>“Mu cerekwa ca Ezekieli, Imana yari ifise ukuboko kwayo munsi y’amababa y’abakerubi. Ivyo ni ukwigisha abasavyi bayo yuko ari ubushobozi bw’Imana bubaha gutsinda. Izokorana na bo nimba bazokuraho ukugabitanya bakaba ababeranda mu mitima no mu buzima.”</w:t>
      </w:r>
    </w:p>
    <w:p>
      <w:pPr>
        <w:pStyle w:val="ArticleScripture"/>
        <w:jc w:val="left"/>
      </w:pPr>
      <w:r>
        <w:rPr>
          <w:rFonts w:ascii="Times New Roman" w:hAnsi="Times New Roman" w:eastAsia="Times New Roman" w:cs="Times New Roman"/>
        </w:rPr>
        <w:t>“Chiedza chinopenya chichifamba pakati pezvisikwa zvipenyu nokukurumidza kwemheni chinomirira kumhanya uko basa iri richazofambira mberi naro kusvikira rapedzwa. Iye asingambotsimwairi, uyo anoramba achishanda nguva dzose kuti azadzise zvaakaronga, anogona kufambisa mberi basa Rake guru mukuwirirana kwakakwana. Icho chinooneka kupfungwa dzine magumo, dzakabatikana nokukanganisika nezvinhu zvakapfimbana, Ruoko rwaJehovha runogona kuchichengeta chiri muhurongwa hwakakwana. Anogona kuronga nzira nezvombo zvokushanda nazvo kuti akanganise zvinangwa zvavanhu vakaipa, uye achaunza pakuvhiringidzika mazano avaya vanoronga zvakaipa pamusoro pavanhu Vake.”</w:t>
      </w:r>
    </w:p>
    <w:p>
      <w:pPr>
        <w:pStyle w:val="ArticleScripture"/>
        <w:jc w:val="left"/>
      </w:pPr>
      <w:r>
        <w:rPr>
          <w:rFonts w:ascii="Times New Roman" w:hAnsi="Times New Roman" w:eastAsia="Times New Roman" w:cs="Times New Roman"/>
        </w:rPr>
        <w:t>“Hama, ino haisi nguva zvino yokuchema nokupererwa netariro, haisi nguva yokukundwa nokukahadzika nokusatenda. Kristu haasi zvino Muponesi ari muguva idzva raJosefa, rakavharwa nedombo guru uye rakaiswa chisimbiso chevaRoma; tine Muponesi akamuka kuvakafa. Ndiye Mambo, Ishe wehondo; anogara pakati pemakerubhi; uye pakati pokurwisana nokuvhiringidzika kwamarudzi achiri kuchengetedza vanhu Vake. Iye anotonga kumatenga ndiye Muponesi wedu. Anoyera miedzo yose. Anorinda moto wevira unofanira kuedza mweya mumwe nomumwe. Kana nhare dzamadzimambo dzichaparadzwa, kana miseve yokutsamwa kwaMwari ichabaya nemumwoyo yavavengi Vake, vanhu Vake vachava vakachengeteka mumaoko Ake.” Testimonies, bhuku 5, 752–754.</w:t>
      </w:r>
    </w:p>
    <w:p>
      <w:pPr>
        <w:pStyle w:val="ArticleBody"/>
        <w:jc w:val="left"/>
      </w:pPr>
      <w:r>
        <w:rPr>
          <w:rFonts w:ascii="Times New Roman" w:hAnsi="Times New Roman" w:eastAsia="Times New Roman" w:cs="Times New Roman"/>
        </w:rPr>
        <w:t>Ezekieri anomirira vanenge vachikodzera kuva pakati pezana ramazana mana nemakumi mana nezvina ezviuru, uye mutsara pamusoro pomutsara, zvakaitika kwaari musanctuary zvinowirirana nezvakaitika kuna Isaya naJohane mukati mesanctuary. Zvino tiri mumuedzo wetemberi, wechipiri pamiedzo mitatu inoisira chisimbiso zana ramazana mana nemakumi mana nezvina ezviuru. Nguva iyoyo ndiko kunatswa kunoitwa neMutumwa weSungano mukuzadzikiswa kwaMaraki chitsauko 3. Hurongwa hwekunatswa hwemiedzo mitatu ndihwo “vira” rinopisa raMaraki “rinofanira kuidza mweya mumwe nomumwe.” Mutumwa weSungano paakasvika pakarepo kutemberi Yake musi waGumiguru 22, 1844, mutumwa wechitatu paakanga asvika, akatungamirira mhandara dzakachenjera dzenhoroondo iyoyo kupinda muNzvimbo Tsvene-tsvene, kuti aise chisimbiso pavakatendeka Vake; asi mhandara dzenhoroondo iyoyo dzakapanduka, uye pakazosvika 1856 sangano revaFiradherufia reMillerite rakanga rashanduka rikava sangano revaRaodhikia reMillerite, uye muna 1863 rikava kereke yeSeventh-day Adventist yevaRaodhikia.</w:t>
      </w:r>
    </w:p>
    <w:p>
      <w:pPr>
        <w:pStyle w:val="ArticleBody"/>
        <w:jc w:val="left"/>
      </w:pPr>
      <w:r>
        <w:rPr>
          <w:rFonts w:ascii="Times New Roman" w:hAnsi="Times New Roman" w:eastAsia="Times New Roman" w:cs="Times New Roman"/>
        </w:rPr>
        <w:t>Ngirozi yechitatu yakasvika pakarepo musi wa22 Gumiguru 1844 yakabvisa kuvapo kwayo muna 1863, ndokuzodzoka musi wa11 Gunyana 2001. Makore makumi maviri namashanu gare gare, muedzo wetemberi wakafananidzirwa na22 Gumiguru 1844 zvino wava kudzokororwa. Makumi maviri namashanu, muchiratidzo chechiporofita, ichegumi chemakumi maviri namashanu kubva pamazana maviri namakumi mashanu, uye mazana maviri namakumi mashanu chiratidzo chenhoroondo inomiririrwa mundima yegumi neimwe kusvikira pagumi neshanu yaDhanieri 11. Mazana maviri namakumi mashanu, pamwe chete namakumi maviri namashanu, ivhiri riri mukati mechiratidzo chenzvimbo tsvene chaEzekieri. Makumi maviri namashanu chiratidzo chekuparadzaniswa kwevakachenjera nevakaipa mukuzadziswa kwenzira ine nhanho nhatu dzekuedzwa inomiririrwa nebasa rokucheneswa rinoitwa neMutumwa weSungano.</w:t>
      </w:r>
    </w:p>
    <w:p>
      <w:pPr>
        <w:pStyle w:val="ArticleBody"/>
        <w:jc w:val="left"/>
      </w:pPr>
      <w:r>
        <w:rPr>
          <w:rFonts w:ascii="Times New Roman" w:hAnsi="Times New Roman" w:eastAsia="Times New Roman" w:cs="Times New Roman"/>
        </w:rPr>
        <w:t>Mateo chitsauko makumi maviri neshanu chine mifananidzo mitatu, uye mufananidzo mumwe nomumwe unoratidza kupatsanurwa kwevakachenjera nevakaipa panguva yokuiswa chisimbiso kwezana namakumi mana nezvina zvuru. Tariro yavanhu vaMwari inomiririrwa muchitsauko ichi ndeyokuti vangava mhandara yakachenjera ine mafuta eshoko rokuchema kwapakati pousiku. Tariro yavo ndeyokuti vatongwe somuranda akatendeka pakubatirira kwavo ushe hwezvipo zvakakosha zvavakapiwa kuti vazvitarisire munguva yavo yomunhu oga yokuedzwa. Tariro yavo ndeyokuti vatongwe segwai refuro raMwari, rakagara kurutivi rwake rworudyi, kwete sembudzi iri kuruboshwe rwake. Makumi maviri neshanu chiratidzo chokupatsanurwa kwevakachenjera nevakaipa panguva yokuiswa chisimbiso kwezana namakumi mana nezvina zvuru. Makumi maviri neshanu nderimwe ramavhiri aEzekieri.</w:t>
      </w:r>
    </w:p>
    <w:p>
      <w:pPr>
        <w:pStyle w:val="ArticleScripture"/>
        <w:jc w:val="left"/>
      </w:pPr>
      <w:r>
        <w:rPr>
          <w:rFonts w:ascii="Times New Roman" w:hAnsi="Times New Roman" w:eastAsia="Times New Roman" w:cs="Times New Roman"/>
        </w:rPr>
        <w:t>Mugore rechimakumi maviri neshanu okutapwa kwedu, pakutanga kwegore, pazuva regumi remwedzi, mugore regumi nechina shure kwokunge guta raparadzwa, pazuva iroro chairo ruoko rwaJehovha rwakanga rwuri pamusoro pangu, rukandiuyisako. Ezekieri 40:1.</w:t>
      </w:r>
    </w:p>
    <w:p>
      <w:pPr>
        <w:pStyle w:val="ArticleBody"/>
        <w:jc w:val="left"/>
      </w:pPr>
      <w:r>
        <w:rPr>
          <w:rFonts w:ascii="Times New Roman" w:hAnsi="Times New Roman" w:eastAsia="Times New Roman" w:cs="Times New Roman"/>
        </w:rPr>
        <w:t>Gore rechimakumi maviri namashanu rokutapwa rinomiririrwa na22 Gumiguru, iro rinomiririrwawo nokuvharwa komukova womugove wenguva. Pana 22 Gumiguru, 1844, mukova wakazarurwa uye mukova wakavharwa sezvo mapoka maviri akaparadzaniswa.</w:t>
      </w:r>
    </w:p>
    <w:p>
      <w:pPr>
        <w:pStyle w:val="ArticleScripture"/>
        <w:jc w:val="left"/>
      </w:pPr>
      <w:r>
        <w:rPr>
          <w:rFonts w:ascii="Times New Roman" w:hAnsi="Times New Roman" w:eastAsia="Times New Roman" w:cs="Times New Roman"/>
        </w:rPr>
        <w:t>Uye kunyora kumutumwa wekereke iri paFiraderifia uchiti; Izvi ndizvo zvinotaura Iye mutsvene, Iye wechokwadi, Iye ane kiyi yaDhavhidhi, Iye anozarura, uye hakuna munhu anovhara; uye anovhara, uye hakuna munhu anozarura; Ndinoziva mabasa ako: tarira, ndaisa pamberi pako musuo wakazaruka, uye hakuna munhu angauvhara: nokuti une simba shoma, uye wakachengeta shoko rangu, uye hauna kuramba zita rangu. Zvakazarurwa 3:7, 8.</w:t>
      </w:r>
    </w:p>
    <w:p>
      <w:pPr>
        <w:pStyle w:val="ArticleBody"/>
        <w:jc w:val="left"/>
      </w:pPr>
      <w:r>
        <w:rPr>
          <w:rFonts w:ascii="Times New Roman" w:hAnsi="Times New Roman" w:eastAsia="Times New Roman" w:cs="Times New Roman"/>
        </w:rPr>
        <w:t>Kristu anoudza mutumwa weFiraderifia kuti anoziva mabasa avo, uye kuti akaisa pamberi pekereke yeFiraderifia suo rakazaruka. Suo iro rakazarurwa ne“kiyi yaDhavhidhi,” kiyi yakaiswa pana Eriakimu.</w:t>
      </w:r>
    </w:p>
    <w:p>
      <w:pPr>
        <w:pStyle w:val="ArticleScripture"/>
        <w:jc w:val="left"/>
      </w:pPr>
      <w:r>
        <w:rPr>
          <w:rFonts w:ascii="Times New Roman" w:hAnsi="Times New Roman" w:eastAsia="Times New Roman" w:cs="Times New Roman"/>
        </w:rPr>
        <w:t>Zvino zvichaitika nezuva iro, kuti ndichadana muranda wangu Eriakimu mwanakomana waHirikia; uye ndichamupfekedza nguo dzako refu, ndimusimbise nebhanhire rako, uye ndichaisa ushe hwako muruoko rwake; uye achava baba kuvagari veJerusarema, nekuimba yaJudha. Uye kiyi yeimba yaDhavhidhi ndichaiisa pafudzi rake; naizvozvo achazarura, uye hapana angazarira; uye achazarira, uye hapana angazarura. Isaya 22:20–22.</w:t>
      </w:r>
    </w:p>
    <w:p>
      <w:pPr>
        <w:pStyle w:val="ArticleBody"/>
        <w:jc w:val="left"/>
      </w:pPr>
      <w:r>
        <w:rPr>
          <w:rFonts w:ascii="Times New Roman" w:hAnsi="Times New Roman" w:eastAsia="Times New Roman" w:cs="Times New Roman"/>
        </w:rPr>
        <w:t>Pazuva rakadanwa Eriakimi, akaparadzaniswa naShebhina akaipa.</w:t>
      </w:r>
    </w:p>
    <w:p>
      <w:pPr>
        <w:pStyle w:val="ArticleScripture"/>
        <w:jc w:val="left"/>
      </w:pPr>
      <w:r>
        <w:rPr>
          <w:rFonts w:ascii="Times New Roman" w:hAnsi="Times New Roman" w:eastAsia="Times New Roman" w:cs="Times New Roman"/>
        </w:rPr>
        <w:t>Zvanzi naJehovha Mwari wehondo, Enda, uzviise kumubati wepfuma uyu, kuna Shebhina, ari pamusoro peimba, uti, Unei pano? uye unani pano, zvawazvivezera pano guva, somunhu anozvivezera guva pakakwirira, uye anozvicherera ugaro mudombo? Tarira, Jehovha achakutakura zve nechisimba chikuru, uye zvirokwazvo achakufukidza. Zvirokwazvo achakukungurutsa zvine simba, achikukanda sebhora munyika huru; ndipo pauchafira, uye ndipo pangoro dzokubwinya kwako padzichava kunyadzisa kweimba yatenzi wako. Isaya 22:15–18.</w:t>
      </w:r>
    </w:p>
    <w:p>
      <w:pPr>
        <w:pStyle w:val="ArticleBody"/>
        <w:jc w:val="left"/>
      </w:pPr>
      <w:r>
        <w:rPr>
          <w:rFonts w:ascii="Times New Roman" w:hAnsi="Times New Roman" w:eastAsia="Times New Roman" w:cs="Times New Roman"/>
        </w:rPr>
        <w:t>Kupatsanurwa kwemhandara dzakachenjera nedzakapusa kwakazadzisa mufananidzo waShebhina naEriaqimu, uye kwakazadzikawo musi wa22 Gumiguru 1844, uyewo mugore rechimakumi maviri neshanu rokutapwa kwaJehoyakini, iro raiva 22 Gumiguru 573 BC. Muna Ezekieri chitsauko 8, vakaipa vari mukati meAdventism, vanomiririrwa neJerusarema, vanomiririrwawo nevarume makumi maviri neshanu vachikotamira zuva. Kuparadzwa kweJerusarema kunomiririra mutemo weSvondo, uriwo mucherechedzo unogumisa nguva yokuiswa chisimbiso kwezana namakumi mana nezvina zvuru. Nguva iyoyo yokuiswa chisimbiso yakatanga musi wa11 Gunyana 2001, uye Jesu ndiye zvose Arfa naOmega, saka 11 Gunyana 2001 semavambo okuiswa chisimbiso kunoratidza magumo, pamutemo weSvondo.</w:t>
      </w:r>
    </w:p>
    <w:p>
      <w:pPr>
        <w:pStyle w:val="ArticleBody"/>
        <w:jc w:val="left"/>
      </w:pPr>
      <w:r>
        <w:rPr>
          <w:rFonts w:ascii="Times New Roman" w:hAnsi="Times New Roman" w:eastAsia="Times New Roman" w:cs="Times New Roman"/>
        </w:rPr>
        <w:t>La 11 Septemba, 2001, lelo a bo a swantšhitšwe ke diboka tša Minneapolis tša 1888; gobane Kgaetšedi White o bontšha gore ge meago e megolo ya New York e wa ka 9/11, Kutollo 18:1–3 e ile ya phethagatšwa. Ka nako yeo, bjalo ka ka 1888, o ile a hlaola gore morongwa wa Kutollo 18 o theogile go bonefatša lefase ka letago la Gagwe. Borabele bja 1888 o ile a bo gokaganya le borabele bja Korah, Dathane le Abirama, bao le bona ba ilego ba hwetša banna ba makgolopedi le masomehlano ba tumo ba ikopanya le bohlanogi bja bona. Marabele a makgolopedi le masomehlano borabeleng bja Korah le badirišani ba gagwe historing ya mathomo ya Isiraele ya bogologolo a be a swantšha banna ba masomepedi-hlano bao ba bego ba khunamela letšatši historing ya bofelo ya Isiraele ya bogologolo.</w:t>
      </w:r>
    </w:p>
    <w:p>
      <w:pPr>
        <w:pStyle w:val="ArticleBody"/>
        <w:jc w:val="left"/>
      </w:pPr>
      <w:r>
        <w:rPr>
          <w:rFonts w:ascii="Times New Roman" w:hAnsi="Times New Roman" w:eastAsia="Times New Roman" w:cs="Times New Roman"/>
        </w:rPr>
        <w:t>Vatungamiriri makumi maviri navashanu veAdventism yeLaodikia vachikotamira pamutemo weSvondo, uye mazana maviri namakumi mashanu pa9/11, zvinoratidza nguva yokuisa chisimbiso kuburikidza nechiratidzo chemakumi maviri navashanu, (chiratidzo chokuparadzaniswa kwevakachenjera navakaipa) kuti zvimake kutanga nokuguma kwenguva yokuisa chisimbiso. Kungava kuri vapanduki mazana maviri namakumi mashanu munguva yaMosesi, kana varume makumi maviri navashanu vari muchitsauko chechisere chaEzekieri, kana zvapupu zvitatu zvokuparadzanisa zviri muna Mateo chitsauko makumi maviri navashanu, kana gore ramakumi maviri navashanu rokutapwa riri muna Ezekieri makumi mana; kuratidzwa kwose kwechiratidzo chemakumi maviri navashanu kunowirirana nenguva nhatu dzemakore mazana maviri namakumi mashanu dzakasvika kumagumo adzo muna 207 BC, 313, na2026 zvichitevedzana.</w:t>
      </w:r>
    </w:p>
    <w:p>
      <w:pPr>
        <w:pStyle w:val="ArticleBody"/>
        <w:jc w:val="left"/>
      </w:pPr>
      <w:r>
        <w:rPr>
          <w:rFonts w:ascii="Times New Roman" w:hAnsi="Times New Roman" w:eastAsia="Times New Roman" w:cs="Times New Roman"/>
        </w:rPr>
        <w:t>Makumi maviri nemashanu, sokunge tichitaura, ibhero rinotenderedza remakumi maviri nemashanu rinounza mitsetse yose yemakumi maviri nemashanu pakukwaniswa. Rinova rimwe remakiyi euprofiti ehumambo akapiwa kuna Petro kuti aunze kujeka munhoroondo yakavanzika yendima makumi mana. Zvakasimbiswa kakawanda nezvapupu zvinopfuura zvitatu kuti ndima gumi kusvika gumi neshanu dzaDanieri gumi neimwe dzinomirira mutsetse unofukidza nhoroondo kubva muna 1989 kusvikira kuSunday law, inova nhoroondo yakavanzika yendima makumi mana. Shumba yerudzi rwaJudha zvino yava kusunungura zvisimbiso zvemavhiri aEzekieri sezvaari kuzarura nhoroondo yakavanzika ichapedzisa shoko reKuchema kwePakati peusiku kwemazuva okupedzisira.</w:t>
      </w:r>
    </w:p>
    <w:p>
      <w:pPr>
        <w:pStyle w:val="ArticleBody"/>
        <w:jc w:val="left"/>
      </w:pPr>
      <w:r>
        <w:rPr>
          <w:rFonts w:ascii="Times New Roman" w:hAnsi="Times New Roman" w:eastAsia="Times New Roman" w:cs="Times New Roman"/>
        </w:rPr>
        <w:t>Muzvinyorwa zvinotevera ticharamba tichizivisa mavhiri aEzekieri anomirira kudyidzana kwakaoma kwevanhu mumazuva okupedzisira. Ezekieri chitsauko chokutanga, chiri pakutanga kwechinyorwa chino, pamwe chete nendima inoperekedza kubva muTestimonies, bhuku rechishanu, sezvazvaratidzwa, zvichava zvinoramba zviri nzvimbo yedu yokureverera patinoenderera mberi muzvinyorwa izvi. Kana mavhiri achinge aiswa panzvimbo yawo yakafanira, uye nokuyambuka kwawo kwakafanira nemamwe mavhiri enhoroondo yechiporofita, ticharatidza kuti makore ana mazana matatu namakumi mapfumbamwe nerimwe nemazuva gumi namashanu akapa simba kumutumwa wokutanga musi wa11 Nyamavhuvhu, 1840, anomirirwawo naEzekieri samakore ana mazana matatu namakumi mapfumbamwe, akabatanidzwa negore rimwe nehafu rokukombwa kweJerusarema; uye kuti kusvika kwechiedza ichi chechiporofita kunozivisa kusimudzwa kwemureza wevana zana namakumi mana navana ezviuru.</w:t>
      </w:r>
    </w:p>
    <w:p>
      <w:pPr>
        <w:pStyle w:val="ArticleBody"/>
        <w:jc w:val="left"/>
      </w:pPr>
      <w:r>
        <w:rPr>
          <w:rFonts w:ascii="Times New Roman" w:hAnsi="Times New Roman" w:eastAsia="Times New Roman" w:cs="Times New Roman"/>
        </w:rPr>
        <w:t>Chikunguru 27, 1299 kusvika kuna 1337 zvinomiririra makore makumi matatu nesere pakutanga kwemakore zana nemakumi mashanu (mwedzi mishanu) eZvakazarurwa 9, ndima 10. Makore zana nemakumi mashanu iwayo anobatana nemakore mazana matatu nemakumi mapfumbamwe nerimwe nemazuva gumi nemashanu endima 15. Nokudaro, kutanga kwenguva mbiri idzi kunoumba mutsetse mumwe wouporofita wakaguma mukuzadzikiswa kwechiporofita cha1838 na1840 chaJosiah Litch uye wakaratidza kusimuka nekupiwa simba kwesangano reMillerite. Nhoroondo iyoyo pakutanga kweAdventism inoratidza kusimuka kwevana zviuru zana nemakumi mana nezvina sechiratidzo chiri mberi kweSunday law. Nokudaro, makore mazana matatu nemakumi mapfumbamwe aEzekieri, uye makore rimwe nechidimbu chehafu (1.5) okukombwa kweJerusarema, zvinoratidza kuguma kwomutsetse wouporofita wakatanga muna 1299.</w:t>
      </w:r>
    </w:p>
    <w:p>
      <w:pPr>
        <w:pStyle w:val="ArticleBody"/>
        <w:jc w:val="left"/>
      </w:pPr>
      <w:r>
        <w:rPr>
          <w:rFonts w:ascii="Times New Roman" w:hAnsi="Times New Roman" w:eastAsia="Times New Roman" w:cs="Times New Roman"/>
        </w:rPr>
        <w:t>Kuyoba bwino kulingalira pasadakhale ndime iyi yochokera mu Testimonies, voliyumu 5, tisanadutse ku nkhani yotsatira.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Nhoroondo Yakavanzika yeNdima yeMakumi Mana—Nhamba Makumi Maviri neMbiri</dc:title>
  <dc:subject>Ezekieri Nhamba Yetatu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