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yanmar Text" w:hAnsi="Myanmar Text" w:eastAsia="Myanmar Text" w:cs="Myanmar Text"/>
        </w:rPr>
        <w:t>သီချင်းပိုဒ်</w:t>
      </w:r>
      <w:r>
        <w:rPr>
          <w:rFonts w:ascii="Arial" w:hAnsi="Arial" w:eastAsia="Arial" w:cs="Arial"/>
        </w:rPr>
        <w:t xml:space="preserve"> </w:t>
      </w:r>
      <w:r>
        <w:rPr>
          <w:rFonts w:ascii="Myanmar Text" w:hAnsi="Myanmar Text" w:eastAsia="Myanmar Text" w:cs="Myanmar Text"/>
        </w:rPr>
        <w:t>လေးဆယ်၏</w:t>
      </w:r>
      <w:r>
        <w:rPr>
          <w:rFonts w:ascii="Arial" w:hAnsi="Arial" w:eastAsia="Arial" w:cs="Arial"/>
        </w:rPr>
        <w:t xml:space="preserve"> </w:t>
      </w:r>
      <w:r>
        <w:rPr>
          <w:rFonts w:ascii="Myanmar Text" w:hAnsi="Myanmar Text" w:eastAsia="Myanmar Text" w:cs="Myanmar Text"/>
        </w:rPr>
        <w:t>ဖုံးကွယ်ထားသော</w:t>
      </w:r>
      <w:r>
        <w:rPr>
          <w:rFonts w:ascii="Arial" w:hAnsi="Arial" w:eastAsia="Arial" w:cs="Arial"/>
        </w:rPr>
        <w:t xml:space="preserve"> </w:t>
      </w:r>
      <w:r>
        <w:rPr>
          <w:rFonts w:ascii="Myanmar Text" w:hAnsi="Myanmar Text" w:eastAsia="Myanmar Text" w:cs="Myanmar Text"/>
        </w:rPr>
        <w:t>သမိုင်း</w:t>
      </w:r>
      <w:r>
        <w:rPr>
          <w:rFonts w:ascii="Arial" w:hAnsi="Arial" w:eastAsia="Arial" w:cs="Arial"/>
        </w:rPr>
        <w:t xml:space="preserve"> - </w:t>
      </w:r>
      <w:r>
        <w:rPr>
          <w:rFonts w:ascii="Myanmar Text" w:hAnsi="Myanmar Text" w:eastAsia="Myanmar Text" w:cs="Myanmar Text"/>
        </w:rPr>
        <w:t>နံပါတ်</w:t>
      </w:r>
      <w:r>
        <w:rPr>
          <w:rFonts w:ascii="Arial" w:hAnsi="Arial" w:eastAsia="Arial" w:cs="Arial"/>
        </w:rPr>
        <w:t xml:space="preserve"> </w:t>
      </w:r>
      <w:r>
        <w:rPr>
          <w:rFonts w:ascii="Myanmar Text" w:hAnsi="Myanmar Text" w:eastAsia="Myanmar Text" w:cs="Myanmar Text"/>
        </w:rPr>
        <w:t>သုံးဆယ့်တစ်</w:t>
      </w:r>
    </w:p>
    <w:p>
      <w:pPr>
        <w:pStyle w:val="ArticleSubtitle"/>
        <w:jc w:val="left"/>
      </w:pPr>
      <w:r>
        <w:rPr>
          <w:rFonts w:ascii="Arial" w:hAnsi="Arial" w:eastAsia="Arial" w:cs="Arial"/>
        </w:rPr>
        <w:t>Hezekieri Nhamba Gumi NeMbiri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Nkhani ya m'mbuyomu inatha ndi ndime imeneyi, “Ukwati wa pangano wa 313 ukuimira ukwati womaliza wa pangano wa mphamvu ya upapa ndi United States—mfumu yayikulu kwambiri mwa mafumu khumi a Chivumbulutso 17; mphamvu ya nyanga ziwiri imene imayimiridwa ndi mphamvu ya nyanga ziwiri ya France. Mbiri imene inayamba ndi Clovis mu 496 ndipo potsiriza inatsogolera ku lamulo la Justinian mu 533 ndi kukhazikitsidwa pa mpando kwa upapa mu 538, ikuimira mbiri ya 1989 kufikira ku lamulo la Lamlungu.”</w:t>
      </w:r>
    </w:p>
    <w:p>
      <w:pPr>
        <w:pStyle w:val="ArticleBody"/>
        <w:jc w:val="left"/>
      </w:pPr>
      <w:r>
        <w:rPr>
          <w:rFonts w:ascii="Times New Roman" w:hAnsi="Times New Roman" w:eastAsia="Times New Roman" w:cs="Times New Roman"/>
        </w:rPr>
        <w:t>URonald Reagan wafanekiselwa nguClovis ngo-496, kanti uDonald Trump wafanekiselwa nguJustinian ngo-533. Isimemezelo sikaJustinian safika eminyakeni emihlanu ngaphambi kokuba upapa akhuphuke esihlalweni sobukhosi ngo-538, kanti i-Edict of Milan yafika eminyakeni eyisishiyagalombili ngaphambi komthetho wokuqala weSonto langaSonto ka-321. Kokubili leso simemezelo nalowo myalelo kuhambisana njengophawu lwendlela olwandulela umthetho weSonto langaSonto.</w:t>
      </w:r>
    </w:p>
    <w:p>
      <w:pPr>
        <w:pStyle w:val="ArticleHeading"/>
        <w:jc w:val="left"/>
      </w:pPr>
      <w:r>
        <w:rPr>
          <w:rFonts w:ascii="Nirmala UI" w:hAnsi="Nirmala UI" w:eastAsia="Nirmala UI" w:cs="Nirmala UI"/>
        </w:rPr>
        <w:t>ரீகன்</w:t>
      </w:r>
    </w:p>
    <w:p>
      <w:pPr>
        <w:pStyle w:val="ArticleBody"/>
        <w:jc w:val="left"/>
      </w:pPr>
      <w:r>
        <w:rPr>
          <w:rFonts w:ascii="Times New Roman" w:hAnsi="Times New Roman" w:eastAsia="Times New Roman" w:cs="Times New Roman"/>
        </w:rPr>
        <w:t>Muna 1870, mauto eItaly akakunda Roma (20 Gunyana 1870). Nyika dzaPope dzakaguma kuvapo senyika ine nzvimbo yayo, uye Pope Pius IX akava “musungwa muVatican.” Sezvo pakanga pasisina nzvimbo yaPope yakanga ichizivikanwa senyika inozvitonga, United States (sezvakaitawo dzimwe nyika zhinji) yakarega kuchengetedza ukama hwepamutemo hwezvematongerwo enyika naPope semutongi wenyika yepanyika. Muna Gumiguru 1951, Mutungamiri Harry S. Truman akadoma General Mark W. Clark semumiriri weUnited States kuVatican. Kupikisa kwakasimba kwakakurumidza kusimuka kubva kumachechi mazhinji echiPurotesitendi nemasangano awo, ayo akataura kuti kugadzwa uku kwaityora kupatsanurwa kwechechi nehurumende. Muna Ndira 1952, General Clark akabvisa zita rake.</w:t>
      </w:r>
    </w:p>
    <w:p>
      <w:pPr>
        <w:pStyle w:val="ArticleBody"/>
        <w:jc w:val="left"/>
      </w:pPr>
      <w:r>
        <w:rPr>
          <w:rFonts w:ascii="Nirmala UI" w:hAnsi="Nirmala UI" w:eastAsia="Nirmala UI" w:cs="Nirmala UI"/>
        </w:rPr>
        <w:t>මධ්</w:t>
      </w:r>
      <w:r>
        <w:rPr>
          <w:rFonts w:ascii="Times New Roman" w:hAnsi="Times New Roman" w:eastAsia="Times New Roman" w:cs="Times New Roman"/>
        </w:rPr>
        <w:t>‍</w:t>
      </w:r>
      <w:r>
        <w:rPr>
          <w:rFonts w:ascii="Nirmala UI" w:hAnsi="Nirmala UI" w:eastAsia="Nirmala UI" w:cs="Nirmala UI"/>
        </w:rPr>
        <w:t>ය</w:t>
      </w:r>
      <w:r>
        <w:rPr>
          <w:rFonts w:ascii="Times New Roman" w:hAnsi="Times New Roman" w:eastAsia="Times New Roman" w:cs="Times New Roman"/>
        </w:rPr>
        <w:t xml:space="preserve"> 1984 </w:t>
      </w:r>
      <w:r>
        <w:rPr>
          <w:rFonts w:ascii="Nirmala UI" w:hAnsi="Nirmala UI" w:eastAsia="Nirmala UI" w:cs="Nirmala UI"/>
        </w:rPr>
        <w:t>ජනවාරි</w:t>
      </w:r>
      <w:r>
        <w:rPr>
          <w:rFonts w:ascii="Times New Roman" w:hAnsi="Times New Roman" w:eastAsia="Times New Roman" w:cs="Times New Roman"/>
        </w:rPr>
        <w:t xml:space="preserve"> 10 </w:t>
      </w:r>
      <w:r>
        <w:rPr>
          <w:rFonts w:ascii="Nirmala UI" w:hAnsi="Nirmala UI" w:eastAsia="Nirmala UI" w:cs="Nirmala UI"/>
        </w:rPr>
        <w:t>දින</w:t>
      </w:r>
      <w:r>
        <w:rPr>
          <w:rFonts w:ascii="Times New Roman" w:hAnsi="Times New Roman" w:eastAsia="Times New Roman" w:cs="Times New Roman"/>
        </w:rPr>
        <w:t xml:space="preserve">, </w:t>
      </w:r>
      <w:r>
        <w:rPr>
          <w:rFonts w:ascii="Nirmala UI" w:hAnsi="Nirmala UI" w:eastAsia="Nirmala UI" w:cs="Nirmala UI"/>
        </w:rPr>
        <w:t>ජනාධිපති</w:t>
      </w:r>
      <w:r>
        <w:rPr>
          <w:rFonts w:ascii="Times New Roman" w:hAnsi="Times New Roman" w:eastAsia="Times New Roman" w:cs="Times New Roman"/>
        </w:rPr>
        <w:t xml:space="preserve"> </w:t>
      </w:r>
      <w:r>
        <w:rPr>
          <w:rFonts w:ascii="Nirmala UI" w:hAnsi="Nirmala UI" w:eastAsia="Nirmala UI" w:cs="Nirmala UI"/>
        </w:rPr>
        <w:t>රොනල්ඩ්</w:t>
      </w:r>
      <w:r>
        <w:rPr>
          <w:rFonts w:ascii="Times New Roman" w:hAnsi="Times New Roman" w:eastAsia="Times New Roman" w:cs="Times New Roman"/>
        </w:rPr>
        <w:t xml:space="preserve"> </w:t>
      </w:r>
      <w:r>
        <w:rPr>
          <w:rFonts w:ascii="Nirmala UI" w:hAnsi="Nirmala UI" w:eastAsia="Nirmala UI" w:cs="Nirmala UI"/>
        </w:rPr>
        <w:t>රීගන්</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පාප්</w:t>
      </w:r>
      <w:r>
        <w:rPr>
          <w:rFonts w:ascii="Times New Roman" w:hAnsi="Times New Roman" w:eastAsia="Times New Roman" w:cs="Times New Roman"/>
        </w:rPr>
        <w:t xml:space="preserve"> </w:t>
      </w:r>
      <w:r>
        <w:rPr>
          <w:rFonts w:ascii="Nirmala UI" w:hAnsi="Nirmala UI" w:eastAsia="Nirmala UI" w:cs="Nirmala UI"/>
        </w:rPr>
        <w:t>ජොහන්</w:t>
      </w:r>
      <w:r>
        <w:rPr>
          <w:rFonts w:ascii="Times New Roman" w:hAnsi="Times New Roman" w:eastAsia="Times New Roman" w:cs="Times New Roman"/>
        </w:rPr>
        <w:t xml:space="preserve"> </w:t>
      </w:r>
      <w:r>
        <w:rPr>
          <w:rFonts w:ascii="Nirmala UI" w:hAnsi="Nirmala UI" w:eastAsia="Nirmala UI" w:cs="Nirmala UI"/>
        </w:rPr>
        <w:t>පෝල්</w:t>
      </w:r>
      <w:r>
        <w:rPr>
          <w:rFonts w:ascii="Times New Roman" w:hAnsi="Times New Roman" w:eastAsia="Times New Roman" w:cs="Times New Roman"/>
        </w:rPr>
        <w:t xml:space="preserve"> II </w:t>
      </w:r>
      <w:r>
        <w:rPr>
          <w:rFonts w:ascii="Nirmala UI" w:hAnsi="Nirmala UI" w:eastAsia="Nirmala UI" w:cs="Nirmala UI"/>
        </w:rPr>
        <w:t>එක්සත්</w:t>
      </w:r>
      <w:r>
        <w:rPr>
          <w:rFonts w:ascii="Times New Roman" w:hAnsi="Times New Roman" w:eastAsia="Times New Roman" w:cs="Times New Roman"/>
        </w:rPr>
        <w:t xml:space="preserve"> </w:t>
      </w:r>
      <w:r>
        <w:rPr>
          <w:rFonts w:ascii="Nirmala UI" w:hAnsi="Nirmala UI" w:eastAsia="Nirmala UI" w:cs="Nirmala UI"/>
        </w:rPr>
        <w:t>ජනපදය</w:t>
      </w:r>
      <w:r>
        <w:rPr>
          <w:rFonts w:ascii="Times New Roman" w:hAnsi="Times New Roman" w:eastAsia="Times New Roman" w:cs="Times New Roman"/>
        </w:rPr>
        <w:t xml:space="preserve"> </w:t>
      </w:r>
      <w:r>
        <w:rPr>
          <w:rFonts w:ascii="Nirmala UI" w:hAnsi="Nirmala UI" w:eastAsia="Nirmala UI" w:cs="Nirmala UI"/>
        </w:rPr>
        <w:t>හා</w:t>
      </w:r>
      <w:r>
        <w:rPr>
          <w:rFonts w:ascii="Times New Roman" w:hAnsi="Times New Roman" w:eastAsia="Times New Roman" w:cs="Times New Roman"/>
        </w:rPr>
        <w:t xml:space="preserve"> </w:t>
      </w:r>
      <w:r>
        <w:rPr>
          <w:rFonts w:ascii="Nirmala UI" w:hAnsi="Nirmala UI" w:eastAsia="Nirmala UI" w:cs="Nirmala UI"/>
        </w:rPr>
        <w:t>ශුද්ධ</w:t>
      </w:r>
      <w:r>
        <w:rPr>
          <w:rFonts w:ascii="Times New Roman" w:hAnsi="Times New Roman" w:eastAsia="Times New Roman" w:cs="Times New Roman"/>
        </w:rPr>
        <w:t xml:space="preserve"> </w:t>
      </w:r>
      <w:r>
        <w:rPr>
          <w:rFonts w:ascii="Nirmala UI" w:hAnsi="Nirmala UI" w:eastAsia="Nirmala UI" w:cs="Nirmala UI"/>
        </w:rPr>
        <w:t>සභාව</w:t>
      </w:r>
      <w:r>
        <w:rPr>
          <w:rFonts w:ascii="Times New Roman" w:hAnsi="Times New Roman" w:eastAsia="Times New Roman" w:cs="Times New Roman"/>
        </w:rPr>
        <w:t xml:space="preserve"> </w:t>
      </w:r>
      <w:r>
        <w:rPr>
          <w:rFonts w:ascii="Nirmala UI" w:hAnsi="Nirmala UI" w:eastAsia="Nirmala UI" w:cs="Nirmala UI"/>
        </w:rPr>
        <w:t>අතර</w:t>
      </w:r>
      <w:r>
        <w:rPr>
          <w:rFonts w:ascii="Times New Roman" w:hAnsi="Times New Roman" w:eastAsia="Times New Roman" w:cs="Times New Roman"/>
        </w:rPr>
        <w:t xml:space="preserve"> </w:t>
      </w:r>
      <w:r>
        <w:rPr>
          <w:rFonts w:ascii="Nirmala UI" w:hAnsi="Nirmala UI" w:eastAsia="Nirmala UI" w:cs="Nirmala UI"/>
        </w:rPr>
        <w:t>පූර්ණ</w:t>
      </w:r>
      <w:r>
        <w:rPr>
          <w:rFonts w:ascii="Times New Roman" w:hAnsi="Times New Roman" w:eastAsia="Times New Roman" w:cs="Times New Roman"/>
        </w:rPr>
        <w:t xml:space="preserve"> </w:t>
      </w:r>
      <w:r>
        <w:rPr>
          <w:rFonts w:ascii="Nirmala UI" w:hAnsi="Nirmala UI" w:eastAsia="Nirmala UI" w:cs="Nirmala UI"/>
        </w:rPr>
        <w:t>රාජ්</w:t>
      </w:r>
      <w:r>
        <w:rPr>
          <w:rFonts w:ascii="Times New Roman" w:hAnsi="Times New Roman" w:eastAsia="Times New Roman" w:cs="Times New Roman"/>
        </w:rPr>
        <w:t>‍</w:t>
      </w:r>
      <w:r>
        <w:rPr>
          <w:rFonts w:ascii="Nirmala UI" w:hAnsi="Nirmala UI" w:eastAsia="Nirmala UI" w:cs="Nirmala UI"/>
        </w:rPr>
        <w:t>යතාන්ත්</w:t>
      </w:r>
      <w:r>
        <w:rPr>
          <w:rFonts w:ascii="Times New Roman" w:hAnsi="Times New Roman" w:eastAsia="Times New Roman" w:cs="Times New Roman"/>
        </w:rPr>
        <w:t>‍</w:t>
      </w:r>
      <w:r>
        <w:rPr>
          <w:rFonts w:ascii="Nirmala UI" w:hAnsi="Nirmala UI" w:eastAsia="Nirmala UI" w:cs="Nirmala UI"/>
        </w:rPr>
        <w:t>රික</w:t>
      </w:r>
      <w:r>
        <w:rPr>
          <w:rFonts w:ascii="Times New Roman" w:hAnsi="Times New Roman" w:eastAsia="Times New Roman" w:cs="Times New Roman"/>
        </w:rPr>
        <w:t xml:space="preserve"> </w:t>
      </w:r>
      <w:r>
        <w:rPr>
          <w:rFonts w:ascii="Nirmala UI" w:hAnsi="Nirmala UI" w:eastAsia="Nirmala UI" w:cs="Nirmala UI"/>
        </w:rPr>
        <w:t>සබඳතා</w:t>
      </w:r>
      <w:r>
        <w:rPr>
          <w:rFonts w:ascii="Times New Roman" w:hAnsi="Times New Roman" w:eastAsia="Times New Roman" w:cs="Times New Roman"/>
        </w:rPr>
        <w:t xml:space="preserve"> </w:t>
      </w:r>
      <w:r>
        <w:rPr>
          <w:rFonts w:ascii="Nirmala UI" w:hAnsi="Nirmala UI" w:eastAsia="Nirmala UI" w:cs="Nirmala UI"/>
        </w:rPr>
        <w:t>ස්ථාපනය</w:t>
      </w:r>
      <w:r>
        <w:rPr>
          <w:rFonts w:ascii="Times New Roman" w:hAnsi="Times New Roman" w:eastAsia="Times New Roman" w:cs="Times New Roman"/>
        </w:rPr>
        <w:t xml:space="preserve"> </w:t>
      </w:r>
      <w:r>
        <w:rPr>
          <w:rFonts w:ascii="Nirmala UI" w:hAnsi="Nirmala UI" w:eastAsia="Nirmala UI" w:cs="Nirmala UI"/>
        </w:rPr>
        <w:t>කිරීම</w:t>
      </w:r>
      <w:r>
        <w:rPr>
          <w:rFonts w:ascii="Times New Roman" w:hAnsi="Times New Roman" w:eastAsia="Times New Roman" w:cs="Times New Roman"/>
        </w:rPr>
        <w:t xml:space="preserve"> </w:t>
      </w:r>
      <w:r>
        <w:rPr>
          <w:rFonts w:ascii="Nirmala UI" w:hAnsi="Nirmala UI" w:eastAsia="Nirmala UI" w:cs="Nirmala UI"/>
        </w:rPr>
        <w:t>සඳහා</w:t>
      </w:r>
      <w:r>
        <w:rPr>
          <w:rFonts w:ascii="Times New Roman" w:hAnsi="Times New Roman" w:eastAsia="Times New Roman" w:cs="Times New Roman"/>
        </w:rPr>
        <w:t xml:space="preserve"> </w:t>
      </w:r>
      <w:r>
        <w:rPr>
          <w:rFonts w:ascii="Nirmala UI" w:hAnsi="Nirmala UI" w:eastAsia="Nirmala UI" w:cs="Nirmala UI"/>
        </w:rPr>
        <w:t>විධිමත්</w:t>
      </w:r>
      <w:r>
        <w:rPr>
          <w:rFonts w:ascii="Times New Roman" w:hAnsi="Times New Roman" w:eastAsia="Times New Roman" w:cs="Times New Roman"/>
        </w:rPr>
        <w:t xml:space="preserve"> </w:t>
      </w:r>
      <w:r>
        <w:rPr>
          <w:rFonts w:ascii="Nirmala UI" w:hAnsi="Nirmala UI" w:eastAsia="Nirmala UI" w:cs="Nirmala UI"/>
        </w:rPr>
        <w:t>වශයෙන්</w:t>
      </w:r>
      <w:r>
        <w:rPr>
          <w:rFonts w:ascii="Times New Roman" w:hAnsi="Times New Roman" w:eastAsia="Times New Roman" w:cs="Times New Roman"/>
        </w:rPr>
        <w:t xml:space="preserve"> </w:t>
      </w:r>
      <w:r>
        <w:rPr>
          <w:rFonts w:ascii="Nirmala UI" w:hAnsi="Nirmala UI" w:eastAsia="Nirmala UI" w:cs="Nirmala UI"/>
        </w:rPr>
        <w:t>එකඟ</w:t>
      </w:r>
      <w:r>
        <w:rPr>
          <w:rFonts w:ascii="Times New Roman" w:hAnsi="Times New Roman" w:eastAsia="Times New Roman" w:cs="Times New Roman"/>
        </w:rPr>
        <w:t xml:space="preserve"> </w:t>
      </w:r>
      <w:r>
        <w:rPr>
          <w:rFonts w:ascii="Nirmala UI" w:hAnsi="Nirmala UI" w:eastAsia="Nirmala UI" w:cs="Nirmala UI"/>
        </w:rPr>
        <w:t>වූහ</w:t>
      </w:r>
      <w:r>
        <w:rPr>
          <w:rFonts w:ascii="Times New Roman" w:hAnsi="Times New Roman" w:eastAsia="Times New Roman" w:cs="Times New Roman"/>
        </w:rPr>
        <w:t xml:space="preserve">. 1984 </w:t>
      </w:r>
      <w:r>
        <w:rPr>
          <w:rFonts w:ascii="Nirmala UI" w:hAnsi="Nirmala UI" w:eastAsia="Nirmala UI" w:cs="Nirmala UI"/>
        </w:rPr>
        <w:t>අප්</w:t>
      </w:r>
      <w:r>
        <w:rPr>
          <w:rFonts w:ascii="Times New Roman" w:hAnsi="Times New Roman" w:eastAsia="Times New Roman" w:cs="Times New Roman"/>
        </w:rPr>
        <w:t>‍</w:t>
      </w:r>
      <w:r>
        <w:rPr>
          <w:rFonts w:ascii="Nirmala UI" w:hAnsi="Nirmala UI" w:eastAsia="Nirmala UI" w:cs="Nirmala UI"/>
        </w:rPr>
        <w:t>රේල්</w:t>
      </w:r>
      <w:r>
        <w:rPr>
          <w:rFonts w:ascii="Times New Roman" w:hAnsi="Times New Roman" w:eastAsia="Times New Roman" w:cs="Times New Roman"/>
        </w:rPr>
        <w:t xml:space="preserve"> 9 </w:t>
      </w:r>
      <w:r>
        <w:rPr>
          <w:rFonts w:ascii="Nirmala UI" w:hAnsi="Nirmala UI" w:eastAsia="Nirmala UI" w:cs="Nirmala UI"/>
        </w:rPr>
        <w:t>දින</w:t>
      </w:r>
      <w:r>
        <w:rPr>
          <w:rFonts w:ascii="Times New Roman" w:hAnsi="Times New Roman" w:eastAsia="Times New Roman" w:cs="Times New Roman"/>
        </w:rPr>
        <w:t xml:space="preserve">, </w:t>
      </w:r>
      <w:r>
        <w:rPr>
          <w:rFonts w:ascii="Nirmala UI" w:hAnsi="Nirmala UI" w:eastAsia="Nirmala UI" w:cs="Nirmala UI"/>
        </w:rPr>
        <w:t>විලියම්</w:t>
      </w:r>
      <w:r>
        <w:rPr>
          <w:rFonts w:ascii="Times New Roman" w:hAnsi="Times New Roman" w:eastAsia="Times New Roman" w:cs="Times New Roman"/>
        </w:rPr>
        <w:t xml:space="preserve"> A. </w:t>
      </w:r>
      <w:r>
        <w:rPr>
          <w:rFonts w:ascii="Nirmala UI" w:hAnsi="Nirmala UI" w:eastAsia="Nirmala UI" w:cs="Nirmala UI"/>
        </w:rPr>
        <w:t>විල්සන්</w:t>
      </w:r>
      <w:r>
        <w:rPr>
          <w:rFonts w:ascii="Times New Roman" w:hAnsi="Times New Roman" w:eastAsia="Times New Roman" w:cs="Times New Roman"/>
        </w:rPr>
        <w:t xml:space="preserve"> (</w:t>
      </w:r>
      <w:r>
        <w:rPr>
          <w:rFonts w:ascii="Nirmala UI" w:hAnsi="Nirmala UI" w:eastAsia="Nirmala UI" w:cs="Nirmala UI"/>
        </w:rPr>
        <w:t>ඊට</w:t>
      </w:r>
      <w:r>
        <w:rPr>
          <w:rFonts w:ascii="Times New Roman" w:hAnsi="Times New Roman" w:eastAsia="Times New Roman" w:cs="Times New Roman"/>
        </w:rPr>
        <w:t xml:space="preserve"> </w:t>
      </w:r>
      <w:r>
        <w:rPr>
          <w:rFonts w:ascii="Nirmala UI" w:hAnsi="Nirmala UI" w:eastAsia="Nirmala UI" w:cs="Nirmala UI"/>
        </w:rPr>
        <w:t>පෙර</w:t>
      </w:r>
      <w:r>
        <w:rPr>
          <w:rFonts w:ascii="Times New Roman" w:hAnsi="Times New Roman" w:eastAsia="Times New Roman" w:cs="Times New Roman"/>
        </w:rPr>
        <w:t xml:space="preserve"> </w:t>
      </w:r>
      <w:r>
        <w:rPr>
          <w:rFonts w:ascii="Nirmala UI" w:hAnsi="Nirmala UI" w:eastAsia="Nirmala UI" w:cs="Nirmala UI"/>
        </w:rPr>
        <w:t>සිටම</w:t>
      </w:r>
      <w:r>
        <w:rPr>
          <w:rFonts w:ascii="Times New Roman" w:hAnsi="Times New Roman" w:eastAsia="Times New Roman" w:cs="Times New Roman"/>
        </w:rPr>
        <w:t xml:space="preserve"> </w:t>
      </w:r>
      <w:r>
        <w:rPr>
          <w:rFonts w:ascii="Nirmala UI" w:hAnsi="Nirmala UI" w:eastAsia="Nirmala UI" w:cs="Nirmala UI"/>
        </w:rPr>
        <w:t>රීගන්ගේ</w:t>
      </w:r>
      <w:r>
        <w:rPr>
          <w:rFonts w:ascii="Times New Roman" w:hAnsi="Times New Roman" w:eastAsia="Times New Roman" w:cs="Times New Roman"/>
        </w:rPr>
        <w:t xml:space="preserve"> </w:t>
      </w:r>
      <w:r>
        <w:rPr>
          <w:rFonts w:ascii="Nirmala UI" w:hAnsi="Nirmala UI" w:eastAsia="Nirmala UI" w:cs="Nirmala UI"/>
        </w:rPr>
        <w:t>පුද්ගලික</w:t>
      </w:r>
      <w:r>
        <w:rPr>
          <w:rFonts w:ascii="Times New Roman" w:hAnsi="Times New Roman" w:eastAsia="Times New Roman" w:cs="Times New Roman"/>
        </w:rPr>
        <w:t xml:space="preserve"> </w:t>
      </w:r>
      <w:r>
        <w:rPr>
          <w:rFonts w:ascii="Nirmala UI" w:hAnsi="Nirmala UI" w:eastAsia="Nirmala UI" w:cs="Nirmala UI"/>
        </w:rPr>
        <w:t>නියෝජිතයා</w:t>
      </w:r>
      <w:r>
        <w:rPr>
          <w:rFonts w:ascii="Times New Roman" w:hAnsi="Times New Roman" w:eastAsia="Times New Roman" w:cs="Times New Roman"/>
        </w:rPr>
        <w:t xml:space="preserve"> </w:t>
      </w:r>
      <w:r>
        <w:rPr>
          <w:rFonts w:ascii="Nirmala UI" w:hAnsi="Nirmala UI" w:eastAsia="Nirmala UI" w:cs="Nirmala UI"/>
        </w:rPr>
        <w:t>ලෙස</w:t>
      </w:r>
      <w:r>
        <w:rPr>
          <w:rFonts w:ascii="Times New Roman" w:hAnsi="Times New Roman" w:eastAsia="Times New Roman" w:cs="Times New Roman"/>
        </w:rPr>
        <w:t xml:space="preserve"> </w:t>
      </w:r>
      <w:r>
        <w:rPr>
          <w:rFonts w:ascii="Nirmala UI" w:hAnsi="Nirmala UI" w:eastAsia="Nirmala UI" w:cs="Nirmala UI"/>
        </w:rPr>
        <w:t>සේවය</w:t>
      </w:r>
      <w:r>
        <w:rPr>
          <w:rFonts w:ascii="Times New Roman" w:hAnsi="Times New Roman" w:eastAsia="Times New Roman" w:cs="Times New Roman"/>
        </w:rPr>
        <w:t xml:space="preserve"> </w:t>
      </w:r>
      <w:r>
        <w:rPr>
          <w:rFonts w:ascii="Nirmala UI" w:hAnsi="Nirmala UI" w:eastAsia="Nirmala UI" w:cs="Nirmala UI"/>
        </w:rPr>
        <w:t>කරමින්</w:t>
      </w:r>
      <w:r>
        <w:rPr>
          <w:rFonts w:ascii="Times New Roman" w:hAnsi="Times New Roman" w:eastAsia="Times New Roman" w:cs="Times New Roman"/>
        </w:rPr>
        <w:t xml:space="preserve"> </w:t>
      </w:r>
      <w:r>
        <w:rPr>
          <w:rFonts w:ascii="Nirmala UI" w:hAnsi="Nirmala UI" w:eastAsia="Nirmala UI" w:cs="Nirmala UI"/>
        </w:rPr>
        <w:t>සිටි</w:t>
      </w:r>
      <w:r>
        <w:rPr>
          <w:rFonts w:ascii="Times New Roman" w:hAnsi="Times New Roman" w:eastAsia="Times New Roman" w:cs="Times New Roman"/>
        </w:rPr>
        <w:t xml:space="preserve">) </w:t>
      </w:r>
      <w:r>
        <w:rPr>
          <w:rFonts w:ascii="Nirmala UI" w:hAnsi="Nirmala UI" w:eastAsia="Nirmala UI" w:cs="Nirmala UI"/>
        </w:rPr>
        <w:t>තම</w:t>
      </w:r>
      <w:r>
        <w:rPr>
          <w:rFonts w:ascii="Times New Roman" w:hAnsi="Times New Roman" w:eastAsia="Times New Roman" w:cs="Times New Roman"/>
        </w:rPr>
        <w:t xml:space="preserve"> </w:t>
      </w:r>
      <w:r>
        <w:rPr>
          <w:rFonts w:ascii="Nirmala UI" w:hAnsi="Nirmala UI" w:eastAsia="Nirmala UI" w:cs="Nirmala UI"/>
        </w:rPr>
        <w:t>ප්</w:t>
      </w:r>
      <w:r>
        <w:rPr>
          <w:rFonts w:ascii="Times New Roman" w:hAnsi="Times New Roman" w:eastAsia="Times New Roman" w:cs="Times New Roman"/>
        </w:rPr>
        <w:t>‍</w:t>
      </w:r>
      <w:r>
        <w:rPr>
          <w:rFonts w:ascii="Nirmala UI" w:hAnsi="Nirmala UI" w:eastAsia="Nirmala UI" w:cs="Nirmala UI"/>
        </w:rPr>
        <w:t>රතීත</w:t>
      </w:r>
      <w:r>
        <w:rPr>
          <w:rFonts w:ascii="Times New Roman" w:hAnsi="Times New Roman" w:eastAsia="Times New Roman" w:cs="Times New Roman"/>
        </w:rPr>
        <w:t xml:space="preserve"> </w:t>
      </w:r>
      <w:r>
        <w:rPr>
          <w:rFonts w:ascii="Nirmala UI" w:hAnsi="Nirmala UI" w:eastAsia="Nirmala UI" w:cs="Nirmala UI"/>
        </w:rPr>
        <w:t>පත්</w:t>
      </w:r>
      <w:r>
        <w:rPr>
          <w:rFonts w:ascii="Times New Roman" w:hAnsi="Times New Roman" w:eastAsia="Times New Roman" w:cs="Times New Roman"/>
        </w:rPr>
        <w:t>‍</w:t>
      </w:r>
      <w:r>
        <w:rPr>
          <w:rFonts w:ascii="Nirmala UI" w:hAnsi="Nirmala UI" w:eastAsia="Nirmala UI" w:cs="Nirmala UI"/>
        </w:rPr>
        <w:t>ර</w:t>
      </w:r>
      <w:r>
        <w:rPr>
          <w:rFonts w:ascii="Times New Roman" w:hAnsi="Times New Roman" w:eastAsia="Times New Roman" w:cs="Times New Roman"/>
        </w:rPr>
        <w:t xml:space="preserve"> </w:t>
      </w:r>
      <w:r>
        <w:rPr>
          <w:rFonts w:ascii="Nirmala UI" w:hAnsi="Nirmala UI" w:eastAsia="Nirmala UI" w:cs="Nirmala UI"/>
        </w:rPr>
        <w:t>ඉදිරිපත්</w:t>
      </w:r>
      <w:r>
        <w:rPr>
          <w:rFonts w:ascii="Times New Roman" w:hAnsi="Times New Roman" w:eastAsia="Times New Roman" w:cs="Times New Roman"/>
        </w:rPr>
        <w:t xml:space="preserve"> </w:t>
      </w:r>
      <w:r>
        <w:rPr>
          <w:rFonts w:ascii="Nirmala UI" w:hAnsi="Nirmala UI" w:eastAsia="Nirmala UI" w:cs="Nirmala UI"/>
        </w:rPr>
        <w:t>කර</w:t>
      </w:r>
      <w:r>
        <w:rPr>
          <w:rFonts w:ascii="Times New Roman" w:hAnsi="Times New Roman" w:eastAsia="Times New Roman" w:cs="Times New Roman"/>
        </w:rPr>
        <w:t xml:space="preserve"> </w:t>
      </w:r>
      <w:r>
        <w:rPr>
          <w:rFonts w:ascii="Nirmala UI" w:hAnsi="Nirmala UI" w:eastAsia="Nirmala UI" w:cs="Nirmala UI"/>
        </w:rPr>
        <w:t>ශුද්ධ</w:t>
      </w:r>
      <w:r>
        <w:rPr>
          <w:rFonts w:ascii="Times New Roman" w:hAnsi="Times New Roman" w:eastAsia="Times New Roman" w:cs="Times New Roman"/>
        </w:rPr>
        <w:t xml:space="preserve"> </w:t>
      </w:r>
      <w:r>
        <w:rPr>
          <w:rFonts w:ascii="Nirmala UI" w:hAnsi="Nirmala UI" w:eastAsia="Nirmala UI" w:cs="Nirmala UI"/>
        </w:rPr>
        <w:t>සභාව</w:t>
      </w:r>
      <w:r>
        <w:rPr>
          <w:rFonts w:ascii="Times New Roman" w:hAnsi="Times New Roman" w:eastAsia="Times New Roman" w:cs="Times New Roman"/>
        </w:rPr>
        <w:t xml:space="preserve"> </w:t>
      </w:r>
      <w:r>
        <w:rPr>
          <w:rFonts w:ascii="Nirmala UI" w:hAnsi="Nirmala UI" w:eastAsia="Nirmala UI" w:cs="Nirmala UI"/>
        </w:rPr>
        <w:t>වෙත</w:t>
      </w:r>
      <w:r>
        <w:rPr>
          <w:rFonts w:ascii="Times New Roman" w:hAnsi="Times New Roman" w:eastAsia="Times New Roman" w:cs="Times New Roman"/>
        </w:rPr>
        <w:t xml:space="preserve"> </w:t>
      </w:r>
      <w:r>
        <w:rPr>
          <w:rFonts w:ascii="Nirmala UI" w:hAnsi="Nirmala UI" w:eastAsia="Nirmala UI" w:cs="Nirmala UI"/>
        </w:rPr>
        <w:t>පත්වූ</w:t>
      </w:r>
      <w:r>
        <w:rPr>
          <w:rFonts w:ascii="Times New Roman" w:hAnsi="Times New Roman" w:eastAsia="Times New Roman" w:cs="Times New Roman"/>
        </w:rPr>
        <w:t xml:space="preserve"> </w:t>
      </w:r>
      <w:r>
        <w:rPr>
          <w:rFonts w:ascii="Nirmala UI" w:hAnsi="Nirmala UI" w:eastAsia="Nirmala UI" w:cs="Nirmala UI"/>
        </w:rPr>
        <w:t>එක්සත්</w:t>
      </w:r>
      <w:r>
        <w:rPr>
          <w:rFonts w:ascii="Times New Roman" w:hAnsi="Times New Roman" w:eastAsia="Times New Roman" w:cs="Times New Roman"/>
        </w:rPr>
        <w:t xml:space="preserve"> </w:t>
      </w:r>
      <w:r>
        <w:rPr>
          <w:rFonts w:ascii="Nirmala UI" w:hAnsi="Nirmala UI" w:eastAsia="Nirmala UI" w:cs="Nirmala UI"/>
        </w:rPr>
        <w:t>ජනපදයේ</w:t>
      </w:r>
      <w:r>
        <w:rPr>
          <w:rFonts w:ascii="Times New Roman" w:hAnsi="Times New Roman" w:eastAsia="Times New Roman" w:cs="Times New Roman"/>
        </w:rPr>
        <w:t xml:space="preserve"> </w:t>
      </w:r>
      <w:r>
        <w:rPr>
          <w:rFonts w:ascii="Nirmala UI" w:hAnsi="Nirmala UI" w:eastAsia="Nirmala UI" w:cs="Nirmala UI"/>
        </w:rPr>
        <w:t>පළමු</w:t>
      </w:r>
      <w:r>
        <w:rPr>
          <w:rFonts w:ascii="Times New Roman" w:hAnsi="Times New Roman" w:eastAsia="Times New Roman" w:cs="Times New Roman"/>
        </w:rPr>
        <w:t xml:space="preserve"> </w:t>
      </w:r>
      <w:r>
        <w:rPr>
          <w:rFonts w:ascii="Nirmala UI" w:hAnsi="Nirmala UI" w:eastAsia="Nirmala UI" w:cs="Nirmala UI"/>
        </w:rPr>
        <w:t>තානාපතිවරයා</w:t>
      </w:r>
      <w:r>
        <w:rPr>
          <w:rFonts w:ascii="Times New Roman" w:hAnsi="Times New Roman" w:eastAsia="Times New Roman" w:cs="Times New Roman"/>
        </w:rPr>
        <w:t xml:space="preserve"> </w:t>
      </w:r>
      <w:r>
        <w:rPr>
          <w:rFonts w:ascii="Nirmala UI" w:hAnsi="Nirmala UI" w:eastAsia="Nirmala UI" w:cs="Nirmala UI"/>
        </w:rPr>
        <w:t>බවට</w:t>
      </w:r>
      <w:r>
        <w:rPr>
          <w:rFonts w:ascii="Times New Roman" w:hAnsi="Times New Roman" w:eastAsia="Times New Roman" w:cs="Times New Roman"/>
        </w:rPr>
        <w:t xml:space="preserve"> </w:t>
      </w:r>
      <w:r>
        <w:rPr>
          <w:rFonts w:ascii="Nirmala UI" w:hAnsi="Nirmala UI" w:eastAsia="Nirmala UI" w:cs="Nirmala UI"/>
        </w:rPr>
        <w:t>පත්</w:t>
      </w:r>
      <w:r>
        <w:rPr>
          <w:rFonts w:ascii="Times New Roman" w:hAnsi="Times New Roman" w:eastAsia="Times New Roman" w:cs="Times New Roman"/>
        </w:rPr>
        <w:t xml:space="preserve"> </w:t>
      </w:r>
      <w:r>
        <w:rPr>
          <w:rFonts w:ascii="Nirmala UI" w:hAnsi="Nirmala UI" w:eastAsia="Nirmala UI" w:cs="Nirmala UI"/>
        </w:rPr>
        <w:t>විය</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Mukati memakore makumi matatu namatatu kubva muna 1951 kusvika muna 1984, kupikisa kwechiPurotesitendi kuKaturike kwakaparara. “Maoko” akamira achimiririra upapa muna 496 pamwe naClovis anofananidzira Reagan muna 1984 achienderera mberi kusvika muna 1989. Clovis akamiririra kubviswa kwechitendero (chihedheni) chaidzivisa upapa kuti husimukezve huwane simba, uye pakasvika 1984 kupikisa kwechiPurotesitendi kukusimuka kweupapa kwakanga kwabviswa. “Zuva nezuva” (chihedheni) kwakanga kwabviswa, uye Pauro anotsanangura kubviswa ikoko kwekupikisa kwechihedheni kuupapa se “kutsauka.”</w:t>
      </w:r>
    </w:p>
    <w:p>
      <w:pPr>
        <w:pStyle w:val="ArticleBody"/>
        <w:jc w:val="left"/>
      </w:pPr>
      <w:r>
        <w:rPr>
          <w:rFonts w:ascii="Times New Roman" w:hAnsi="Times New Roman" w:eastAsia="Times New Roman" w:cs="Times New Roman"/>
        </w:rPr>
        <w:t>Chechi yokufananidzira yokuwirirana nezvenyika inomiririrwa naConstantine Mukuru pamwe nenhoroondo ya313 kusvika kuna 538, yakamiririra nguva iyo chechi yakazvibvumiranisa nezvenyika ikatsauka. Chitendero chinomiririrwa na“508,” icho chakanga chambozvidzora kupindira kwesimba roupapa, chakafananidzira kutsauka kwemaPurotesitendi muUnited States. Reagan akanga achimiririrwa naClovis. Muna 496 Clovis akapa “simba” rake kupapa, nokudaro achifananidzira “sungano isina utsvene” yakaitwa mumakore aReagan. Clovis akamiririrawo kubviswa kwe“zuva nezuva” muna 508. 508 yakafananidzira 1984.</w:t>
      </w:r>
    </w:p>
    <w:p>
      <w:pPr>
        <w:pStyle w:val="ArticleScripture"/>
        <w:jc w:val="left"/>
      </w:pPr>
      <w:r>
        <w:rPr>
          <w:rFonts w:ascii="Times New Roman" w:hAnsi="Times New Roman" w:eastAsia="Times New Roman" w:cs="Times New Roman"/>
        </w:rPr>
        <w:t>“Kupindirana pakati pechihedheni nechiKristu uku kwakaguma nokukudziridzwa kwe‘munhu wechivi’ akaporofitwa muuporofita semunhu anopikisa uye anozvikwidziridza pamusoro paMwari. Uyo hurongwa hukuru hwechitendero chenhema ibasa guru resimba raSatani—chiratidzo chikuru chemiedzo yake chokuzvigadza pachigaro choushe kuti atonge nyika maererano nokuda kwake.” The Great Controversy, 50.</w:t>
      </w:r>
    </w:p>
    <w:p>
      <w:pPr>
        <w:pStyle w:val="ArticleBody"/>
        <w:jc w:val="left"/>
      </w:pPr>
      <w:r>
        <w:rPr>
          <w:rFonts w:ascii="Times New Roman" w:hAnsi="Times New Roman" w:eastAsia="Times New Roman" w:cs="Times New Roman"/>
        </w:rPr>
        <w:t>Raega ni rini ngeri nja Soviet Union kĩa “ũthamaki mũũru” ndũrĩrĩrĩ-inĩ yake ya mwaka wa 1983, na akamenya ukomunisti ũrĩa wa kĩa-Atheisti ta kĩndũ kĩnene gũkĩra kĩa maadili na kĩa roho. We hamwe na John Paul II magĩkora ũrata wa hakuhĩ wa kĩ-ũndũ mũno na wa kĩsiasa mũno kũrwana na ukomunisti wa Soviet. Andũ acio eerĩ maonaga ngũrano iyo na mĩhĩrĩga ya maadili, o na handũ ha wendo wa Ngai mũno; Reagan nĩaarĩragia na ũhitho ũhoro wa “Mũrango wa Kĩ-Ngai” wa kũgũithia ukomunisti. Reagan aarĩ na mwĩhoko kũhusu kũoneka kwa Fatima (gũkenia kũrĩa kwari atĩ “Russia nĩigaciarĩria mahĩtia mayo”), na atongoria acio eerĩ magĩcokerania ũhoro wa kũigua hamwe atĩ Ngai nĩamahonokirie muoyo wao (o eerĩ nĩonire majaribio ma kwaria na mbembe mwaka wa 1981) nĩ ũndũ wa mwĩhoko ũrĩa warĩ ũhungu na kũhootia ukomunisti.</w:t>
      </w:r>
    </w:p>
    <w:p>
      <w:pPr>
        <w:pStyle w:val="ArticleHeading"/>
        <w:jc w:val="left"/>
      </w:pPr>
      <w:r>
        <w:rPr>
          <w:rFonts w:ascii="Arial" w:hAnsi="Arial" w:eastAsia="Arial" w:cs="Arial"/>
        </w:rPr>
        <w:t>Vadzidzi vaKristu</w:t>
      </w:r>
    </w:p>
    <w:p>
      <w:pPr>
        <w:pStyle w:val="ArticleBody"/>
        <w:jc w:val="left"/>
      </w:pPr>
      <w:r>
        <w:rPr>
          <w:rFonts w:ascii="Times New Roman" w:hAnsi="Times New Roman" w:eastAsia="Times New Roman" w:cs="Times New Roman"/>
        </w:rPr>
        <w:t>Reagan akakurira musangano wechiDisciples of Christ, uyo madzibaba awo okutangwa akadzidzisa zvakananga kuti papa wechiKatorike ndiye antikristu. Alexander Campbell, mutungamiri ainyanya kuzivikanwa wekutanga wechechi yeDisciples of Christ, akaramba achizivisa upapa seantikristu. Mumakakatanwa uye muzvinyorwa, akapikisa kuti nyanga duku yaDanieri 7, chikara chaZvakazarurwa 13, uye munhu wechivi wa2 VaTesaronika 2, zvose zvaireva mapapa eRoma. Akashandisa kuzivikanwa uku mumakakatanwa eruzhinji (kusanganisira naBhishopi wechiKatorike John B. Purcell muna 1837). Barton W. Stone akataura nezvehurumende yaPapa seantikristu chaiye uye “munhu wechivi.” Walter Scott (mumwe muparidzi wekutanga wesangano iri) akanyora kuti munhu wechivi, iye Papa weRoma, aizomuka muchechi yechiKristu uye azvikudze pamusoro paMwari.</w:t>
      </w:r>
    </w:p>
    <w:p>
      <w:pPr>
        <w:pStyle w:val="ArticleBody"/>
        <w:jc w:val="left"/>
      </w:pPr>
      <w:r>
        <w:rPr>
          <w:rFonts w:ascii="Times New Roman" w:hAnsi="Times New Roman" w:eastAsia="Times New Roman" w:cs="Times New Roman"/>
        </w:rPr>
        <w:t>Reaganova maati Nelle waiva ari nhengo yakazvipira zvikuru yesangano reDisciples of Christ, uye ndiye akava ndiye akanyanya kumukanganisa panyaya dzechitendero muhuduku hwake. Reagan akabhabhatidzwa muchechi yeDisciples of Christ muDixon, Illinois, aine makore gumi nerimwe, uye akashingaira ikoko paaiva jaya (kusanganisira kudzidzisa chikoro cheSvondo). Akapinda paEureka College, iyo yaive yakabatana neDisciples of Christ.</w:t>
      </w:r>
    </w:p>
    <w:p>
      <w:pPr>
        <w:pStyle w:val="ArticleScripture"/>
        <w:jc w:val="left"/>
      </w:pPr>
      <w:r>
        <w:rPr>
          <w:rFonts w:ascii="Times New Roman" w:hAnsi="Times New Roman" w:eastAsia="Times New Roman" w:cs="Times New Roman"/>
        </w:rPr>
        <w:t>“Vaya vanovhiringidzika mukunzwisisa kwavo kweshoko, vasingakwanisi kuona zvinorehwa naantikristu, zvirokwazvo vachazviisa kudivi raantikristu. Zvino hapasisina nguva yokuti isu tifananidzane nenyika.” Kress Collection, 105.</w:t>
      </w:r>
    </w:p>
    <w:p>
      <w:pPr>
        <w:pStyle w:val="ArticleBody"/>
        <w:jc w:val="left"/>
      </w:pPr>
      <w:r>
        <w:rPr>
          <w:rFonts w:ascii="Times New Roman" w:hAnsi="Times New Roman" w:eastAsia="Times New Roman" w:cs="Times New Roman"/>
        </w:rPr>
        <w:t>Reagan anafananidzirwa naClovis pamwe chete nekuyananisa kwaConstantine Mukuru. Reagan ndiye zvakare akava wokutanga pamapurezidhendi masere okupedzisira kubvira panguva yokupedzisira muna 1989. Somunhu wokutanga pamapurezidhendi masere okupedzisira, anofananidzira Donald Trump, uyo, saReagan, akanyonganiswa zvikuru pamusoro pezvinangwa zvechokwadi zvoupapa, uye kuti upapa ndiani.</w:t>
      </w:r>
    </w:p>
    <w:p>
      <w:pPr>
        <w:pStyle w:val="ArticleScripture"/>
        <w:jc w:val="left"/>
      </w:pPr>
      <w:r>
        <w:rPr>
          <w:rFonts w:ascii="Nirmala UI" w:hAnsi="Nirmala UI" w:eastAsia="Nirmala UI" w:cs="Nirmala UI"/>
        </w:rPr>
        <w:t>वहमत</w:t>
      </w:r>
      <w:r>
        <w:rPr>
          <w:rFonts w:ascii="Times New Roman" w:hAnsi="Times New Roman" w:eastAsia="Times New Roman" w:cs="Times New Roman"/>
        </w:rPr>
        <w:t xml:space="preserve"> </w:t>
      </w:r>
      <w:r>
        <w:rPr>
          <w:rFonts w:ascii="Nirmala UI" w:hAnsi="Nirmala UI" w:eastAsia="Nirmala UI" w:cs="Nirmala UI"/>
        </w:rPr>
        <w:t>चल्न</w:t>
      </w:r>
      <w:r>
        <w:rPr>
          <w:rFonts w:ascii="Times New Roman" w:hAnsi="Times New Roman" w:eastAsia="Times New Roman" w:cs="Times New Roman"/>
        </w:rPr>
        <w:t xml:space="preserve"> </w:t>
      </w:r>
      <w:r>
        <w:rPr>
          <w:rFonts w:ascii="Nirmala UI" w:hAnsi="Nirmala UI" w:eastAsia="Nirmala UI" w:cs="Nirmala UI"/>
        </w:rPr>
        <w:t>सक्छन्</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यदि</w:t>
      </w:r>
      <w:r>
        <w:rPr>
          <w:rFonts w:ascii="Times New Roman" w:hAnsi="Times New Roman" w:eastAsia="Times New Roman" w:cs="Times New Roman"/>
        </w:rPr>
        <w:t xml:space="preserve"> </w:t>
      </w:r>
      <w:r>
        <w:rPr>
          <w:rFonts w:ascii="Nirmala UI" w:hAnsi="Nirmala UI" w:eastAsia="Nirmala UI" w:cs="Nirmala UI"/>
        </w:rPr>
        <w:t>तिनीहरू</w:t>
      </w:r>
      <w:r>
        <w:rPr>
          <w:rFonts w:ascii="Times New Roman" w:hAnsi="Times New Roman" w:eastAsia="Times New Roman" w:cs="Times New Roman"/>
        </w:rPr>
        <w:t xml:space="preserve"> </w:t>
      </w:r>
      <w:r>
        <w:rPr>
          <w:rFonts w:ascii="Nirmala UI" w:hAnsi="Nirmala UI" w:eastAsia="Nirmala UI" w:cs="Nirmala UI"/>
        </w:rPr>
        <w:t>एकमत</w:t>
      </w:r>
      <w:r>
        <w:rPr>
          <w:rFonts w:ascii="Times New Roman" w:hAnsi="Times New Roman" w:eastAsia="Times New Roman" w:cs="Times New Roman"/>
        </w:rPr>
        <w:t xml:space="preserve"> </w:t>
      </w:r>
      <w:r>
        <w:rPr>
          <w:rFonts w:ascii="Nirmala UI" w:hAnsi="Nirmala UI" w:eastAsia="Nirmala UI" w:cs="Nirmala UI"/>
        </w:rPr>
        <w:t>नभएका</w:t>
      </w:r>
      <w:r>
        <w:rPr>
          <w:rFonts w:ascii="Times New Roman" w:hAnsi="Times New Roman" w:eastAsia="Times New Roman" w:cs="Times New Roman"/>
        </w:rPr>
        <w:t xml:space="preserve"> </w:t>
      </w:r>
      <w:r>
        <w:rPr>
          <w:rFonts w:ascii="Nirmala UI" w:hAnsi="Nirmala UI" w:eastAsia="Nirmala UI" w:cs="Nirmala UI"/>
        </w:rPr>
        <w:t>भए</w:t>
      </w:r>
      <w:r>
        <w:rPr>
          <w:rFonts w:ascii="Times New Roman" w:hAnsi="Times New Roman" w:eastAsia="Times New Roman" w:cs="Times New Roman"/>
        </w:rPr>
        <w:t xml:space="preserve">? </w:t>
      </w:r>
      <w:r>
        <w:rPr>
          <w:rFonts w:ascii="Nirmala UI" w:hAnsi="Nirmala UI" w:eastAsia="Nirmala UI" w:cs="Nirmala UI"/>
        </w:rPr>
        <w:t>आमोस</w:t>
      </w:r>
      <w:r>
        <w:rPr>
          <w:rFonts w:ascii="Times New Roman" w:hAnsi="Times New Roman" w:eastAsia="Times New Roman" w:cs="Times New Roman"/>
        </w:rPr>
        <w:t xml:space="preserve"> </w:t>
      </w:r>
      <w:r>
        <w:rPr>
          <w:rFonts w:ascii="Nirmala UI" w:hAnsi="Nirmala UI" w:eastAsia="Nirmala UI" w:cs="Nirmala UI"/>
        </w:rPr>
        <w:t>३</w:t>
      </w:r>
      <w:r>
        <w:rPr>
          <w:rFonts w:ascii="Times New Roman" w:hAnsi="Times New Roman" w:eastAsia="Times New Roman" w:cs="Times New Roman"/>
        </w:rPr>
        <w:t>:</w:t>
      </w:r>
      <w:r>
        <w:rPr>
          <w:rFonts w:ascii="Nirmala UI" w:hAnsi="Nirmala UI" w:eastAsia="Nirmala UI" w:cs="Nirmala UI"/>
        </w:rPr>
        <w:t>३।</w:t>
      </w:r>
    </w:p>
    <w:p>
      <w:pPr>
        <w:pStyle w:val="ArticleBody"/>
        <w:jc w:val="left"/>
      </w:pPr>
      <w:r>
        <w:rPr>
          <w:rFonts w:ascii="Times New Roman" w:hAnsi="Times New Roman" w:eastAsia="Times New Roman" w:cs="Times New Roman"/>
        </w:rPr>
        <w:t>Mchato wa sita na wa mwisho wa ndoa ya mapatano katika Danieli sura ya kumi na moja unatokea katika historia inayoanza wakati wa mwisho mwaka 1989, na kuishia katika historia ya Donald Trump.</w:t>
      </w:r>
    </w:p>
    <w:p>
      <w:pPr>
        <w:pStyle w:val="ArticleScripture"/>
        <w:jc w:val="left"/>
      </w:pPr>
      <w:r>
        <w:rPr>
          <w:rFonts w:ascii="Times New Roman" w:hAnsi="Times New Roman" w:eastAsia="Times New Roman" w:cs="Times New Roman"/>
        </w:rPr>
        <w:t>“Mumafambiro ari kuitika iye zvino muUnited States ekuti masangano nemiitiro zvechechi zvitsigirwe nehurumende, maPurotesitendi ari kutevera tsoka dzemaPapisiti. Uyezve, vari kuvhurira Upapa musuwo wokuti huzowanazve muAmerica yechiPurotesitendi ukuru hwesimba hwaakarasikirwa nahwo muNyika Yekare.” The Great Controversy, 573.</w:t>
      </w:r>
    </w:p>
    <w:p>
      <w:pPr>
        <w:pStyle w:val="ArticleBody"/>
        <w:jc w:val="left"/>
      </w:pPr>
      <w:r>
        <w:rPr>
          <w:rFonts w:ascii="Times New Roman" w:hAnsi="Times New Roman" w:eastAsia="Times New Roman" w:cs="Times New Roman"/>
        </w:rPr>
        <w:t>Muchato wa uzima wa m’banja wa 313 ndi Lamulo la ku Milan zikugwirizana ndi mbiri ya 533, ndipo chilamulo cha Justinian cha mu 533 chidzakhazikitsidwanso ndi boma lodzinenera kuti ndi lachikhristu, lomwe silimvetsanso kuti kuzindikira mphamvu ya upapa ngati bungwe lachikhristu ndi mawu odzikana okha pa mulingo wabwino koposa, ndipo pa mulingo woipa koposa ndi chinyengo chopha.</w:t>
      </w:r>
    </w:p>
    <w:p>
      <w:pPr>
        <w:pStyle w:val="ArticleHeading"/>
        <w:jc w:val="left"/>
      </w:pPr>
      <w:r>
        <w:rPr>
          <w:rFonts w:ascii="Arial" w:hAnsi="Arial" w:eastAsia="Arial" w:cs="Arial"/>
        </w:rPr>
        <w:t>Hurumende neChechi</w:t>
      </w:r>
    </w:p>
    <w:p>
      <w:pPr>
        <w:pStyle w:val="ArticleBody"/>
        <w:jc w:val="left"/>
      </w:pPr>
      <w:r>
        <w:rPr>
          <w:rFonts w:ascii="Times New Roman" w:hAnsi="Times New Roman" w:eastAsia="Times New Roman" w:cs="Times New Roman"/>
        </w:rPr>
        <w:t>Muna 457 BC, mutemo wechitatu waAtashasta wakadzorera kuzvitonga kwenyika, zvose pachiremera chezvematongerwo enyika nepachiremera chechitendero.</w:t>
      </w:r>
    </w:p>
    <w:p>
      <w:pPr>
        <w:pStyle w:val="ArticleScripture"/>
        <w:jc w:val="left"/>
      </w:pPr>
      <w:r>
        <w:rPr>
          <w:rFonts w:ascii="Times New Roman" w:hAnsi="Times New Roman" w:eastAsia="Times New Roman" w:cs="Times New Roman"/>
        </w:rPr>
        <w:t>Na iwe, Ezra, kwa hekima ya Mungu wako iliyo mkononi mwako, weka maafisa na waamuzi, wapate kuwahukumu watu wote walio ng’ambo ya mto, yaani, wote waijuao sheria za Mungu wako; nawe wafundishe wale wasiozijua. Na mtu awaye yote ambaye hataitenda sheria ya Mungu wako, na sheria ya mfalme, hukumu na itekelezwe upesi juu yake, ikiwa ni ya kifo, au ya kufukuzwa, au ya kunyang’anywa mali, au ya kufungwa gerezani. Ezra 7:25, 26.</w:t>
      </w:r>
    </w:p>
    <w:p>
      <w:pPr>
        <w:pStyle w:val="ArticleBody"/>
        <w:jc w:val="left"/>
      </w:pPr>
      <w:r>
        <w:rPr>
          <w:rFonts w:ascii="Times New Roman" w:hAnsi="Times New Roman" w:eastAsia="Times New Roman" w:cs="Times New Roman"/>
        </w:rPr>
        <w:t>Nkhani ya chitatu inapereka ulamuliro wochita chiweruzo ndi chilango pa malamulo onse a Mulungu ndi malamulo a mfumu. Nkhani imeneyo inasonyeza chiyambi cha ulosi wa zaka zikwi ziwiri ndi mazana atatu, umene unatha pa Okutobala 22, 1844, pamene Khristu anadza mwadzidzidzi ku kachisi Wake. Inasonyezanso chiyambi cha ulosi wa zaka mazana awiri ndi makumi asanu, umene unatha mu 207 BC, m’mbiri ya pakati pa nkhondo za Raphia mu 217 BC ndi Panium mu 200 BC. Kubwezeretsedwa kwa ulamuliro wa boma ndi wa chipembedzo mu 457 BC kumazindikiritsa alfa wa mbali ziwiri amene amapeza kukwaniritsidwa kuwiri kwa omega. Kukwaniritsidwa kuwiri konse kwa omega kumaimira khomo lotsekedwa; limodzi la nyanga ya Aprotestanti ndipo lina la nyanga ya A Republican.</w:t>
      </w:r>
    </w:p>
    <w:p>
      <w:pPr>
        <w:pStyle w:val="ArticleBody"/>
        <w:jc w:val="left"/>
      </w:pPr>
      <w:r>
        <w:rPr>
          <w:rFonts w:ascii="Times New Roman" w:hAnsi="Times New Roman" w:eastAsia="Times New Roman" w:cs="Times New Roman"/>
        </w:rPr>
        <w:t>Chiyambo chakutanga chemakore zviuru zviviri namazana matatu chaimiririra mitemo yaMwari, uye chiporofita chemakore mazana maviri nemakumi mashanu chaimiririra mitemo yamambo. Zviporofita zviviri izvi zvinoratidza runyanga rwePurotesitendi nerunyanga rweRipabhlikanizimu pachikara chepanyika cheZvakazarurwa chitsauko 13. Runyanga rweRipabhlikanizimu rwechikara chepanyika rwakaiswa pakati pevhesi 11 kusvikira 16 yaDhanieri 11. Nguva yemakore gumi nemanomwe iri pakati peRaphia nePanium inopindiranwa norunyanga rumwe runobva muchiporofita chine mativi maviri chemutemo wechitatu wa457 BC. Chiporofita ichi chine mativi maviri chinoratidza kutongwa kwavanhu vesungano vokupedzisira uyewo kutongwa kworudzi umo vanhu ivavo vesungano vanowana midzi yavo.</w:t>
      </w:r>
    </w:p>
    <w:p>
      <w:pPr>
        <w:pStyle w:val="ArticleScripture"/>
        <w:jc w:val="left"/>
      </w:pPr>
      <w:r>
        <w:rPr>
          <w:rFonts w:ascii="Times New Roman" w:hAnsi="Times New Roman" w:eastAsia="Times New Roman" w:cs="Times New Roman"/>
        </w:rPr>
        <w:t>Ndipo anati kwa Abramu, Dziwa ndithu kuti mbeu yako idzakhala mlendo m’dziko losakhala lawo, ndipo adzawatumikira; ndipo adzawazunza zaka mazana anayi; komanso mtundu umenewo umene adzawutumikira ndidzaweruza ine; ndipo pambuyo pake adzatuluka ndi chuma chambiri. Genesis 15:13, 14.</w:t>
      </w:r>
    </w:p>
    <w:p>
      <w:pPr>
        <w:pStyle w:val="ArticleBody"/>
        <w:jc w:val="left"/>
      </w:pPr>
      <w:r>
        <w:rPr>
          <w:rFonts w:ascii="Times New Roman" w:hAnsi="Times New Roman" w:eastAsia="Times New Roman" w:cs="Times New Roman"/>
        </w:rPr>
        <w:t>Mu bhuku raEzekieri, Gumiguru 22, 1844 rinofananidzirwa naGumiguru 22, 573 BC. Rimwe zuva rinoratidza kutanga kwekutongwa kwekuongorora, uye rimwe rinoratidza kuridzwa kwehwamanda yeJubheri pakutanga nepamugumo pehurongwa hwekutonga. Mazuva ose ari maviri anowirirana, uye ose ari maviri anoratidza suo rakazarirwa. 1844 inomiririra kuvharwa kwesuo renzvimbo tsvene, Kristu paakapinda muNzvimbo Tsvenetsvene. 573 BC inoratidza kuguma kwenguva yokuedzwa kwavanhu, apo varanda vechivi vakadzikinurwa vanopiwa rusununguko rwavo, nenyika itsva yokugara mairi.</w:t>
      </w:r>
    </w:p>
    <w:p>
      <w:pPr>
        <w:pStyle w:val="ArticleScripture"/>
        <w:jc w:val="left"/>
      </w:pPr>
      <w:r>
        <w:rPr>
          <w:rFonts w:ascii="Times New Roman" w:hAnsi="Times New Roman" w:eastAsia="Times New Roman" w:cs="Times New Roman"/>
        </w:rPr>
        <w:t>Uye kana asina kudzikinurwa mumakore iwayo, ipapo achabuda mugore rejubheri, iye navana vake pamwe chete naye. Nokuti vana vaIsraeri varanda vangu; ndivo varanda vangu vandakabudisa munyika yeIjipiti; ndini Jehovha Mwari wenyu. Revhitiko 25:54, 55.</w:t>
      </w:r>
    </w:p>
    <w:p>
      <w:pPr>
        <w:pStyle w:val="ArticleBody"/>
        <w:jc w:val="left"/>
      </w:pPr>
      <w:r>
        <w:rPr>
          <w:rFonts w:ascii="Leelawadee UI" w:hAnsi="Leelawadee UI" w:eastAsia="Leelawadee UI" w:cs="Leelawadee UI"/>
        </w:rPr>
        <w:t>ថ្ងៃទី</w:t>
      </w:r>
      <w:r>
        <w:rPr>
          <w:rFonts w:ascii="Times New Roman" w:hAnsi="Times New Roman" w:eastAsia="Times New Roman" w:cs="Times New Roman"/>
        </w:rPr>
        <w:t xml:space="preserve"> </w:t>
      </w:r>
      <w:r>
        <w:rPr>
          <w:rFonts w:ascii="Leelawadee UI" w:hAnsi="Leelawadee UI" w:eastAsia="Leelawadee UI" w:cs="Leelawadee UI"/>
        </w:rPr>
        <w:t>២២</w:t>
      </w:r>
      <w:r>
        <w:rPr>
          <w:rFonts w:ascii="Times New Roman" w:hAnsi="Times New Roman" w:eastAsia="Times New Roman" w:cs="Times New Roman"/>
        </w:rPr>
        <w:t xml:space="preserve"> </w:t>
      </w:r>
      <w:r>
        <w:rPr>
          <w:rFonts w:ascii="Leelawadee UI" w:hAnsi="Leelawadee UI" w:eastAsia="Leelawadee UI" w:cs="Leelawadee UI"/>
        </w:rPr>
        <w:t>ខែតុលា</w:t>
      </w:r>
      <w:r>
        <w:rPr>
          <w:rFonts w:ascii="Times New Roman" w:hAnsi="Times New Roman" w:eastAsia="Times New Roman" w:cs="Times New Roman"/>
        </w:rPr>
        <w:t xml:space="preserve"> </w:t>
      </w:r>
      <w:r>
        <w:rPr>
          <w:rFonts w:ascii="Leelawadee UI" w:hAnsi="Leelawadee UI" w:eastAsia="Leelawadee UI" w:cs="Leelawadee UI"/>
        </w:rPr>
        <w:t>ទាំងពីរ</w:t>
      </w:r>
      <w:r>
        <w:rPr>
          <w:rFonts w:ascii="Times New Roman" w:hAnsi="Times New Roman" w:eastAsia="Times New Roman" w:cs="Times New Roman"/>
        </w:rPr>
        <w:t xml:space="preserve"> </w:t>
      </w:r>
      <w:r>
        <w:rPr>
          <w:rFonts w:ascii="Leelawadee UI" w:hAnsi="Leelawadee UI" w:eastAsia="Leelawadee UI" w:cs="Leelawadee UI"/>
        </w:rPr>
        <w:t>តំណាងឲ្យទ្វារដែលបានបិទនៃច្បាប់ថ្ងៃអាទិត្យដែលនឹងមកដល់ក្នុងពេលឆាប់ៗ។</w:t>
      </w:r>
      <w:r>
        <w:rPr>
          <w:rFonts w:ascii="Times New Roman" w:hAnsi="Times New Roman" w:eastAsia="Times New Roman" w:cs="Times New Roman"/>
        </w:rPr>
        <w:t xml:space="preserve"> </w:t>
      </w:r>
      <w:r>
        <w:rPr>
          <w:rFonts w:ascii="Leelawadee UI" w:hAnsi="Leelawadee UI" w:eastAsia="Leelawadee UI" w:cs="Leelawadee UI"/>
        </w:rPr>
        <w:t>រយៈពេលនៃការសាកល្បងដែលបានប្រទានដល់សាសនាអាដវេនទីស</w:t>
      </w:r>
      <w:r>
        <w:rPr>
          <w:rFonts w:ascii="Times New Roman" w:hAnsi="Times New Roman" w:eastAsia="Times New Roman" w:cs="Times New Roman"/>
        </w:rPr>
        <w:t xml:space="preserve"> </w:t>
      </w:r>
      <w:r>
        <w:rPr>
          <w:rFonts w:ascii="Leelawadee UI" w:hAnsi="Leelawadee UI" w:eastAsia="Leelawadee UI" w:cs="Leelawadee UI"/>
        </w:rPr>
        <w:t>បានចាប់ផ្ដើមនៅឆ្នាំ</w:t>
      </w:r>
      <w:r>
        <w:rPr>
          <w:rFonts w:ascii="Times New Roman" w:hAnsi="Times New Roman" w:eastAsia="Times New Roman" w:cs="Times New Roman"/>
        </w:rPr>
        <w:t xml:space="preserve"> 1844 </w:t>
      </w:r>
      <w:r>
        <w:rPr>
          <w:rFonts w:ascii="Leelawadee UI" w:hAnsi="Leelawadee UI" w:eastAsia="Leelawadee UI" w:cs="Leelawadee UI"/>
        </w:rPr>
        <w:t>ហើយបញ្ចប់នៅច្បាប់ថ្ងៃអាទិត្យដែលនឹងមកដល់ក្នុងពេលឆាប់ៗ</w:t>
      </w:r>
      <w:r>
        <w:rPr>
          <w:rFonts w:ascii="Times New Roman" w:hAnsi="Times New Roman" w:eastAsia="Times New Roman" w:cs="Times New Roman"/>
        </w:rPr>
        <w:t xml:space="preserve"> </w:t>
      </w:r>
      <w:r>
        <w:rPr>
          <w:rFonts w:ascii="Leelawadee UI" w:hAnsi="Leelawadee UI" w:eastAsia="Leelawadee UI" w:cs="Leelawadee UI"/>
        </w:rPr>
        <w:t>ហើយរយៈពេលនៃការសាកល្បងដែលបានប្រទានដល់សហរដ្ឋអាមេរិក</w:t>
      </w:r>
      <w:r>
        <w:rPr>
          <w:rFonts w:ascii="Times New Roman" w:hAnsi="Times New Roman" w:eastAsia="Times New Roman" w:cs="Times New Roman"/>
        </w:rPr>
        <w:t xml:space="preserve"> </w:t>
      </w:r>
      <w:r>
        <w:rPr>
          <w:rFonts w:ascii="Leelawadee UI" w:hAnsi="Leelawadee UI" w:eastAsia="Leelawadee UI" w:cs="Leelawadee UI"/>
        </w:rPr>
        <w:t>ក៏បញ្ចប់នៅច្បាប់ថ្ងៃអាទិត្យដែលនឹងមកដល់ក្នុងពេលឆាប់ៗដែរ។</w:t>
      </w:r>
      <w:r>
        <w:rPr>
          <w:rFonts w:ascii="Times New Roman" w:hAnsi="Times New Roman" w:eastAsia="Times New Roman" w:cs="Times New Roman"/>
        </w:rPr>
        <w:t xml:space="preserve"> </w:t>
      </w:r>
      <w:r>
        <w:rPr>
          <w:rFonts w:ascii="Leelawadee UI" w:hAnsi="Leelawadee UI" w:eastAsia="Leelawadee UI" w:cs="Leelawadee UI"/>
        </w:rPr>
        <w:t>ការបញ្ចប់ទាំងពីរនោះ</w:t>
      </w:r>
      <w:r>
        <w:rPr>
          <w:rFonts w:ascii="Times New Roman" w:hAnsi="Times New Roman" w:eastAsia="Times New Roman" w:cs="Times New Roman"/>
        </w:rPr>
        <w:t xml:space="preserve"> </w:t>
      </w:r>
      <w:r>
        <w:rPr>
          <w:rFonts w:ascii="Leelawadee UI" w:hAnsi="Leelawadee UI" w:eastAsia="Leelawadee UI" w:cs="Leelawadee UI"/>
        </w:rPr>
        <w:t>ស្របគ្នាជាមួយនឹងសាក្សីទាំងពីរនៃថ្ងៃទី</w:t>
      </w:r>
      <w:r>
        <w:rPr>
          <w:rFonts w:ascii="Times New Roman" w:hAnsi="Times New Roman" w:eastAsia="Times New Roman" w:cs="Times New Roman"/>
        </w:rPr>
        <w:t xml:space="preserve"> </w:t>
      </w:r>
      <w:r>
        <w:rPr>
          <w:rFonts w:ascii="Leelawadee UI" w:hAnsi="Leelawadee UI" w:eastAsia="Leelawadee UI" w:cs="Leelawadee UI"/>
        </w:rPr>
        <w:t>២២</w:t>
      </w:r>
      <w:r>
        <w:rPr>
          <w:rFonts w:ascii="Times New Roman" w:hAnsi="Times New Roman" w:eastAsia="Times New Roman" w:cs="Times New Roman"/>
        </w:rPr>
        <w:t xml:space="preserve"> </w:t>
      </w:r>
      <w:r>
        <w:rPr>
          <w:rFonts w:ascii="Leelawadee UI" w:hAnsi="Leelawadee UI" w:eastAsia="Leelawadee UI" w:cs="Leelawadee UI"/>
        </w:rPr>
        <w:t>ខែតុលា</w:t>
      </w:r>
      <w:r>
        <w:rPr>
          <w:rFonts w:ascii="Times New Roman" w:hAnsi="Times New Roman" w:eastAsia="Times New Roman" w:cs="Times New Roman"/>
        </w:rPr>
        <w:t xml:space="preserve"> </w:t>
      </w:r>
      <w:r>
        <w:rPr>
          <w:rFonts w:ascii="Leelawadee UI" w:hAnsi="Leelawadee UI" w:eastAsia="Leelawadee UI" w:cs="Leelawadee UI"/>
        </w:rPr>
        <w:t>គឺ</w:t>
      </w:r>
      <w:r>
        <w:rPr>
          <w:rFonts w:ascii="Times New Roman" w:hAnsi="Times New Roman" w:eastAsia="Times New Roman" w:cs="Times New Roman"/>
        </w:rPr>
        <w:t xml:space="preserve"> 2,300 </w:t>
      </w:r>
      <w:r>
        <w:rPr>
          <w:rFonts w:ascii="Leelawadee UI" w:hAnsi="Leelawadee UI" w:eastAsia="Leelawadee UI" w:cs="Leelawadee UI"/>
        </w:rPr>
        <w:t>ឆ្នាំ</w:t>
      </w:r>
      <w:r>
        <w:rPr>
          <w:rFonts w:ascii="Times New Roman" w:hAnsi="Times New Roman" w:eastAsia="Times New Roman" w:cs="Times New Roman"/>
        </w:rPr>
        <w:t xml:space="preserve"> </w:t>
      </w:r>
      <w:r>
        <w:rPr>
          <w:rFonts w:ascii="Leelawadee UI" w:hAnsi="Leelawadee UI" w:eastAsia="Leelawadee UI" w:cs="Leelawadee UI"/>
        </w:rPr>
        <w:t>និងពីររយហាសិបឆ្នាំ។</w:t>
      </w:r>
    </w:p>
    <w:p>
      <w:pPr>
        <w:pStyle w:val="ArticleBody"/>
        <w:jc w:val="left"/>
      </w:pPr>
      <w:r>
        <w:rPr>
          <w:rFonts w:ascii="Times New Roman" w:hAnsi="Times New Roman" w:eastAsia="Times New Roman" w:cs="Times New Roman"/>
        </w:rPr>
        <w:t>Makore mazana maviri nemakumi mashanu anopera munhoroondo iri pakati peRaphia nePanium anopatsanura nguva yehondo mbiri idzodzo kuva nhamba mbiri dzinomirira zviratidzo, idzo pamwe chete dzine dudziro yadzo yakasarudzika. Makore gumi mushure meRaphia, zvinoreva nyika yemuganhu, uye makore manomwe Panium isati yasvika, iyo yaiva hondo yakarwirwa pabani ikaguma nokukombwa. Gumi namanomwe sechiratidzo zvinoratidza simba redhiragoni pamusoro pezvapupu zvinoverengeka. 207 BC inoisa Trump, chiratidzo chechikara chenyika, pakati pendima yegumi neimwe neyegumi neshanu yaDanieri 11, muchiporofita ichigadzirira kutaura sedhiragoni, sezvinomiririrwa nokubatanidzwa kwenhamba gumi nenhamba nomwe.</w:t>
      </w:r>
    </w:p>
    <w:p>
      <w:pPr>
        <w:pStyle w:val="ArticleBody"/>
        <w:jc w:val="left"/>
      </w:pPr>
      <w:r>
        <w:rPr>
          <w:rFonts w:ascii="Times New Roman" w:hAnsi="Times New Roman" w:eastAsia="Times New Roman" w:cs="Times New Roman"/>
        </w:rPr>
        <w:t>Delapan belas ogé miboga harti simbolis, sarta éta ngalegaan sajarah ti Raphia nepi ka Panium, malah ngalangkungan Panium sarta ogé saméméh Raphia. Ptolemaios IV Philopator maréntah salaku raja Mesir Ptolemaik ti 221 SM nepi ka 204 SM, sarta anjeunna ngéléhkeun Antiochus Magnus di Raphia dina 217 SM. Ptolemaios mimiti maréntah saméméh Raphia, sarta anjeunna maréntah salila “dalapan belas” taun. Angka dalapan belas ngawakilan hiji mangsa sajarah anu dimimitian saméméh Raphia, sarta nu ngalegaan ngalangkungan perang Panium jeung pangepungan Sidon nepi ka panutupan mangsa cobaan manusa sakumaha diwakilan ku taun 330. Nubuat dua ratus lima puluh taun pikeun jaman garéja Smirna dimimitian dina taun 64 jeung réngsé dina Edik Milan jeung pajangjian nikah taun 313.</w:t>
      </w:r>
    </w:p>
    <w:p>
      <w:pPr>
        <w:pStyle w:val="ArticleBody"/>
        <w:jc w:val="left"/>
      </w:pPr>
      <w:r>
        <w:rPr>
          <w:rFonts w:ascii="Times New Roman" w:hAnsi="Times New Roman" w:eastAsia="Times New Roman" w:cs="Times New Roman"/>
        </w:rPr>
        <w:t>Konstantino Mukuru anomirira nhoroondo yekereke yePergamo, uye nhoroondo iyoyo yakatanga muna 313 ikaguma muna 538. “Makore gumi nemanomwe” okutanga mushure mekuguma kwechiporofita chemakore mazana maviri nemakumi mashanu muna 313 ane zviratidzo zvitatu zvenguva. 313 waive Murayiro weMilan, 321 waive mutemo weSvondo wokutanga, uye kupatsanurwa kwehumambo kunoratidzwa muna 330. 330 inomirira mutemo wokupedzisira weSvondo unoratidza kuvharwa kwenguva yomukana wokuedzwa kwavanhu. Naizvozvo nhamba yokuti gumi nemanomwe inotanga pamberi peRafiya uye inopera kure mushure mehondo yePanium neSidhoni. Ndima yegumi nenhanhatu muna Danieri 11 inomirira mutemo weSvondo muUnited States.</w:t>
      </w:r>
    </w:p>
    <w:p>
      <w:pPr>
        <w:pStyle w:val="ArticleBody"/>
        <w:jc w:val="left"/>
      </w:pPr>
      <w:r>
        <w:rPr>
          <w:rFonts w:ascii="Times New Roman" w:hAnsi="Times New Roman" w:eastAsia="Times New Roman" w:cs="Times New Roman"/>
        </w:rPr>
        <w:t>Siprofeto saseSmirna sichaza uphawu lokuvinjezelwa oluyinhliziyo uqobo yomlayezo wesixwayiso kaHezekeli. Uphawu lwendlela olwandulela umthetho weSonto, njengoba lumelwe yile mifanekiso emibili yokubhujiswa kweJerusalema, ukuvinjezelwa; kodwa futhi luyi-Edict of Milan, eqala ukwakheka komfanekiso wesilo.</w:t>
      </w:r>
    </w:p>
    <w:p>
      <w:pPr>
        <w:pStyle w:val="ArticleBody"/>
        <w:jc w:val="left"/>
      </w:pPr>
      <w:r>
        <w:rPr>
          <w:rFonts w:ascii="Times New Roman" w:hAnsi="Times New Roman" w:eastAsia="Times New Roman" w:cs="Times New Roman"/>
        </w:rPr>
        <w:t>Ko tingelwa kutawuba khona ludvwendvwe lwemshado wesivumelwane. Loku kuyifraktali yeludvwendvwe lwemshado lolwaqala ngaReagan, njengobe lwamelelwa nguClovis ngemnyaka wa-496, kodvwa ludvwendvwe lwekugcina oluya emshadweni lucala ngesikhathi sekuvinjelwa, luhambisana nesimemezelo saJustinian sa-533, kanye ne-Edict of Milan ya-313. Zombili letimphawu tendlela tendvulela umtsetfo weLisontfo. Umnyaka wa-313 wandvulela umtsetfo wekucala weLisontfo wa-321, futsi simemezelo sa-533 sandvulela umtsetfo weLisontfo eMkhandlwini wesitsatfu wase-Orleans wa-538. Luhlobo lolutsite lwemtsetfo lutawugcwalisa timphawu tesiprofetho tato tonkhe simemezelo saJustinian kanye ne-Edict of Milan, kantsi futsi luhlobo lolutsite lwemshado wesivumelwane lolufanekisako lutawumiswa.</w:t>
      </w:r>
    </w:p>
    <w:p>
      <w:pPr>
        <w:pStyle w:val="ArticleBody"/>
        <w:jc w:val="left"/>
      </w:pPr>
      <w:r>
        <w:rPr>
          <w:rFonts w:ascii="Times New Roman" w:hAnsi="Times New Roman" w:eastAsia="Times New Roman" w:cs="Times New Roman"/>
        </w:rPr>
        <w:t>Kana chirevo ichocho chaitwa, kunenge kwanonoka zvikuru kuti munhu agadzirire, nokuti musuwo wenguva yenyasha unenge wavharirwa panyanga yechiPurotesitendi, zvirokwazvo sezvawakavharwa paPaseka yokutanga muIjipiti. Mushure maizvozvo, mutemo weSvondo, chiratidzo chinotevera chenzira, haungoratidzi chete kuti mufananidzo wechikara watoitwa zvizere, asiwo kusimbisirwa kwechiratidzo chechikara. Mutemo weSvondo unoratidza kuguma kwenguva yenyasha panyanga yeRepublican, chikara chenyika cheZvakazarurwa 13, zvirokwazvo sezvakafa Faro nehondo yake muGungwa Dzvuku mushure mePaseka.</w:t>
      </w:r>
    </w:p>
    <w:p>
      <w:pPr>
        <w:pStyle w:val="ArticleBody"/>
        <w:jc w:val="left"/>
      </w:pPr>
      <w:r>
        <w:rPr>
          <w:rFonts w:ascii="Times New Roman" w:hAnsi="Times New Roman" w:eastAsia="Times New Roman" w:cs="Times New Roman"/>
        </w:rPr>
        <w:t>Amakhulu amabini anamashumi amahlanu eminyaka aphela ngo-207 BC achaza uDonald Trump, emelwe ngu-Antiochus Magnus olungiselela umkhankaso ozayo oqala ethafeni lasePanium uphethe ngokuvinjezelwa kweSidon. Emva kweMfazwe yasePanium, umphathi-mkhosi wakwaPtolemy uScopas waseAetolia wasabela esixekweni saseSidon enamajoni angaba li-10,000 asindileyo. UAntiochus wamlandela waza walivimbezela iSidon. Urhulumente wakwaPtolemy eAlexandria wathumela umkhosi woncedo, kodwa wasilela. Ejamelene nendlala, uScopas wanikezela isixeko. UAntiochus wamvumela uScopas ukuba ahambe; kamva uScopas wabuyela eYiputa, apho ekugqibeleni wagwetywa wabulawa ngezityholo zokungcatsha nokuxhaphaza imali. Ukuvinjezelwa kweSidon kwagqibezela uloyiso lukaAntiochus lweCoele-Syria emva kwePanium.</w:t>
      </w:r>
    </w:p>
    <w:p>
      <w:pPr>
        <w:pStyle w:val="ArticleBody"/>
        <w:jc w:val="left"/>
      </w:pPr>
      <w:r>
        <w:rPr>
          <w:rFonts w:ascii="Times New Roman" w:hAnsi="Times New Roman" w:eastAsia="Times New Roman" w:cs="Times New Roman"/>
        </w:rPr>
        <w:t>Dzimai White vanozivisa bhuku raUriah Smith, *Daniel and the Revelation*, se“ruoko rwaMwari runobatsira.” Smith anotsanangura mushandirapamwe waAntiochus une nhanho mbiri mutsananguro yake pamavhesi gumi nemana negumi neshanu aDanieri chitsauko chegumi nerimwe.</w:t>
      </w:r>
    </w:p>
    <w:p>
      <w:pPr>
        <w:pStyle w:val="ArticleScripture"/>
        <w:jc w:val="left"/>
      </w:pPr>
      <w:r>
        <w:rPr>
          <w:rFonts w:ascii="Times New Roman" w:hAnsi="Times New Roman" w:eastAsia="Times New Roman" w:cs="Times New Roman"/>
        </w:rPr>
        <w:t>“Panguva yokurairwa kwamambo muduku weIjipiti, Seneti yeRoma yakaisa basa iroro kuna M. Emilius Lepidus, uyo akagadza Aristomenes, mushumiri wekare uye ane ruzivo wedare iroro, kuti ave muchengeti wake. Chiito chake chokutanga chakanga chiri chokutora matanho okudzivirira kupambwa kwakanga kuchityisidzirwa nemadzimambo maviri akanga abatana, Firipi naAndiyokusi.</w:t>
      </w:r>
    </w:p>
    <w:p>
      <w:pPr>
        <w:pStyle w:val="ArticleScripture"/>
        <w:jc w:val="left"/>
      </w:pPr>
      <w:r>
        <w:rPr>
          <w:rFonts w:ascii="Times New Roman" w:hAnsi="Times New Roman" w:eastAsia="Times New Roman" w:cs="Times New Roman"/>
        </w:rPr>
        <w:t>“Kupedzisira uku, akatuma Scopas, mukuru wehondo ane mukurumbira weAEtolia, panguva iyoyo ari pabasa pevaIjipita, kunyika yokwake kuti andounganidza mauto okuwedzera ehondo. Mushure mokunge aunganidza hondo, akapinda muPalestine neCoele-Syria (Antiochus achiri kubatikana muhondo naAttalus kuLesser Asia), akakunda Judhea yose, akaisa pasi pesimba reIjipita.”</w:t>
      </w:r>
    </w:p>
    <w:p>
      <w:pPr>
        <w:pStyle w:val="ArticleScripture"/>
        <w:jc w:val="left"/>
      </w:pPr>
      <w:r>
        <w:rPr>
          <w:rFonts w:ascii="Times New Roman" w:hAnsi="Times New Roman" w:eastAsia="Times New Roman" w:cs="Times New Roman"/>
        </w:rPr>
        <w:t>“</w:t>
      </w:r>
      <w:r>
        <w:rPr>
          <w:rFonts w:ascii="Nirmala UI" w:hAnsi="Nirmala UI" w:eastAsia="Nirmala UI" w:cs="Nirmala UI"/>
        </w:rPr>
        <w:t>ඒ</w:t>
      </w:r>
      <w:r>
        <w:rPr>
          <w:rFonts w:ascii="Times New Roman" w:hAnsi="Times New Roman" w:eastAsia="Times New Roman" w:cs="Times New Roman"/>
        </w:rPr>
        <w:t xml:space="preserve"> </w:t>
      </w:r>
      <w:r>
        <w:rPr>
          <w:rFonts w:ascii="Nirmala UI" w:hAnsi="Nirmala UI" w:eastAsia="Nirmala UI" w:cs="Nirmala UI"/>
        </w:rPr>
        <w:t>අනුව</w:t>
      </w:r>
      <w:r>
        <w:rPr>
          <w:rFonts w:ascii="Times New Roman" w:hAnsi="Times New Roman" w:eastAsia="Times New Roman" w:cs="Times New Roman"/>
        </w:rPr>
        <w:t xml:space="preserve"> </w:t>
      </w:r>
      <w:r>
        <w:rPr>
          <w:rFonts w:ascii="Nirmala UI" w:hAnsi="Nirmala UI" w:eastAsia="Nirmala UI" w:cs="Nirmala UI"/>
        </w:rPr>
        <w:t>අප</w:t>
      </w:r>
      <w:r>
        <w:rPr>
          <w:rFonts w:ascii="Times New Roman" w:hAnsi="Times New Roman" w:eastAsia="Times New Roman" w:cs="Times New Roman"/>
        </w:rPr>
        <w:t xml:space="preserve"> </w:t>
      </w:r>
      <w:r>
        <w:rPr>
          <w:rFonts w:ascii="Nirmala UI" w:hAnsi="Nirmala UI" w:eastAsia="Nirmala UI" w:cs="Nirmala UI"/>
        </w:rPr>
        <w:t>ඉදිරියේ</w:t>
      </w:r>
      <w:r>
        <w:rPr>
          <w:rFonts w:ascii="Times New Roman" w:hAnsi="Times New Roman" w:eastAsia="Times New Roman" w:cs="Times New Roman"/>
        </w:rPr>
        <w:t xml:space="preserve"> </w:t>
      </w:r>
      <w:r>
        <w:rPr>
          <w:rFonts w:ascii="Nirmala UI" w:hAnsi="Nirmala UI" w:eastAsia="Nirmala UI" w:cs="Nirmala UI"/>
        </w:rPr>
        <w:t>ඇති</w:t>
      </w:r>
      <w:r>
        <w:rPr>
          <w:rFonts w:ascii="Times New Roman" w:hAnsi="Times New Roman" w:eastAsia="Times New Roman" w:cs="Times New Roman"/>
        </w:rPr>
        <w:t xml:space="preserve"> </w:t>
      </w:r>
      <w:r>
        <w:rPr>
          <w:rFonts w:ascii="Nirmala UI" w:hAnsi="Nirmala UI" w:eastAsia="Nirmala UI" w:cs="Nirmala UI"/>
        </w:rPr>
        <w:t>මෙම</w:t>
      </w:r>
      <w:r>
        <w:rPr>
          <w:rFonts w:ascii="Times New Roman" w:hAnsi="Times New Roman" w:eastAsia="Times New Roman" w:cs="Times New Roman"/>
        </w:rPr>
        <w:t xml:space="preserve"> </w:t>
      </w:r>
      <w:r>
        <w:rPr>
          <w:rFonts w:ascii="Nirmala UI" w:hAnsi="Nirmala UI" w:eastAsia="Nirmala UI" w:cs="Nirmala UI"/>
        </w:rPr>
        <w:t>වචනය</w:t>
      </w:r>
      <w:r>
        <w:rPr>
          <w:rFonts w:ascii="Times New Roman" w:hAnsi="Times New Roman" w:eastAsia="Times New Roman" w:cs="Times New Roman"/>
        </w:rPr>
        <w:t xml:space="preserve"> </w:t>
      </w:r>
      <w:r>
        <w:rPr>
          <w:rFonts w:ascii="Nirmala UI" w:hAnsi="Nirmala UI" w:eastAsia="Nirmala UI" w:cs="Nirmala UI"/>
        </w:rPr>
        <w:t>ඉටුවීමට</w:t>
      </w:r>
      <w:r>
        <w:rPr>
          <w:rFonts w:ascii="Times New Roman" w:hAnsi="Times New Roman" w:eastAsia="Times New Roman" w:cs="Times New Roman"/>
        </w:rPr>
        <w:t xml:space="preserve"> </w:t>
      </w:r>
      <w:r>
        <w:rPr>
          <w:rFonts w:ascii="Nirmala UI" w:hAnsi="Nirmala UI" w:eastAsia="Nirmala UI" w:cs="Nirmala UI"/>
        </w:rPr>
        <w:t>අවශ්</w:t>
      </w:r>
      <w:r>
        <w:rPr>
          <w:rFonts w:ascii="Times New Roman" w:hAnsi="Times New Roman" w:eastAsia="Times New Roman" w:cs="Times New Roman"/>
        </w:rPr>
        <w:t>‍</w:t>
      </w:r>
      <w:r>
        <w:rPr>
          <w:rFonts w:ascii="Nirmala UI" w:hAnsi="Nirmala UI" w:eastAsia="Nirmala UI" w:cs="Nirmala UI"/>
        </w:rPr>
        <w:t>ය</w:t>
      </w:r>
      <w:r>
        <w:rPr>
          <w:rFonts w:ascii="Times New Roman" w:hAnsi="Times New Roman" w:eastAsia="Times New Roman" w:cs="Times New Roman"/>
        </w:rPr>
        <w:t xml:space="preserve"> </w:t>
      </w:r>
      <w:r>
        <w:rPr>
          <w:rFonts w:ascii="Nirmala UI" w:hAnsi="Nirmala UI" w:eastAsia="Nirmala UI" w:cs="Nirmala UI"/>
        </w:rPr>
        <w:t>තත්ත්වය</w:t>
      </w:r>
      <w:r>
        <w:rPr>
          <w:rFonts w:ascii="Times New Roman" w:hAnsi="Times New Roman" w:eastAsia="Times New Roman" w:cs="Times New Roman"/>
        </w:rPr>
        <w:t xml:space="preserve"> </w:t>
      </w:r>
      <w:r>
        <w:rPr>
          <w:rFonts w:ascii="Nirmala UI" w:hAnsi="Nirmala UI" w:eastAsia="Nirmala UI" w:cs="Nirmala UI"/>
        </w:rPr>
        <w:t>සකස්</w:t>
      </w:r>
      <w:r>
        <w:rPr>
          <w:rFonts w:ascii="Times New Roman" w:hAnsi="Times New Roman" w:eastAsia="Times New Roman" w:cs="Times New Roman"/>
        </w:rPr>
        <w:t xml:space="preserve"> </w:t>
      </w:r>
      <w:r>
        <w:rPr>
          <w:rFonts w:ascii="Nirmala UI" w:hAnsi="Nirmala UI" w:eastAsia="Nirmala UI" w:cs="Nirmala UI"/>
        </w:rPr>
        <w:t>විය</w:t>
      </w:r>
      <w:r>
        <w:rPr>
          <w:rFonts w:ascii="Times New Roman" w:hAnsi="Times New Roman" w:eastAsia="Times New Roman" w:cs="Times New Roman"/>
        </w:rPr>
        <w:t xml:space="preserve">. </w:t>
      </w:r>
      <w:r>
        <w:rPr>
          <w:rFonts w:ascii="Nirmala UI" w:hAnsi="Nirmala UI" w:eastAsia="Nirmala UI" w:cs="Nirmala UI"/>
        </w:rPr>
        <w:t>මක්නිසාද</w:t>
      </w:r>
      <w:r>
        <w:rPr>
          <w:rFonts w:ascii="Times New Roman" w:hAnsi="Times New Roman" w:eastAsia="Times New Roman" w:cs="Times New Roman"/>
        </w:rPr>
        <w:t xml:space="preserve"> </w:t>
      </w:r>
      <w:r>
        <w:rPr>
          <w:rFonts w:ascii="Nirmala UI" w:hAnsi="Nirmala UI" w:eastAsia="Nirmala UI" w:cs="Nirmala UI"/>
        </w:rPr>
        <w:t>රෝමවරුන්ගේ</w:t>
      </w:r>
      <w:r>
        <w:rPr>
          <w:rFonts w:ascii="Times New Roman" w:hAnsi="Times New Roman" w:eastAsia="Times New Roman" w:cs="Times New Roman"/>
        </w:rPr>
        <w:t xml:space="preserve"> </w:t>
      </w:r>
      <w:r>
        <w:rPr>
          <w:rFonts w:ascii="Nirmala UI" w:hAnsi="Nirmala UI" w:eastAsia="Nirmala UI" w:cs="Nirmala UI"/>
        </w:rPr>
        <w:t>නියෝගයට</w:t>
      </w:r>
      <w:r>
        <w:rPr>
          <w:rFonts w:ascii="Times New Roman" w:hAnsi="Times New Roman" w:eastAsia="Times New Roman" w:cs="Times New Roman"/>
        </w:rPr>
        <w:t xml:space="preserve"> </w:t>
      </w:r>
      <w:r>
        <w:rPr>
          <w:rFonts w:ascii="Nirmala UI" w:hAnsi="Nirmala UI" w:eastAsia="Nirmala UI" w:cs="Nirmala UI"/>
        </w:rPr>
        <w:t>අනුව</w:t>
      </w:r>
      <w:r>
        <w:rPr>
          <w:rFonts w:ascii="Times New Roman" w:hAnsi="Times New Roman" w:eastAsia="Times New Roman" w:cs="Times New Roman"/>
        </w:rPr>
        <w:t xml:space="preserve"> </w:t>
      </w:r>
      <w:r>
        <w:rPr>
          <w:rFonts w:ascii="Nirmala UI" w:hAnsi="Nirmala UI" w:eastAsia="Nirmala UI" w:cs="Nirmala UI"/>
        </w:rPr>
        <w:t>අත්තාලුස්ට</w:t>
      </w:r>
      <w:r>
        <w:rPr>
          <w:rFonts w:ascii="Times New Roman" w:hAnsi="Times New Roman" w:eastAsia="Times New Roman" w:cs="Times New Roman"/>
        </w:rPr>
        <w:t xml:space="preserve"> </w:t>
      </w:r>
      <w:r>
        <w:rPr>
          <w:rFonts w:ascii="Nirmala UI" w:hAnsi="Nirmala UI" w:eastAsia="Nirmala UI" w:cs="Nirmala UI"/>
        </w:rPr>
        <w:t>එරෙහිව</w:t>
      </w:r>
      <w:r>
        <w:rPr>
          <w:rFonts w:ascii="Times New Roman" w:hAnsi="Times New Roman" w:eastAsia="Times New Roman" w:cs="Times New Roman"/>
        </w:rPr>
        <w:t xml:space="preserve"> </w:t>
      </w:r>
      <w:r>
        <w:rPr>
          <w:rFonts w:ascii="Nirmala UI" w:hAnsi="Nirmala UI" w:eastAsia="Nirmala UI" w:cs="Nirmala UI"/>
        </w:rPr>
        <w:t>තම</w:t>
      </w:r>
      <w:r>
        <w:rPr>
          <w:rFonts w:ascii="Times New Roman" w:hAnsi="Times New Roman" w:eastAsia="Times New Roman" w:cs="Times New Roman"/>
        </w:rPr>
        <w:t xml:space="preserve"> </w:t>
      </w:r>
      <w:r>
        <w:rPr>
          <w:rFonts w:ascii="Nirmala UI" w:hAnsi="Nirmala UI" w:eastAsia="Nirmala UI" w:cs="Nirmala UI"/>
        </w:rPr>
        <w:t>යුද්ධය</w:t>
      </w:r>
      <w:r>
        <w:rPr>
          <w:rFonts w:ascii="Times New Roman" w:hAnsi="Times New Roman" w:eastAsia="Times New Roman" w:cs="Times New Roman"/>
        </w:rPr>
        <w:t xml:space="preserve"> </w:t>
      </w:r>
      <w:r>
        <w:rPr>
          <w:rFonts w:ascii="Nirmala UI" w:hAnsi="Nirmala UI" w:eastAsia="Nirmala UI" w:cs="Nirmala UI"/>
        </w:rPr>
        <w:t>නවතා</w:t>
      </w:r>
      <w:r>
        <w:rPr>
          <w:rFonts w:ascii="Times New Roman" w:hAnsi="Times New Roman" w:eastAsia="Times New Roman" w:cs="Times New Roman"/>
        </w:rPr>
        <w:t xml:space="preserve"> </w:t>
      </w:r>
      <w:r>
        <w:rPr>
          <w:rFonts w:ascii="Nirmala UI" w:hAnsi="Nirmala UI" w:eastAsia="Nirmala UI" w:cs="Nirmala UI"/>
        </w:rPr>
        <w:t>දැමූ</w:t>
      </w:r>
      <w:r>
        <w:rPr>
          <w:rFonts w:ascii="Times New Roman" w:hAnsi="Times New Roman" w:eastAsia="Times New Roman" w:cs="Times New Roman"/>
        </w:rPr>
        <w:t xml:space="preserve"> </w:t>
      </w:r>
      <w:r>
        <w:rPr>
          <w:rFonts w:ascii="Nirmala UI" w:hAnsi="Nirmala UI" w:eastAsia="Nirmala UI" w:cs="Nirmala UI"/>
        </w:rPr>
        <w:t>අන්තියෝකස්</w:t>
      </w:r>
      <w:r>
        <w:rPr>
          <w:rFonts w:ascii="Times New Roman" w:hAnsi="Times New Roman" w:eastAsia="Times New Roman" w:cs="Times New Roman"/>
        </w:rPr>
        <w:t xml:space="preserve">, </w:t>
      </w:r>
      <w:r>
        <w:rPr>
          <w:rFonts w:ascii="Nirmala UI" w:hAnsi="Nirmala UI" w:eastAsia="Nirmala UI" w:cs="Nirmala UI"/>
        </w:rPr>
        <w:t>පලස්තීනය</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කොයිලේ</w:t>
      </w:r>
      <w:r>
        <w:rPr>
          <w:rFonts w:ascii="Times New Roman" w:hAnsi="Times New Roman" w:eastAsia="Times New Roman" w:cs="Times New Roman"/>
        </w:rPr>
        <w:t>-</w:t>
      </w:r>
      <w:r>
        <w:rPr>
          <w:rFonts w:ascii="Nirmala UI" w:hAnsi="Nirmala UI" w:eastAsia="Nirmala UI" w:cs="Nirmala UI"/>
        </w:rPr>
        <w:t>සිරියාව</w:t>
      </w:r>
      <w:r>
        <w:rPr>
          <w:rFonts w:ascii="Times New Roman" w:hAnsi="Times New Roman" w:eastAsia="Times New Roman" w:cs="Times New Roman"/>
        </w:rPr>
        <w:t xml:space="preserve"> </w:t>
      </w:r>
      <w:r>
        <w:rPr>
          <w:rFonts w:ascii="Nirmala UI" w:hAnsi="Nirmala UI" w:eastAsia="Nirmala UI" w:cs="Nirmala UI"/>
        </w:rPr>
        <w:t>මිසරවරුන්ගේ</w:t>
      </w:r>
      <w:r>
        <w:rPr>
          <w:rFonts w:ascii="Times New Roman" w:hAnsi="Times New Roman" w:eastAsia="Times New Roman" w:cs="Times New Roman"/>
        </w:rPr>
        <w:t xml:space="preserve"> </w:t>
      </w:r>
      <w:r>
        <w:rPr>
          <w:rFonts w:ascii="Nirmala UI" w:hAnsi="Nirmala UI" w:eastAsia="Nirmala UI" w:cs="Nirmala UI"/>
        </w:rPr>
        <w:t>අත්යෙන්</w:t>
      </w:r>
      <w:r>
        <w:rPr>
          <w:rFonts w:ascii="Times New Roman" w:hAnsi="Times New Roman" w:eastAsia="Times New Roman" w:cs="Times New Roman"/>
        </w:rPr>
        <w:t xml:space="preserve"> </w:t>
      </w:r>
      <w:r>
        <w:rPr>
          <w:rFonts w:ascii="Nirmala UI" w:hAnsi="Nirmala UI" w:eastAsia="Nirmala UI" w:cs="Nirmala UI"/>
        </w:rPr>
        <w:t>නැවත</w:t>
      </w:r>
      <w:r>
        <w:rPr>
          <w:rFonts w:ascii="Times New Roman" w:hAnsi="Times New Roman" w:eastAsia="Times New Roman" w:cs="Times New Roman"/>
        </w:rPr>
        <w:t xml:space="preserve"> </w:t>
      </w:r>
      <w:r>
        <w:rPr>
          <w:rFonts w:ascii="Nirmala UI" w:hAnsi="Nirmala UI" w:eastAsia="Nirmala UI" w:cs="Nirmala UI"/>
        </w:rPr>
        <w:t>අත්පත්</w:t>
      </w:r>
      <w:r>
        <w:rPr>
          <w:rFonts w:ascii="Times New Roman" w:hAnsi="Times New Roman" w:eastAsia="Times New Roman" w:cs="Times New Roman"/>
        </w:rPr>
        <w:t xml:space="preserve"> </w:t>
      </w:r>
      <w:r>
        <w:rPr>
          <w:rFonts w:ascii="Nirmala UI" w:hAnsi="Nirmala UI" w:eastAsia="Nirmala UI" w:cs="Nirmala UI"/>
        </w:rPr>
        <w:t>කරගැනීම</w:t>
      </w:r>
      <w:r>
        <w:rPr>
          <w:rFonts w:ascii="Times New Roman" w:hAnsi="Times New Roman" w:eastAsia="Times New Roman" w:cs="Times New Roman"/>
        </w:rPr>
        <w:t xml:space="preserve"> </w:t>
      </w:r>
      <w:r>
        <w:rPr>
          <w:rFonts w:ascii="Nirmala UI" w:hAnsi="Nirmala UI" w:eastAsia="Nirmala UI" w:cs="Nirmala UI"/>
        </w:rPr>
        <w:t>සඳහා</w:t>
      </w:r>
      <w:r>
        <w:rPr>
          <w:rFonts w:ascii="Times New Roman" w:hAnsi="Times New Roman" w:eastAsia="Times New Roman" w:cs="Times New Roman"/>
        </w:rPr>
        <w:t xml:space="preserve"> </w:t>
      </w:r>
      <w:r>
        <w:rPr>
          <w:rFonts w:ascii="Nirmala UI" w:hAnsi="Nirmala UI" w:eastAsia="Nirmala UI" w:cs="Nirmala UI"/>
        </w:rPr>
        <w:t>ඉක්මන්</w:t>
      </w:r>
      <w:r>
        <w:rPr>
          <w:rFonts w:ascii="Times New Roman" w:hAnsi="Times New Roman" w:eastAsia="Times New Roman" w:cs="Times New Roman"/>
        </w:rPr>
        <w:t xml:space="preserve"> </w:t>
      </w:r>
      <w:r>
        <w:rPr>
          <w:rFonts w:ascii="Nirmala UI" w:hAnsi="Nirmala UI" w:eastAsia="Nirmala UI" w:cs="Nirmala UI"/>
        </w:rPr>
        <w:t>පියවර</w:t>
      </w:r>
      <w:r>
        <w:rPr>
          <w:rFonts w:ascii="Times New Roman" w:hAnsi="Times New Roman" w:eastAsia="Times New Roman" w:cs="Times New Roman"/>
        </w:rPr>
        <w:t xml:space="preserve"> </w:t>
      </w:r>
      <w:r>
        <w:rPr>
          <w:rFonts w:ascii="Nirmala UI" w:hAnsi="Nirmala UI" w:eastAsia="Nirmala UI" w:cs="Nirmala UI"/>
        </w:rPr>
        <w:t>ගත්තේය</w:t>
      </w:r>
      <w:r>
        <w:rPr>
          <w:rFonts w:ascii="Times New Roman" w:hAnsi="Times New Roman" w:eastAsia="Times New Roman" w:cs="Times New Roman"/>
        </w:rPr>
        <w:t xml:space="preserve">. </w:t>
      </w:r>
      <w:r>
        <w:rPr>
          <w:rFonts w:ascii="Nirmala UI" w:hAnsi="Nirmala UI" w:eastAsia="Nirmala UI" w:cs="Nirmala UI"/>
        </w:rPr>
        <w:t>ඔහුට</w:t>
      </w:r>
      <w:r>
        <w:rPr>
          <w:rFonts w:ascii="Times New Roman" w:hAnsi="Times New Roman" w:eastAsia="Times New Roman" w:cs="Times New Roman"/>
        </w:rPr>
        <w:t xml:space="preserve"> </w:t>
      </w:r>
      <w:r>
        <w:rPr>
          <w:rFonts w:ascii="Nirmala UI" w:hAnsi="Nirmala UI" w:eastAsia="Nirmala UI" w:cs="Nirmala UI"/>
        </w:rPr>
        <w:t>එරෙහිවීමට</w:t>
      </w:r>
      <w:r>
        <w:rPr>
          <w:rFonts w:ascii="Times New Roman" w:hAnsi="Times New Roman" w:eastAsia="Times New Roman" w:cs="Times New Roman"/>
        </w:rPr>
        <w:t xml:space="preserve"> </w:t>
      </w:r>
      <w:r>
        <w:rPr>
          <w:rFonts w:ascii="Nirmala UI" w:hAnsi="Nirmala UI" w:eastAsia="Nirmala UI" w:cs="Nirmala UI"/>
        </w:rPr>
        <w:t>ස්කෝපාස්</w:t>
      </w:r>
      <w:r>
        <w:rPr>
          <w:rFonts w:ascii="Times New Roman" w:hAnsi="Times New Roman" w:eastAsia="Times New Roman" w:cs="Times New Roman"/>
        </w:rPr>
        <w:t xml:space="preserve"> </w:t>
      </w:r>
      <w:r>
        <w:rPr>
          <w:rFonts w:ascii="Nirmala UI" w:hAnsi="Nirmala UI" w:eastAsia="Nirmala UI" w:cs="Nirmala UI"/>
        </w:rPr>
        <w:t>යවන</w:t>
      </w:r>
      <w:r>
        <w:rPr>
          <w:rFonts w:ascii="Times New Roman" w:hAnsi="Times New Roman" w:eastAsia="Times New Roman" w:cs="Times New Roman"/>
        </w:rPr>
        <w:t xml:space="preserve"> </w:t>
      </w:r>
      <w:r>
        <w:rPr>
          <w:rFonts w:ascii="Nirmala UI" w:hAnsi="Nirmala UI" w:eastAsia="Nirmala UI" w:cs="Nirmala UI"/>
        </w:rPr>
        <w:t>ලදී</w:t>
      </w:r>
      <w:r>
        <w:rPr>
          <w:rFonts w:ascii="Times New Roman" w:hAnsi="Times New Roman" w:eastAsia="Times New Roman" w:cs="Times New Roman"/>
        </w:rPr>
        <w:t xml:space="preserve">. </w:t>
      </w:r>
      <w:r>
        <w:rPr>
          <w:rFonts w:ascii="Nirmala UI" w:hAnsi="Nirmala UI" w:eastAsia="Nirmala UI" w:cs="Nirmala UI"/>
        </w:rPr>
        <w:t>යොර්දාන්ගේ</w:t>
      </w:r>
      <w:r>
        <w:rPr>
          <w:rFonts w:ascii="Times New Roman" w:hAnsi="Times New Roman" w:eastAsia="Times New Roman" w:cs="Times New Roman"/>
        </w:rPr>
        <w:t xml:space="preserve"> </w:t>
      </w:r>
      <w:r>
        <w:rPr>
          <w:rFonts w:ascii="Nirmala UI" w:hAnsi="Nirmala UI" w:eastAsia="Nirmala UI" w:cs="Nirmala UI"/>
        </w:rPr>
        <w:t>උල්පත්</w:t>
      </w:r>
      <w:r>
        <w:rPr>
          <w:rFonts w:ascii="Times New Roman" w:hAnsi="Times New Roman" w:eastAsia="Times New Roman" w:cs="Times New Roman"/>
        </w:rPr>
        <w:t xml:space="preserve"> </w:t>
      </w:r>
      <w:r>
        <w:rPr>
          <w:rFonts w:ascii="Nirmala UI" w:hAnsi="Nirmala UI" w:eastAsia="Nirmala UI" w:cs="Nirmala UI"/>
        </w:rPr>
        <w:t>අසලදී</w:t>
      </w:r>
      <w:r>
        <w:rPr>
          <w:rFonts w:ascii="Times New Roman" w:hAnsi="Times New Roman" w:eastAsia="Times New Roman" w:cs="Times New Roman"/>
        </w:rPr>
        <w:t xml:space="preserve">, </w:t>
      </w:r>
      <w:r>
        <w:rPr>
          <w:rFonts w:ascii="Nirmala UI" w:hAnsi="Nirmala UI" w:eastAsia="Nirmala UI" w:cs="Nirmala UI"/>
        </w:rPr>
        <w:t>සෙනා</w:t>
      </w:r>
      <w:r>
        <w:rPr>
          <w:rFonts w:ascii="Times New Roman" w:hAnsi="Times New Roman" w:eastAsia="Times New Roman" w:cs="Times New Roman"/>
        </w:rPr>
        <w:t xml:space="preserve"> </w:t>
      </w:r>
      <w:r>
        <w:rPr>
          <w:rFonts w:ascii="Nirmala UI" w:hAnsi="Nirmala UI" w:eastAsia="Nirmala UI" w:cs="Nirmala UI"/>
        </w:rPr>
        <w:t>දෙක</w:t>
      </w:r>
      <w:r>
        <w:rPr>
          <w:rFonts w:ascii="Times New Roman" w:hAnsi="Times New Roman" w:eastAsia="Times New Roman" w:cs="Times New Roman"/>
        </w:rPr>
        <w:t xml:space="preserve"> </w:t>
      </w:r>
      <w:r>
        <w:rPr>
          <w:rFonts w:ascii="Nirmala UI" w:hAnsi="Nirmala UI" w:eastAsia="Nirmala UI" w:cs="Nirmala UI"/>
        </w:rPr>
        <w:t>හමුවිය</w:t>
      </w:r>
      <w:r>
        <w:rPr>
          <w:rFonts w:ascii="Times New Roman" w:hAnsi="Times New Roman" w:eastAsia="Times New Roman" w:cs="Times New Roman"/>
        </w:rPr>
        <w:t xml:space="preserve">. [Panium] </w:t>
      </w:r>
      <w:r>
        <w:rPr>
          <w:rFonts w:ascii="Nirmala UI" w:hAnsi="Nirmala UI" w:eastAsia="Nirmala UI" w:cs="Nirmala UI"/>
        </w:rPr>
        <w:t>ස්කෝපාස්</w:t>
      </w:r>
      <w:r>
        <w:rPr>
          <w:rFonts w:ascii="Times New Roman" w:hAnsi="Times New Roman" w:eastAsia="Times New Roman" w:cs="Times New Roman"/>
        </w:rPr>
        <w:t xml:space="preserve"> </w:t>
      </w:r>
      <w:r>
        <w:rPr>
          <w:rFonts w:ascii="Nirmala UI" w:hAnsi="Nirmala UI" w:eastAsia="Nirmala UI" w:cs="Nirmala UI"/>
        </w:rPr>
        <w:t>පරාජය</w:t>
      </w:r>
      <w:r>
        <w:rPr>
          <w:rFonts w:ascii="Times New Roman" w:hAnsi="Times New Roman" w:eastAsia="Times New Roman" w:cs="Times New Roman"/>
        </w:rPr>
        <w:t xml:space="preserve"> </w:t>
      </w:r>
      <w:r>
        <w:rPr>
          <w:rFonts w:ascii="Nirmala UI" w:hAnsi="Nirmala UI" w:eastAsia="Nirmala UI" w:cs="Nirmala UI"/>
        </w:rPr>
        <w:t>කරනු</w:t>
      </w:r>
      <w:r>
        <w:rPr>
          <w:rFonts w:ascii="Times New Roman" w:hAnsi="Times New Roman" w:eastAsia="Times New Roman" w:cs="Times New Roman"/>
        </w:rPr>
        <w:t xml:space="preserve"> </w:t>
      </w:r>
      <w:r>
        <w:rPr>
          <w:rFonts w:ascii="Nirmala UI" w:hAnsi="Nirmala UI" w:eastAsia="Nirmala UI" w:cs="Nirmala UI"/>
        </w:rPr>
        <w:t>ලැබ</w:t>
      </w:r>
      <w:r>
        <w:rPr>
          <w:rFonts w:ascii="Times New Roman" w:hAnsi="Times New Roman" w:eastAsia="Times New Roman" w:cs="Times New Roman"/>
        </w:rPr>
        <w:t xml:space="preserve">, </w:t>
      </w:r>
      <w:r>
        <w:rPr>
          <w:rFonts w:ascii="Nirmala UI" w:hAnsi="Nirmala UI" w:eastAsia="Nirmala UI" w:cs="Nirmala UI"/>
        </w:rPr>
        <w:t>සීදොන්</w:t>
      </w:r>
      <w:r>
        <w:rPr>
          <w:rFonts w:ascii="Times New Roman" w:hAnsi="Times New Roman" w:eastAsia="Times New Roman" w:cs="Times New Roman"/>
        </w:rPr>
        <w:t xml:space="preserve"> </w:t>
      </w:r>
      <w:r>
        <w:rPr>
          <w:rFonts w:ascii="Nirmala UI" w:hAnsi="Nirmala UI" w:eastAsia="Nirmala UI" w:cs="Nirmala UI"/>
        </w:rPr>
        <w:t>දක්වා</w:t>
      </w:r>
      <w:r>
        <w:rPr>
          <w:rFonts w:ascii="Times New Roman" w:hAnsi="Times New Roman" w:eastAsia="Times New Roman" w:cs="Times New Roman"/>
        </w:rPr>
        <w:t xml:space="preserve"> </w:t>
      </w:r>
      <w:r>
        <w:rPr>
          <w:rFonts w:ascii="Nirmala UI" w:hAnsi="Nirmala UI" w:eastAsia="Nirmala UI" w:cs="Nirmala UI"/>
        </w:rPr>
        <w:t>හඹාගෙන</w:t>
      </w:r>
      <w:r>
        <w:rPr>
          <w:rFonts w:ascii="Times New Roman" w:hAnsi="Times New Roman" w:eastAsia="Times New Roman" w:cs="Times New Roman"/>
        </w:rPr>
        <w:t xml:space="preserve"> </w:t>
      </w:r>
      <w:r>
        <w:rPr>
          <w:rFonts w:ascii="Nirmala UI" w:hAnsi="Nirmala UI" w:eastAsia="Nirmala UI" w:cs="Nirmala UI"/>
        </w:rPr>
        <w:t>ගොස්</w:t>
      </w:r>
      <w:r>
        <w:rPr>
          <w:rFonts w:ascii="Times New Roman" w:hAnsi="Times New Roman" w:eastAsia="Times New Roman" w:cs="Times New Roman"/>
        </w:rPr>
        <w:t xml:space="preserve">, </w:t>
      </w:r>
      <w:r>
        <w:rPr>
          <w:rFonts w:ascii="Nirmala UI" w:hAnsi="Nirmala UI" w:eastAsia="Nirmala UI" w:cs="Nirmala UI"/>
        </w:rPr>
        <w:t>එහි</w:t>
      </w:r>
      <w:r>
        <w:rPr>
          <w:rFonts w:ascii="Times New Roman" w:hAnsi="Times New Roman" w:eastAsia="Times New Roman" w:cs="Times New Roman"/>
        </w:rPr>
        <w:t xml:space="preserve"> </w:t>
      </w:r>
      <w:r>
        <w:rPr>
          <w:rFonts w:ascii="Nirmala UI" w:hAnsi="Nirmala UI" w:eastAsia="Nirmala UI" w:cs="Nirmala UI"/>
        </w:rPr>
        <w:t>දැඩි</w:t>
      </w:r>
      <w:r>
        <w:rPr>
          <w:rFonts w:ascii="Times New Roman" w:hAnsi="Times New Roman" w:eastAsia="Times New Roman" w:cs="Times New Roman"/>
        </w:rPr>
        <w:t xml:space="preserve"> </w:t>
      </w:r>
      <w:r>
        <w:rPr>
          <w:rFonts w:ascii="Nirmala UI" w:hAnsi="Nirmala UI" w:eastAsia="Nirmala UI" w:cs="Nirmala UI"/>
        </w:rPr>
        <w:t>වටලෑමකට</w:t>
      </w:r>
      <w:r>
        <w:rPr>
          <w:rFonts w:ascii="Times New Roman" w:hAnsi="Times New Roman" w:eastAsia="Times New Roman" w:cs="Times New Roman"/>
        </w:rPr>
        <w:t xml:space="preserve"> </w:t>
      </w:r>
      <w:r>
        <w:rPr>
          <w:rFonts w:ascii="Nirmala UI" w:hAnsi="Nirmala UI" w:eastAsia="Nirmala UI" w:cs="Nirmala UI"/>
        </w:rPr>
        <w:t>ලක්</w:t>
      </w:r>
      <w:r>
        <w:rPr>
          <w:rFonts w:ascii="Times New Roman" w:hAnsi="Times New Roman" w:eastAsia="Times New Roman" w:cs="Times New Roman"/>
        </w:rPr>
        <w:t xml:space="preserve"> </w:t>
      </w:r>
      <w:r>
        <w:rPr>
          <w:rFonts w:ascii="Nirmala UI" w:hAnsi="Nirmala UI" w:eastAsia="Nirmala UI" w:cs="Nirmala UI"/>
        </w:rPr>
        <w:t>කෙරිණ</w:t>
      </w:r>
      <w:r>
        <w:rPr>
          <w:rFonts w:ascii="Times New Roman" w:hAnsi="Times New Roman" w:eastAsia="Times New Roman" w:cs="Times New Roman"/>
        </w:rPr>
        <w:t xml:space="preserve">. </w:t>
      </w:r>
      <w:r>
        <w:rPr>
          <w:rFonts w:ascii="Nirmala UI" w:hAnsi="Nirmala UI" w:eastAsia="Nirmala UI" w:cs="Nirmala UI"/>
        </w:rPr>
        <w:t>වටලෑම</w:t>
      </w:r>
      <w:r>
        <w:rPr>
          <w:rFonts w:ascii="Times New Roman" w:hAnsi="Times New Roman" w:eastAsia="Times New Roman" w:cs="Times New Roman"/>
        </w:rPr>
        <w:t xml:space="preserve"> </w:t>
      </w:r>
      <w:r>
        <w:rPr>
          <w:rFonts w:ascii="Nirmala UI" w:hAnsi="Nirmala UI" w:eastAsia="Nirmala UI" w:cs="Nirmala UI"/>
        </w:rPr>
        <w:t>ඉවත්</w:t>
      </w:r>
      <w:r>
        <w:rPr>
          <w:rFonts w:ascii="Times New Roman" w:hAnsi="Times New Roman" w:eastAsia="Times New Roman" w:cs="Times New Roman"/>
        </w:rPr>
        <w:t xml:space="preserve"> </w:t>
      </w:r>
      <w:r>
        <w:rPr>
          <w:rFonts w:ascii="Nirmala UI" w:hAnsi="Nirmala UI" w:eastAsia="Nirmala UI" w:cs="Nirmala UI"/>
        </w:rPr>
        <w:t>කිරීමට</w:t>
      </w:r>
      <w:r>
        <w:rPr>
          <w:rFonts w:ascii="Times New Roman" w:hAnsi="Times New Roman" w:eastAsia="Times New Roman" w:cs="Times New Roman"/>
        </w:rPr>
        <w:t xml:space="preserve"> </w:t>
      </w:r>
      <w:r>
        <w:rPr>
          <w:rFonts w:ascii="Nirmala UI" w:hAnsi="Nirmala UI" w:eastAsia="Nirmala UI" w:cs="Nirmala UI"/>
        </w:rPr>
        <w:t>මිසරයේ</w:t>
      </w:r>
      <w:r>
        <w:rPr>
          <w:rFonts w:ascii="Times New Roman" w:hAnsi="Times New Roman" w:eastAsia="Times New Roman" w:cs="Times New Roman"/>
        </w:rPr>
        <w:t xml:space="preserve"> </w:t>
      </w:r>
      <w:r>
        <w:rPr>
          <w:rFonts w:ascii="Nirmala UI" w:hAnsi="Nirmala UI" w:eastAsia="Nirmala UI" w:cs="Nirmala UI"/>
        </w:rPr>
        <w:t>දක්ෂතම</w:t>
      </w:r>
      <w:r>
        <w:rPr>
          <w:rFonts w:ascii="Times New Roman" w:hAnsi="Times New Roman" w:eastAsia="Times New Roman" w:cs="Times New Roman"/>
        </w:rPr>
        <w:t xml:space="preserve"> </w:t>
      </w:r>
      <w:r>
        <w:rPr>
          <w:rFonts w:ascii="Nirmala UI" w:hAnsi="Nirmala UI" w:eastAsia="Nirmala UI" w:cs="Nirmala UI"/>
        </w:rPr>
        <w:t>සෙන්පතින්</w:t>
      </w:r>
      <w:r>
        <w:rPr>
          <w:rFonts w:ascii="Times New Roman" w:hAnsi="Times New Roman" w:eastAsia="Times New Roman" w:cs="Times New Roman"/>
        </w:rPr>
        <w:t xml:space="preserve"> </w:t>
      </w:r>
      <w:r>
        <w:rPr>
          <w:rFonts w:ascii="Nirmala UI" w:hAnsi="Nirmala UI" w:eastAsia="Nirmala UI" w:cs="Nirmala UI"/>
        </w:rPr>
        <w:t>තිදෙනා</w:t>
      </w:r>
      <w:r>
        <w:rPr>
          <w:rFonts w:ascii="Times New Roman" w:hAnsi="Times New Roman" w:eastAsia="Times New Roman" w:cs="Times New Roman"/>
        </w:rPr>
        <w:t xml:space="preserve">, </w:t>
      </w:r>
      <w:r>
        <w:rPr>
          <w:rFonts w:ascii="Nirmala UI" w:hAnsi="Nirmala UI" w:eastAsia="Nirmala UI" w:cs="Nirmala UI"/>
        </w:rPr>
        <w:t>ඔවුන්ගේ</w:t>
      </w:r>
      <w:r>
        <w:rPr>
          <w:rFonts w:ascii="Times New Roman" w:hAnsi="Times New Roman" w:eastAsia="Times New Roman" w:cs="Times New Roman"/>
        </w:rPr>
        <w:t xml:space="preserve"> </w:t>
      </w:r>
      <w:r>
        <w:rPr>
          <w:rFonts w:ascii="Nirmala UI" w:hAnsi="Nirmala UI" w:eastAsia="Nirmala UI" w:cs="Nirmala UI"/>
        </w:rPr>
        <w:t>හොඳම</w:t>
      </w:r>
      <w:r>
        <w:rPr>
          <w:rFonts w:ascii="Times New Roman" w:hAnsi="Times New Roman" w:eastAsia="Times New Roman" w:cs="Times New Roman"/>
        </w:rPr>
        <w:t xml:space="preserve"> </w:t>
      </w:r>
      <w:r>
        <w:rPr>
          <w:rFonts w:ascii="Nirmala UI" w:hAnsi="Nirmala UI" w:eastAsia="Nirmala UI" w:cs="Nirmala UI"/>
        </w:rPr>
        <w:t>හමුදා</w:t>
      </w:r>
      <w:r>
        <w:rPr>
          <w:rFonts w:ascii="Times New Roman" w:hAnsi="Times New Roman" w:eastAsia="Times New Roman" w:cs="Times New Roman"/>
        </w:rPr>
        <w:t xml:space="preserve"> </w:t>
      </w:r>
      <w:r>
        <w:rPr>
          <w:rFonts w:ascii="Nirmala UI" w:hAnsi="Nirmala UI" w:eastAsia="Nirmala UI" w:cs="Nirmala UI"/>
        </w:rPr>
        <w:t>සමඟ</w:t>
      </w:r>
      <w:r>
        <w:rPr>
          <w:rFonts w:ascii="Times New Roman" w:hAnsi="Times New Roman" w:eastAsia="Times New Roman" w:cs="Times New Roman"/>
        </w:rPr>
        <w:t xml:space="preserve"> </w:t>
      </w:r>
      <w:r>
        <w:rPr>
          <w:rFonts w:ascii="Nirmala UI" w:hAnsi="Nirmala UI" w:eastAsia="Nirmala UI" w:cs="Nirmala UI"/>
        </w:rPr>
        <w:t>යවන</w:t>
      </w:r>
      <w:r>
        <w:rPr>
          <w:rFonts w:ascii="Times New Roman" w:hAnsi="Times New Roman" w:eastAsia="Times New Roman" w:cs="Times New Roman"/>
        </w:rPr>
        <w:t xml:space="preserve"> </w:t>
      </w:r>
      <w:r>
        <w:rPr>
          <w:rFonts w:ascii="Nirmala UI" w:hAnsi="Nirmala UI" w:eastAsia="Nirmala UI" w:cs="Nirmala UI"/>
        </w:rPr>
        <w:t>ලද</w:t>
      </w:r>
      <w:r>
        <w:rPr>
          <w:rFonts w:ascii="Times New Roman" w:hAnsi="Times New Roman" w:eastAsia="Times New Roman" w:cs="Times New Roman"/>
        </w:rPr>
        <w:t xml:space="preserve"> </w:t>
      </w:r>
      <w:r>
        <w:rPr>
          <w:rFonts w:ascii="Nirmala UI" w:hAnsi="Nirmala UI" w:eastAsia="Nirmala UI" w:cs="Nirmala UI"/>
        </w:rPr>
        <w:t>නමුත්</w:t>
      </w:r>
      <w:r>
        <w:rPr>
          <w:rFonts w:ascii="Times New Roman" w:hAnsi="Times New Roman" w:eastAsia="Times New Roman" w:cs="Times New Roman"/>
        </w:rPr>
        <w:t xml:space="preserve">, </w:t>
      </w:r>
      <w:r>
        <w:rPr>
          <w:rFonts w:ascii="Nirmala UI" w:hAnsi="Nirmala UI" w:eastAsia="Nirmala UI" w:cs="Nirmala UI"/>
        </w:rPr>
        <w:t>කිසිදු</w:t>
      </w:r>
      <w:r>
        <w:rPr>
          <w:rFonts w:ascii="Times New Roman" w:hAnsi="Times New Roman" w:eastAsia="Times New Roman" w:cs="Times New Roman"/>
        </w:rPr>
        <w:t xml:space="preserve"> </w:t>
      </w:r>
      <w:r>
        <w:rPr>
          <w:rFonts w:ascii="Nirmala UI" w:hAnsi="Nirmala UI" w:eastAsia="Nirmala UI" w:cs="Nirmala UI"/>
        </w:rPr>
        <w:t>සාර්ථකත්වයක්</w:t>
      </w:r>
      <w:r>
        <w:rPr>
          <w:rFonts w:ascii="Times New Roman" w:hAnsi="Times New Roman" w:eastAsia="Times New Roman" w:cs="Times New Roman"/>
        </w:rPr>
        <w:t xml:space="preserve"> </w:t>
      </w:r>
      <w:r>
        <w:rPr>
          <w:rFonts w:ascii="Nirmala UI" w:hAnsi="Nirmala UI" w:eastAsia="Nirmala UI" w:cs="Nirmala UI"/>
        </w:rPr>
        <w:t>නොලැබුණි</w:t>
      </w:r>
      <w:r>
        <w:rPr>
          <w:rFonts w:ascii="Times New Roman" w:hAnsi="Times New Roman" w:eastAsia="Times New Roman" w:cs="Times New Roman"/>
        </w:rPr>
        <w:t xml:space="preserve">. </w:t>
      </w:r>
      <w:r>
        <w:rPr>
          <w:rFonts w:ascii="Nirmala UI" w:hAnsi="Nirmala UI" w:eastAsia="Nirmala UI" w:cs="Nirmala UI"/>
        </w:rPr>
        <w:t>අවසානයේ</w:t>
      </w:r>
      <w:r>
        <w:rPr>
          <w:rFonts w:ascii="Times New Roman" w:hAnsi="Times New Roman" w:eastAsia="Times New Roman" w:cs="Times New Roman"/>
        </w:rPr>
        <w:t xml:space="preserve"> </w:t>
      </w:r>
      <w:r>
        <w:rPr>
          <w:rFonts w:ascii="Nirmala UI" w:hAnsi="Nirmala UI" w:eastAsia="Nirmala UI" w:cs="Nirmala UI"/>
        </w:rPr>
        <w:t>ස්කෝපාස්</w:t>
      </w:r>
      <w:r>
        <w:rPr>
          <w:rFonts w:ascii="Times New Roman" w:hAnsi="Times New Roman" w:eastAsia="Times New Roman" w:cs="Times New Roman"/>
        </w:rPr>
        <w:t xml:space="preserve">, </w:t>
      </w:r>
      <w:r>
        <w:rPr>
          <w:rFonts w:ascii="Nirmala UI" w:hAnsi="Nirmala UI" w:eastAsia="Nirmala UI" w:cs="Nirmala UI"/>
        </w:rPr>
        <w:t>කෘශ</w:t>
      </w:r>
      <w:r>
        <w:rPr>
          <w:rFonts w:ascii="Times New Roman" w:hAnsi="Times New Roman" w:eastAsia="Times New Roman" w:cs="Times New Roman"/>
        </w:rPr>
        <w:t xml:space="preserve"> </w:t>
      </w:r>
      <w:r>
        <w:rPr>
          <w:rFonts w:ascii="Nirmala UI" w:hAnsi="Nirmala UI" w:eastAsia="Nirmala UI" w:cs="Nirmala UI"/>
        </w:rPr>
        <w:t>වූද</w:t>
      </w:r>
      <w:r>
        <w:rPr>
          <w:rFonts w:ascii="Times New Roman" w:hAnsi="Times New Roman" w:eastAsia="Times New Roman" w:cs="Times New Roman"/>
        </w:rPr>
        <w:t xml:space="preserve"> </w:t>
      </w:r>
      <w:r>
        <w:rPr>
          <w:rFonts w:ascii="Nirmala UI" w:hAnsi="Nirmala UI" w:eastAsia="Nirmala UI" w:cs="Nirmala UI"/>
        </w:rPr>
        <w:t>අල්ලාගත</w:t>
      </w:r>
      <w:r>
        <w:rPr>
          <w:rFonts w:ascii="Times New Roman" w:hAnsi="Times New Roman" w:eastAsia="Times New Roman" w:cs="Times New Roman"/>
        </w:rPr>
        <w:t xml:space="preserve"> </w:t>
      </w:r>
      <w:r>
        <w:rPr>
          <w:rFonts w:ascii="Nirmala UI" w:hAnsi="Nirmala UI" w:eastAsia="Nirmala UI" w:cs="Nirmala UI"/>
        </w:rPr>
        <w:t>නොහැකිද</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බඩගින්න</w:t>
      </w:r>
      <w:r>
        <w:rPr>
          <w:rFonts w:ascii="Times New Roman" w:hAnsi="Times New Roman" w:eastAsia="Times New Roman" w:cs="Times New Roman"/>
        </w:rPr>
        <w:t xml:space="preserve"> </w:t>
      </w:r>
      <w:r>
        <w:rPr>
          <w:rFonts w:ascii="Nirmala UI" w:hAnsi="Nirmala UI" w:eastAsia="Nirmala UI" w:cs="Nirmala UI"/>
        </w:rPr>
        <w:t>නමැති</w:t>
      </w:r>
      <w:r>
        <w:rPr>
          <w:rFonts w:ascii="Times New Roman" w:hAnsi="Times New Roman" w:eastAsia="Times New Roman" w:cs="Times New Roman"/>
        </w:rPr>
        <w:t xml:space="preserve"> </w:t>
      </w:r>
      <w:r>
        <w:rPr>
          <w:rFonts w:ascii="Nirmala UI" w:hAnsi="Nirmala UI" w:eastAsia="Nirmala UI" w:cs="Nirmala UI"/>
        </w:rPr>
        <w:t>භූතසමාන</w:t>
      </w:r>
      <w:r>
        <w:rPr>
          <w:rFonts w:ascii="Times New Roman" w:hAnsi="Times New Roman" w:eastAsia="Times New Roman" w:cs="Times New Roman"/>
        </w:rPr>
        <w:t xml:space="preserve"> </w:t>
      </w:r>
      <w:r>
        <w:rPr>
          <w:rFonts w:ascii="Nirmala UI" w:hAnsi="Nirmala UI" w:eastAsia="Nirmala UI" w:cs="Nirmala UI"/>
        </w:rPr>
        <w:t>ප්</w:t>
      </w:r>
      <w:r>
        <w:rPr>
          <w:rFonts w:ascii="Times New Roman" w:hAnsi="Times New Roman" w:eastAsia="Times New Roman" w:cs="Times New Roman"/>
        </w:rPr>
        <w:t>‍</w:t>
      </w:r>
      <w:r>
        <w:rPr>
          <w:rFonts w:ascii="Nirmala UI" w:hAnsi="Nirmala UI" w:eastAsia="Nirmala UI" w:cs="Nirmala UI"/>
        </w:rPr>
        <w:t>රතිවාදියා</w:t>
      </w:r>
      <w:r>
        <w:rPr>
          <w:rFonts w:ascii="Times New Roman" w:hAnsi="Times New Roman" w:eastAsia="Times New Roman" w:cs="Times New Roman"/>
        </w:rPr>
        <w:t xml:space="preserve"> </w:t>
      </w:r>
      <w:r>
        <w:rPr>
          <w:rFonts w:ascii="Nirmala UI" w:hAnsi="Nirmala UI" w:eastAsia="Nirmala UI" w:cs="Nirmala UI"/>
        </w:rPr>
        <w:t>තුළ</w:t>
      </w:r>
      <w:r>
        <w:rPr>
          <w:rFonts w:ascii="Times New Roman" w:hAnsi="Times New Roman" w:eastAsia="Times New Roman" w:cs="Times New Roman"/>
        </w:rPr>
        <w:t xml:space="preserve">, </w:t>
      </w:r>
      <w:r>
        <w:rPr>
          <w:rFonts w:ascii="Nirmala UI" w:hAnsi="Nirmala UI" w:eastAsia="Nirmala UI" w:cs="Nirmala UI"/>
        </w:rPr>
        <w:t>තමන්ට</w:t>
      </w:r>
      <w:r>
        <w:rPr>
          <w:rFonts w:ascii="Times New Roman" w:hAnsi="Times New Roman" w:eastAsia="Times New Roman" w:cs="Times New Roman"/>
        </w:rPr>
        <w:t xml:space="preserve"> </w:t>
      </w:r>
      <w:r>
        <w:rPr>
          <w:rFonts w:ascii="Nirmala UI" w:hAnsi="Nirmala UI" w:eastAsia="Nirmala UI" w:cs="Nirmala UI"/>
        </w:rPr>
        <w:t>ජය</w:t>
      </w:r>
      <w:r>
        <w:rPr>
          <w:rFonts w:ascii="Times New Roman" w:hAnsi="Times New Roman" w:eastAsia="Times New Roman" w:cs="Times New Roman"/>
        </w:rPr>
        <w:t xml:space="preserve"> </w:t>
      </w:r>
      <w:r>
        <w:rPr>
          <w:rFonts w:ascii="Nirmala UI" w:hAnsi="Nirmala UI" w:eastAsia="Nirmala UI" w:cs="Nirmala UI"/>
        </w:rPr>
        <w:t>ගත</w:t>
      </w:r>
      <w:r>
        <w:rPr>
          <w:rFonts w:ascii="Times New Roman" w:hAnsi="Times New Roman" w:eastAsia="Times New Roman" w:cs="Times New Roman"/>
        </w:rPr>
        <w:t xml:space="preserve"> </w:t>
      </w:r>
      <w:r>
        <w:rPr>
          <w:rFonts w:ascii="Nirmala UI" w:hAnsi="Nirmala UI" w:eastAsia="Nirmala UI" w:cs="Nirmala UI"/>
        </w:rPr>
        <w:t>නොහැකි</w:t>
      </w:r>
      <w:r>
        <w:rPr>
          <w:rFonts w:ascii="Times New Roman" w:hAnsi="Times New Roman" w:eastAsia="Times New Roman" w:cs="Times New Roman"/>
        </w:rPr>
        <w:t xml:space="preserve"> </w:t>
      </w:r>
      <w:r>
        <w:rPr>
          <w:rFonts w:ascii="Nirmala UI" w:hAnsi="Nirmala UI" w:eastAsia="Nirmala UI" w:cs="Nirmala UI"/>
        </w:rPr>
        <w:t>සතුරෙකු</w:t>
      </w:r>
      <w:r>
        <w:rPr>
          <w:rFonts w:ascii="Times New Roman" w:hAnsi="Times New Roman" w:eastAsia="Times New Roman" w:cs="Times New Roman"/>
        </w:rPr>
        <w:t xml:space="preserve"> </w:t>
      </w:r>
      <w:r>
        <w:rPr>
          <w:rFonts w:ascii="Nirmala UI" w:hAnsi="Nirmala UI" w:eastAsia="Nirmala UI" w:cs="Nirmala UI"/>
        </w:rPr>
        <w:t>මුහුණ</w:t>
      </w:r>
      <w:r>
        <w:rPr>
          <w:rFonts w:ascii="Times New Roman" w:hAnsi="Times New Roman" w:eastAsia="Times New Roman" w:cs="Times New Roman"/>
        </w:rPr>
        <w:t xml:space="preserve"> </w:t>
      </w:r>
      <w:r>
        <w:rPr>
          <w:rFonts w:ascii="Nirmala UI" w:hAnsi="Nirmala UI" w:eastAsia="Nirmala UI" w:cs="Nirmala UI"/>
        </w:rPr>
        <w:t>දී</w:t>
      </w:r>
      <w:r>
        <w:rPr>
          <w:rFonts w:ascii="Times New Roman" w:hAnsi="Times New Roman" w:eastAsia="Times New Roman" w:cs="Times New Roman"/>
        </w:rPr>
        <w:t xml:space="preserve">, </w:t>
      </w:r>
      <w:r>
        <w:rPr>
          <w:rFonts w:ascii="Nirmala UI" w:hAnsi="Nirmala UI" w:eastAsia="Nirmala UI" w:cs="Nirmala UI"/>
        </w:rPr>
        <w:t>ජීවිතය</w:t>
      </w:r>
      <w:r>
        <w:rPr>
          <w:rFonts w:ascii="Times New Roman" w:hAnsi="Times New Roman" w:eastAsia="Times New Roman" w:cs="Times New Roman"/>
        </w:rPr>
        <w:t xml:space="preserve"> </w:t>
      </w:r>
      <w:r>
        <w:rPr>
          <w:rFonts w:ascii="Nirmala UI" w:hAnsi="Nirmala UI" w:eastAsia="Nirmala UI" w:cs="Nirmala UI"/>
        </w:rPr>
        <w:t>පමණක්</w:t>
      </w:r>
      <w:r>
        <w:rPr>
          <w:rFonts w:ascii="Times New Roman" w:hAnsi="Times New Roman" w:eastAsia="Times New Roman" w:cs="Times New Roman"/>
        </w:rPr>
        <w:t xml:space="preserve"> </w:t>
      </w:r>
      <w:r>
        <w:rPr>
          <w:rFonts w:ascii="Nirmala UI" w:hAnsi="Nirmala UI" w:eastAsia="Nirmala UI" w:cs="Nirmala UI"/>
        </w:rPr>
        <w:t>ලැබෙන</w:t>
      </w:r>
      <w:r>
        <w:rPr>
          <w:rFonts w:ascii="Times New Roman" w:hAnsi="Times New Roman" w:eastAsia="Times New Roman" w:cs="Times New Roman"/>
        </w:rPr>
        <w:t xml:space="preserve"> </w:t>
      </w:r>
      <w:r>
        <w:rPr>
          <w:rFonts w:ascii="Nirmala UI" w:hAnsi="Nirmala UI" w:eastAsia="Nirmala UI" w:cs="Nirmala UI"/>
        </w:rPr>
        <w:t>අගෞරවනීය</w:t>
      </w:r>
      <w:r>
        <w:rPr>
          <w:rFonts w:ascii="Times New Roman" w:hAnsi="Times New Roman" w:eastAsia="Times New Roman" w:cs="Times New Roman"/>
        </w:rPr>
        <w:t xml:space="preserve"> </w:t>
      </w:r>
      <w:r>
        <w:rPr>
          <w:rFonts w:ascii="Nirmala UI" w:hAnsi="Nirmala UI" w:eastAsia="Nirmala UI" w:cs="Nirmala UI"/>
        </w:rPr>
        <w:t>කොන්දේසි</w:t>
      </w:r>
      <w:r>
        <w:rPr>
          <w:rFonts w:ascii="Times New Roman" w:hAnsi="Times New Roman" w:eastAsia="Times New Roman" w:cs="Times New Roman"/>
        </w:rPr>
        <w:t xml:space="preserve"> </w:t>
      </w:r>
      <w:r>
        <w:rPr>
          <w:rFonts w:ascii="Nirmala UI" w:hAnsi="Nirmala UI" w:eastAsia="Nirmala UI" w:cs="Nirmala UI"/>
        </w:rPr>
        <w:t>මත</w:t>
      </w:r>
      <w:r>
        <w:rPr>
          <w:rFonts w:ascii="Times New Roman" w:hAnsi="Times New Roman" w:eastAsia="Times New Roman" w:cs="Times New Roman"/>
        </w:rPr>
        <w:t xml:space="preserve"> </w:t>
      </w:r>
      <w:r>
        <w:rPr>
          <w:rFonts w:ascii="Nirmala UI" w:hAnsi="Nirmala UI" w:eastAsia="Nirmala UI" w:cs="Nirmala UI"/>
        </w:rPr>
        <w:t>අත්සන්</w:t>
      </w:r>
      <w:r>
        <w:rPr>
          <w:rFonts w:ascii="Times New Roman" w:hAnsi="Times New Roman" w:eastAsia="Times New Roman" w:cs="Times New Roman"/>
        </w:rPr>
        <w:t xml:space="preserve"> </w:t>
      </w:r>
      <w:r>
        <w:rPr>
          <w:rFonts w:ascii="Nirmala UI" w:hAnsi="Nirmala UI" w:eastAsia="Nirmala UI" w:cs="Nirmala UI"/>
        </w:rPr>
        <w:t>කිරීමට</w:t>
      </w:r>
      <w:r>
        <w:rPr>
          <w:rFonts w:ascii="Times New Roman" w:hAnsi="Times New Roman" w:eastAsia="Times New Roman" w:cs="Times New Roman"/>
        </w:rPr>
        <w:t xml:space="preserve"> </w:t>
      </w:r>
      <w:r>
        <w:rPr>
          <w:rFonts w:ascii="Nirmala UI" w:hAnsi="Nirmala UI" w:eastAsia="Nirmala UI" w:cs="Nirmala UI"/>
        </w:rPr>
        <w:t>බල</w:t>
      </w:r>
      <w:r>
        <w:rPr>
          <w:rFonts w:ascii="Times New Roman" w:hAnsi="Times New Roman" w:eastAsia="Times New Roman" w:cs="Times New Roman"/>
        </w:rPr>
        <w:t xml:space="preserve"> </w:t>
      </w:r>
      <w:r>
        <w:rPr>
          <w:rFonts w:ascii="Nirmala UI" w:hAnsi="Nirmala UI" w:eastAsia="Nirmala UI" w:cs="Nirmala UI"/>
        </w:rPr>
        <w:t>කරනු</w:t>
      </w:r>
      <w:r>
        <w:rPr>
          <w:rFonts w:ascii="Times New Roman" w:hAnsi="Times New Roman" w:eastAsia="Times New Roman" w:cs="Times New Roman"/>
        </w:rPr>
        <w:t xml:space="preserve"> </w:t>
      </w:r>
      <w:r>
        <w:rPr>
          <w:rFonts w:ascii="Nirmala UI" w:hAnsi="Nirmala UI" w:eastAsia="Nirmala UI" w:cs="Nirmala UI"/>
        </w:rPr>
        <w:t>ලැබීය</w:t>
      </w:r>
      <w:r>
        <w:rPr>
          <w:rFonts w:ascii="Times New Roman" w:hAnsi="Times New Roman" w:eastAsia="Times New Roman" w:cs="Times New Roman"/>
        </w:rPr>
        <w:t xml:space="preserve">; </w:t>
      </w:r>
      <w:r>
        <w:rPr>
          <w:rFonts w:ascii="Nirmala UI" w:hAnsi="Nirmala UI" w:eastAsia="Nirmala UI" w:cs="Nirmala UI"/>
        </w:rPr>
        <w:t>එවිට</w:t>
      </w:r>
      <w:r>
        <w:rPr>
          <w:rFonts w:ascii="Times New Roman" w:hAnsi="Times New Roman" w:eastAsia="Times New Roman" w:cs="Times New Roman"/>
        </w:rPr>
        <w:t xml:space="preserve"> </w:t>
      </w:r>
      <w:r>
        <w:rPr>
          <w:rFonts w:ascii="Nirmala UI" w:hAnsi="Nirmala UI" w:eastAsia="Nirmala UI" w:cs="Nirmala UI"/>
        </w:rPr>
        <w:t>ඔහුත්</w:t>
      </w:r>
      <w:r>
        <w:rPr>
          <w:rFonts w:ascii="Times New Roman" w:hAnsi="Times New Roman" w:eastAsia="Times New Roman" w:cs="Times New Roman"/>
        </w:rPr>
        <w:t xml:space="preserve"> </w:t>
      </w:r>
      <w:r>
        <w:rPr>
          <w:rFonts w:ascii="Nirmala UI" w:hAnsi="Nirmala UI" w:eastAsia="Nirmala UI" w:cs="Nirmala UI"/>
        </w:rPr>
        <w:t>ඔහුගේ</w:t>
      </w:r>
      <w:r>
        <w:rPr>
          <w:rFonts w:ascii="Times New Roman" w:hAnsi="Times New Roman" w:eastAsia="Times New Roman" w:cs="Times New Roman"/>
        </w:rPr>
        <w:t xml:space="preserve"> </w:t>
      </w:r>
      <w:r>
        <w:rPr>
          <w:rFonts w:ascii="Nirmala UI" w:hAnsi="Nirmala UI" w:eastAsia="Nirmala UI" w:cs="Nirmala UI"/>
        </w:rPr>
        <w:t>දසදහසක</w:t>
      </w:r>
      <w:r>
        <w:rPr>
          <w:rFonts w:ascii="Times New Roman" w:hAnsi="Times New Roman" w:eastAsia="Times New Roman" w:cs="Times New Roman"/>
        </w:rPr>
        <w:t xml:space="preserve"> </w:t>
      </w:r>
      <w:r>
        <w:rPr>
          <w:rFonts w:ascii="Nirmala UI" w:hAnsi="Nirmala UI" w:eastAsia="Nirmala UI" w:cs="Nirmala UI"/>
        </w:rPr>
        <w:t>මිනිසුන්ද</w:t>
      </w:r>
      <w:r>
        <w:rPr>
          <w:rFonts w:ascii="Times New Roman" w:hAnsi="Times New Roman" w:eastAsia="Times New Roman" w:cs="Times New Roman"/>
        </w:rPr>
        <w:t xml:space="preserve">, </w:t>
      </w:r>
      <w:r>
        <w:rPr>
          <w:rFonts w:ascii="Nirmala UI" w:hAnsi="Nirmala UI" w:eastAsia="Nirmala UI" w:cs="Nirmala UI"/>
        </w:rPr>
        <w:t>ඔවුන්ගේ</w:t>
      </w:r>
      <w:r>
        <w:rPr>
          <w:rFonts w:ascii="Times New Roman" w:hAnsi="Times New Roman" w:eastAsia="Times New Roman" w:cs="Times New Roman"/>
        </w:rPr>
        <w:t xml:space="preserve"> </w:t>
      </w:r>
      <w:r>
        <w:rPr>
          <w:rFonts w:ascii="Nirmala UI" w:hAnsi="Nirmala UI" w:eastAsia="Nirmala UI" w:cs="Nirmala UI"/>
        </w:rPr>
        <w:t>ඇඳුම්</w:t>
      </w:r>
      <w:r>
        <w:rPr>
          <w:rFonts w:ascii="Times New Roman" w:hAnsi="Times New Roman" w:eastAsia="Times New Roman" w:cs="Times New Roman"/>
        </w:rPr>
        <w:t xml:space="preserve"> </w:t>
      </w:r>
      <w:r>
        <w:rPr>
          <w:rFonts w:ascii="Nirmala UI" w:hAnsi="Nirmala UI" w:eastAsia="Nirmala UI" w:cs="Nirmala UI"/>
        </w:rPr>
        <w:t>හා</w:t>
      </w:r>
      <w:r>
        <w:rPr>
          <w:rFonts w:ascii="Times New Roman" w:hAnsi="Times New Roman" w:eastAsia="Times New Roman" w:cs="Times New Roman"/>
        </w:rPr>
        <w:t xml:space="preserve"> </w:t>
      </w:r>
      <w:r>
        <w:rPr>
          <w:rFonts w:ascii="Nirmala UI" w:hAnsi="Nirmala UI" w:eastAsia="Nirmala UI" w:cs="Nirmala UI"/>
        </w:rPr>
        <w:t>අවි</w:t>
      </w:r>
      <w:r>
        <w:rPr>
          <w:rFonts w:ascii="Times New Roman" w:hAnsi="Times New Roman" w:eastAsia="Times New Roman" w:cs="Times New Roman"/>
        </w:rPr>
        <w:t xml:space="preserve"> </w:t>
      </w:r>
      <w:r>
        <w:rPr>
          <w:rFonts w:ascii="Nirmala UI" w:hAnsi="Nirmala UI" w:eastAsia="Nirmala UI" w:cs="Nirmala UI"/>
        </w:rPr>
        <w:t>අහිමි</w:t>
      </w:r>
      <w:r>
        <w:rPr>
          <w:rFonts w:ascii="Times New Roman" w:hAnsi="Times New Roman" w:eastAsia="Times New Roman" w:cs="Times New Roman"/>
        </w:rPr>
        <w:t xml:space="preserve"> </w:t>
      </w:r>
      <w:r>
        <w:rPr>
          <w:rFonts w:ascii="Nirmala UI" w:hAnsi="Nirmala UI" w:eastAsia="Nirmala UI" w:cs="Nirmala UI"/>
        </w:rPr>
        <w:t>කර</w:t>
      </w:r>
      <w:r>
        <w:rPr>
          <w:rFonts w:ascii="Times New Roman" w:hAnsi="Times New Roman" w:eastAsia="Times New Roman" w:cs="Times New Roman"/>
        </w:rPr>
        <w:t xml:space="preserve">, </w:t>
      </w:r>
      <w:r>
        <w:rPr>
          <w:rFonts w:ascii="Nirmala UI" w:hAnsi="Nirmala UI" w:eastAsia="Nirmala UI" w:cs="Nirmala UI"/>
        </w:rPr>
        <w:t>නග්නව</w:t>
      </w:r>
      <w:r>
        <w:rPr>
          <w:rFonts w:ascii="Times New Roman" w:hAnsi="Times New Roman" w:eastAsia="Times New Roman" w:cs="Times New Roman"/>
        </w:rPr>
        <w:t xml:space="preserve"> </w:t>
      </w:r>
      <w:r>
        <w:rPr>
          <w:rFonts w:ascii="Nirmala UI" w:hAnsi="Nirmala UI" w:eastAsia="Nirmala UI" w:cs="Nirmala UI"/>
        </w:rPr>
        <w:t>පිටත්ව</w:t>
      </w:r>
      <w:r>
        <w:rPr>
          <w:rFonts w:ascii="Times New Roman" w:hAnsi="Times New Roman" w:eastAsia="Times New Roman" w:cs="Times New Roman"/>
        </w:rPr>
        <w:t xml:space="preserve"> </w:t>
      </w:r>
      <w:r>
        <w:rPr>
          <w:rFonts w:ascii="Nirmala UI" w:hAnsi="Nirmala UI" w:eastAsia="Nirmala UI" w:cs="Nirmala UI"/>
        </w:rPr>
        <w:t>යාමට</w:t>
      </w:r>
      <w:r>
        <w:rPr>
          <w:rFonts w:ascii="Times New Roman" w:hAnsi="Times New Roman" w:eastAsia="Times New Roman" w:cs="Times New Roman"/>
        </w:rPr>
        <w:t xml:space="preserve"> </w:t>
      </w:r>
      <w:r>
        <w:rPr>
          <w:rFonts w:ascii="Nirmala UI" w:hAnsi="Nirmala UI" w:eastAsia="Nirmala UI" w:cs="Nirmala UI"/>
        </w:rPr>
        <w:t>ඉඩ</w:t>
      </w:r>
      <w:r>
        <w:rPr>
          <w:rFonts w:ascii="Times New Roman" w:hAnsi="Times New Roman" w:eastAsia="Times New Roman" w:cs="Times New Roman"/>
        </w:rPr>
        <w:t xml:space="preserve"> </w:t>
      </w:r>
      <w:r>
        <w:rPr>
          <w:rFonts w:ascii="Nirmala UI" w:hAnsi="Nirmala UI" w:eastAsia="Nirmala UI" w:cs="Nirmala UI"/>
        </w:rPr>
        <w:t>දෙන</w:t>
      </w:r>
      <w:r>
        <w:rPr>
          <w:rFonts w:ascii="Times New Roman" w:hAnsi="Times New Roman" w:eastAsia="Times New Roman" w:cs="Times New Roman"/>
        </w:rPr>
        <w:t xml:space="preserve"> </w:t>
      </w:r>
      <w:r>
        <w:rPr>
          <w:rFonts w:ascii="Nirmala UI" w:hAnsi="Nirmala UI" w:eastAsia="Nirmala UI" w:cs="Nirmala UI"/>
        </w:rPr>
        <w:t>ලදී</w:t>
      </w:r>
      <w:r>
        <w:rPr>
          <w:rFonts w:ascii="Times New Roman" w:hAnsi="Times New Roman" w:eastAsia="Times New Roman" w:cs="Times New Roman"/>
        </w:rPr>
        <w:t xml:space="preserve">. </w:t>
      </w:r>
      <w:r>
        <w:rPr>
          <w:rFonts w:ascii="Nirmala UI" w:hAnsi="Nirmala UI" w:eastAsia="Nirmala UI" w:cs="Nirmala UI"/>
        </w:rPr>
        <w:t>මෙහිදී</w:t>
      </w:r>
      <w:r>
        <w:rPr>
          <w:rFonts w:ascii="Times New Roman" w:hAnsi="Times New Roman" w:eastAsia="Times New Roman" w:cs="Times New Roman"/>
        </w:rPr>
        <w:t xml:space="preserve"> </w:t>
      </w:r>
      <w:r>
        <w:rPr>
          <w:rFonts w:ascii="Nirmala UI" w:hAnsi="Nirmala UI" w:eastAsia="Nirmala UI" w:cs="Nirmala UI"/>
        </w:rPr>
        <w:t>උතුරු</w:t>
      </w:r>
      <w:r>
        <w:rPr>
          <w:rFonts w:ascii="Times New Roman" w:hAnsi="Times New Roman" w:eastAsia="Times New Roman" w:cs="Times New Roman"/>
        </w:rPr>
        <w:t xml:space="preserve"> </w:t>
      </w:r>
      <w:r>
        <w:rPr>
          <w:rFonts w:ascii="Nirmala UI" w:hAnsi="Nirmala UI" w:eastAsia="Nirmala UI" w:cs="Nirmala UI"/>
        </w:rPr>
        <w:t>රජු</w:t>
      </w:r>
      <w:r>
        <w:rPr>
          <w:rFonts w:ascii="Times New Roman" w:hAnsi="Times New Roman" w:eastAsia="Times New Roman" w:cs="Times New Roman"/>
        </w:rPr>
        <w:t xml:space="preserve"> </w:t>
      </w:r>
      <w:r>
        <w:rPr>
          <w:rFonts w:ascii="Nirmala UI" w:hAnsi="Nirmala UI" w:eastAsia="Nirmala UI" w:cs="Nirmala UI"/>
        </w:rPr>
        <w:t>විසින්</w:t>
      </w:r>
      <w:r>
        <w:rPr>
          <w:rFonts w:ascii="Times New Roman" w:hAnsi="Times New Roman" w:eastAsia="Times New Roman" w:cs="Times New Roman"/>
        </w:rPr>
        <w:t xml:space="preserve"> </w:t>
      </w:r>
      <w:r>
        <w:rPr>
          <w:rFonts w:ascii="Nirmala UI" w:hAnsi="Nirmala UI" w:eastAsia="Nirmala UI" w:cs="Nirmala UI"/>
        </w:rPr>
        <w:t>බලවත්</w:t>
      </w:r>
      <w:r>
        <w:rPr>
          <w:rFonts w:ascii="Times New Roman" w:hAnsi="Times New Roman" w:eastAsia="Times New Roman" w:cs="Times New Roman"/>
        </w:rPr>
        <w:t xml:space="preserve"> </w:t>
      </w:r>
      <w:r>
        <w:rPr>
          <w:rFonts w:ascii="Nirmala UI" w:hAnsi="Nirmala UI" w:eastAsia="Nirmala UI" w:cs="Nirmala UI"/>
        </w:rPr>
        <w:t>ලෙස</w:t>
      </w:r>
      <w:r>
        <w:rPr>
          <w:rFonts w:ascii="Times New Roman" w:hAnsi="Times New Roman" w:eastAsia="Times New Roman" w:cs="Times New Roman"/>
        </w:rPr>
        <w:t xml:space="preserve"> </w:t>
      </w:r>
      <w:r>
        <w:rPr>
          <w:rFonts w:ascii="Nirmala UI" w:hAnsi="Nirmala UI" w:eastAsia="Nirmala UI" w:cs="Nirmala UI"/>
        </w:rPr>
        <w:t>ආරක්ෂිත</w:t>
      </w:r>
      <w:r>
        <w:rPr>
          <w:rFonts w:ascii="Times New Roman" w:hAnsi="Times New Roman" w:eastAsia="Times New Roman" w:cs="Times New Roman"/>
        </w:rPr>
        <w:t xml:space="preserve"> </w:t>
      </w:r>
      <w:r>
        <w:rPr>
          <w:rFonts w:ascii="Nirmala UI" w:hAnsi="Nirmala UI" w:eastAsia="Nirmala UI" w:cs="Nirmala UI"/>
        </w:rPr>
        <w:t>නගර</w:t>
      </w:r>
      <w:r>
        <w:rPr>
          <w:rFonts w:ascii="Times New Roman" w:hAnsi="Times New Roman" w:eastAsia="Times New Roman" w:cs="Times New Roman"/>
        </w:rPr>
        <w:t xml:space="preserve"> </w:t>
      </w:r>
      <w:r>
        <w:rPr>
          <w:rFonts w:ascii="Nirmala UI" w:hAnsi="Nirmala UI" w:eastAsia="Nirmala UI" w:cs="Nirmala UI"/>
        </w:rPr>
        <w:t>අල්ලාගැනීම</w:t>
      </w:r>
      <w:r>
        <w:rPr>
          <w:rFonts w:ascii="Times New Roman" w:hAnsi="Times New Roman" w:eastAsia="Times New Roman" w:cs="Times New Roman"/>
        </w:rPr>
        <w:t xml:space="preserve"> </w:t>
      </w:r>
      <w:r>
        <w:rPr>
          <w:rFonts w:ascii="Nirmala UI" w:hAnsi="Nirmala UI" w:eastAsia="Nirmala UI" w:cs="Nirmala UI"/>
        </w:rPr>
        <w:t>සිදුවිය</w:t>
      </w:r>
      <w:r>
        <w:rPr>
          <w:rFonts w:ascii="Times New Roman" w:hAnsi="Times New Roman" w:eastAsia="Times New Roman" w:cs="Times New Roman"/>
        </w:rPr>
        <w:t xml:space="preserve">; </w:t>
      </w:r>
      <w:r>
        <w:rPr>
          <w:rFonts w:ascii="Nirmala UI" w:hAnsi="Nirmala UI" w:eastAsia="Nirmala UI" w:cs="Nirmala UI"/>
        </w:rPr>
        <w:t>මක්නිසාද</w:t>
      </w:r>
      <w:r>
        <w:rPr>
          <w:rFonts w:ascii="Times New Roman" w:hAnsi="Times New Roman" w:eastAsia="Times New Roman" w:cs="Times New Roman"/>
        </w:rPr>
        <w:t xml:space="preserve"> </w:t>
      </w:r>
      <w:r>
        <w:rPr>
          <w:rFonts w:ascii="Nirmala UI" w:hAnsi="Nirmala UI" w:eastAsia="Nirmala UI" w:cs="Nirmala UI"/>
        </w:rPr>
        <w:t>සීදොන්</w:t>
      </w:r>
      <w:r>
        <w:rPr>
          <w:rFonts w:ascii="Times New Roman" w:hAnsi="Times New Roman" w:eastAsia="Times New Roman" w:cs="Times New Roman"/>
        </w:rPr>
        <w:t xml:space="preserve">, </w:t>
      </w:r>
      <w:r>
        <w:rPr>
          <w:rFonts w:ascii="Nirmala UI" w:hAnsi="Nirmala UI" w:eastAsia="Nirmala UI" w:cs="Nirmala UI"/>
        </w:rPr>
        <w:t>එහි</w:t>
      </w:r>
      <w:r>
        <w:rPr>
          <w:rFonts w:ascii="Times New Roman" w:hAnsi="Times New Roman" w:eastAsia="Times New Roman" w:cs="Times New Roman"/>
        </w:rPr>
        <w:t xml:space="preserve"> </w:t>
      </w:r>
      <w:r>
        <w:rPr>
          <w:rFonts w:ascii="Nirmala UI" w:hAnsi="Nirmala UI" w:eastAsia="Nirmala UI" w:cs="Nirmala UI"/>
        </w:rPr>
        <w:t>පිහිටීමෙන්ද</w:t>
      </w:r>
      <w:r>
        <w:rPr>
          <w:rFonts w:ascii="Times New Roman" w:hAnsi="Times New Roman" w:eastAsia="Times New Roman" w:cs="Times New Roman"/>
        </w:rPr>
        <w:t xml:space="preserve"> </w:t>
      </w:r>
      <w:r>
        <w:rPr>
          <w:rFonts w:ascii="Nirmala UI" w:hAnsi="Nirmala UI" w:eastAsia="Nirmala UI" w:cs="Nirmala UI"/>
        </w:rPr>
        <w:t>එහි</w:t>
      </w:r>
      <w:r>
        <w:rPr>
          <w:rFonts w:ascii="Times New Roman" w:hAnsi="Times New Roman" w:eastAsia="Times New Roman" w:cs="Times New Roman"/>
        </w:rPr>
        <w:t xml:space="preserve"> </w:t>
      </w:r>
      <w:r>
        <w:rPr>
          <w:rFonts w:ascii="Nirmala UI" w:hAnsi="Nirmala UI" w:eastAsia="Nirmala UI" w:cs="Nirmala UI"/>
        </w:rPr>
        <w:t>ආරක්ෂක</w:t>
      </w:r>
      <w:r>
        <w:rPr>
          <w:rFonts w:ascii="Times New Roman" w:hAnsi="Times New Roman" w:eastAsia="Times New Roman" w:cs="Times New Roman"/>
        </w:rPr>
        <w:t xml:space="preserve"> </w:t>
      </w:r>
      <w:r>
        <w:rPr>
          <w:rFonts w:ascii="Nirmala UI" w:hAnsi="Nirmala UI" w:eastAsia="Nirmala UI" w:cs="Nirmala UI"/>
        </w:rPr>
        <w:t>සූදානම්වලින්ද</w:t>
      </w:r>
      <w:r>
        <w:rPr>
          <w:rFonts w:ascii="Times New Roman" w:hAnsi="Times New Roman" w:eastAsia="Times New Roman" w:cs="Times New Roman"/>
        </w:rPr>
        <w:t xml:space="preserve">, </w:t>
      </w:r>
      <w:r>
        <w:rPr>
          <w:rFonts w:ascii="Nirmala UI" w:hAnsi="Nirmala UI" w:eastAsia="Nirmala UI" w:cs="Nirmala UI"/>
        </w:rPr>
        <w:t>ඒ</w:t>
      </w:r>
      <w:r>
        <w:rPr>
          <w:rFonts w:ascii="Times New Roman" w:hAnsi="Times New Roman" w:eastAsia="Times New Roman" w:cs="Times New Roman"/>
        </w:rPr>
        <w:t xml:space="preserve"> </w:t>
      </w:r>
      <w:r>
        <w:rPr>
          <w:rFonts w:ascii="Nirmala UI" w:hAnsi="Nirmala UI" w:eastAsia="Nirmala UI" w:cs="Nirmala UI"/>
        </w:rPr>
        <w:t>කාලයේ</w:t>
      </w:r>
      <w:r>
        <w:rPr>
          <w:rFonts w:ascii="Times New Roman" w:hAnsi="Times New Roman" w:eastAsia="Times New Roman" w:cs="Times New Roman"/>
        </w:rPr>
        <w:t xml:space="preserve"> </w:t>
      </w:r>
      <w:r>
        <w:rPr>
          <w:rFonts w:ascii="Nirmala UI" w:hAnsi="Nirmala UI" w:eastAsia="Nirmala UI" w:cs="Nirmala UI"/>
        </w:rPr>
        <w:t>ඉතා</w:t>
      </w:r>
      <w:r>
        <w:rPr>
          <w:rFonts w:ascii="Times New Roman" w:hAnsi="Times New Roman" w:eastAsia="Times New Roman" w:cs="Times New Roman"/>
        </w:rPr>
        <w:t xml:space="preserve"> </w:t>
      </w:r>
      <w:r>
        <w:rPr>
          <w:rFonts w:ascii="Nirmala UI" w:hAnsi="Nirmala UI" w:eastAsia="Nirmala UI" w:cs="Nirmala UI"/>
        </w:rPr>
        <w:t>බලවත්</w:t>
      </w:r>
      <w:r>
        <w:rPr>
          <w:rFonts w:ascii="Times New Roman" w:hAnsi="Times New Roman" w:eastAsia="Times New Roman" w:cs="Times New Roman"/>
        </w:rPr>
        <w:t xml:space="preserve"> </w:t>
      </w:r>
      <w:r>
        <w:rPr>
          <w:rFonts w:ascii="Nirmala UI" w:hAnsi="Nirmala UI" w:eastAsia="Nirmala UI" w:cs="Nirmala UI"/>
        </w:rPr>
        <w:t>නගරවලින්</w:t>
      </w:r>
      <w:r>
        <w:rPr>
          <w:rFonts w:ascii="Times New Roman" w:hAnsi="Times New Roman" w:eastAsia="Times New Roman" w:cs="Times New Roman"/>
        </w:rPr>
        <w:t xml:space="preserve"> </w:t>
      </w:r>
      <w:r>
        <w:rPr>
          <w:rFonts w:ascii="Nirmala UI" w:hAnsi="Nirmala UI" w:eastAsia="Nirmala UI" w:cs="Nirmala UI"/>
        </w:rPr>
        <w:t>එකක්</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බැවිනි</w:t>
      </w:r>
      <w:r>
        <w:rPr>
          <w:rFonts w:ascii="Times New Roman" w:hAnsi="Times New Roman" w:eastAsia="Times New Roman" w:cs="Times New Roman"/>
        </w:rPr>
        <w:t xml:space="preserve">. </w:t>
      </w:r>
      <w:r>
        <w:rPr>
          <w:rFonts w:ascii="Nirmala UI" w:hAnsi="Nirmala UI" w:eastAsia="Nirmala UI" w:cs="Nirmala UI"/>
        </w:rPr>
        <w:t>මෙහිදී</w:t>
      </w:r>
      <w:r>
        <w:rPr>
          <w:rFonts w:ascii="Times New Roman" w:hAnsi="Times New Roman" w:eastAsia="Times New Roman" w:cs="Times New Roman"/>
        </w:rPr>
        <w:t xml:space="preserve"> </w:t>
      </w:r>
      <w:r>
        <w:rPr>
          <w:rFonts w:ascii="Nirmala UI" w:hAnsi="Nirmala UI" w:eastAsia="Nirmala UI" w:cs="Nirmala UI"/>
        </w:rPr>
        <w:t>දකුණු</w:t>
      </w:r>
      <w:r>
        <w:rPr>
          <w:rFonts w:ascii="Times New Roman" w:hAnsi="Times New Roman" w:eastAsia="Times New Roman" w:cs="Times New Roman"/>
        </w:rPr>
        <w:t xml:space="preserve"> </w:t>
      </w:r>
      <w:r>
        <w:rPr>
          <w:rFonts w:ascii="Nirmala UI" w:hAnsi="Nirmala UI" w:eastAsia="Nirmala UI" w:cs="Nirmala UI"/>
        </w:rPr>
        <w:t>රජුගේ</w:t>
      </w:r>
      <w:r>
        <w:rPr>
          <w:rFonts w:ascii="Times New Roman" w:hAnsi="Times New Roman" w:eastAsia="Times New Roman" w:cs="Times New Roman"/>
        </w:rPr>
        <w:t xml:space="preserve"> </w:t>
      </w:r>
      <w:r>
        <w:rPr>
          <w:rFonts w:ascii="Nirmala UI" w:hAnsi="Nirmala UI" w:eastAsia="Nirmala UI" w:cs="Nirmala UI"/>
        </w:rPr>
        <w:t>අවි</w:t>
      </w:r>
      <w:r>
        <w:rPr>
          <w:rFonts w:ascii="Times New Roman" w:hAnsi="Times New Roman" w:eastAsia="Times New Roman" w:cs="Times New Roman"/>
        </w:rPr>
        <w:t xml:space="preserve"> </w:t>
      </w:r>
      <w:r>
        <w:rPr>
          <w:rFonts w:ascii="Nirmala UI" w:hAnsi="Nirmala UI" w:eastAsia="Nirmala UI" w:cs="Nirmala UI"/>
        </w:rPr>
        <w:t>බලය</w:t>
      </w:r>
      <w:r>
        <w:rPr>
          <w:rFonts w:ascii="Times New Roman" w:hAnsi="Times New Roman" w:eastAsia="Times New Roman" w:cs="Times New Roman"/>
        </w:rPr>
        <w:t xml:space="preserve"> </w:t>
      </w:r>
      <w:r>
        <w:rPr>
          <w:rFonts w:ascii="Nirmala UI" w:hAnsi="Nirmala UI" w:eastAsia="Nirmala UI" w:cs="Nirmala UI"/>
        </w:rPr>
        <w:t>තිරස්</w:t>
      </w:r>
      <w:r>
        <w:rPr>
          <w:rFonts w:ascii="Times New Roman" w:hAnsi="Times New Roman" w:eastAsia="Times New Roman" w:cs="Times New Roman"/>
        </w:rPr>
        <w:t xml:space="preserve"> </w:t>
      </w:r>
      <w:r>
        <w:rPr>
          <w:rFonts w:ascii="Nirmala UI" w:hAnsi="Nirmala UI" w:eastAsia="Nirmala UI" w:cs="Nirmala UI"/>
        </w:rPr>
        <w:t>නොසිටීමද</w:t>
      </w:r>
      <w:r>
        <w:rPr>
          <w:rFonts w:ascii="Times New Roman" w:hAnsi="Times New Roman" w:eastAsia="Times New Roman" w:cs="Times New Roman"/>
        </w:rPr>
        <w:t xml:space="preserve">, </w:t>
      </w:r>
      <w:r>
        <w:rPr>
          <w:rFonts w:ascii="Nirmala UI" w:hAnsi="Nirmala UI" w:eastAsia="Nirmala UI" w:cs="Nirmala UI"/>
        </w:rPr>
        <w:t>එසේම</w:t>
      </w:r>
      <w:r>
        <w:rPr>
          <w:rFonts w:ascii="Times New Roman" w:hAnsi="Times New Roman" w:eastAsia="Times New Roman" w:cs="Times New Roman"/>
        </w:rPr>
        <w:t xml:space="preserve"> </w:t>
      </w:r>
      <w:r>
        <w:rPr>
          <w:rFonts w:ascii="Nirmala UI" w:hAnsi="Nirmala UI" w:eastAsia="Nirmala UI" w:cs="Nirmala UI"/>
        </w:rPr>
        <w:t>දකුණු</w:t>
      </w:r>
      <w:r>
        <w:rPr>
          <w:rFonts w:ascii="Times New Roman" w:hAnsi="Times New Roman" w:eastAsia="Times New Roman" w:cs="Times New Roman"/>
        </w:rPr>
        <w:t xml:space="preserve"> </w:t>
      </w:r>
      <w:r>
        <w:rPr>
          <w:rFonts w:ascii="Nirmala UI" w:hAnsi="Nirmala UI" w:eastAsia="Nirmala UI" w:cs="Nirmala UI"/>
        </w:rPr>
        <w:t>රජු</w:t>
      </w:r>
      <w:r>
        <w:rPr>
          <w:rFonts w:ascii="Times New Roman" w:hAnsi="Times New Roman" w:eastAsia="Times New Roman" w:cs="Times New Roman"/>
        </w:rPr>
        <w:t xml:space="preserve"> </w:t>
      </w:r>
      <w:r>
        <w:rPr>
          <w:rFonts w:ascii="Nirmala UI" w:hAnsi="Nirmala UI" w:eastAsia="Nirmala UI" w:cs="Nirmala UI"/>
        </w:rPr>
        <w:t>තෝරාගත්</w:t>
      </w:r>
      <w:r>
        <w:rPr>
          <w:rFonts w:ascii="Times New Roman" w:hAnsi="Times New Roman" w:eastAsia="Times New Roman" w:cs="Times New Roman"/>
        </w:rPr>
        <w:t xml:space="preserve"> </w:t>
      </w:r>
      <w:r>
        <w:rPr>
          <w:rFonts w:ascii="Nirmala UI" w:hAnsi="Nirmala UI" w:eastAsia="Nirmala UI" w:cs="Nirmala UI"/>
        </w:rPr>
        <w:t>ජනතාවගේ</w:t>
      </w:r>
      <w:r>
        <w:rPr>
          <w:rFonts w:ascii="Times New Roman" w:hAnsi="Times New Roman" w:eastAsia="Times New Roman" w:cs="Times New Roman"/>
        </w:rPr>
        <w:t xml:space="preserve"> </w:t>
      </w:r>
      <w:r>
        <w:rPr>
          <w:rFonts w:ascii="Nirmala UI" w:hAnsi="Nirmala UI" w:eastAsia="Nirmala UI" w:cs="Nirmala UI"/>
        </w:rPr>
        <w:t>අසාර්ථකත්වයද</w:t>
      </w:r>
      <w:r>
        <w:rPr>
          <w:rFonts w:ascii="Times New Roman" w:hAnsi="Times New Roman" w:eastAsia="Times New Roman" w:cs="Times New Roman"/>
        </w:rPr>
        <w:t xml:space="preserve"> </w:t>
      </w:r>
      <w:r>
        <w:rPr>
          <w:rFonts w:ascii="Nirmala UI" w:hAnsi="Nirmala UI" w:eastAsia="Nirmala UI" w:cs="Nirmala UI"/>
        </w:rPr>
        <w:t>පැහැදිලි</w:t>
      </w:r>
      <w:r>
        <w:rPr>
          <w:rFonts w:ascii="Times New Roman" w:hAnsi="Times New Roman" w:eastAsia="Times New Roman" w:cs="Times New Roman"/>
        </w:rPr>
        <w:t xml:space="preserve"> </w:t>
      </w:r>
      <w:r>
        <w:rPr>
          <w:rFonts w:ascii="Nirmala UI" w:hAnsi="Nirmala UI" w:eastAsia="Nirmala UI" w:cs="Nirmala UI"/>
        </w:rPr>
        <w:t>විය</w:t>
      </w:r>
      <w:r>
        <w:rPr>
          <w:rFonts w:ascii="Times New Roman" w:hAnsi="Times New Roman" w:eastAsia="Times New Roman" w:cs="Times New Roman"/>
        </w:rPr>
        <w:t xml:space="preserve">; </w:t>
      </w:r>
      <w:r>
        <w:rPr>
          <w:rFonts w:ascii="Nirmala UI" w:hAnsi="Nirmala UI" w:eastAsia="Nirmala UI" w:cs="Nirmala UI"/>
        </w:rPr>
        <w:t>එනම්</w:t>
      </w:r>
      <w:r>
        <w:rPr>
          <w:rFonts w:ascii="Times New Roman" w:hAnsi="Times New Roman" w:eastAsia="Times New Roman" w:cs="Times New Roman"/>
        </w:rPr>
        <w:t xml:space="preserve">, </w:t>
      </w:r>
      <w:r>
        <w:rPr>
          <w:rFonts w:ascii="Nirmala UI" w:hAnsi="Nirmala UI" w:eastAsia="Nirmala UI" w:cs="Nirmala UI"/>
        </w:rPr>
        <w:t>ස්කෝපාස්</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ඔහුගේ</w:t>
      </w:r>
      <w:r>
        <w:rPr>
          <w:rFonts w:ascii="Times New Roman" w:hAnsi="Times New Roman" w:eastAsia="Times New Roman" w:cs="Times New Roman"/>
        </w:rPr>
        <w:t xml:space="preserve"> </w:t>
      </w:r>
      <w:r>
        <w:rPr>
          <w:rFonts w:ascii="Nirmala UI" w:hAnsi="Nirmala UI" w:eastAsia="Nirmala UI" w:cs="Nirmala UI"/>
        </w:rPr>
        <w:t>ඒටෝලියානු</w:t>
      </w:r>
      <w:r>
        <w:rPr>
          <w:rFonts w:ascii="Times New Roman" w:hAnsi="Times New Roman" w:eastAsia="Times New Roman" w:cs="Times New Roman"/>
        </w:rPr>
        <w:t xml:space="preserve"> </w:t>
      </w:r>
      <w:r>
        <w:rPr>
          <w:rFonts w:ascii="Nirmala UI" w:hAnsi="Nirmala UI" w:eastAsia="Nirmala UI" w:cs="Nirmala UI"/>
        </w:rPr>
        <w:t>හමුදාය</w:t>
      </w:r>
      <w:r>
        <w:rPr>
          <w:rFonts w:ascii="Times New Roman" w:hAnsi="Times New Roman" w:eastAsia="Times New Roman" w:cs="Times New Roman"/>
        </w:rPr>
        <w:t>.” Daniel and the Revelation, 257, 258.</w:t>
      </w:r>
    </w:p>
    <w:p>
      <w:pPr>
        <w:pStyle w:val="ArticleBody"/>
        <w:jc w:val="left"/>
      </w:pPr>
      <w:r>
        <w:rPr>
          <w:rFonts w:ascii="Times New Roman" w:hAnsi="Times New Roman" w:eastAsia="Times New Roman" w:cs="Times New Roman"/>
        </w:rPr>
        <w:t>Iminyaka engamakhulu amabili namashumi amahlanu ephetha ngo-207 BC ikhomba uDonald Trump. Isiprofetho seminyaka engamakhulu amabili namashumi amahlanu esiphela ngo-313, ngomshado wesivumelwano phakathi kwempumalanga nentshonalanga, kanye noMthetho waseMilan, sikhomba ukwakheka komfanekiso wesilo e-United States. Ibandla lasePergamos, elaqala ngo-313, limele umlando lapho ubuKristu bahlubuka khona ngokuyekethisa nenkolo yobuqaba, ngaphambi kokuba amandla obupapa athathe isihlalo sobukhosi. IPergamos nonyaka ka-313 kufanekisa lokho kuyekethisa okumelelwa ukwakheka komfanekiso wesilo e-United States. Kumele ukuyekethisa phakathi kobuKristu neRoma yobupapa, ngokuba inkolo yobuKatolika ayisikho okunye futhi ayisincane kunobuqaba obuzifihle njengesikhungo sobuKristu. Isiprofetho seminyaka engamakhulu amabili namashumi amahlanu esaqala ngo-1776 futhi esiphela kulo nyaka naso sikhuluma nge-United States. Ngakho-ke, zonke lezi ziprofetho ezintathu zeminyaka engamakhulu amabili namashumi amahlanu zikhuluma ngesici esithile sesiprofetho sesilo somhlaba sikaSambulo isahluko seshumi nantathu, futhi zontathu ziphela ngaphakathi kwemigqa yesiprofetho emelelwe inani eliyishumi nesikhombisa.</w:t>
      </w:r>
    </w:p>
    <w:p>
      <w:pPr>
        <w:pStyle w:val="ArticleBody"/>
        <w:jc w:val="left"/>
      </w:pPr>
      <w:r>
        <w:rPr>
          <w:rFonts w:ascii="Times New Roman" w:hAnsi="Times New Roman" w:eastAsia="Times New Roman" w:cs="Times New Roman"/>
        </w:rPr>
        <w:t>Mutemo weSvondo ndipo apo United States inotaura seshato, uye kutaura kwenyika ndiko kuita kwezviremera zvayo zvemitemo nezvekutonga.</w:t>
      </w:r>
    </w:p>
    <w:p>
      <w:pPr>
        <w:pStyle w:val="ArticleScripture"/>
        <w:jc w:val="left"/>
      </w:pPr>
      <w:r>
        <w:rPr>
          <w:rFonts w:ascii="Times New Roman" w:hAnsi="Times New Roman" w:eastAsia="Times New Roman" w:cs="Times New Roman"/>
        </w:rPr>
        <w:t>“‘Kutaura’ kwerudzi ndiko kuita kwezviremera zvarwo zvemutemo nezvekutonga.” The Great Controversy, 442.</w:t>
      </w:r>
    </w:p>
    <w:p>
      <w:pPr>
        <w:pStyle w:val="ArticleBody"/>
        <w:jc w:val="left"/>
      </w:pPr>
      <w:r>
        <w:rPr>
          <w:rFonts w:ascii="Times New Roman" w:hAnsi="Times New Roman" w:eastAsia="Times New Roman" w:cs="Times New Roman"/>
        </w:rPr>
        <w:t>UTrump akasi igunya lokwehlulela kumbe elokubeka imithetho, ngakho-ke umthetho weSonto osuseduze ukuza wenziwa yiCongress. Kodwa loba yisiphi isenzo esinika ukweseka amandla obupapa, sifanekisela umthetho weSonto. Isimemezelo sika-533, kanye lomlayo ka-313, kukhomba ukuqala kwesikhathi lapho umfanekiso wesilo wakhiwa khona. Isiphetho ngumthetho weSonto osuseduze ukuza, njalo uJesu uhlala ebonakalisa isiphetho ngesiqalo; ngakho-ke isenzo sikaTrump ngomlayo wesigungu esiphezulu esinganika loba yikuphi “ukuvunyelwa” kumphikukristu wesiprofetho seBhayibhili singamela i-alpha yomnyakazo ophela kuphela ku-omega, lapho i-United States “izakuphika kangaka izimiso zikahulumende wayo ize imise umthetho weSonto.”</w:t>
      </w:r>
    </w:p>
    <w:p>
      <w:pPr>
        <w:pStyle w:val="ArticleScripture"/>
        <w:jc w:val="left"/>
      </w:pPr>
      <w:r>
        <w:rPr>
          <w:rFonts w:ascii="Times New Roman" w:hAnsi="Times New Roman" w:eastAsia="Times New Roman" w:cs="Times New Roman"/>
        </w:rPr>
        <w:t>“Pane vazhinji, kunyange pakati paavo vari kuita basa iri rekusimbisa kuchengetwa kweSvondo, vakapofumadzwa pamusoro pemigumisiro ichatevera chiito ichi. Havasi kuona kuti vari kurova zvakananga rusununguko rwechitendero. Kune vazhinji vasina kumbobvira vanzwisisa zvinodiwa neSabata reBhaibheri nenheyo yenhema yakavakirwa pairi tsika yeSvondo. Kufamba kupi nokupi kunotsigira mitemo yezvechitendero, muchokwadi, chiito chokubvuma upapa, uhwo kwemazana mazhinji amakore hwakaramba huchirwa zvakasimba norusununguko rwehana. Kuchengetwa kweSvondo kunobva pakuvapo kwako sesangano rinonzi rechiKristu ku‘chakavanzika chokusateerera mutemo;’ uye kumanikidzwa kwako kuchava kubvuma chaiko kwemisimboti iri ibwe repakona chaizvo reRoma. Kana rudzi rwedu ruchizoramba nenzira iyi misimboti yehurumende yarwo zvokuti rugadzire mutemo weSvondo, muchiPurotesitendi muchiito ichi ruchabatana noupapa; hazvingavi chimwe chinhu kunze kwokupa upenyu kuhudzvinyiriri hwagara kwenguva refu huchimirira nechido mukana wahwo wokumukazve muudzvanyiriri hunoshanda.” Testimonies, volume 5, 711.</w:t>
      </w:r>
    </w:p>
    <w:p>
      <w:pPr>
        <w:pStyle w:val="ArticleBody"/>
        <w:jc w:val="left"/>
      </w:pPr>
      <w:r>
        <w:rPr>
          <w:rFonts w:ascii="Times New Roman" w:hAnsi="Times New Roman" w:eastAsia="Times New Roman" w:cs="Times New Roman"/>
        </w:rPr>
        <w:t>“Kwaṅkhalkhalha kwihi ni nanihi kwa nyaṱulo dza vhurereli ndi zwa vhukuma mushumo wa u ṋetshedza tshanduko kha vhupapa,” nahone kwaṅkhalkhalha kwenezwo zwi itea hu tshee phanḓa ha mulayo wa Swondaha une wa khou ṱavhanya u ḓa.</w:t>
      </w:r>
    </w:p>
    <w:p>
      <w:pPr>
        <w:pStyle w:val="ArticleScripture"/>
        <w:jc w:val="left"/>
      </w:pPr>
      <w:r>
        <w:rPr>
          <w:rFonts w:ascii="Times New Roman" w:hAnsi="Times New Roman" w:eastAsia="Times New Roman" w:cs="Times New Roman"/>
        </w:rPr>
        <w:t>“</w:t>
      </w:r>
      <w:r>
        <w:rPr>
          <w:rFonts w:ascii="Myanmar Text" w:hAnsi="Myanmar Text" w:eastAsia="Myanmar Text" w:cs="Myanmar Text"/>
        </w:rPr>
        <w:t>ဖန်ဆင်းထားသော</w:t>
      </w:r>
      <w:r>
        <w:rPr>
          <w:rFonts w:ascii="Times New Roman" w:hAnsi="Times New Roman" w:eastAsia="Times New Roman" w:cs="Times New Roman"/>
        </w:rPr>
        <w:t xml:space="preserve"> </w:t>
      </w:r>
      <w:r>
        <w:rPr>
          <w:rFonts w:ascii="Myanmar Text" w:hAnsi="Myanmar Text" w:eastAsia="Myanmar Text" w:cs="Myanmar Text"/>
        </w:rPr>
        <w:t>ဤနေ့ကို</w:t>
      </w:r>
      <w:r>
        <w:rPr>
          <w:rFonts w:ascii="Times New Roman" w:hAnsi="Times New Roman" w:eastAsia="Times New Roman" w:cs="Times New Roman"/>
        </w:rPr>
        <w:t xml:space="preserve"> </w:t>
      </w:r>
      <w:r>
        <w:rPr>
          <w:rFonts w:ascii="Myanmar Text" w:hAnsi="Myanmar Text" w:eastAsia="Myanmar Text" w:cs="Myanmar Text"/>
        </w:rPr>
        <w:t>ကိုးကွယ်ရမည်ဟု</w:t>
      </w:r>
      <w:r>
        <w:rPr>
          <w:rFonts w:ascii="Times New Roman" w:hAnsi="Times New Roman" w:eastAsia="Times New Roman" w:cs="Times New Roman"/>
        </w:rPr>
        <w:t xml:space="preserve"> </w:t>
      </w:r>
      <w:r>
        <w:rPr>
          <w:rFonts w:ascii="Myanmar Text" w:hAnsi="Myanmar Text" w:eastAsia="Myanmar Text" w:cs="Myanmar Text"/>
        </w:rPr>
        <w:t>အမိန့်ပြန်တမ်းသည်</w:t>
      </w:r>
      <w:r>
        <w:rPr>
          <w:rFonts w:ascii="Times New Roman" w:hAnsi="Times New Roman" w:eastAsia="Times New Roman" w:cs="Times New Roman"/>
        </w:rPr>
        <w:t xml:space="preserve"> </w:t>
      </w:r>
      <w:r>
        <w:rPr>
          <w:rFonts w:ascii="Myanmar Text" w:hAnsi="Myanmar Text" w:eastAsia="Myanmar Text" w:cs="Myanmar Text"/>
        </w:rPr>
        <w:t>လောကတစ်ခွင်လုံးသို့</w:t>
      </w:r>
      <w:r>
        <w:rPr>
          <w:rFonts w:ascii="Times New Roman" w:hAnsi="Times New Roman" w:eastAsia="Times New Roman" w:cs="Times New Roman"/>
        </w:rPr>
        <w:t xml:space="preserve"> </w:t>
      </w:r>
      <w:r>
        <w:rPr>
          <w:rFonts w:ascii="Myanmar Text" w:hAnsi="Myanmar Text" w:eastAsia="Myanmar Text" w:cs="Myanmar Text"/>
        </w:rPr>
        <w:t>ပျံ့နှံ့ထွက်ပေါ်ရမည်ဖြစ်သည်။</w:t>
      </w:r>
      <w:r>
        <w:rPr>
          <w:rFonts w:ascii="Times New Roman" w:hAnsi="Times New Roman" w:eastAsia="Times New Roman" w:cs="Times New Roman"/>
        </w:rPr>
        <w:t xml:space="preserve"> </w:t>
      </w:r>
      <w:r>
        <w:rPr>
          <w:rFonts w:ascii="Myanmar Text" w:hAnsi="Myanmar Text" w:eastAsia="Myanmar Text" w:cs="Myanmar Text"/>
        </w:rPr>
        <w:t>ကန့်သတ်ထားသော</w:t>
      </w:r>
      <w:r>
        <w:rPr>
          <w:rFonts w:ascii="Times New Roman" w:hAnsi="Times New Roman" w:eastAsia="Times New Roman" w:cs="Times New Roman"/>
        </w:rPr>
        <w:t xml:space="preserve"> </w:t>
      </w:r>
      <w:r>
        <w:rPr>
          <w:rFonts w:ascii="Myanmar Text" w:hAnsi="Myanmar Text" w:eastAsia="Myanmar Text" w:cs="Myanmar Text"/>
        </w:rPr>
        <w:t>အတိုင်းအတာတစ်ရပ်အထိမူ၊</w:t>
      </w:r>
      <w:r>
        <w:rPr>
          <w:rFonts w:ascii="Times New Roman" w:hAnsi="Times New Roman" w:eastAsia="Times New Roman" w:cs="Times New Roman"/>
        </w:rPr>
        <w:t xml:space="preserve"> </w:t>
      </w:r>
      <w:r>
        <w:rPr>
          <w:rFonts w:ascii="Myanmar Text" w:hAnsi="Myanmar Text" w:eastAsia="Myanmar Text" w:cs="Myanmar Text"/>
        </w:rPr>
        <w:t>၎င်းသည်</w:t>
      </w:r>
      <w:r>
        <w:rPr>
          <w:rFonts w:ascii="Times New Roman" w:hAnsi="Times New Roman" w:eastAsia="Times New Roman" w:cs="Times New Roman"/>
        </w:rPr>
        <w:t xml:space="preserve"> </w:t>
      </w:r>
      <w:r>
        <w:rPr>
          <w:rFonts w:ascii="Myanmar Text" w:hAnsi="Myanmar Text" w:eastAsia="Myanmar Text" w:cs="Myanmar Text"/>
        </w:rPr>
        <w:t>ယခုပင်</w:t>
      </w:r>
      <w:r>
        <w:rPr>
          <w:rFonts w:ascii="Times New Roman" w:hAnsi="Times New Roman" w:eastAsia="Times New Roman" w:cs="Times New Roman"/>
        </w:rPr>
        <w:t xml:space="preserve"> </w:t>
      </w:r>
      <w:r>
        <w:rPr>
          <w:rFonts w:ascii="Myanmar Text" w:hAnsi="Myanmar Text" w:eastAsia="Myanmar Text" w:cs="Myanmar Text"/>
        </w:rPr>
        <w:t>ထွက်ပေါ်လာပြီးဖြစ်သည်။</w:t>
      </w:r>
      <w:r>
        <w:rPr>
          <w:rFonts w:ascii="Times New Roman" w:hAnsi="Times New Roman" w:eastAsia="Times New Roman" w:cs="Times New Roman"/>
        </w:rPr>
        <w:t xml:space="preserve"> </w:t>
      </w:r>
      <w:r>
        <w:rPr>
          <w:rFonts w:ascii="Myanmar Text" w:hAnsi="Myanmar Text" w:eastAsia="Myanmar Text" w:cs="Myanmar Text"/>
        </w:rPr>
        <w:t>နေရာအချို့တွင်</w:t>
      </w:r>
      <w:r>
        <w:rPr>
          <w:rFonts w:ascii="Times New Roman" w:hAnsi="Times New Roman" w:eastAsia="Times New Roman" w:cs="Times New Roman"/>
        </w:rPr>
        <w:t xml:space="preserve"> </w:t>
      </w:r>
      <w:r>
        <w:rPr>
          <w:rFonts w:ascii="Myanmar Text" w:hAnsi="Myanmar Text" w:eastAsia="Myanmar Text" w:cs="Myanmar Text"/>
        </w:rPr>
        <w:t>အစိုးရအာဏာသည်</w:t>
      </w:r>
      <w:r>
        <w:rPr>
          <w:rFonts w:ascii="Times New Roman" w:hAnsi="Times New Roman" w:eastAsia="Times New Roman" w:cs="Times New Roman"/>
        </w:rPr>
        <w:t xml:space="preserve"> </w:t>
      </w:r>
      <w:r>
        <w:rPr>
          <w:rFonts w:ascii="Myanmar Text" w:hAnsi="Myanmar Text" w:eastAsia="Myanmar Text" w:cs="Myanmar Text"/>
        </w:rPr>
        <w:t>နဂါး၏အသံဖြင့်</w:t>
      </w:r>
      <w:r>
        <w:rPr>
          <w:rFonts w:ascii="Times New Roman" w:hAnsi="Times New Roman" w:eastAsia="Times New Roman" w:cs="Times New Roman"/>
        </w:rPr>
        <w:t xml:space="preserve"> </w:t>
      </w:r>
      <w:r>
        <w:rPr>
          <w:rFonts w:ascii="Myanmar Text" w:hAnsi="Myanmar Text" w:eastAsia="Myanmar Text" w:cs="Myanmar Text"/>
        </w:rPr>
        <w:t>ပြောဆိုလျက်ရှိသည်။</w:t>
      </w:r>
      <w:r>
        <w:rPr>
          <w:rFonts w:ascii="Times New Roman" w:hAnsi="Times New Roman" w:eastAsia="Times New Roman" w:cs="Times New Roman"/>
        </w:rPr>
        <w:t xml:space="preserve"> </w:t>
      </w:r>
      <w:r>
        <w:rPr>
          <w:rFonts w:ascii="Myanmar Text" w:hAnsi="Myanmar Text" w:eastAsia="Myanmar Text" w:cs="Myanmar Text"/>
        </w:rPr>
        <w:t>ထိုသို့သည်</w:t>
      </w:r>
      <w:r>
        <w:rPr>
          <w:rFonts w:ascii="Times New Roman" w:hAnsi="Times New Roman" w:eastAsia="Times New Roman" w:cs="Times New Roman"/>
        </w:rPr>
        <w:t xml:space="preserve"> </w:t>
      </w:r>
      <w:r>
        <w:rPr>
          <w:rFonts w:ascii="Myanmar Text" w:hAnsi="Myanmar Text" w:eastAsia="Myanmar Text" w:cs="Myanmar Text"/>
        </w:rPr>
        <w:t>တိုင်းတစ်ပါးဘုရင်တစ်ပါးက</w:t>
      </w:r>
      <w:r>
        <w:rPr>
          <w:rFonts w:ascii="Times New Roman" w:hAnsi="Times New Roman" w:eastAsia="Times New Roman" w:cs="Times New Roman"/>
        </w:rPr>
        <w:t xml:space="preserve"> </w:t>
      </w:r>
      <w:r>
        <w:rPr>
          <w:rFonts w:ascii="Myanmar Text" w:hAnsi="Myanmar Text" w:eastAsia="Myanmar Text" w:cs="Myanmar Text"/>
        </w:rPr>
        <w:t>ဟေဗြဲအကျဉ်းသားတို့အား</w:t>
      </w:r>
      <w:r>
        <w:rPr>
          <w:rFonts w:ascii="Times New Roman" w:hAnsi="Times New Roman" w:eastAsia="Times New Roman" w:cs="Times New Roman"/>
        </w:rPr>
        <w:t xml:space="preserve"> </w:t>
      </w:r>
      <w:r>
        <w:rPr>
          <w:rFonts w:ascii="Myanmar Text" w:hAnsi="Myanmar Text" w:eastAsia="Myanmar Text" w:cs="Myanmar Text"/>
        </w:rPr>
        <w:t>ပြောဆိုခဲ့သကဲ့သို့ပင်</w:t>
      </w:r>
      <w:r>
        <w:rPr>
          <w:rFonts w:ascii="Times New Roman" w:hAnsi="Times New Roman" w:eastAsia="Times New Roman" w:cs="Times New Roman"/>
        </w:rPr>
        <w:t xml:space="preserve"> </w:t>
      </w:r>
      <w:r>
        <w:rPr>
          <w:rFonts w:ascii="Myanmar Text" w:hAnsi="Myanmar Text" w:eastAsia="Myanmar Text" w:cs="Myanmar Text"/>
        </w:rPr>
        <w:t>ဖြစ်သည်။</w:t>
      </w:r>
      <w:r>
        <w:rPr>
          <w:rFonts w:ascii="Times New Roman" w:hAnsi="Times New Roman" w:eastAsia="Times New Roman" w:cs="Times New Roman"/>
        </w:rPr>
        <w:t>” Signs of the Times, May 6, 1897.</w:t>
      </w:r>
    </w:p>
    <w:p>
      <w:pPr>
        <w:pStyle w:val="ArticleBody"/>
        <w:jc w:val="left"/>
      </w:pPr>
      <w:r>
        <w:rPr>
          <w:rFonts w:ascii="Nirmala UI" w:hAnsi="Nirmala UI" w:eastAsia="Nirmala UI" w:cs="Nirmala UI"/>
        </w:rPr>
        <w:t>ꯑꯩꯈꯣꯏꯅ</w:t>
      </w:r>
      <w:r>
        <w:rPr>
          <w:rFonts w:ascii="Times New Roman" w:hAnsi="Times New Roman" w:eastAsia="Times New Roman" w:cs="Times New Roman"/>
        </w:rPr>
        <w:t xml:space="preserve"> </w:t>
      </w:r>
      <w:r>
        <w:rPr>
          <w:rFonts w:ascii="Nirmala UI" w:hAnsi="Nirmala UI" w:eastAsia="Nirmala UI" w:cs="Nirmala UI"/>
        </w:rPr>
        <w:t>ꯃꯇꯃꯗ</w:t>
      </w:r>
      <w:r>
        <w:rPr>
          <w:rFonts w:ascii="Times New Roman" w:hAnsi="Times New Roman" w:eastAsia="Times New Roman" w:cs="Times New Roman"/>
        </w:rPr>
        <w:t xml:space="preserve"> </w:t>
      </w:r>
      <w:r>
        <w:rPr>
          <w:rFonts w:ascii="Nirmala UI" w:hAnsi="Nirmala UI" w:eastAsia="Nirmala UI" w:cs="Nirmala UI"/>
        </w:rPr>
        <w:t>ꯃꯁꯤꯒꯤ</w:t>
      </w:r>
      <w:r>
        <w:rPr>
          <w:rFonts w:ascii="Times New Roman" w:hAnsi="Times New Roman" w:eastAsia="Times New Roman" w:cs="Times New Roman"/>
        </w:rPr>
        <w:t xml:space="preserve"> </w:t>
      </w:r>
      <w:r>
        <w:rPr>
          <w:rFonts w:ascii="Nirmala UI" w:hAnsi="Nirmala UI" w:eastAsia="Nirmala UI" w:cs="Nirmala UI"/>
        </w:rPr>
        <w:t>ꯋꯥꯔꯣꯜꯁꯤꯡ</w:t>
      </w:r>
      <w:r>
        <w:rPr>
          <w:rFonts w:ascii="Times New Roman" w:hAnsi="Times New Roman" w:eastAsia="Times New Roman" w:cs="Times New Roman"/>
        </w:rPr>
        <w:t xml:space="preserve"> </w:t>
      </w:r>
      <w:r>
        <w:rPr>
          <w:rFonts w:ascii="Nirmala UI" w:hAnsi="Nirmala UI" w:eastAsia="Nirmala UI" w:cs="Nirmala UI"/>
        </w:rPr>
        <w:t>ꯃꯈꯥꯗꯒꯤ</w:t>
      </w:r>
      <w:r>
        <w:rPr>
          <w:rFonts w:ascii="Times New Roman" w:hAnsi="Times New Roman" w:eastAsia="Times New Roman" w:cs="Times New Roman"/>
        </w:rPr>
        <w:t xml:space="preserve"> </w:t>
      </w:r>
      <w:r>
        <w:rPr>
          <w:rFonts w:ascii="Nirmala UI" w:hAnsi="Nirmala UI" w:eastAsia="Nirmala UI" w:cs="Nirmala UI"/>
        </w:rPr>
        <w:t>ꯑꯃꯒꯤ</w:t>
      </w:r>
      <w:r>
        <w:rPr>
          <w:rFonts w:ascii="Times New Roman" w:hAnsi="Times New Roman" w:eastAsia="Times New Roman" w:cs="Times New Roman"/>
        </w:rPr>
        <w:t xml:space="preserve"> </w:t>
      </w:r>
      <w:r>
        <w:rPr>
          <w:rFonts w:ascii="Nirmala UI" w:hAnsi="Nirmala UI" w:eastAsia="Nirmala UI" w:cs="Nirmala UI"/>
        </w:rPr>
        <w:t>ꯂꯤꯔꯤꯛꯇ</w:t>
      </w:r>
      <w:r>
        <w:rPr>
          <w:rFonts w:ascii="Times New Roman" w:hAnsi="Times New Roman" w:eastAsia="Times New Roman" w:cs="Times New Roman"/>
        </w:rPr>
        <w:t xml:space="preserve"> </w:t>
      </w:r>
      <w:r>
        <w:rPr>
          <w:rFonts w:ascii="Nirmala UI" w:hAnsi="Nirmala UI" w:eastAsia="Nirmala UI" w:cs="Nirmala UI"/>
        </w:rPr>
        <w:t>ꯃꯈꯥ</w:t>
      </w:r>
      <w:r>
        <w:rPr>
          <w:rFonts w:ascii="Times New Roman" w:hAnsi="Times New Roman" w:eastAsia="Times New Roman" w:cs="Times New Roman"/>
        </w:rPr>
        <w:t xml:space="preserve"> </w:t>
      </w:r>
      <w:r>
        <w:rPr>
          <w:rFonts w:ascii="Nirmala UI" w:hAnsi="Nirmala UI" w:eastAsia="Nirmala UI" w:cs="Nirmala UI"/>
        </w:rPr>
        <w:t>ꯆꯠꯊꯒꯅꯤ।</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သီချင်းပိုဒ် လေးဆယ်၏ ဖုံးကွယ်ထားသော သမိုင်း - နံပါတ် သုံးဆယ့်တစ်</dc:title>
  <dc:subject>Hezekieri Nhamba Gumi NeMbiri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