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Nhoroondo Yakavanzika yeNdima 40 - Nhamba 33</w:t>
      </w:r>
    </w:p>
    <w:p>
      <w:pPr>
        <w:pStyle w:val="ArticleSubtitle"/>
        <w:jc w:val="left"/>
      </w:pPr>
      <w:r>
        <w:rPr>
          <w:rFonts w:ascii="Arial" w:hAnsi="Arial" w:eastAsia="Arial" w:cs="Arial"/>
        </w:rPr>
        <w:t>Ezekieri Nhamba Gumi neina</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Muzvitsauko zvechina nezvechishanu zvaGenesi, nhoroondo yedzinza raKaini inosiyaniswa neyedzinza raSeti.</w:t>
      </w:r>
    </w:p>
    <w:p>
      <w:pPr>
        <w:pStyle w:val="ArticleHeading"/>
        <w:jc w:val="left"/>
      </w:pPr>
      <w:r>
        <w:rPr>
          <w:rFonts w:ascii="Arial" w:hAnsi="Arial" w:eastAsia="Arial" w:cs="Arial"/>
        </w:rPr>
        <w:t>Rameki Akanaka naRameki Akaipa</w:t>
      </w:r>
    </w:p>
    <w:p>
      <w:pPr>
        <w:pStyle w:val="ArticleBody"/>
        <w:jc w:val="left"/>
      </w:pPr>
      <w:r>
        <w:rPr>
          <w:rFonts w:ascii="Times New Roman" w:hAnsi="Times New Roman" w:eastAsia="Times New Roman" w:cs="Times New Roman"/>
        </w:rPr>
        <w:t>Madzinza maviri aya anomiririra musiyano uripo pakati pevakarasika nevakaponeswa, uye vamwe vezvizvarwa zvemadzinza maviri aya vanomiririra ‘zviratidzo zvezvizvarwa’ zvinofambirana zvemadzinza ari kusiyaniswa. Kaini anomiririra boka revanhu vasingapfidzi zvivi, asi vanongochema nokuda kwemamiriro avo pachavo.</w:t>
      </w:r>
    </w:p>
    <w:p>
      <w:pPr>
        <w:pStyle w:val="ArticleScripture"/>
        <w:jc w:val="left"/>
      </w:pPr>
      <w:r>
        <w:rPr>
          <w:rFonts w:ascii="Times New Roman" w:hAnsi="Times New Roman" w:eastAsia="Times New Roman" w:cs="Times New Roman"/>
        </w:rPr>
        <w:t>Zvino akati, Waiteiko? Inzwi reropa romunun’una wako rinodanidzira kwandiri richibva muvhu. Zvino watukwa kubva panyika, iyo yakavhura muromo wayo kuti igamuchire ropa romunun’una wako kubva paruoko rwako; Kana uchirima ivhu, harichazokupi simba raro; uchava mutizi nomudzungairi panyika. Kaini akati kuna Ishe, Chirango changu chakakura kupfuura chandingagona kutsungirira. Tarirai, nhasi mandidzinga kubva pamusoro penyika; uye ndichavanzwa kubva pachiso chenyu; ndichava mutizi nomudzungairi panyika; uye zvichaitika kuti munhu wose anondiwana achandiuraya. Ishe akati kwaari, Naizvozvo ani naani anouraya Kaini, kutsiva kuchaitwa paari kanomwe. Ishe akaisa chiratidzo paKaini, kuti ani naani amuwana arege kumuuraya. Kaini akabva pamberi paIshe, akandogara munyika yeNodhi, kumabvazuva kweEdheni. Genesi 4:10–16.</w:t>
      </w:r>
    </w:p>
    <w:p>
      <w:pPr>
        <w:pStyle w:val="ArticleBody"/>
        <w:jc w:val="left"/>
      </w:pPr>
      <w:r>
        <w:rPr>
          <w:rFonts w:ascii="Times New Roman" w:hAnsi="Times New Roman" w:eastAsia="Times New Roman" w:cs="Times New Roman"/>
        </w:rPr>
        <w:t>Kaini anomiririra boka revanhu vasingapfidzi vanongofunga nezvemamiriro avo anosuwisa, avakazviparira nokuramba kutsvaka kuita zvakanaka.</w:t>
      </w:r>
    </w:p>
    <w:p>
      <w:pPr>
        <w:pStyle w:val="ArticleScripture"/>
        <w:jc w:val="left"/>
      </w:pPr>
      <w:r>
        <w:rPr>
          <w:rFonts w:ascii="Times New Roman" w:hAnsi="Times New Roman" w:eastAsia="Times New Roman" w:cs="Times New Roman"/>
        </w:rPr>
        <w:t>Asi haana kufarira Kaini nechipiriso chake. Kaini akatsamwa kwazvo, chiso chake chikawunyana. Ishe akati kuna Kaini, Watsamwireiko? Uye chiso chako chawunyaneiko? Kana ukaita zvakanaka, haungagamuchirwi here? Asi kana usingaiti zvakanaka, chivi chakavandira pamukova. Uye chishuvo chacho chichava kwauri, uye iwe uchachitonga. Genesisi 4:5–7.</w:t>
      </w:r>
    </w:p>
    <w:p>
      <w:pPr>
        <w:pStyle w:val="ArticleHeading"/>
        <w:jc w:val="left"/>
      </w:pPr>
      <w:r>
        <w:rPr>
          <w:rFonts w:ascii="Arial" w:hAnsi="Arial" w:eastAsia="Arial" w:cs="Arial"/>
        </w:rPr>
        <w:t>Nzufu Nhanhatu—MaArifa Matatu neMaOmega Matatu</w:t>
      </w:r>
    </w:p>
    <w:p>
      <w:pPr>
        <w:pStyle w:val="ArticleBody"/>
        <w:jc w:val="left"/>
      </w:pPr>
      <w:r>
        <w:rPr>
          <w:rFonts w:ascii="Times New Roman" w:hAnsi="Times New Roman" w:eastAsia="Times New Roman" w:cs="Times New Roman"/>
        </w:rPr>
        <w:t>Muzvinyorwa zvakapfuura takaratidza Enoki sechiratidzo chengirozi yokutanga, Rameki sechiratidzo chengirozi yechipiri, Metusera sokudanidzira kwepakati pousiku uye Noa sechiratidzo chengirozi yechitatu. Rameki wedzinza raSeti akafa ava nemakore mazana manomwe namakumi manomwe namanomwe, makore mashanu pamberi pemafashamo akaitika pakafa Metusera. Kufa kwaRameki kwakateverwa, kwapera makore mashanu, nokufa kwaMetusera, uye naizvozvo kufa kwavo kunofananidzira kufa kwemudzimai waEzekieri, kwakazoteverwa, kwapera gore nechidimbu (1.5), nokufa kweJerusarema, mudzimai weGwayana.</w:t>
      </w:r>
    </w:p>
    <w:p>
      <w:pPr>
        <w:pStyle w:val="ArticleScripture"/>
        <w:jc w:val="left"/>
      </w:pPr>
      <w:r>
        <w:rPr>
          <w:rFonts w:ascii="Times New Roman" w:hAnsi="Times New Roman" w:eastAsia="Times New Roman" w:cs="Times New Roman"/>
        </w:rPr>
        <w:t>Uye ini Johane ndakaona guta dzvene, Jerusarema idzva, richiburuka kubva kudenga richibva kuna Mwari, rakagadzirirwa somwenga akashongedzerwa murume wake. Zvakazarurwa 21:2.</w:t>
      </w:r>
    </w:p>
    <w:p>
      <w:pPr>
        <w:pStyle w:val="ArticleBody"/>
        <w:jc w:val="left"/>
      </w:pPr>
      <w:r>
        <w:rPr>
          <w:rFonts w:ascii="Times New Roman" w:hAnsi="Times New Roman" w:eastAsia="Times New Roman" w:cs="Times New Roman"/>
        </w:rPr>
        <w:t>Nzufu dzearifa dzomudzimai waEzekieri nedzaRameki, dzinobatana nenzufu dzeomega dzeJerusarema nedzaMetusera, dzaifananidzira rufu rwaJohn Palaiologos, rwakazoteverwa makore mashanu gare gare norufu rwaConstantine wegumi nomumwe pamasvingo eConstantinople. Mutsetse waRameki unoratidza makore mashanu, uine nguva yemazuva manomwe yokutama kwemhuka pamugumo. Mutsetse weRoma yokumabvazuva unomiririra makore mashanu, uyewo nguva yemakore mana iri mukati menguva yose yemakore mashanu. Mutsetse waEzekieri unomiririra makore maviri uyewo gore rimwe nehafu (1.5). Mutsetse waEzekieri wokuparadzwa kweJerusarema neBhabhironi unoenderana nokuparadzwa kwechipiri kweJerusarema neRoma kubva muna 66 kusvikira muna 70. Mutsetse weRoma wokuparadzwa kweJerusarema unobudisa zvose nguva yemakore mana nenguva yemakore matatu nehafu. Mumwe nomumwe wemitsetse iyoyo mina yokufananidzira wakabudisa nguva dzokufananidzira, kwete imwe chete, asi mbiri, muuchapupu hwawo hwechiporofita.</w:t>
      </w:r>
    </w:p>
    <w:p>
      <w:pPr>
        <w:pStyle w:val="ArticleBody"/>
        <w:jc w:val="left"/>
      </w:pPr>
      <w:r>
        <w:rPr>
          <w:rFonts w:ascii="Times New Roman" w:hAnsi="Times New Roman" w:eastAsia="Times New Roman" w:cs="Times New Roman"/>
        </w:rPr>
        <w:t>Rameki, John Palaiologos nomudzimai waEzekieri vanomiririra chiratidzo chearifa chenhambo yenguva inopera norufu rweomega. Mitsetse miviri pamitatu inomiririra kukombwa kunopera norufu rwomunhu anoenderana nomutsetse mumwe nomumwe. Mumwe wacho unopera nokupinda kwemhuka muareka. Chiratidzo cheomega chinoenderana nechearifa chinowiriranisa mafashamo aNoa nokuparadzwa kweJerusarema uye nokuparadzwa kwemasvingo eConstantinople. Zviratidzo zvose zvitatu zveomega zvinomiririra kupera kwenguva yenyasha pakuuya kwomutemo weSvondo kuri pedyo.</w:t>
      </w:r>
    </w:p>
    <w:p>
      <w:pPr>
        <w:pStyle w:val="ArticleBody"/>
        <w:jc w:val="left"/>
      </w:pPr>
      <w:r>
        <w:rPr>
          <w:rFonts w:ascii="Times New Roman" w:hAnsi="Times New Roman" w:eastAsia="Times New Roman" w:cs="Times New Roman"/>
        </w:rPr>
        <w:t>Zvechokwadi, pakanga pasina kukombwa muuchapupu hweareka yaNoa, asi panofanira kunge paiva nemukwidza wokupinda nawo muareka. Kana mukwidza wokupakidza zvinhu uchionekwa seunofananidzira mukwidza wokukomba, ipapo zvapupu zvose zvitatu zverufu zvinoratidza kukombwa. Mumutsara wezviitiko zvokuparadzwa kweJerusarema neRoma kubva muna 66 kusvika muna 70, guta rakakombwa naCestius muna 66, rikakombwazve kechipiri naTitus muna 70.</w:t>
      </w:r>
    </w:p>
    <w:p>
      <w:pPr>
        <w:pStyle w:val="ArticleHeading"/>
        <w:jc w:val="left"/>
      </w:pPr>
      <w:r>
        <w:rPr>
          <w:rFonts w:ascii="Arial" w:hAnsi="Arial" w:eastAsia="Arial" w:cs="Arial"/>
        </w:rPr>
        <w:t>Makore Mana</w:t>
      </w:r>
    </w:p>
    <w:p>
      <w:pPr>
        <w:pStyle w:val="ArticleBody"/>
        <w:jc w:val="left"/>
      </w:pPr>
      <w:r>
        <w:rPr>
          <w:rFonts w:ascii="Times New Roman" w:hAnsi="Times New Roman" w:eastAsia="Times New Roman" w:cs="Times New Roman"/>
        </w:rPr>
        <w:t>Makore mana anoguma nokukombwa kweConstantinople muna 1453 anomiririra nguva yechipiri yemakore mana muuprofita hwechiIslam hwe“mwedzi mishanu” huri muna Zvakazarurwa chitsauko chepfumbamwe. Nguva yokutanga yemakore mana muuprofita hwe“mwedzi mishanu” yakatanga muna 1333 ikaguma muna 1337, pakukombwa kweNicomedia. Kukombwa ikoko kwakamiririrawo kuguma kwemakore makumi matatu nemasere kubva musi wa27 Chikunguru 1299. Kuparadzwa kweJerusarema kaviri, kuparadzwa kweConstantinople kamwe, mafashamo uye kukombwa kweNicomedia zvapupu zvishanu zvemushandirapamwe wehondo wePanium kubva mugore ra200 Kristu asati aberekwa kusvika mugore ra198 Kristu asati aberekwa, uyo waizova chapupu chechitanhatu, uye kune zvimwe zvinoverengeka.</w:t>
      </w:r>
    </w:p>
    <w:p>
      <w:pPr>
        <w:pStyle w:val="ArticleBody"/>
        <w:jc w:val="left"/>
      </w:pPr>
      <w:r>
        <w:rPr>
          <w:rFonts w:ascii="Times New Roman" w:hAnsi="Times New Roman" w:eastAsia="Times New Roman" w:cs="Times New Roman"/>
        </w:rPr>
        <w:t>Kuparadzwa kweJerusarema kwose kuri kuviri kunowiriraniswa zviri nyore, “mutsetse pamusoro pomutsetse.” Mafashamo nomutsetse weRoma yokuMabvazuva zvinowiriraniswa nenzufu dzearifa neomega dzinowanikwa pazvose zviri zviviri. Mushandirapamwe wehondo wePanium unowiriraniswa zvakananga nomutsetse waEzekieri wegore ra587 BC, nokuti nguva dzose dziri mbiri dzokukombwa dzinomiririra makore maviri. Panium inomiririrwa mundima yegumi neshanu yechitsauko chegumi nechimwe chaDhanieri, iyo inotangira ndima yegumi nenhanhatu inomiririra mutemo weSvondo wava pedyo nokuuya, sezvakangoitawo kuparadzwa kweJerusarema muna 586 BC nomuna 70 AD. Nguva yemakore maviri yehondo yePanium neyokukombwa kweSidhoni inopinza mumwe nomumwe wemitsetse iyi munhoroondo yakavanzika iri muna Dhanieri chitsauko chegumi nechimwe ndima yamakumi mana.</w:t>
      </w:r>
    </w:p>
    <w:p>
      <w:pPr>
        <w:pStyle w:val="ArticleHeading"/>
        <w:jc w:val="left"/>
      </w:pPr>
      <w:r>
        <w:rPr>
          <w:rFonts w:ascii="Arial" w:hAnsi="Arial" w:eastAsia="Arial" w:cs="Arial"/>
        </w:rPr>
        <w:t>Chiratidzo</w:t>
      </w:r>
    </w:p>
    <w:p>
      <w:pPr>
        <w:pStyle w:val="ArticleBody"/>
        <w:jc w:val="left"/>
      </w:pPr>
      <w:r>
        <w:rPr>
          <w:rFonts w:ascii="Times New Roman" w:hAnsi="Times New Roman" w:eastAsia="Times New Roman" w:cs="Times New Roman"/>
        </w:rPr>
        <w:t>Mucherechedzo wokutanga wechiporofita pakukombwa kweJerusarema panguva dzose dziri mbiri dzokuparadzwa kwaro unomirira chiratidzo; Cestius muna 66 norufu rwomudzimai waEzekieri zvose zvaiva zviratidzo zvearifa. Rameki ndiyewo mucherechedzo wokutanga, uye naizvozvo, pahwaro hwouchapupu hwevaviri, Rameki chiratidzowo. Zera rake remakore 777 rinomirira chiratidzo chekereke yakunda iyo inoumbwa nezvikamu zvitatu: muporofita, muprista namambo.</w:t>
      </w:r>
    </w:p>
    <w:p>
      <w:pPr>
        <w:pStyle w:val="ArticleScripture"/>
        <w:jc w:val="left"/>
      </w:pPr>
      <w:r>
        <w:rPr>
          <w:rFonts w:ascii="Times New Roman" w:hAnsi="Times New Roman" w:eastAsia="Times New Roman" w:cs="Times New Roman"/>
        </w:rPr>
        <w:t>Uyezve, ndakavapawo masabata angu, kuti ave chiratidzo pakati pangu navo, kuti vazive kuti ndini Ishe anovaita vatsvene. Ezekieri 20:12.</w:t>
      </w:r>
    </w:p>
    <w:p>
      <w:pPr>
        <w:pStyle w:val="ArticleHeading"/>
        <w:jc w:val="left"/>
      </w:pPr>
      <w:r>
        <w:rPr>
          <w:rFonts w:ascii="Arial" w:hAnsi="Arial" w:eastAsia="Arial" w:cs="Arial"/>
        </w:rPr>
        <w:t>Makore 300</w:t>
      </w:r>
    </w:p>
    <w:p>
      <w:pPr>
        <w:pStyle w:val="ArticleBody"/>
        <w:jc w:val="left"/>
      </w:pPr>
      <w:r>
        <w:rPr>
          <w:rFonts w:ascii="Times New Roman" w:hAnsi="Times New Roman" w:eastAsia="Times New Roman" w:cs="Times New Roman"/>
        </w:rPr>
        <w:t>Enoki, uyo akanga ari wechinomwe kubva kuna Adhamu mumutsara wedzinza raSeti, akafamba naMwari kwemakore 300 uye akatorwa akaendeswa kudenga. ‘300’ chiratidzo chemachati mazana matatu emapiyona egore ra1843, chevaparidzi mazana matatu veMillerite vaienderana nawo, uyewo cheuto raGidheoni revarume mazana matatu. Enoki, vaparidzi veMillerite nevarume mazana matatu vaGidheoni vanomiririra zviuru zana nemakumi mana nezvina. Samusoni akatora makava 300 akaasunga pamwe chete ari maviri maviri, nokudaro achiratidza 150 uyewo chiratidzo chezvakasungwa pamwe chete zvine uwandu hwemazana matatu.</w:t>
      </w:r>
    </w:p>
    <w:p>
      <w:pPr>
        <w:pStyle w:val="ArticleScripture"/>
        <w:jc w:val="left"/>
      </w:pPr>
      <w:r>
        <w:rPr>
          <w:rFonts w:ascii="Times New Roman" w:hAnsi="Times New Roman" w:eastAsia="Times New Roman" w:cs="Times New Roman"/>
        </w:rPr>
        <w:t>Zvino Samusoni akaenda, akabata makava mazana matatu, akatora mazhenje, akabatanidza miswe yawo miviri miviri, akaisa zhenje pakati pemiswe miviri. Akati atungidza mazhenje acho, akaaregedzera muzviyo zvavaFiristia zvakanga zvakamira, akapisa zvose mirwi yezvisote nezviyo zvakanga zvakamira, pamwe chete neminda yemizambiringa nemiorivhi. Vatongi 15:4, 5.</w:t>
      </w:r>
    </w:p>
    <w:p>
      <w:pPr>
        <w:pStyle w:val="ArticleBody"/>
        <w:jc w:val="left"/>
      </w:pPr>
      <w:r>
        <w:rPr>
          <w:rFonts w:ascii="Times New Roman" w:hAnsi="Times New Roman" w:eastAsia="Times New Roman" w:cs="Times New Roman"/>
        </w:rPr>
        <w:t>Uprofita huviri hwemwedzi mishanu pamusoro pechiIslam huri muchitsauko chechipfumbamwe chaZvakazarurwa hunoratidza “moto” ne“miswe” sezvinhu zvinozivisa chiIslam.</w:t>
      </w:r>
    </w:p>
    <w:p>
      <w:pPr>
        <w:pStyle w:val="ArticleScripture"/>
        <w:jc w:val="left"/>
      </w:pPr>
      <w:r>
        <w:rPr>
          <w:rFonts w:ascii="Times New Roman" w:hAnsi="Times New Roman" w:eastAsia="Times New Roman" w:cs="Times New Roman"/>
        </w:rPr>
        <w:t>Uye saizvozvo ndakaona mabhiza muchiratidzo, navakanga vakaatasva, vaiva nezvidzitiro zvechipfuva zvemoto, nezvehiyakindi, nezvesarufa: uye misoro yemabhiza yakanga yakaita semisoro yeshumba; uye mumiromo yawo makabuda moto noutsi nesarufa. Nezvitatu izvi chikamu chimwe muzvitatu chevanhu chakaurayiwa, nomoto, noutsi, nesarufa, izvo zvakabuda mumiromo yawo. Nokuti simba rawo riri mumiromo yawo, nomumiswe yawo: nokuti miswe yawo yakanga yakaita senyoka, uye yakanga ine misoro, uye ndiyo yaanokuvadza nayo. Zvakazarurwa 9:17–19.</w:t>
      </w:r>
    </w:p>
    <w:p>
      <w:pPr>
        <w:pStyle w:val="ArticleBody"/>
        <w:jc w:val="left"/>
      </w:pPr>
      <w:r>
        <w:rPr>
          <w:rFonts w:ascii="Times New Roman" w:hAnsi="Times New Roman" w:eastAsia="Times New Roman" w:cs="Times New Roman"/>
        </w:rPr>
        <w:t>Simba rechiIslam riri mumiromo yavo uyewo mumiswe yavo.</w:t>
      </w:r>
    </w:p>
    <w:p>
      <w:pPr>
        <w:pStyle w:val="ArticleScripture"/>
        <w:jc w:val="left"/>
      </w:pPr>
      <w:r>
        <w:rPr>
          <w:rFonts w:ascii="Times New Roman" w:hAnsi="Times New Roman" w:eastAsia="Times New Roman" w:cs="Times New Roman"/>
        </w:rPr>
        <w:t>Uye dzakanga dzine miswe yakafanana neyezvinyavada, uye mumiswe yadzo maiva nezvibayo: uye simba radzo raiva rokukuvadza vanhu kwemwedzi mishanu. Uye dzakanga dzine mambo aidzitonga, iye mutumwa wegomba rakadzikadzika, ane zita rokuti Abaddon mururimi rwechiHebheru, asi mururimi rwechiGiriki anonzi Apollyon. Zvakazarurwa 9:10, 11.</w:t>
      </w:r>
    </w:p>
    <w:p>
      <w:pPr>
        <w:pStyle w:val="ArticleBody"/>
        <w:jc w:val="left"/>
      </w:pPr>
      <w:r>
        <w:rPr>
          <w:rFonts w:ascii="Times New Roman" w:hAnsi="Times New Roman" w:eastAsia="Times New Roman" w:cs="Times New Roman"/>
        </w:rPr>
        <w:t>Simba rechiIslam rokutambudza nokuuraya riri mumiromo yavo uyewo mumiswe yavo, izvo zvinobuda mumiromo yavo nemumiswe yavo.</w:t>
      </w:r>
    </w:p>
    <w:p>
      <w:pPr>
        <w:pStyle w:val="ArticleScripture"/>
        <w:jc w:val="left"/>
      </w:pPr>
      <w:r>
        <w:rPr>
          <w:rFonts w:ascii="Times New Roman" w:hAnsi="Times New Roman" w:eastAsia="Times New Roman" w:cs="Times New Roman"/>
        </w:rPr>
        <w:t>Naizvozvo Ishe achagura kubva pakati paIsraeri musoro nomuswe, davi nenhokwe, nezuva rimwe chete. Mukweguru anokudzwa ndiye musoro; uye muprofita anodzidzisa nhema ndiye muswe. Nokuti vatungamiriri vevanhu ava vanovatsausa; uye vanotungamirirwa navo vanoparadzwa. Isaya 9:14–16.</w:t>
      </w:r>
    </w:p>
    <w:p>
      <w:pPr>
        <w:pStyle w:val="ArticleBody"/>
        <w:jc w:val="left"/>
      </w:pPr>
      <w:r>
        <w:rPr>
          <w:rFonts w:ascii="Times New Roman" w:hAnsi="Times New Roman" w:eastAsia="Times New Roman" w:cs="Times New Roman"/>
        </w:rPr>
        <w:t>ChiIslam naIsraeri zvakabatana muuporofita, sezvo vose vari vana vaAbrahama, uye mumutsara mumwe nomumwe “musoro” ndiye “mukuru uye anokudzwa” uye “muswe” ndiye “muporofita anodzidzisa nhema.” MuchiIslam, muporofita wekare akadzidzisa nhema ndiMohammed. Korani inomiririra nhema dzinokurudzira mhashu dzechiIslam, uye mukuru anokudzwa ndiye utungamiriri hwavo hwezvematongerwo enyika. ChiIslam chinotungamirirwa neunyanzvi hwokutonga nyika (muromo), hunokurudzirwa nenhema dzeKorani (muswe). Makava mazana matatu aSamusoni akakamurwa kuita mapoka maviri emwedzi mishanu achazotambudza nokuuraya nomoto, noutsi nesarufa.</w:t>
      </w:r>
    </w:p>
    <w:p>
      <w:pPr>
        <w:pStyle w:val="ArticleHeading"/>
        <w:jc w:val="left"/>
      </w:pPr>
      <w:r>
        <w:rPr>
          <w:rFonts w:ascii="Arial" w:hAnsi="Arial" w:eastAsia="Arial" w:cs="Arial"/>
        </w:rPr>
        <w:t>Moto, Utsi neSarufa</w:t>
      </w:r>
    </w:p>
    <w:p>
      <w:pPr>
        <w:pStyle w:val="ArticleBody"/>
        <w:jc w:val="left"/>
      </w:pPr>
      <w:r>
        <w:rPr>
          <w:rFonts w:ascii="Times New Roman" w:hAnsi="Times New Roman" w:eastAsia="Times New Roman" w:cs="Times New Roman"/>
        </w:rPr>
        <w:t>Moto, utsi nesarufa zvine zvimiro zvouprofita zvengirozi nhatu. Chokutanga nechokupedzisira imhando dzemoto. Mudzi wezwi rokuti “sarufa” unomirira kupenya kwoumwari. Moto chiratidzo cheshoko; utsi mugumisiro weshoko racho uye sarufa inoratidza kuti shoko racho nderechitendero. Zvose zviri zvitatu ndezvokunyepedzera zvinotevedzera shoko rechokwadi rengirozi nhatu dzomuna Zvakazarurwa chitsauko chegumi nechina. Chidzitiro chechipfuva chesimbi chinoratidzwa somoto, hiakindi nesarufa. Chinonyepedzera kuva chidzitiro chechipfuva chemupristi mukuru. Chidzitiro chechipfuva chemupristi mukuru chinomirira vanhu zviuru zana namakumi mana nezvina sematombo anokosha gumi nemaviri ari vanhu, akabatanidzwa naHumwari, hunomiririrwa neUrimi neTumimi. Hiakindi yekare yaiva noruvara rwebhuruu rakasviba richida kuva dema, kana rwepepuru yakasviba. Hiakindi yechidzitiro chechipfuva cheIslam inoenderana noutsi hunobuda mumiromo (hurumende) nomumiswe (chechi) yeIslam.</w:t>
      </w:r>
    </w:p>
    <w:p>
      <w:pPr>
        <w:pStyle w:val="ArticleBody"/>
        <w:jc w:val="left"/>
      </w:pPr>
      <w:r>
        <w:rPr>
          <w:rFonts w:ascii="Times New Roman" w:hAnsi="Times New Roman" w:eastAsia="Times New Roman" w:cs="Times New Roman"/>
        </w:rPr>
        <w:t>Kutorwa kwaEnoki kuendeswa kudenga pashure pokufamba naMwari kwemakore 300 kunobatanidza nhamba 300 neshoko remutumwa wokutanga rakasvika muna 1798. Shoko iroro remutumwa wokutanga rakapiwa simba musi wa11 Nyamavhuvhu 1840, nokuzadzika kweuprofita hwemwedzi mishanu huri muna Zvakazarurwa chitsauko chepfumbamwe. Nguva mbiri dzemwedzi mishanu dziri muchitsauko ichi dzakasungwa pamwe chete, mutsetse pamusoro pomutsetse. Zvakangozivikanwa munguva ichangopfuura kuti mwedzi mishanu yomundima yechishanu neyomundima yegumi inguva mbiri dzakasiyana dzemakore zana nemakumi mashanu imwe neimwe. Pakazivikanwa chokwadi ichocho, Samusoni akasunga makava pamwe chete kuita mapoka zana nemakumi mashanu, rimwe nerimwe riine makava maviri.</w:t>
      </w:r>
    </w:p>
    <w:p>
      <w:pPr>
        <w:pStyle w:val="ArticleBody"/>
        <w:jc w:val="left"/>
      </w:pPr>
      <w:r>
        <w:rPr>
          <w:rFonts w:ascii="Times New Roman" w:hAnsi="Times New Roman" w:eastAsia="Times New Roman" w:cs="Times New Roman"/>
        </w:rPr>
        <w:t>Munhoroondo youprofita yaSamusoni, (zita rinoreva kuti “zuva”), “utsi” hwakabuda mugomba apo kiyi yaifananidzirwa nehondo yeNinivhe hwakafukidza zuva nerima. Vateveri vaMiller vakadudzira zvakarurama kufukidzwa kwezuva noutsi hwegomba rechiIslam sokufukidzwa kweevhangeri yaKristu, iyo inomiririrwa nezuva (Samusoni). Panewo zvimwe zvinhu zvakati wandei zvinobatanidza uchapupu hwaSamusoni nechiIslam chinotaurwa muna Zvakazarurwa zvitsauko zvipfumbamwe kusvika kugumi nechimwe.</w:t>
      </w:r>
    </w:p>
    <w:p>
      <w:pPr>
        <w:pStyle w:val="ArticleBody"/>
        <w:jc w:val="left"/>
      </w:pPr>
      <w:r>
        <w:rPr>
          <w:rFonts w:ascii="Times New Roman" w:hAnsi="Times New Roman" w:eastAsia="Times New Roman" w:cs="Times New Roman"/>
        </w:rPr>
        <w:t>Nhamba nhatu inoonekwa munhoroondo yaSamusoni mumazuva matatu ayo vaenzi vemuchato vaifanira kududzira chirahwe. Samusoni anodyidzana nevakadzi vatatu: mudzimai wake wekuTimina, pfambi uye Dherira. Mweya waIshe unouya pamusoro paSamusoni katatu: pachiitiko cheshumba, kuAshikeroni uye kuRehi. Samusoni anopa Dherira mhinduro nhatu dzenhema asati amuudza chokwadi. Nhamba nhatu inomirira humwari, pamwe chete nehumwari hwekunyepedzera hunoumbwa neshato, nechikara uye nemuprofita wenhema, uyewo kuumbwa kwekereke yakunda nezvikamu zvitatu.</w:t>
      </w:r>
    </w:p>
    <w:p>
      <w:pPr>
        <w:pStyle w:val="ArticleBody"/>
        <w:jc w:val="left"/>
      </w:pPr>
      <w:r>
        <w:rPr>
          <w:rFonts w:ascii="Times New Roman" w:hAnsi="Times New Roman" w:eastAsia="Times New Roman" w:cs="Times New Roman"/>
        </w:rPr>
        <w:t>Makumi matatu inhamba yomuprista, uye pakanga paine vaperekedzi makumi matatu vakaunzwa kumabiko omuchato waSamusoni. Ipapo Samusoni akabheja kuti aizopa vaeni machira makumi matatu nenguvo makumi matatu kana vaikwanisa kududzira chirahwe. Chirahwe chake pachakabudiswa pachena nokumutengesa, Samusoni akauraya varume makumi matatu veAshikeroni kuti aripe mubhejo. Nhamba yemakumi matatu ndicho chegumi chouporofita chenhamba 300, uye, zvichienderana nokufamba kwaEnoki naMwari kwemakore mazana matatu, makava mazana matatu ayo Samusoni akabata akasunga pamwechete ari maviri maviri kuita mapoka zana nemakumi mashanu anobatana nezviporofita zviviri zvemwedzi mishanu zviri muna Zvakazarurwa chitsauko chepfumbamwe, izvo zvinobatanidzwa pamwechete nenzira yomutsetse pamusoro pomutsetse. Mazana matatu ndicho chegumi chouporofita chezviuru zvitatu, uye zviuru zvitatu zvinomiririra vakasara, vangava vakasara vakarurama sezvavanomiririrwa nevakatendeuka paPendekosti, kana vakasara vasina kururama sezvavanomiririrwa nevakaurayiwa nevaRevhi pakupanduka kwakaitika panyaya yemhuru yendarama.</w:t>
      </w:r>
    </w:p>
    <w:p>
      <w:pPr>
        <w:pStyle w:val="ArticleBody"/>
        <w:jc w:val="left"/>
      </w:pPr>
      <w:r>
        <w:rPr>
          <w:rFonts w:ascii="Times New Roman" w:hAnsi="Times New Roman" w:eastAsia="Times New Roman" w:cs="Times New Roman"/>
        </w:rPr>
        <w:t>Kupanduka kwakaitika pakunamatwa kwemhuru yendarama nevakatendeuka paPendekosti zvose zvinowirirana nenzira yechiporofita panguva yomutemo weSvondo wava kuda kuuya. Rimwe boka revakasara rinomiririra vakasara vanobva pakati pevanhu vesungano yaMwari uye vakasara vanobva kune vari kunze kwedanga revanhu vesungano yaMwari. Kutaurwa kwokutanga kwezviuru zvitatu muuchapupu hwaSamusoni kunoreva vaJudha vakatapa Samusoni kuti vanyaradze vaFirisitia, uye kwechipiri kunoreva vaFirisitia. Kutongwa kunotanga paimba yaMwari, kwozotevera kuvashandi veawa yegumi neimwe vachiri muBhabhironi. Uchapupu hwaSamusoni hunotsigira chiratidzo chezviuru zvitatu sechinomiririra vakasara, uye hunotsigirawo nhevedzano yemaitirwo okutongwa. Enoki akafamba naMwari kwemakore mazana matatu, nokudaro achimiririra vakasara vevanhu vesungano yaMwari vasingaraviri rufu. Vakasara ivavo ndivo zviuru zana nemakumi mana nezvina avo, muchitsauko chechinomwe chaZvakazarurwa, vanosiyaniswa nechaunga chikuru.</w:t>
      </w:r>
    </w:p>
    <w:p>
      <w:pPr>
        <w:pStyle w:val="ArticleBody"/>
        <w:jc w:val="left"/>
      </w:pPr>
      <w:r>
        <w:rPr>
          <w:rFonts w:ascii="Times New Roman" w:hAnsi="Times New Roman" w:eastAsia="Times New Roman" w:cs="Times New Roman"/>
        </w:rPr>
        <w:t>Chegumi che300 i30, nhamba inova chiratidzo chemupristi, uyezve, nhamba inoti tatu, sechegumi chemakumi matatu, inomiririra humwari, pamwe chete nehumwari hwenhema hweshato, chikara nomuprofita wenhema. Nhamba inoti tatu inomiririrawo kupatsanurwa kwekereke inokunda kuita zvikamu zvitatu, kunomiririrwa naMambo Dhavhidhi, akatanga kutonga aine makore makumi matatu, mupristi Josefa, akatanga kushumira aine makore makumi matatu, uye muprofita nomupristi Ezekieri, akatanga makore ake makumi maviri namaviri oushumiri mugore rechimakumi matatu redenderedzwa rejubheri rechigumi nenomwe. Somupristi, angadai aiva nemakore makumi matatu.</w:t>
      </w:r>
    </w:p>
    <w:p>
      <w:pPr>
        <w:pStyle w:val="ArticleBody"/>
        <w:jc w:val="left"/>
      </w:pPr>
      <w:r>
        <w:rPr>
          <w:rFonts w:ascii="Times New Roman" w:hAnsi="Times New Roman" w:eastAsia="Times New Roman" w:cs="Times New Roman"/>
        </w:rPr>
        <w:t>Chimwe nechimwe chezvinhu zvitatu zvokufananidzira zvinomiririrwa somuprofita, muprista namambo chinogamuchira chisimbiso chaMwari cheSabata rezuva rechinomwe pamucherechedzo wenzira unoratidza kutanga kwekukombwa. Zvapupu zviviri zverufu, pamwe chete nechapupu chechipiri chokuparadzwa kweJerusarema mugore ra66, zvinopa zvapupu zvitatu zvinopupurira kuti mucherechedzo wenzira wokukombwa ‘chiratidzo.’</w:t>
      </w:r>
    </w:p>
    <w:p>
      <w:pPr>
        <w:pStyle w:val="ArticleHeading"/>
        <w:jc w:val="left"/>
      </w:pPr>
      <w:r>
        <w:rPr>
          <w:rFonts w:ascii="Arial" w:hAnsi="Arial" w:eastAsia="Arial" w:cs="Arial"/>
        </w:rPr>
        <w:t>Chiratidzo cheShanduko</w:t>
      </w:r>
    </w:p>
    <w:p>
      <w:pPr>
        <w:pStyle w:val="ArticleBody"/>
        <w:jc w:val="left"/>
      </w:pPr>
      <w:r>
        <w:rPr>
          <w:rFonts w:ascii="Times New Roman" w:hAnsi="Times New Roman" w:eastAsia="Times New Roman" w:cs="Times New Roman"/>
        </w:rPr>
        <w:t>Panotanga kukombwa, kereke yaMwari yakunda, ine zvikamu zvitatu, inoiswa chisimbiso, sezvainofananidzirwa naRameki. Kufa kwomudzimai waEzekieri kunoratidza kuti pachiratidzo ichocho chaicho chemunzira vanhu vaimbova vesungano vanenge vapfuurwa zvachose. Chiratidzo ichi chemunzira chinoratidza kushanduka kubva kuRaodhikia kuenda kuFiradherifia, uko kunofananidzirwawo nokushanduka kwekereke iri muhondo ichiva kereke yakunda, nokudaro ichiva kereke yechisere iri imwe yedziya nomwe. Chiratidzo ichocho chemunzira, munhoroondo yevaMiller yengirozi yechitatu yakabvira musi wa22 Gumiguru 1844 kusvikira pakumukira kwa1863, chaimiririra nguva ya1856 apo James naEllen White vose vakatanga kuzivisa bato iri sebato reRaodhikia. Muna 1856 bato revaMiller reFiradherifia rakashanduka rikava bato revaMiller reRaodhikia. Makore manomwe gare gare, bato revaMiller reRaodhikia rakaguma apo bato iri rakava kereke yevaAdventist veZuva reChinomwe yeRaodhikia.</w:t>
      </w:r>
    </w:p>
    <w:p>
      <w:pPr>
        <w:pStyle w:val="ArticleBody"/>
        <w:jc w:val="left"/>
      </w:pPr>
      <w:r>
        <w:rPr>
          <w:rFonts w:ascii="Times New Roman" w:hAnsi="Times New Roman" w:eastAsia="Times New Roman" w:cs="Times New Roman"/>
        </w:rPr>
        <w:t>Mucherechedzo iwoyo wepanzira unofananidzirwawo negore ra313, pakaguma kereke yeSmyrna, ikatanga kereke yePergamus. Kana zvichitariswa pamwe chete, shanduko yemuna 1856 kubva kuPhiladelphia yakarurama kuenda kuLaodicea isina kururama inowirirana nesh anduko yemuna 313 kubva kuSmyrna yakarurama kuenda kuPergamus isina kururama, uye nguva chaiyo yeshanduko iyi inoratidzawo kuti mucherechedzo uyu wepanzira chiratidzo. Kukomba kunotanga nechiratidzo, sezvinosimbiswa nezvapupu zvinoverengeka. Sangano remutumwa wechitatu, rinoumbwa nezviuru zana nemakumi mana nezvina, parinoiswa chisimbiso pakufa kwaLamech, ivo vanoiswa chisimbiso uye vanobatanidzwa zvakakwana pavanosimudzwa semureza, nokuti mucherechedzo wepanzira wokutanga wechimiro chechiporofita chokukomba chiratidzo.</w:t>
      </w:r>
    </w:p>
    <w:p>
      <w:pPr>
        <w:pStyle w:val="ArticleBody"/>
        <w:jc w:val="left"/>
      </w:pPr>
      <w:r>
        <w:rPr>
          <w:rFonts w:ascii="Times New Roman" w:hAnsi="Times New Roman" w:eastAsia="Times New Roman" w:cs="Times New Roman"/>
        </w:rPr>
        <w:t>Kufa kwaJohn Palaiologos kunoratidza mucherechedzo wechiIslam, apo chiIslam chinomanikidza Roma yokumabvazuva kuzviisa pasi pacho. Kukombwa nokuparadzwa kweJerusarema zvinopa zvapupu zviviri zveBhabhironi neRoma. Nguva yaEzekieri yegore rimwe nehafu inomirira vaRaodhikia vakaramba kuona nokunzwa shoko renyevero rokuti vaizoendeswa kuutapwa hwamambo wokumusoro. Chiratidzo chaCestius chinomirira vaFiradherifia vanopukunyuka mambo wokumusoro. Zviratidzo zviviri izvozvo zvinotaura nezveshoko rouprofita remukati, sezvinoitawo nhamba yaRameki inoti 777. Mutsara pamusoro pomutsara, boka rimwe rinoendeswa kuutapwa panguva yokukombwa, uye rimwe boka rinopukunyuka kubva muruoko rwamambo wokumusoro.</w:t>
      </w:r>
    </w:p>
    <w:p>
      <w:pPr>
        <w:pStyle w:val="ArticleBody"/>
        <w:jc w:val="left"/>
      </w:pPr>
      <w:r>
        <w:rPr>
          <w:rFonts w:ascii="Times New Roman" w:hAnsi="Times New Roman" w:eastAsia="Times New Roman" w:cs="Times New Roman"/>
        </w:rPr>
        <w:t>Rufu rwaJohn Palaiologos runomiririra shoko reuprofita rekunze nokuratidza basa reIslam pachiratidzo chenzira apo avo vanomiririrwa naLamech vanoiswa chisimbiso. Vaya vanopukunyuka nevaya vanotapwa pakukombwa nokuparadzwa kweJerusarema vanosimbisa kuti pachiratidzo chenzira chearifa chenguva yeuprofita yokukombwa ndipo panobuda hunhu pachena. Mapoka maviri iwayo anomiririrwa nevanhu vaviri vanonzi Lamech. Rimwe boka rinopa Nashville yambiro, uye rimwe boka rinoramba.</w:t>
      </w:r>
    </w:p>
    <w:p>
      <w:pPr>
        <w:pStyle w:val="ArticleScripture"/>
        <w:jc w:val="left"/>
      </w:pPr>
      <w:r>
        <w:rPr>
          <w:rFonts w:ascii="Times New Roman" w:hAnsi="Times New Roman" w:eastAsia="Times New Roman" w:cs="Times New Roman"/>
        </w:rPr>
        <w:t>Zvino Jehovha akati kwaari, Naizvozvo ani naani anouraya Kaini achatsiviwa kanomwe. Uye Jehovha akaisa chiratidzo pana Kaini, kuti ani naani anomuwana arege kumuuraya. Genesi 4:15.</w:t>
      </w:r>
    </w:p>
    <w:p>
      <w:pPr>
        <w:pStyle w:val="ArticleHeading"/>
        <w:jc w:val="left"/>
      </w:pPr>
      <w:r>
        <w:rPr>
          <w:rFonts w:ascii="Arial" w:hAnsi="Arial" w:eastAsia="Arial" w:cs="Arial"/>
        </w:rPr>
        <w:t>Chiratidzo Chokupanduka</w:t>
      </w:r>
    </w:p>
    <w:p>
      <w:pPr>
        <w:pStyle w:val="ArticleBody"/>
        <w:jc w:val="left"/>
      </w:pPr>
      <w:r>
        <w:rPr>
          <w:rFonts w:ascii="Times New Roman" w:hAnsi="Times New Roman" w:eastAsia="Times New Roman" w:cs="Times New Roman"/>
        </w:rPr>
        <w:t>Kaini akagamuchira mucherechedzo wokupanduka kwake. Mucherechedzo wokupanduka kwake wainzwisiswa seyambiro kuvanhu yokuti kana vaizouraya Kaini, vaizogamuchira mutongo waMwari wakapetwa kanomwe. Mune imwe pfungwa, mucherechedzo uyu unogona kunzwisiswa senzira yaMwari yokudzivirira Kaini, asi maererano nouporofita unoenderana nomucherechedzo wokupanduka unopa yambiro uri mubhuku rokupedzisira reBhaibheri. Mucherechedzo wechikara uri mubhuku reOmega raZvakazarurwa wakanga wafananidzirwa nomucherechedzo wokupanduka waKaini uri mubhuku reArifa raGenesisi. Yambiro inorehwa nomucherechedzo waKaini ndeyokuti vose vanoratidza hunhu hwakafanana nohwaKaini vaizorambwawo nokutongwa naMwari. Mucherechedzo waiva pana Kaini unoenderana nomucherechedzo wechikara, uye yambiro yacho inosimbisa murayiro wokuti vanhu vasatevedzera kupanduka kwaKaini kwokuuraya hama yake, uko muna Zvakazarurwa kunomiririrwa somufananidzo wechikara. Kutevedzera zvakaitwa naKaini kuumba mufananidzo waKaini. Kaini akapiwa mutongo wokurangwa wakapetwa kanomwe, uye muchizvarwa chechitanhatu kubva kuna Kaini, Rameki akaziva kuti akanga adzokorora chivi chababa vake, asi kuti mutongo wake waizova wemakumi manomwe akapetwa kanomwe.</w:t>
      </w:r>
    </w:p>
    <w:p>
      <w:pPr>
        <w:pStyle w:val="ArticleScripture"/>
        <w:jc w:val="left"/>
      </w:pPr>
      <w:r>
        <w:rPr>
          <w:rFonts w:ascii="Times New Roman" w:hAnsi="Times New Roman" w:eastAsia="Times New Roman" w:cs="Times New Roman"/>
        </w:rPr>
        <w:t>Zvino Rameki akati kuvakadzi vake, Adha naZira, Inzwai inzwi rangu; imi vakadzi vaRameki, teererai mashoko angu: nokuti ndakauraya murume nokuda kwokundikuvadza kwake, nejaya nokuda kwokundirwadzisa kwaro. Kana Kaini achizotsiviwa kanomwe, zvirokwazvo Rameki achatsiviwa kane makumi manomwe nekanomwe. Genesi 4:23, 24.</w:t>
      </w:r>
    </w:p>
    <w:p>
      <w:pPr>
        <w:pStyle w:val="ArticleBody"/>
        <w:jc w:val="left"/>
      </w:pPr>
      <w:r>
        <w:rPr>
          <w:rFonts w:ascii="Times New Roman" w:hAnsi="Times New Roman" w:eastAsia="Times New Roman" w:cs="Times New Roman"/>
        </w:rPr>
        <w:t>Ndima yapfuura ndiyo yokutanga pazviitiko zvitatu chete apo nhamba dziri muShoko raMwari dzinoratidzwa nenzira yokuwanza. Chokupedzisira chakafanana nechokutanga.</w:t>
      </w:r>
    </w:p>
    <w:p>
      <w:pPr>
        <w:pStyle w:val="ArticleScripture"/>
        <w:jc w:val="left"/>
      </w:pPr>
      <w:r>
        <w:rPr>
          <w:rFonts w:ascii="Times New Roman" w:hAnsi="Times New Roman" w:eastAsia="Times New Roman" w:cs="Times New Roman"/>
        </w:rPr>
        <w:t>Ipapo Petro akauya kwaari, akati, Ishe, hama yangu inganditadzira kangani, ini ndichimukanganwira? Kusvikira kanomwe here? Jesu akati kwaari, Handiti kwauri, kusvikira kanomwe; asi, kusvikira makumi manomwe akapetwa kanomwe. Mateo 18:21, 22.</w:t>
      </w:r>
    </w:p>
    <w:p>
      <w:pPr>
        <w:pStyle w:val="ArticleBody"/>
        <w:jc w:val="left"/>
      </w:pPr>
      <w:r>
        <w:rPr>
          <w:rFonts w:ascii="Times New Roman" w:hAnsi="Times New Roman" w:eastAsia="Times New Roman" w:cs="Times New Roman"/>
        </w:rPr>
        <w:t>Makumi manomwe akapetwa kanomwe anoita mazana mana nemakumi mapfumbamwe, uye munhoroondo tsvene mune nhambo nhatu dzine makore mazana mana nemakumi mapfumbamwe imwe neimwe, uye imwe neimwe inomirira nguva yokuedzwa. Makore mazana mana nemakumi mapfumbamwe anomiririrwa nokuda kwenzvimbo tsvene, nokuda kwemadzimambo uye nokuda kweuto. Nhambo yemadzimambo yakatanga nokuzodzwa kwaSauro mugore ra1097 Kristu asati aberekwa, ikaramba ichienderera kusvikira pakukomba kwaNebhukadhinezari kokutanga, apo Dhanieri akatapwa mugore ra607 Kristu asati aberekwa.</w:t>
      </w:r>
    </w:p>
    <w:p>
      <w:pPr>
        <w:pStyle w:val="ArticleBody"/>
        <w:jc w:val="left"/>
      </w:pPr>
      <w:r>
        <w:rPr>
          <w:rFonts w:ascii="Times New Roman" w:hAnsi="Times New Roman" w:eastAsia="Times New Roman" w:cs="Times New Roman"/>
        </w:rPr>
        <w:t>Makore mazana mana nemakumi mapfumbamwe enguva yokuedzwa yakanga yatemerwa nzvimbo tsvene akatanga pakutsaurwa kwetemberi yaSoromoni muna 1006 Kristu asati aberekwa, akaenderera mberi kusvikira pakutsaurwa kwetemberi yepashure poutapwa muna 516 Kristu asati aberekwa. Kana iri hondo, makore mazana mana nemakumi mapfumbamwe acho akabva muna 457 Kristu asati aberekwa kusvikira muna 34 Kristu aberekwa.</w:t>
      </w:r>
    </w:p>
    <w:p>
      <w:pPr>
        <w:pStyle w:val="ArticleBody"/>
        <w:jc w:val="left"/>
      </w:pPr>
      <w:r>
        <w:rPr>
          <w:rFonts w:ascii="Times New Roman" w:hAnsi="Times New Roman" w:eastAsia="Times New Roman" w:cs="Times New Roman"/>
        </w:rPr>
        <w:t>Kubva pashoko renyevero yomutongo wokutsiviwa kanomwe uye pachiratidzo zvakapiwa Kaini, kusvikira pakutsiviwa kwaRameki makumi manomwe akapetwa kanomwe, kunomiririra nguva yokuedzwa yokufananidzira yemakore mazana mana nemakumi mapfumbamwe. Kupandukira kunomiririrwa nechiratidzo chaKaini kunoratidzwa kuchiramba kuchiwedzera, zvichienderana nechikonzero chakaita kuti Mwari atumire mafashamo.</w:t>
      </w:r>
    </w:p>
    <w:p>
      <w:pPr>
        <w:pStyle w:val="ArticleScripture"/>
        <w:jc w:val="left"/>
      </w:pPr>
      <w:r>
        <w:rPr>
          <w:rFonts w:ascii="Times New Roman" w:hAnsi="Times New Roman" w:eastAsia="Times New Roman" w:cs="Times New Roman"/>
        </w:rPr>
        <w:t>Uye Mwari akaona kuti uipi hwomunhu hwakanga hwakakura kwazvo panyika, uye kuti ndangariro dzose dzemifungo yomwoyo wake dzakanga dzakaipa bedzi nguva dzose. Uye Ishe akazvidemba kuti akanga aita munhu panyika, uye zvakamurwadza mumwoyo make. Uye Ishe akati, Ndichaparadza munhu wandakasika, abve pachiso chenyika; munhu pamwe chete nemhuka, nezvinokambaira, neshiri dzedenga; nokuti ndinozvidemba kuti ndakazviita. Genesisi 6:5–7.</w:t>
      </w:r>
    </w:p>
    <w:p>
      <w:pPr>
        <w:pStyle w:val="ArticleBody"/>
        <w:jc w:val="left"/>
      </w:pPr>
      <w:r>
        <w:rPr>
          <w:rFonts w:ascii="Times New Roman" w:hAnsi="Times New Roman" w:eastAsia="Times New Roman" w:cs="Times New Roman"/>
        </w:rPr>
        <w:t>Rameki wechizvarwa chechitanhatu chaKaini anoratidzwa somumiririri weboka revapanduki rakaiswa chiratidzo, achisiyaniswa naRameki wedzinza raSeti. Uchapupu hwaRameki ava vaviri hunoratidza kupera kwenguva yenyasha: hwomumwe nokutaurwa kwenhamba 490, uye hwomumwe nokufa kwake. Uchapupu hwose huri huviri hune zvirevo zvokufananidzira zvenhamba zvine chokuita zvakananga nechimiro chine zvikamu zvitatu chekereke inokunda. Rameki wedzinza raKaini anoenderana nenhambo nhatu dzemakore 490 imwe neimwe dzine chokuita nemadzimambo, nenzvimbo tsvene uye neuto, uye Rameki wedzinza raSeti ane chisimbiso chenhamba nomwe chomuporofita, muprista namambo. Rameki wedzinza raSeti ndiye wechipiri wengirozi nhatu dzomuna Zvakazarurwa chitsauko chegumi nechina, uye Rameki wedzinza raKaini ndiye ngirozi yechitatu inopa yambiro pamusoro pechikara, mufananidzo wacho, chiratidzo uye nhamba yezita racho. Zvakazarurwa chitsauko chegumi nechina, ndima 9/11 dzinoratidza vaya vanogamuchira chituko chaKaini.</w:t>
      </w:r>
    </w:p>
    <w:p>
      <w:pPr>
        <w:pStyle w:val="ArticleScripture"/>
        <w:jc w:val="left"/>
      </w:pPr>
      <w:r>
        <w:rPr>
          <w:rFonts w:ascii="Times New Roman" w:hAnsi="Times New Roman" w:eastAsia="Times New Roman" w:cs="Times New Roman"/>
        </w:rPr>
        <w:t>Uye mutumwa wechitatu akavatevera, achiti nenzwi guru, Kana munhu upi noupi akanamata chikara nomufananidzo wacho, uye akagamuchira mucherechedzo wacho pahuma yake, kana paruoko rwake, iyeye achanwa waini yokutsamwa kwaMwari, yakadururwa isina kusanganiswa mumukombe wehasha dzake; uye achatambudzwa nomoto nesarufa pamberi pavatumwa vatsvene, napamberi peGwayana: Uye utsi hwokutambudzwa kwavo hunokwira nokusingaperi-peri: uye havana zororo masikati kana usiku, ivo vanonamata chikara nomufananidzo wacho, uye ani naani anogamuchira mucherechedzo wezita racho. Zvakazarurwa 14:9–11.</w:t>
      </w:r>
    </w:p>
    <w:p>
      <w:pPr>
        <w:pStyle w:val="ArticleBody"/>
        <w:jc w:val="left"/>
      </w:pPr>
      <w:r>
        <w:rPr>
          <w:rFonts w:ascii="Times New Roman" w:hAnsi="Times New Roman" w:eastAsia="Times New Roman" w:cs="Times New Roman"/>
        </w:rPr>
        <w:t>Zvakazarurwa 15:2 inoratidza kuti avo vanomiririrwa naRameki wedzinza raSeti ndivanaani:</w:t>
      </w:r>
    </w:p>
    <w:p>
      <w:pPr>
        <w:pStyle w:val="ArticleScripture"/>
        <w:jc w:val="left"/>
      </w:pPr>
      <w:r>
        <w:rPr>
          <w:rFonts w:ascii="Times New Roman" w:hAnsi="Times New Roman" w:eastAsia="Times New Roman" w:cs="Times New Roman"/>
        </w:rPr>
        <w:t>Zvino ndakaona chakaita segungwa regirazi rakavhenganiswa nomoto; uye avo vakanga vakunda chikara, nomufananidzo wacho, nechiratidzo chacho, nenhamba yezita racho, vamire pagungwa regirazi, vane mbira dzaMwari. Zvakazarurwa 15:2.</w:t>
      </w:r>
    </w:p>
    <w:p>
      <w:pPr>
        <w:pStyle w:val="ArticleBody"/>
        <w:jc w:val="left"/>
      </w:pPr>
      <w:r>
        <w:rPr>
          <w:rFonts w:ascii="Times New Roman" w:hAnsi="Times New Roman" w:eastAsia="Times New Roman" w:cs="Times New Roman"/>
        </w:rPr>
        <w:t>Rameki wedzinza raSeti anoratidza kuvharwa kwemusuwo norufu rwake. Rameki wedzinza raKaini anoratidza kuvharwa kwemusuwo pakupera kwemakore mazana mana nemakumi mapfumbamwe enguva yenyasha. Mucherechedzo waKaini waifanira kuonekwa seyambiro pamusoro pehunhu hwairatidza zvimiro zvikuru zvitatu zvouprofita. Akaramba kupinda mukunamata Mwari maererano nemirayiridzo yaMwari; akaratidza hasha dzaibva pagodo, akauraya munun’una wake uye, chechitatu, akaramba kutendeuka.</w:t>
      </w:r>
    </w:p>
    <w:p>
      <w:pPr>
        <w:pStyle w:val="ArticleBody"/>
        <w:jc w:val="left"/>
      </w:pPr>
      <w:r>
        <w:rPr>
          <w:rFonts w:ascii="Times New Roman" w:hAnsi="Times New Roman" w:eastAsia="Times New Roman" w:cs="Times New Roman"/>
        </w:rPr>
        <w:t>Kaini akanga atyora mirayiro yepahwendefa rokutanga reMirayiro Gumi, iro rinotsanangura ukama hwevanhu naMwari, uye hwendefa rechipiri rinotsanangura ukama hwevanhu nevamwe vanhu. Chiratidzo chokupandukira kwake chakamuratidza somunhu asingateereri mutemo, asina kutendeuka. Kaini naRameki vanoratidza musuo wakavharwa womutumwa wechitatu panguva yomutemo weSvondo wava kuda kuuya. Enoki, Metusera, Rameki naNoa vanomiririra nhoroondo inotanga nokusvika kwomutumwa wokutanga, anomiririrwa naEnoki, kusvika kwaRameki somutumwa wechipiri, kusvika kwaMetusera sokudanidzira kwepakati pousiku kunopa simba kushoko raRameki romutumwa wechipiri, uye ipapo Noa, somutumwa wechitatu, anoratidza musuo wakavharwa wemafashamo.</w:t>
      </w:r>
    </w:p>
    <w:p>
      <w:pPr>
        <w:pStyle w:val="ArticleBody"/>
        <w:jc w:val="left"/>
      </w:pPr>
      <w:r>
        <w:rPr>
          <w:rFonts w:ascii="Times New Roman" w:hAnsi="Times New Roman" w:eastAsia="Times New Roman" w:cs="Times New Roman"/>
        </w:rPr>
        <w:t>Rameki akafa makore mashanu mafashamo asati aitika, uye izvi zvinonongedzera kumakore mashanu okufananidzira musuwo usati wavharwa panguva yomutemo weSvondo wava kuda kuuya. Pakufa kwaRameki aine makore 777 ndipo panopedziswa kuiswa chisimbiso kwekereke yakunda. Zvino, mazuva manomwe musuwo weareka usati wavharwa nesimba rinopfuura rezvakasikwa, mhuka dzakatanga kupinda muareka.</w:t>
      </w:r>
    </w:p>
    <w:p>
      <w:pPr>
        <w:pStyle w:val="ArticleBody"/>
        <w:jc w:val="left"/>
      </w:pPr>
      <w:r>
        <w:rPr>
          <w:rFonts w:ascii="Times New Roman" w:hAnsi="Times New Roman" w:eastAsia="Times New Roman" w:cs="Times New Roman"/>
        </w:rPr>
        <w:t>Zuva rakafa Methuselah ndiro raiva rokutanga pamazuva manomwe iwayo. Yambiro yokupedzisira gonhi risati ravharwa yaiva shoko rine mativi maviri: kuratidzwa kwemhuka pamwe chete nokuzadzika kwechiporofita chakanga chichiziviswa munhoroondo yose youpenyu hwomunhu akararama kwenguva refu kupfuura vose vakambofa. Chiporofita ichocho chaiva muzita raMethuselah, rinoreva kuti ‘paachafa, zvichauya.’</w:t>
      </w:r>
    </w:p>
    <w:p>
      <w:pPr>
        <w:pStyle w:val="ArticleBody"/>
        <w:jc w:val="left"/>
      </w:pPr>
      <w:r>
        <w:rPr>
          <w:rFonts w:ascii="Times New Roman" w:hAnsi="Times New Roman" w:eastAsia="Times New Roman" w:cs="Times New Roman"/>
        </w:rPr>
        <w:t>Shoko reyambiro yokupedzisira kuvanhu vose rinofanira, sezvinodikanwa nouprofita, kuva shoko rine mativi maviri, sezvinomiririrwa nemazuva manomwe okutama kwemhuka, akatanga nokufa kwaMetusera mukuzadzika kwouprofita hwaEnoki hwakaziviswa kuburikidza nezita romwanakomana wake. Mazuva manomwe okutama kwemhuka anoratidza kuti shoko rine mativi maviri rokufa kwaMetusera neremhuka dzaitama ndiro shoko rokuisa chisimbiso rengirozi yechitatu. Jesu nguva dzose anoshandisa mavambo kuenzanisira mugumo, uye muna Zvakazarurwa ngirozi yechitatu yaZvakazarurwa gumi nesere inobatanidzwa nezwi rechipiri riri mundima yechina, sezvakangoita kudanidzira kwapakati pousiku kwakabatana neshoko rengirozi yechipiri. Shoko reyambiro yokupedzisira rinogara richipiwa seshoko romukati nerokunze, sezvinomiririrwa noukama hwouprofita huri pakati pemakereke nezvisimbiso mubhuku raZvakazarurwa. Shoko reyambiro yokupedzisira muna Dhanieri gumi nerimwe ndiro shoko rokumaodzanyemba nokumabvazuva. Metusera nemhuka dzaitama ndivo vaiva shoko rine mativi maviri reyambiro yokupedzisira munguva yaNoa.</w:t>
      </w:r>
    </w:p>
    <w:p>
      <w:pPr>
        <w:pStyle w:val="ArticleBody"/>
        <w:jc w:val="left"/>
      </w:pPr>
      <w:r>
        <w:rPr>
          <w:rFonts w:ascii="Times New Roman" w:hAnsi="Times New Roman" w:eastAsia="Times New Roman" w:cs="Times New Roman"/>
        </w:rPr>
        <w:t>Kufa kwaRameki, ane mucherechedzo we777, kunoenderana nokutanga kwokukombwa, pakafa mudzimai waEzekieri. Panguva iyoyo ndipo apo vakatendeka, vanomiririrwa nedzinza raSeti, vanoiswa chisimbiso, uye ndipowo apo vaya vanomiririrwa nedzinza raKaini vanogamuchira mucherechedzo. Enoki aiva wechinomwe kubva kuna Adhamu uye anomiririra mucherechedzo wenzira weArifa munguva inoguma nechizvarwa chokupedzisira pamwe chete nechizvarwa chokutanga, zvose zviri zviviri zvichimiririrwa nenhamba sere. Vose vari vaviri vainzi Rameki vanoratidza kuguma kwenguva yenyasha, uye kufa kwaRameki kunomiririra musuwo wenguva yenyasha wakavharwa pakutanga kwokukombwa.</w:t>
      </w:r>
    </w:p>
    <w:p>
      <w:pPr>
        <w:pStyle w:val="ArticleBody"/>
        <w:jc w:val="left"/>
      </w:pPr>
      <w:r>
        <w:rPr>
          <w:rFonts w:ascii="Times New Roman" w:hAnsi="Times New Roman" w:eastAsia="Times New Roman" w:cs="Times New Roman"/>
        </w:rPr>
        <w:t>Enoki akanga ari arifa yenhoroondo yechiporofita uye, nokuda kwezvinotodiwa nechiporofita, anofanira kuratidza omega yenhoroondo yechiporofita. Omega iyoyo inomiririrwa nemweya misere yakabva munyika yekare ichienda kunyika itsva isina kuravira rufu. Enoki nemweya misere havana kuona rufu vasati vasvika munyika itsva. Nyika yekare yakaguma mumazuva manomwe ekutama kwemhuka, uye nyika itsva yakatanga nemazuva manomwe mvura isinganayi. Zvadaro, kutanga pazuva rechi17, kwakangonaya mvura chete kwemwedzi mishanu, kusvikira Mwari adzora kunaya kwemvura pakupera kwemwedzi mishanu, pazuva rechigumi nenomwe.</w:t>
      </w:r>
    </w:p>
    <w:p>
      <w:pPr>
        <w:pStyle w:val="ArticleHeading"/>
        <w:jc w:val="left"/>
      </w:pPr>
      <w:r>
        <w:rPr>
          <w:rFonts w:ascii="Arial" w:hAnsi="Arial" w:eastAsia="Arial" w:cs="Arial"/>
        </w:rPr>
        <w:t>Mwedzi Mishanu</w:t>
      </w:r>
    </w:p>
    <w:p>
      <w:pPr>
        <w:pStyle w:val="ArticleBody"/>
        <w:jc w:val="left"/>
      </w:pPr>
      <w:r>
        <w:rPr>
          <w:rFonts w:ascii="Times New Roman" w:hAnsi="Times New Roman" w:eastAsia="Times New Roman" w:cs="Times New Roman"/>
        </w:rPr>
        <w:t>Muna Zvakazarurwa chitsauko chepfumbamwe mune zvapupu zviviri zvinopupurira mwedzi mishanu, uye muchitsauko ichi mune zviporofita zvitatu zvakasiyana zvenguva. Nguva yokutanga yemwedzi mishanu inoratidzwa mundima yechishanu; nguva yechipiri yemwedzi mishanu iri mundima yegumi, uye nguva yemakore mazana matatu nemakumi mapfumbamwe nerimwe nemazuva gumi nemashanu iri mundima yegumi neshanu. Ndima 5, 10 ne15 dzinoratidza chiporofita chenguva chechiIslam chine zvapupu zviviri zvemwedzi mishanu pakutanga kwenguva yechiporofita. Ndima 5 ne10 dzose dziri mbiri dzinoratidza nguva yemwedzi mishanu, saka, mutsara pamusoro pemutsara, ndima yechishanu nendima yegumi dzinoita gumi neshanu kana dzabatanidzwa. Saka, nguva yokutanga yemwedzi mishanu i15, uye nguva yemakore mazana matatu nemakumi mapfumbamwe nerimwe nemazuva gumi nemashanu inoratidzwa mundima 15. Nhevedzano nemarongerwo endima 5, 10 ne15 zvinoratidza nhamba mbiri dzegumi neshanu, uye mundima mbiri dzokutanga, idzo dzinoita gumi neshanu kana dzabatanidzwa, mune zviporofita zviviri zvenguva yemakore zana nemakumi mashanu chimwe nechimwe.</w:t>
      </w:r>
    </w:p>
    <w:p>
      <w:pPr>
        <w:pStyle w:val="ArticleBody"/>
        <w:jc w:val="left"/>
      </w:pPr>
      <w:r>
        <w:rPr>
          <w:rFonts w:ascii="Times New Roman" w:hAnsi="Times New Roman" w:eastAsia="Times New Roman" w:cs="Times New Roman"/>
        </w:rPr>
        <w:t>Ndima yegumi neshanu inopa uporofita hwenguva yemakore mazana matatu nemakumi mapfumbamwe nerimwe nemazuva gumi namashanu. Kristu akarukira nhamba yegumi neshanu mundima nhatu, uye achishandisa nguva youporofita yakataurwa mundima dzimwe chetedzo, Iye akasiyanisa nhamba 15 inomiririrwa nokuwedzera ndima yechishanu neyegumi pamwe chete, kuitira kuti nhamba yegumi neshanu ipetwe kaviri painoenderaniswa nendima yegumi neshanu. Zvadaro Kristu akagumisa zviporofita zvose zvitatu zvakabatana nemazuva gumi namashanu.</w:t>
      </w:r>
    </w:p>
    <w:p>
      <w:pPr>
        <w:pStyle w:val="ArticleBody"/>
        <w:jc w:val="left"/>
      </w:pPr>
      <w:r>
        <w:rPr>
          <w:rFonts w:ascii="Times New Roman" w:hAnsi="Times New Roman" w:eastAsia="Times New Roman" w:cs="Times New Roman"/>
        </w:rPr>
        <w:t>Chinokosha pakunzwisisa chitsauko ichi ihondo yeNinivhi yakaitika muna 627, yakateverwa makore mashanu gare gare, muna 632, norufu rwaMohammed runotangisa chiporofita chokutanga chemwedzi mishanu. Makore gumi pashure porufu rwaMohammed, mauto ePersia akaparadzwa maererano nezvakanga zvafanotaurwa naMohammed kuti masimba maviri ePersia neRoma aizokundwa ose ari maviri. Naizvozvo, nhevedzano yezviitiko zvenhoroondo iri muna Zvakazarurwa chitsauko chepfumbamwe inotangira pahondo yeNinivhi pakati pePersia neRoma. Zvadaro, makore mashanu gare gare, Mohammed anofa, nokudaro zvichitanga makore zana namakumi mashanu anotaurwa mundima yechishanu. Makore gumi gare gare, Persia inokundwa pahondo yeNahavand muna 642. ChiIslam chakadaidza hondo yeNahavand kuti, “kukunda kwokukunda kwose.” Makore gumi namashanu okutanga eZvakazarurwa chitsauko chepfumbamwe anomiririra nguva yemakore mashanu inoteverwa nemakore gumi. Chiporofita chenguva chokupedzisira chakaguma musi wa11 Nyamavhuvhu 1840. Kwasara mazuva gumi kuti chiitiko ichi chiitike, Josiah Litch akabudisa kufanotaura kwake kwakanga kwagadziridzwa pamusoro pokuguma kwoukuru hwevaOttoman. Mazuva gumi namashanu okupedzisira eChiIslam ari muna Zvakazarurwa chitsauko chepfumbamwe anokamurwa nebasa raJosiah Litch kuva mazuva mashanu, achiteverwa namazuva gumi, nokuti Jesu anogara achiratidza magumo achishandisa mavambo.</w:t>
      </w:r>
    </w:p>
    <w:p>
      <w:pPr>
        <w:pStyle w:val="ArticleBody"/>
        <w:jc w:val="left"/>
      </w:pPr>
      <w:r>
        <w:rPr>
          <w:rFonts w:ascii="Times New Roman" w:hAnsi="Times New Roman" w:eastAsia="Times New Roman" w:cs="Times New Roman"/>
        </w:rPr>
        <w:t>Tichaenderera mberi nezvinhu izvi muchinyorwa chinotevera.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Nhoroondo Yakavanzika yeNdima 40 - Nhamba 33</dc:title>
  <dc:subject>Ezekieri Nhamba Gumi neina</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