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тридесет девет</w:t>
      </w:r>
    </w:p>
    <w:p>
      <w:pPr>
        <w:pStyle w:val="ArticleSubtitle"/>
        <w:jc w:val="left"/>
      </w:pPr>
      <w:r>
        <w:rPr>
          <w:rFonts w:ascii="Arial" w:hAnsi="Arial" w:eastAsia="Arial" w:cs="Arial"/>
        </w:rPr>
        <w:t>Пророчко усклађивање Данила 11:40 са савременим политичким стварностима: разоткривање тајне последњег председника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Разматрамо усклађеност Данила 11:40 са стиховима 1 и 2 истог поглавља. Стих 1 одређује време краја као 1989. годину, а стих 40 такође означава време краја 1989. године, са сломом Совјетског Савеза, представљеним рушењем Берлинског зида 9. новембра 1989. године.</w:t>
      </w:r>
    </w:p>
    <w:p>
      <w:pPr>
        <w:pStyle w:val="ArticleBody"/>
        <w:jc w:val="left"/>
      </w:pPr>
      <w:r>
        <w:rPr>
          <w:rFonts w:ascii="Times New Roman" w:hAnsi="Times New Roman" w:eastAsia="Times New Roman" w:cs="Times New Roman"/>
        </w:rPr>
        <w:t>Други стих поистовећује шестог председника Сједињених Америчких Држава после 1989. године као најбогатијег од свих председника, и тиме прецизно указује на Доналда Трампа. Чинећи то, он показује да ће Трамп „подигнути“ сву Грчку, која је била грчко царство Александра Великог из трећег стиха. Грчко царство из трећег и четвртог стиха представља симбол светског царства у једанаестом поглављу Данила.</w:t>
      </w:r>
    </w:p>
    <w:p>
      <w:pPr>
        <w:pStyle w:val="ArticleBody"/>
        <w:jc w:val="left"/>
      </w:pPr>
      <w:r>
        <w:rPr>
          <w:rFonts w:ascii="Times New Roman" w:hAnsi="Times New Roman" w:eastAsia="Times New Roman" w:cs="Times New Roman"/>
        </w:rPr>
        <w:t>Вилијам Милер је сковао израз: „историја и пророчанство се слажу“, а историја Доналда Трампа пружа необорив доказ да он није био само најбогатији од последњих осам председника Сједињених Америчких Држава, него и да глобалисти Сједињених Држава, као и целога света, мрзе Доналда Трампа мржњом која је толико нелогична да је многи одређују као лудило.</w:t>
      </w:r>
    </w:p>
    <w:p>
      <w:pPr>
        <w:pStyle w:val="ArticleBody"/>
        <w:jc w:val="left"/>
      </w:pPr>
      <w:r>
        <w:rPr>
          <w:rFonts w:ascii="Times New Roman" w:hAnsi="Times New Roman" w:eastAsia="Times New Roman" w:cs="Times New Roman"/>
        </w:rPr>
        <w:t>Први од последњих осам председника, почев од 1989. године, јасно је у различитим погледима представљао тип Трампа, потврђујући тиме да ће шести председник у другом стиху на крају бити осми и последњи председник. Реган, као први у низу од осам, представљао би тип осмог и последњег, јер Исус увек крај нечега приказује почетком нечега.</w:t>
      </w:r>
    </w:p>
    <w:p>
      <w:pPr>
        <w:pStyle w:val="ArticleBody"/>
        <w:jc w:val="left"/>
      </w:pPr>
      <w:r>
        <w:rPr>
          <w:rFonts w:ascii="Times New Roman" w:hAnsi="Times New Roman" w:eastAsia="Times New Roman" w:cs="Times New Roman"/>
        </w:rPr>
        <w:t>Сведочанство Роналда Регана, председника у време краја 1989. године, пророчки представља председника који ће бити последњи од осморице председника. После Регана било би седам председника, јер Сједињене Државе престају као шесто царство библијског пророчанства при ускоро долазећем недељном закону, а у раздобљу које води ка том недељном закону, Сједињене Државе образују лик звери, и та звер је осма, од седам звери. Реган је био први председник у време краја 1989. године, а последњи би био осми, који је од оних седам.</w:t>
      </w:r>
    </w:p>
    <w:p>
      <w:pPr>
        <w:pStyle w:val="ArticleBody"/>
        <w:jc w:val="left"/>
      </w:pPr>
      <w:r>
        <w:rPr>
          <w:rFonts w:ascii="Times New Roman" w:hAnsi="Times New Roman" w:eastAsia="Times New Roman" w:cs="Times New Roman"/>
        </w:rPr>
        <w:t>Regan je rekao 12. juna 1987. godine, tokom govora kod Brandenburške kapije, blizu Berlinskog zida u Zapadnom Berlinu, u Nemačkoj, obraćajući se generalnom sekretaru Komunističke partije Sovjetskog Saveza, Mihailu Gorbačovu: „Generalni sekretaru Gorbačov, ako tražite mir, ako tražite blagostanje za Sovjetski Savez i Istočnu Evropu, ako tražite liberalizaciju: Dođite ovamo, do ove kapije! Gospodine Gorbačov, otvorite ovu kapiju! Gospodine Gorbačov, srušite ovaj zid!“ Prva od najčuvenijih rečenica poslednjih osam predsednika označila je ispunjenje rušenja zida dve godine kasnije, 9. novembra 1989. godine.</w:t>
      </w:r>
    </w:p>
    <w:p>
      <w:pPr>
        <w:pStyle w:val="ArticleBody"/>
        <w:jc w:val="left"/>
      </w:pPr>
      <w:r>
        <w:rPr>
          <w:rFonts w:ascii="Times New Roman" w:hAnsi="Times New Roman" w:eastAsia="Times New Roman" w:cs="Times New Roman"/>
        </w:rPr>
        <w:t>Тиме је Реганов нагласак на рушењу зида упућивао на осмог председника, који је, док се кандидовао да постане шести председник, своју кампању засновао на обећању „да ће изградити зид“. Први од последњих осам председника позвао је да се зид сруши, и Берлински зид је био срушен 1989. године, у време свршетка. При ускоро долазећем недељном закону, „зид“ раздвајања Цркве и Државе биће срушен, као што је представљено почетком 1989. године. Усред тог раздобља шести председник, који подстиче глобалисте, покушава да изгради зид који они не желе, а када он поново буде осми председник од седморице, још један „зид“ ће пасти.</w:t>
      </w:r>
    </w:p>
    <w:p>
      <w:pPr>
        <w:pStyle w:val="ArticleBody"/>
        <w:jc w:val="left"/>
      </w:pPr>
      <w:r>
        <w:rPr>
          <w:rFonts w:ascii="Times New Roman" w:hAnsi="Times New Roman" w:eastAsia="Times New Roman" w:cs="Times New Roman"/>
        </w:rPr>
        <w:t>Први од осморице председника обележен је рушењем једног зида који је означио време краја, као што је представљено у Данилу 11:40, а последњи од осморице председника обележен је рушењем једног „зида“ који означава крај времена запечаћења сто четрдесет и четири хиљаде, као што је представљено у Данилу 11:41.</w:t>
      </w:r>
    </w:p>
    <w:p>
      <w:pPr>
        <w:pStyle w:val="ArticleBody"/>
        <w:jc w:val="left"/>
      </w:pPr>
      <w:r>
        <w:rPr>
          <w:rFonts w:ascii="Times New Roman" w:hAnsi="Times New Roman" w:eastAsia="Times New Roman" w:cs="Times New Roman"/>
        </w:rPr>
        <w:t>Председник Реган био је некадашњи демократа који је постао републиканац, некадашња медијска звезда, човек познат по свом јасном говорништву, са дубоким смислом за хумор, фискални конзервативац који је водио кампању против естаблишмента у Вашингтону, DC. Ипак, упркос Регановој реторици у његовој првој кампањи против естаблишмента (мочваре) који је био укорењен у престоници нације, он је на крају поставио већи проценат потврђених глобалистичких политичара на министарске положаје у својој администрацији него било који други савремени председник до тог времена. Чак је отишао толико далеко да је за свог потпредседника изабрао Џорџа Буша Старијег, човека чији породични корени сежу дубоко у историју глобализма.</w:t>
      </w:r>
    </w:p>
    <w:p>
      <w:pPr>
        <w:pStyle w:val="ArticleBody"/>
        <w:jc w:val="left"/>
      </w:pPr>
      <w:r>
        <w:rPr>
          <w:rFonts w:ascii="Times New Roman" w:hAnsi="Times New Roman" w:eastAsia="Times New Roman" w:cs="Times New Roman"/>
        </w:rPr>
        <w:t>Трамп је водио кампању на обећању да ће очистити естаблишмент који је називао „мочваром“, али његов досадашњи избор људи које је одабрао за своје најближе сараднике открива његову највећу слабост. Готово сви ти људи били су представници „мочваре“ којој се Трамп тако непоколебљиво противи. Трамп је, као и Реган, био некадашњи демократа који је постао републиканац, некадашња медијска звезда, човек познат по свом говорничком умећу, са дубоким смислом за хумор, и фискални конзервативац.</w:t>
      </w:r>
    </w:p>
    <w:p>
      <w:pPr>
        <w:pStyle w:val="ArticleBody"/>
        <w:jc w:val="left"/>
      </w:pPr>
      <w:r>
        <w:rPr>
          <w:rFonts w:ascii="Times New Roman" w:hAnsi="Times New Roman" w:eastAsia="Times New Roman" w:cs="Times New Roman"/>
        </w:rPr>
        <w:t>Последњи председник Сједињених Америчких Држава биће председник у време када се у Сједињеним Америчким Државама буде образовао лик папства (лик звери). Осми и последњи председник од 1989. године стога би био укључен у рат против једне змајске силе, јер је папство управо у дугом, исцрпљујућем рату са змајем најпре било устоличено од стране једне змајске силе 538. године, затим свргнуто од исте те змајске силе 1798. године, и поново ће бити устоличено од стране змајске силе коју представља десет царева који се саглашавају да своје седмо царство предају папству, а који потом свргавају папску звер када је спале огњем и једу њено месо док долази своме крају, и никога нема да јој помогне.</w:t>
      </w:r>
    </w:p>
    <w:p>
      <w:pPr>
        <w:pStyle w:val="ArticleBody"/>
        <w:jc w:val="left"/>
      </w:pPr>
      <w:r>
        <w:rPr>
          <w:rFonts w:ascii="Times New Roman" w:hAnsi="Times New Roman" w:eastAsia="Times New Roman" w:cs="Times New Roman"/>
        </w:rPr>
        <w:t>Председник који треба да буде осми, који је од седморице, биће такође председник који је укључен у рат против силе аждаје. Тај рат се поистовећује онда када шести и најбогатији председник подигне на оружје све глобалистичке силе аждаје. Од осам последњих председника, почев од 1989. године, двојица су преминула, остављајући шест могућих председника који би могли бити укључени у рат против силе аждаје.</w:t>
      </w:r>
    </w:p>
    <w:p>
      <w:pPr>
        <w:pStyle w:val="ArticleBody"/>
        <w:jc w:val="left"/>
      </w:pPr>
      <w:r>
        <w:rPr>
          <w:rFonts w:ascii="Times New Roman" w:hAnsi="Times New Roman" w:eastAsia="Times New Roman" w:cs="Times New Roman"/>
        </w:rPr>
        <w:t>Од тих шест могућности, четири су отворено глобалисти покретани змајевом силом. Један од те шесторице, као и његов отац, тврди да је републиканац, али је републиканац само по имену, и, као и његов отац, представник је глобалистичке змајеве силе. Од шесторице живих председника, само један изразито није глобалиста, и он је председник који узбуркава глобалисте. Он је једини од последњих осам председника који би могао испунити елемент лика папства, у смислу да буде укључен у ратовање против змајеве силе.</w:t>
      </w:r>
    </w:p>
    <w:p>
      <w:pPr>
        <w:pStyle w:val="ArticleBody"/>
        <w:jc w:val="left"/>
      </w:pPr>
      <w:r>
        <w:rPr>
          <w:rFonts w:ascii="Times New Roman" w:hAnsi="Times New Roman" w:eastAsia="Times New Roman" w:cs="Times New Roman"/>
        </w:rPr>
        <w:t>Први републикански председник чувено је цитирао један библијски стих поводом Америчког грађанског рата који се односи управо на ту чињеницу.</w:t>
      </w:r>
    </w:p>
    <w:p>
      <w:pPr>
        <w:pStyle w:val="ArticleScripture"/>
        <w:jc w:val="left"/>
      </w:pPr>
      <w:r>
        <w:rPr>
          <w:rFonts w:ascii="Times New Roman" w:hAnsi="Times New Roman" w:eastAsia="Times New Roman" w:cs="Times New Roman"/>
        </w:rPr>
        <w:t>А Исус, знајући њихове мисли, рече им: Свако царство које се раздели само у себи опустеће; и сваки град или дом који се раздели сам у себи неће опстати. И ако Сатана изгони Сатану, сам се у себи разделио; како ће, дакле, опстати његово царство? И ако ја помоћу Веелзевула изгоним демоне, помоћу кога их изгони ваша деца? Стога ће вам они бити судије. Али ако ја Духом Божјим изгоним демоне, онда вам је дошло царство Божје. Матеј 12:25–28.</w:t>
      </w:r>
    </w:p>
    <w:p>
      <w:pPr>
        <w:pStyle w:val="ArticleBody"/>
        <w:jc w:val="left"/>
      </w:pPr>
      <w:r>
        <w:rPr>
          <w:rFonts w:ascii="Times New Roman" w:hAnsi="Times New Roman" w:eastAsia="Times New Roman" w:cs="Times New Roman"/>
        </w:rPr>
        <w:t>Ратовање аждаје против најбогатијег председника који је усколебао царство Грчке може бити само између Доналда Трампа и глобалиста, јер су свих осталих пет могућих живих председника антиамерички глобалисти. Када је Линколн навео претходне стихове, да би се осврнуо на поделу нације на два табора, за ропство и против ропства, обраћао се демократама које су биле за ропство и републиканцима који су били против ропства, и тиме се освртао на рат последњих дана између глобалиста демократа, који последњи републикански председник подстиче својим покретом МАГА-изма, који он представља и предводи.</w:t>
      </w:r>
    </w:p>
    <w:p>
      <w:pPr>
        <w:pStyle w:val="ArticleBody"/>
        <w:jc w:val="left"/>
      </w:pPr>
      <w:r>
        <w:rPr>
          <w:rFonts w:ascii="Times New Roman" w:hAnsi="Times New Roman" w:eastAsia="Times New Roman" w:cs="Times New Roman"/>
        </w:rPr>
        <w:t>Као први републикански председник, Линколн представља праслику последњег републиканског председника. Последњег председника такође представља републикански председник у време краја, 1989. године. Ова два сведока показују да је председник чију праслику представљају републиканац. Републикански председник у време краја, 1989. године, није био једноставно републиканац, него је био први од последњих осам председника. Последњег председника ће такође представљати праслика Џорџа Вашингтона, првог председника и првог врховног команданта.</w:t>
      </w:r>
    </w:p>
    <w:p>
      <w:pPr>
        <w:pStyle w:val="ArticleBody"/>
        <w:jc w:val="left"/>
      </w:pPr>
      <w:r>
        <w:rPr>
          <w:rFonts w:ascii="Times New Roman" w:hAnsi="Times New Roman" w:eastAsia="Times New Roman" w:cs="Times New Roman"/>
        </w:rPr>
        <w:t>Вашингтон је, заузврат, био праобразно представљен првим председником у раздобљу означеном 1776. годином, а тај први председник (Пејтон Рандолф) био је један од седморице људи који су служили током осам раздобља представљених седморицом људи. Рандолф је био први од осморице, и стога је представљао Регана, који је био први од последњих осморице, и он је био осми који је био од седморице. Према томе, Рандолф је представљао Вашингтона (првог председника), Линколна (првог републиканског председника), Регана (првог председника последњих осам) и осмог председника после 1989. године, који би, по пророчкој нужности, био осми, који је био од седморице.</w:t>
      </w:r>
    </w:p>
    <w:p>
      <w:pPr>
        <w:pStyle w:val="ArticleBody"/>
        <w:jc w:val="left"/>
      </w:pPr>
      <w:r>
        <w:rPr>
          <w:rFonts w:ascii="Times New Roman" w:hAnsi="Times New Roman" w:eastAsia="Times New Roman" w:cs="Times New Roman"/>
        </w:rPr>
        <w:t>Вашингтон би такође био представљен типом у Јовану Хенкоку, који је био председник у историји представљеној 1789. годином и који је, као и Рандолф, био осми, који је од седморице. Рандолф је представљао Вашингтона типом; стога, када се Хенкок поравнава са Рандолфом као осми, који је од седморице, Хенкок представља осмог председника после 1989. године, који би, по пророчкој нужности, био осми, који је од седморице.</w:t>
      </w:r>
    </w:p>
    <w:p>
      <w:pPr>
        <w:pStyle w:val="ArticleBody"/>
        <w:jc w:val="left"/>
      </w:pPr>
      <w:r>
        <w:rPr>
          <w:rFonts w:ascii="Times New Roman" w:hAnsi="Times New Roman" w:eastAsia="Times New Roman" w:cs="Times New Roman"/>
        </w:rPr>
        <w:t>Рандолф, Хенкок, Вашингтон, Линколн и Реган сви представљају праслику последњег председника. Двојица од тих сведока утврђују да ће последњи председник бити републиканац. Двојица утврђују да ће последњи председник бити осми, то јест од седморице. Петорица живих председника од осморице председника после времена краја 1989. године показују да једино Трамп поседује политичку идеологију да буде укључен у рат са силом аждаје.</w:t>
      </w:r>
    </w:p>
    <w:p>
      <w:pPr>
        <w:pStyle w:val="ArticleBody"/>
        <w:jc w:val="left"/>
      </w:pPr>
      <w:r>
        <w:rPr>
          <w:rFonts w:ascii="Times New Roman" w:hAnsi="Times New Roman" w:eastAsia="Times New Roman" w:cs="Times New Roman"/>
        </w:rPr>
        <w:t>Линколну је претходио Џејмс Бјукенен, демократа, кога поштени историчари препознају као најнеефикаснијег председника у тој раној америчкој историји, и чије је неефикасно вођство у суштини произвело Грађански рат у Сједињеним Америчким Државама. Пре него што је Линколн положио заклетву, јужне државе већ су почеле да се отцепљују од Уније, а само месец дана после Линколнове инаугурације испаљени су први хици. Бјукенен је покренуо токове који су произвели рат који је Линколн био приморан да разреши.</w:t>
      </w:r>
    </w:p>
    <w:p>
      <w:pPr>
        <w:pStyle w:val="ArticleBody"/>
        <w:jc w:val="left"/>
      </w:pPr>
      <w:r>
        <w:rPr>
          <w:rFonts w:ascii="Times New Roman" w:hAnsi="Times New Roman" w:eastAsia="Times New Roman" w:cs="Times New Roman"/>
        </w:rPr>
        <w:t>Регану је претходио најнеефикаснији председник савременог доба. Картер, демократа, осрамотио је Сједињене Америчке Државе својом неспособношћу да се на исправан начин суочи са радикалним исламом, смештеним у Ирану.</w:t>
      </w:r>
    </w:p>
    <w:p>
      <w:pPr>
        <w:pStyle w:val="ArticleBody"/>
        <w:jc w:val="left"/>
      </w:pPr>
      <w:r>
        <w:rPr>
          <w:rFonts w:ascii="Times New Roman" w:hAnsi="Times New Roman" w:eastAsia="Times New Roman" w:cs="Times New Roman"/>
        </w:rPr>
        <w:t>Трампу је претходио Обама, демократа, који је намерно покренуо поделе на културном, политичком и економском плану, а које су од тог времена само расле. Његово неефикасно вођство било је оличено и у Бјукенену и у Картеру, али у историји над којом је председавао, главни ток медија већ је почео да се испољава упоредо са Рајховим министарством народног просвећивања и пропаганде Адолфа Хитлера. Обамини напади на друштвене, политичке, финансијске и верске институције Сједињених Држава били су прикривани, за оне који су одлучили да не виде, а његова неефикасност као некога ко се заклео да штити Устав била је пажљиво скривана. Обама је осрамотио Сједињене Државе својом неспособношћу да се исправно суочи са радикалним исламом, смештеним у Ирану.</w:t>
      </w:r>
    </w:p>
    <w:p>
      <w:pPr>
        <w:pStyle w:val="ArticleBody"/>
        <w:jc w:val="left"/>
      </w:pPr>
      <w:r>
        <w:rPr>
          <w:rFonts w:ascii="Times New Roman" w:hAnsi="Times New Roman" w:eastAsia="Times New Roman" w:cs="Times New Roman"/>
        </w:rPr>
        <w:t>Када Трамп буде поново изабран 2024. године, као осми председник од Регана 1989. године, њему ће још једном претходити глобалистички, змајем покретан демократа, који је сада преузео круну као најнеефикаснији председник у историји, који је више пута осрамотио Сједињене Државе у свом покушају да се позабави радикалним исламом, смештеним у Ирану, премда савремени мејнстрим медији (као што их отелотворује Рајхово министарство народног просвећивања и пропаганде) поново настоје да ту очигледну стварност затрпају.</w:t>
      </w:r>
    </w:p>
    <w:p>
      <w:pPr>
        <w:pStyle w:val="ArticleBody"/>
        <w:jc w:val="left"/>
      </w:pPr>
      <w:r>
        <w:rPr>
          <w:rFonts w:ascii="Times New Roman" w:hAnsi="Times New Roman" w:eastAsia="Times New Roman" w:cs="Times New Roman"/>
        </w:rPr>
        <w:t>Када је Реган ступио на дужност, нерешена криза са радикалним исламом, смештена у Ирану, била је остављена нерешеном од стране демократског председника. Реган је одмах предузео кораке да преокрене ток напетости између Сједињених Држава и радикалног ислама, представљеног Ираном. Када је Трамп ступио на дужност, нерешена криза са радикалним исламом, поново смештена у Ирану, не само да је била остављена нерешеном, него ју је демократски председник и финансирао. Трамп је одмах предузео кораке да преокрене ток напетости између Сједињених Држава и радикалног ислама, представљеног Ираном. Садашњи демократски председник поништио је сав напредак који је Трамп остварио, и читав свет се сада услед неефикасног Бајденовог вођства увлачи у трећи светски рат.</w:t>
      </w:r>
    </w:p>
    <w:p>
      <w:pPr>
        <w:pStyle w:val="ArticleBody"/>
        <w:jc w:val="left"/>
      </w:pPr>
      <w:r>
        <w:rPr>
          <w:rFonts w:ascii="Times New Roman" w:hAnsi="Times New Roman" w:eastAsia="Times New Roman" w:cs="Times New Roman"/>
        </w:rPr>
        <w:t>Тиме се испуњава не само дело у вези с исламом, представљено Картеровом неделотворношћу и Обаминим промовисањем ислама, него и делом Бјукенана у започињању рата, који је републикански председник морао да разреши.</w:t>
      </w:r>
    </w:p>
    <w:p>
      <w:pPr>
        <w:pStyle w:val="ArticleBody"/>
        <w:jc w:val="left"/>
      </w:pPr>
      <w:r>
        <w:rPr>
          <w:rFonts w:ascii="Times New Roman" w:hAnsi="Times New Roman" w:eastAsia="Times New Roman" w:cs="Times New Roman"/>
        </w:rPr>
        <w:t>Као и први републикански председник, Трамп је политички убијен од стране глобалистичких змајских сила на изборима 2020. године. Док се сматрало да лежи мртав на улици, глобалисти звери из земље и глобалисти читавог света почели су да славе, као што је проречено у једанаестом поглављу Откривења.</w:t>
      </w:r>
    </w:p>
    <w:p>
      <w:pPr>
        <w:pStyle w:val="ArticleScripture"/>
        <w:jc w:val="left"/>
      </w:pPr>
      <w:r>
        <w:rPr>
          <w:rFonts w:ascii="Times New Roman" w:hAnsi="Times New Roman" w:eastAsia="Times New Roman" w:cs="Times New Roman"/>
        </w:rPr>
        <w:t>И када сврше своје сведочанство, звер што излази из бездана заратиће с њима, и надвладаће их, и побиће их. И њихова мртва тела лежаће на улици великога града, који се духовно зове Содом и Египат, где и Господ наш беше распет. И многи из народа и племена и језика и нација гледаће њихова мртва тела три дана и по, и неће допустити да се њихова мртва тела положе у гробове. И они што живе на земљи радоваће се над њима, и веселиће се, и слаће даре један другоме; јер ова два пророка мучила су оне што живе на земљи. И после три дана и по дух живота од Бога уђе у њих, и сташе на своје ноге; и велики страх обузе оне који их видеше. Откривење 11:7–11.</w:t>
      </w:r>
    </w:p>
    <w:p>
      <w:pPr>
        <w:pStyle w:val="ArticleBody"/>
        <w:jc w:val="left"/>
      </w:pPr>
      <w:r>
        <w:rPr>
          <w:rFonts w:ascii="Times New Roman" w:hAnsi="Times New Roman" w:eastAsia="Times New Roman" w:cs="Times New Roman"/>
        </w:rPr>
        <w:t>Сада смо стигли до 2024. године, у којој Трамп стоји на својим ногама, а свет аждаје, који је ликовао и веселио се још од 6. јануара 2021, сада се суочава са „великим страхом“. Главни ток медија (MSM) је у паници. Њихове сопствене тезе почињу да испољавају њихову забринутост да, како каже стара рокенрол песма, „тај уморни старац кога су изабрали за краља“ нема способност да остане довољно близу Трамповим бројкама да би њихове гласачке машине могле да прогурају Бајдена преко циља. Главни ток медија сада је подједнако пропагандна машинерија као што је то било Министарство рајха за народно просвећивање и пропаганду у Хитлерове дане.</w:t>
      </w:r>
    </w:p>
    <w:p>
      <w:pPr>
        <w:pStyle w:val="ArticleBody"/>
        <w:jc w:val="left"/>
      </w:pPr>
      <w:r>
        <w:rPr>
          <w:rFonts w:ascii="Times New Roman" w:hAnsi="Times New Roman" w:eastAsia="Times New Roman" w:cs="Times New Roman"/>
        </w:rPr>
        <w:t>Ова чињеница је више пута показана тако да не остаје никаква математичка могућност да буде другачије. Сваки пут када се у шире друштво уведе нека нова глобалистичка тачка пропаганде, више пута је документовано да различити канали комуникације којима управља змајева пропагандна машинерија производе истоветне формулације, од речи до речи, док описују овај догађај или оно питање.</w:t>
      </w:r>
    </w:p>
    <w:p>
      <w:pPr>
        <w:pStyle w:val="ArticleBody"/>
        <w:jc w:val="left"/>
      </w:pPr>
      <w:r>
        <w:rPr>
          <w:rFonts w:ascii="Times New Roman" w:hAnsi="Times New Roman" w:eastAsia="Times New Roman" w:cs="Times New Roman"/>
        </w:rPr>
        <w:t>Ако је некоме од вас позната стара дечја игра звана „телефон“, или понекад „кинески шапат“, знате да, када људи седе у кругу, и како игра тече, прва особа шапне на уво следећој, а затим се тај шапат понавља око круга, почетни шапат који обиђе круг неизоставно се претвори у нешто друго од онога што је први шапат представљао. Ипак, мејнстрим медији очекују од својих присталица да верују да сваки новинар у овој земљи и широм света некако бира исте речи и изразе да објасни змајево становиште о некој теми или догађају. Стотине такозваних новинара посматрале су исти догађај и дошле не само до истог закључка, него су изабрале и потпуно исте речи и изразе да опишу тај догађај.</w:t>
      </w:r>
    </w:p>
    <w:p>
      <w:pPr>
        <w:pStyle w:val="ArticleBody"/>
        <w:jc w:val="left"/>
      </w:pPr>
      <w:r>
        <w:rPr>
          <w:rFonts w:ascii="Times New Roman" w:hAnsi="Times New Roman" w:eastAsia="Times New Roman" w:cs="Times New Roman"/>
        </w:rPr>
        <w:t>Оно чиме се у ово време бавимо није напад на пропагандну машинерију глобалиста; то је једноставно препознавање једне пророчке одлике духовног рата који се сада води на планети Земљи. У Христово време, Јевреји су на крају јавно изабрали Цезара за свога цара, одбацивши свога Месију. У том спорном раздобљу првосвештеник је изнео аргумент за убиство Христа који је био сатански и заснован на погрешном расуђивању, али је у исто време био и тачан.</w:t>
      </w:r>
    </w:p>
    <w:p>
      <w:pPr>
        <w:pStyle w:val="ArticleScripture"/>
        <w:jc w:val="left"/>
      </w:pPr>
      <w:r>
        <w:rPr>
          <w:rFonts w:ascii="Times New Roman" w:hAnsi="Times New Roman" w:eastAsia="Times New Roman" w:cs="Times New Roman"/>
        </w:rPr>
        <w:t>А један од њих, по имену Кајафа, који беше првосвештеник те године, рече им: Ви не знате ништа, нити помишљате да је за нас боље да један човек умре за народ, а да сав народ не пропадне. А ово не рече сам од себе; него, будући првосвештеник те године, прорече да ће Исус умрети за народ; и не само за народ, него и да расејану децу Божију сабере у једно. Јован 11:49–52.</w:t>
      </w:r>
    </w:p>
    <w:p>
      <w:pPr>
        <w:pStyle w:val="ArticleBody"/>
        <w:jc w:val="left"/>
      </w:pPr>
      <w:r>
        <w:rPr>
          <w:rFonts w:ascii="Times New Roman" w:hAnsi="Times New Roman" w:eastAsia="Times New Roman" w:cs="Times New Roman"/>
        </w:rPr>
        <w:t>Кајафа је смишљао логику како би напао Христа, а чинећи то заправо је изрекао исправно пророчанство. Он није веровао да Христос треба да буде жртва за човечанство; једноставно је желео да Га убије. Мејнстрим медији силе аждаје сада постижу нешто слично у вези с Трампом. Они настоје да у становништво усаде страх да ће, ако Трамп поново буде изабран, постати диктатор, као што је био Адолф Хитлер. Демократе су странка која је наклоњена ропству и поседује обележја нацистичке партије, укључујући светску, а не само немачку, пропагандну машинерију; али тврде да ће, ако Трамп буде изабран, демократија бити укинута и да ће Трамп бити диктатор попут Адолфа Хитлера.</w:t>
      </w:r>
    </w:p>
    <w:p>
      <w:pPr>
        <w:pStyle w:val="ArticleBody"/>
        <w:jc w:val="left"/>
      </w:pPr>
      <w:r>
        <w:rPr>
          <w:rFonts w:ascii="Times New Roman" w:hAnsi="Times New Roman" w:eastAsia="Times New Roman" w:cs="Times New Roman"/>
        </w:rPr>
        <w:t>Управо то Божја Реч открива о последњем председнику Сједињених Америчких Држава, иако мејнстрим медији, попут змајем надахнутог Кајафе, не разумеју да су њихове поруке пророчке и да ће се заиста обистинити.</w:t>
      </w:r>
    </w:p>
    <w:p>
      <w:pPr>
        <w:pStyle w:val="ArticleScripture"/>
        <w:jc w:val="left"/>
      </w:pPr>
      <w:r>
        <w:rPr>
          <w:rFonts w:ascii="Times New Roman" w:hAnsi="Times New Roman" w:eastAsia="Times New Roman" w:cs="Times New Roman"/>
        </w:rPr>
        <w:t>„Наша земља је у опасности. Приближава се време када ће њени законодавци толико одступити од начела протестантизма да ће дати подршку римском отпадништву. Народ за који је Бог тако чудесно деловао, оснажујући га да збаци тешки јарам папства, националним чином даће снагу исквареној вери Рима и тако пробудити тиранију која само чека један додир да поново пређе у суровост и деспотизам. Брзим корацима већ се приближавамо том раздобљу.” The Spirit of Prophecy, volume 4, 410.</w:t>
      </w:r>
    </w:p>
    <w:p>
      <w:pPr>
        <w:pStyle w:val="ArticleBody"/>
        <w:jc w:val="left"/>
      </w:pPr>
      <w:r>
        <w:rPr>
          <w:rFonts w:ascii="Times New Roman" w:hAnsi="Times New Roman" w:eastAsia="Times New Roman" w:cs="Times New Roman"/>
        </w:rPr>
        <w:t>Свесан сам да, док указујем на искварене елементе Демократа у Сједињеним Државама, на такозване Републиканце који су у ствари глобалисти, и на прогресивне глобалисте света, читалац може бити наведен да поверује да имам неку врсту политичке наклоности према Републиканској странци, или Доналду Трампу. То је далеко од чињеничног стања ствари; последњи председник треба да постане диктатор, управо као што главни ток медија предвиђа, премда они не знају ништа више о ономе што заправо предсказују него што је знао Кајафа. Ми једноставно препознајемо пророчке динамике повезане са „сложеним међудејством људских догађаја“, које су представљене Језекиљевим точковима унутар точкова.</w:t>
      </w:r>
    </w:p>
    <w:p>
      <w:pPr>
        <w:pStyle w:val="ArticleBody"/>
        <w:jc w:val="left"/>
      </w:pPr>
      <w:r>
        <w:rPr>
          <w:rFonts w:ascii="Times New Roman" w:hAnsi="Times New Roman" w:eastAsia="Times New Roman" w:cs="Times New Roman"/>
        </w:rPr>
        <w:t>Наставићемо ово проучавање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тридесет девет</dc:title>
  <dc:subject>Пророчко усклађивање Данила 11:40 са савременим политичким стварностима: разоткривање тајне последњег председника</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