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Књига пророка Данила — седамдесет други број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Пророчко сједињење: од поделе древног Израиља до свршетка Сједињених Америчких Држава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2024-02-05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Сведочанство о Јеровоамовој побуни уједно је и историја поделе древног Израиља на две нације. Северно царство, састављено од десет племена, било је познато као Израиљ, или понекад као Јефрем, а јужно царство било је познато као Јуда. У време Језекиља, царство је већ дуги низ година било подељено на два царства, а у тридесет седмом поглављу Језекиљу је било дато пророштво које показује да ће та два царства поново постати један народ. То пророштво испунило се у раној историји звери из земље (Сједињених Држава), а коначно се испуњава на крају Сједињених Држава, јер Исус увек крај нечега приказује почетком нечега.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Побуна Јеровоамова у време када је Израиљ био подељен на два царства, представља побуну на почетку Сједињених Држава, а такође и на крају Сједињених Држава. Побуна на почетку и на крају Сједињених Држава обухвата сједињење два царства. Осамнаеста глава Откривења, како је у овим чланцима више пута навођено из списа сестре Вајт, представља два позива црквама. Два народа који се сједињују током часа кризе недељног закона јесу сто четрдесет и четири хиљаде и друго Божје стадо које се још увек налази у Вавилону.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Два народа која су била сједињена у милеритској историји били су Јуда и Јефрем. Они су били сједињени када су појединачни гневови против та два царства, сваки за себе, окончани 1798. године, а затим 1844. године. Реч „штавише“ у тридесет седмом поглављу Језекиља омогућава нам да са сигурношћу утврдимо ову примену. Реч „штавише“ значи да се порука која следи после „штавише“ постави над поруком која је претходила речи „штавише“.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дође ми опет реч Господња говорећи: И ти, сине човечји, узми себи један штап и напиши на њему: За Јуду и за синове Израиљеве, другове његове; потом узми други штап и напиши на њему: За Јосифа, штап Јефремов, и за сав дом Израиљев, другове његове; и састави их један с другим у један штап, и постаће једно у твојој руци. Језекиљ 37:15–17.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Језекиљ примењује пророчко начело понављања и проширивања када каже: „штавише“. Језекиљ треба да узме два штапа, један за Јуду и један за Јефрема, и да пророчанство приказано са два штапа постави поврх претходног пророчанства. Претходни пророчки приказ започео је у првом стиху, када је Језекиљ био однесен у долину мртвих сувих костију.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Рука Господња беше на мени, и изведе ме Духом Господњим, и постави ме усред долине која беше пуна костију. И проведе ме око њих унаоколо; и гле, беше их врло много по долини, и гле, беху сасвим суве. И рече ми: Сине човечји, могу ли ове кости оживети? А ја одговорих: О Господе Боже, ти знаш. Тада ми опет рече: Пророкуј над овим костима и реци им: О суве кости, чујте реч Господњу. Овако говори Господ Бог овим костима: Ево, учинићу да дух уђе у вас, и оживећете. И ставићу на вас жиле, и навући ћу на вас месо, и покрићу вас кожом, и ставићу дух у вас, и оживећете; и познаћете да сам ја Господ. И пророковах како ми беше заповеђено; и док пророковах, наста хука, и гле, потрес, и кости се саставише, кост к кости својој. И погледах, и гле, жиле и месо дођоше на њих, и кожа их покри одозго; али духа не беше у њима. Тада ми рече: Пророкуј ветру, пророкуј, сине човечји, и реци ветру: Овако говори Господ Бог: Дођи од четири ветра, о душе, и диши на ове побијене да оживе. И пророковах како ми заповеди, и дух уђе у њих, и оживеше, и стадоше на своје ноге, војска врло велика. Тада ми рече: Сине човечји, ове кости су сав дом Израиљев; ево, они говоре: Посушише се кости наше, и нада наша пропаде; одсечени смо. Зато пророкуј и реци им: Овако говори Господ Бог: Ево, народе мој, отворићу ваше гробове, и извеšћу вас из ваших гробова, и довешћу вас у земљу Израиљеву. И познаћете да сам ја Господ, кад отворим ваше гробове, народе мој, и изведем вас из ваших гробова. И ставићу дух свој у вас, и оживећете, и населићу вас у вашој земљи; тада ћете познати да ја Господ рекох и учиних, говори Господ. Језекиљ 37:1–14.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Од самог почетка ових чланака показали смо да долина сувих костију представља Божји народ у последњим данима, и да је порука о четири ветра, која чини да они стану на своје ноге као силна војска, поноћни поклич који идентификује ислам трећег Тешко. Сестра Вајт поистовећује кости са Божјим народом.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„Одлажем своје перо и узносим своју душу у молитви, да би Господ дахнуо на свој народ који се одметнуо, који је као суве кости, да би оживео.“ General Conference Bulletin, February 4, 1893.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У претходним чланцима показали смо да је пророчка порука која је указивала на 18. јул 2020. године била погрешна, и да је та лажна објава означила долазак првог разочарања и времена одлагања у причи о десет девојака. Иако је објава времена била оправдана у милеритском раздобљу, после 1844. године више није требало да буде ниједне друге поруке засноване на времену. Када је Future for America објавио 18. јул 2020. године, вратили су се у историју у којој је објава времена била прихватљива, и тиме су сагрешили, те су били побијени на улици великога града из Откривења, једанаесте главе. Мртви на улици, тада им је било потребно да васкрсну, као што су и два сведока васкрсла после три и по дана.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„На сухе кости треба да дунути Свети Дух Божји, да би дошле у покрет, као при васкрсењу из мртвих.“ Bible Training School, December 1, 1903.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У претходним чланцима показали смо да је порука четири ветра, која васкрсава два сведока, порука ислама трећег Тешко, и да је та порука порука Поноћног вапаја последњих дана. Језекиљ каже: „штавише“, и тиме је указао да је током историје која илуструје објављивање Поноћног вапаја требало да се два штапа, један представљен као Јефрем, а један као Јуда, сједине и постану један народ. Парабола о десет девојака испуњава се у последњим данима, „до самог слова“, као што се испунила у милеритској историји. У раздобљу када се Поноћни вапај испунио у милеритској историји, и опет у испуњењу последњих дана, „два штапа“ су била и биће сједињена.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Два штапа представљала су северно (Јефремово) и јужно царство (Јудино) древног Израила. Такође смо показали да је Илијом био предсказан Вилијам Милер, и да је током три и по године суше Илија отишао к удовици из Сарепте.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дође му реч Господња говорећи: Устани, иди у Сарепту сидонску, и остани онде; ево, заповедио сам онде једној удовици да те храни. И он уста и отиде у Сарепту. А кад дође на врата градска, гле, онде беше удовица која купљаше дрва; и он је дозва, и рече: Донеси ми, молим те, мало воде у суду да се напијем. И кад она пође да донесе, он је дозва и рече: Донеси ми, молим те, и комад хлеба у руци својој. А она рече: Тако да је жив Господ Бог твој, немам печена хлеба до прегршт брашна у суду и мало уља у крчагу; и ево, купим два дрвцета да уђем и зготовим то себи и сину своме, да једемо, па да умремо. А Илија јој рече: Не бој се; иди и учини како си казала; али најпре начини од тога мени један мали колач и донеси ми, па после начини себи и сину своме. Јер овако вели Господ Бог Израиљев: Брашно се у суду неће потрошити нити ће уља у крчагу нестати до дана кад Господ пусти дажд на земљу. И она отиде и учини по речи Илијиној; и она, и он, и дом њезин јеђаху много дана. 1. Царевима 17:8–15.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„Многи дани“ у овом одломку јесу три и по године током којих је Ахав тражио Илију, и представљали су хиљаду двеста шездесет година папског прогонства. У погледу „многих дана“ папског прогонства, Исус је рекао: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да се они дани не скрате, нико се не би спасао; али ради изабраних ти дани ће се скратити. Матеј 24:22.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Сестра Вајт непосредно поистовећује Исусову изјаву о „тим данима“ са раздобљем папског прогона.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„Прогонство цркве није трајало током читавог периода од 1260 година. Бог је, у милости према Свом народу, скратио време њихове огњене кушње. Предсказујући „велику невољу“ која ће задесити цркву, Спаситељ је рекао: „И да се не скрате дани они, нико не би остао; али изабраних ради скратиће се дани они.“ Матеј 24:22. Под утицајем Реформације, прогонство је било приведено крају пре 1798. године.“ Велика борба, 266, 267.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„Многи дани“ током којих је удовица издржавала Илију, били су уједно и „многи дани“ папског прогонства које је Данило означио.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разумни међу народом поучиће многе; ипак ће падати од мача, и од огња, у ропству и у пљачки, много дана. А кад падну, биће потпомогнути малом помоћи; али ће им се многи придружити лицемерним ласкањем. И неки од разумних пашће, да би се окушали, и очистили, и убелили до времена свршетка; јер је још за време одређено. Данило 11:33–35.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„Време свршетка“, које је у овим стиховима такође и „одређено време“, било је 1798. година, и оно је означило крај папског прогона, као што је било предобликовано Илијиним временом код удовице из Сарепте. У тој историји удовица, која представља неудату цркву, у дванаестом поглављу књиге Откривење била је поистовећена са црквом у пустињи. Она је скупљала два дрвета, не једно дрво нити десет дрвета, него два дрвета. Језекиљ је требало да узме два дрвета, једно за северно царство Израиљево и једно за јужно царство Израиљево, и да их састави како би начинио једно дрво. Та два царства била су оба расејана две хиљаде пет стотина и двадесет година, али Божје обећање било је да ће их Он сабрати. Жена је скупљала та два дрвета која је требало саставити, и чинила је то „до дана кад Господ пусти дажд на земљу“.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Дан када је Господ послао „кишу“ означавао је Поноћни поклич у историји милеритског покрета, који је достигао свој завршетак 22. октобра 1844. године, када је Анђео завета изненада дошао у храм који је био подигао од 1798. године (краја прве срџбе) па све до 22. октобра 1844. године (краја последње срџбе). У том временском раздобљу, порука Поноћног поклича, представљена у Језекиљевом приказу долине костију, испунила се онда када су два штапа северног и јужног царства била сједињена да образују један народ, с једним царем, јер је 22. октобра 1844. године Христос дошао пред Оца и примио царство.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„Христов долазак као нашег Првосвештеника у Светињу над светињама, ради очишћења светиње, приказан у Данилу 8:14; долазак Сина човечијега ка Старцу дана, како је представљен у Данилу 7:13; и долазак Господа у Његов храм, проречен од Малахије, описи су истог догађаја; а то је такође представљено доласком женика на свадбу, који је Христос описао у причи о десет девојака, у Матеју 25.“ Велика борба, 426.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Христос је 22. октобра 1844. примио царство, као што је назначено у Данилу.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Гледах у ноћним виђењима, и гле, као Син човечији иђаше с облацима небеским, и дође к Старцу дана, и приведоше га пред Њега. И даде Му се власт, и слава, и царство, да Му служе сви народи, племена и језици; власт је Његова власт вечна, која неће проћи, и царство Његово неће се разрушити. Данило 7:13, 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Када се Језекиљева два штапа саставе у једно, имају једнога цара над собом.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слуга мој Давид биће цар над њима; и сви ће имати једнога пастира; и ходиће по мојим судовима, и држаће моје уредбе, и извршаваће их. И настањиваће се у земљи коју дадох Јакову, слузи своме, у којој су живели оци ваши; и настањиваће се у њој, они и деца њихова, и деца деце њихове довека; и слуга мој Давид биће им кнез довека. Језекиљ 37:24, 25.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Сви пророци се слажу један с другим, и цар Давид јесте Христос, који је дошао пред Оца 22. октобра 1844. године и примио царство које је било сабрано од два штапа, Израиловог (северног царства) и Јудиног (јужног царства). Расејање та два царства окончано је током четрдесет и шест година, од 1798. до 1844, док је Христос подизао храм који је био опустошен и погажен. Када је подигао храм, тада је изненада дошао у свој храм као Гласник завета, испуњавајући треће поглавље Малахијино. Језекиљ се слаже с том чињеницом, јер се сви пророци слажу један с другим.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слуга мој Давид биће цар над њима; и сви ће имати једнога пастира; и ходиће по судовима мојим, и уредбе моје држаће и извршаваће их. И настањиваће се у земљи коју дадох слузи своме Јакову, у којој су пребивали оци ваши; и настањиваће се у њој они, и синови њихови, и синови синова њихових довека; и слуга мој Давид биће кнез њихов довека. И учинићу с њима завет мира; биће то вечни завет с њима; и утврдићу их, и умножићу их, и поставићу светилиште своје усред њих довека. И скинија моја биће с њима; и ја ћу бити Бог њихов, и они ће бити мој народ. Језекиљ 37:24–27.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Hristos je taj koji podiže hram.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реци му говорећи: Овако вели Господ над војскама, говорећи: Ево човека којему је име ИЗДАНАК; и он ће израсти са свога места, и сазидаће храм Господњи. Он ће сазидати храм Господњи; и носиће славу, и седеће и владати на своме престолу; и биће свештеник на своме престолу; и савет мира биће међу њима обојицом. А круне ће бити Хелему, и Товији, и Једаји, и Хену сину Софонијину, за спомен у храму Господњем. И они који су далеко доћи ће и зидаће у храму Господњем, и познаћете да ме је Господ над војскама послао к вама. И ово ће се збити, ако будете марљиво слушали глас Господа Бога својега. Захарија 6:12–15.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Христос је ГРАНА, и Он је објавио да ће, ако разоре Његов храм, Он га подићи за три дана, на шта су Јевреји одговорили да је за изградњу храма било потребно четрдесет и шест година.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Тада Јудејци одговорише и рекоше му: Какав нам знак показујеш, кад ово чиниш? Исус одговори и рече им: Развалите овај храм, и за три дана подићи ћу га. А Јудејци рекоше: Четрдесет и шест година зидао се овај храм, а ти ћеш га за три дана подићи? Јован 2:18–20.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Христос је у том одломку говорио о своме телу, али сви пророци говоре више о последњим данима него о данима у којима су живели. Христово васкрсење трећега дана представљало је васкрсење мртвих костију за време изливања Светога Духа у поноћном покличу. Даžd, који је предмет Илијиног сведочанства, показао се за време врхунца његовог сукоба са пророцима Вала и Астароте. Тада је било показано да је Бог Илијин истинити Бог, а такође и да је Илија истинити пророк.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При доласку првог разочарања, показало се да су протестанти постали лажни пророци, као што су то праобразно представљали пророци Вала и Астароте. Тада је отпочело време одлагања, које је довело до поруке поноћног вапаја, што је довело до тога да Христос изненада дође у свој храм. Поноћни вапај представљен је Језекиљевом поруком која подиже кости као силну војску. Штавише, током тог раздобља (четрдесет и шест година), два штапа требало је саставити уједно да би произвели један народ, с једним царем.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дође ми опет реч Господња говорећи: И ти, сине човечији, узми себи један штап и напиши на њему: За Јуду и за синове Израиљеве, његове другове; потом узми други штап и напиши на њему: За Јосифа, штап Јефремов, и за сав дом Израиљев, његове другове. И састави их један с другим у један штап, и биће једно у твојој руци. А кад ти синови твога народа проговоре говорећи: Нећеш ли нам казати шта ти то значи? реци им: Овако вели Господ Господ: Ево, узећу штап Јосифов, који је у руци Јефремовој, и племена Израиљева, његове другове, и сјединићу их с њим, са штапом Јудиним, и учинићу их једним штапом, и биће једно у мојој руци. А штапови на којима пишеш нека буду у твојој руци пред њиховим очима. И реци им: Овако вели Господ Господ: Ево, узећу синове Израиљеве између народа, куда су отишли, и скупићу их одасвуд, и довешћу их у њихову земљу. И учинићу их једним народом у земљи, на горама Израиљевим; и један цар биће цар свима њима; и неће више бити два народа, нити ће се више делити на два царства. И неће се више скврнити својим идолима, ни својим гадовима, ни икаквим својим преступима; него ћу их избавити из свих њихових пребивалишта у којима су сагрешили, и очистићу их; и биће ми народ, и ја ћу им бити Бог. Језекиљ 37:15–23.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Два штапа која је удовица сакупљала унапред за Илијину кишу при Поноћном вапају, била су северно и јужно царство Израиљево, која су била расејана и требало је да буду сабрана у један народ 22. октобра 1844. године, када је отпочео антитипски Дан помирења, јер је обећање било да ће их тада Бог „очистити“. То очишћење, које представља Истражни суд, отпочело је у то време. То сабирање два штапа мора се правилно разумети, јер Бог увек крај једне ствари приказује почетком једне ствари.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1844. година означила је крај двају царстава Израиљевих, јер су тада постала једно царство, духовни Израиљ, и од тога тренутка требало је да буду само један народ. Та историја била је приказана почетном историјом када су постали два народа, што је историја Јеровоамове побуне.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Историја Јеровоамовог кривотвореног система богослужења такође мора бити илустрована на крају његовог царства. Аронова побуна на почетку древног Израиља и Јеровоамова побуна на почетку северног царства представљају побуну из 1863. године, а 1863. година се јасно разуме тек онда када се и крај Јеровоамовог царства, представљен спајањем два штапа, такође положи преко 1863. године. Тада се јасно види да је 1863. година представљена као нараштај који је подигао лик љубоморе.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Наставићемо ово проучавање у следећем чланку.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„Али ова слика сувих костију не односи се само на свет, него и на оне који су били благословени великом светлошћу; јер су и они као костури у долини. Имају обличје људи, грађу тела; али немају духовни живот. Но прича не оставља суве кости само повезане у људска обличја; јер није довољно да постоји склад удова и црта. Дах живота мора оживети тела, да би могла стајати усправно и покренути се на делатност. Ове кости представљају дом Израиљев, цркву Божју, а нада цркве јесте оживљујући утицај Светога Духа. Господ мора дунути на суве кости, да би оживеле.“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„Duh Božji, sa svojom oživljujućom silom, mora biti u svakom ljudskom oruđu, da bi svaki duhovni mišić i svaka žila bili u delatnosti. Bez Svetoga Duha, bez daha Božjeg, nastupa obamrlost savesti, gubitak duhovnog života. Mnogi koji su bez duhovnog života imaju svoja imena u crkvenim knjigama, ali nisu zapisana u Jagnjetovoj knjizi života. Oni mogu biti pridruženi crkvi, ali nisu sjedinjeni s Gospodom. Mogu biti revnosni u izvršavanju određenog skupa dužnosti i mogu se smatrati živima; ali mnogi su među onima koji imaju „ime da si živ, a mrtav si.““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„Уколико не дође до истинског обраћења душе Богу; уколико животворни дах Божји не оживи душу за духовни живот; уколико они који исповедају истину не буду покретани начелом рођеним на небу, они нису рођени од нераспадљивог семена које живи и остаје довека. Уколико се не уздају у Христову правду као у своју једину сигурност; уколико не подражавају Његов карактер, не труде се у Његовом духу, они су наги, нису одевени у хаљину Његове правде. Мртви се често приказују као живи; јер они који остварују оно што називају спасењем према сопственим замислима, немају Бога који у њима чини да хоће и творе оно што је Њему по вољи.“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„Ова класа је верно представљена долином сувих костију коју је Језекиљ видео у виђењу.“ Review and Herald, January 17, 1893.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Књига пророка Данила — седамдесет други број</dc:title>
  <dc:subject>Пророчко сједињење: од поделе древног Израиља до свршетка Сједињених Америчких Држава</dc:subject>
  <dc:creator>Jeff Pippenger</dc:creator>
  <cp:keywords/>
  <dc:description>Generated by ArticleDigger from daniel\72_daniel.json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